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2018 года мировым судьей судебного участка Кош-Агачского района Республики Алтай по ч.1 ст. 119 УК РФ к 300 часам обязательных работ, отбыто 212 часов, не отбыто 88 часов, осужден по п. «в» ч.2 ст. 115 УК РФ к 250 часам обязательных работ. На основании ст. 70 УК РФ по совокупности приговоров к назначенному наказанию частично присоединена неотбытая часть наказания по приговору мирового судьи судебного участка Кош-Агачского района Республики Алтай от 02 августа 2018 года и окончательно назначено наказание в виде обязательных работ на срок 300 часов. Заслушав выступления осужденного Таханова У.А. и его адвоката Кашетова М.У., поддержавших доводы апелляционного представления, выступление государственного обвинителя Вакалова Д.Е., поддержавшего доводы апелляционного представления, суд УСТАНОВИЛ: Таханов У.А. признан виновным и осужден за умышленное причинение легкого вреда здоровью, вызвавшего кратковременное расстройство здоровья, с применением предмета, используемого в качестве оружия, в отношении ФИО5 Преступление совершено им 17 сентября 2018 года около 14 часов в заброшенном недостроенном здании СДК по ул. Кокышева, б/н, расположенном на расстоянии 120 метров в юго-восточном направлении от здания сельской администрации Ортолыкского сельского поселения Кош-Агачского района Республики Алтай по ул. Чуйской, дом 1 в с. Ортолык Кош-Агачского района Республики Алтай, при обстоятельствах, установленных приговором мирового судьи. Осужденный Таханов У.А. вину в совершении преступления признал полностью. В апелляционном представлении прокурор Кош-Агачского района Республики Алтай Бадин В.Н., не оспаривая квалификацию действий осужденного, просит приговор суда изменить, мотивировав тем, что в соответствии с обвинительным актом, утвержденным заместителем прокурора от 27 октября 2018 года, по обвинению Таханова У.А. в совершении преступления, предусмотренного п. «в» ч.2 ст. 115 УК РФ , обвиняемому при описании преступного деяния не вменялось совершение преступления в состоянии алкогольного опьянения. Суд, установив в действиях Таханова У.А. наличие отягчающего вину наказания - совершение преступления в состоянии опьянения, вызванном употреблением алкоголя, ограничился лишь его констатацией и в приговоре свое решение не мотивировал в зависимости от каких обстоятельств по делу суд признал это обстоятельство отягчающим, в связи с чем вышел за пределы предъявленного обвинения, чем ухудшил его положение. В связи с чем, просит приговор изменить, исключить из приговора указание на наличие в действиях Таханова У.А. обстоятельства, отягчающего наказание - совершение преступления в состоянии опьянения, вызванном употреблением алкоголя, назначить Таханову У.А. наказание в виде 230 часов обязательных работ, на основании ч.1 ст. 70 УК РФ по приговору мирового судьи от 02 августа 2018 года окончательно назначить наказание в виде 280 часов обязательных работ. Проверив материалы уголовного дела, изучив доводы представления, выслушав мнение сторон, суд апелляционной инстанции находит приговор подлежащим изменению. Из материалов дела усматривается, что судебное заседание проведено и приговор постановлен по ходатайству осужденного Таханова У.А. с согласия государственного обвинителя и потерпевшего ФИО5 без проведения судебного разбирательства в особом порядке судебного решения, предусмотренном главой 40 Уголовно-процессуального кодекса РФ. Описательно-мотивировочная часть приговора соответствует требованиям ст. и ч.8 ст. 316 УПК РФ . Квалифицируя действия Таханова У.А. по п. «в» ч.2 ст. 115 УК РФ , мировой судья правильно исходил из того, что обвинение, с которым согласился подсудимый, обоснованно и подтверждается доказательствами, собранными по уголовному делу. Оснований для иной квалификации не имеется. Назначая наказание Таханову У.А., мировой судья учел характер и степень общественной опасности совершенного им деяния, данные о личности виновного, наличие смягчающих обстоятельств: явку с повинной, полное признание вины, раскаяние в содеянном, активное способствование расследованию преступления, наличие малолетних детей, заглаживание вреда перед потерпевшим, противоправность поведения потерпевшего, явившегося поводом для преступления. Обстоятельством, отягчающим наказание Таханова У.А., в соответствии с ч. 1.1 ст. 63 УК РФ признано совершение преступления в состоянии опьянения. По смыслу ч.1 ст. , п.1 ст. 307 УПК РФ факт совершения лицом преступления в состоянии опьянения характеризует конкретные обстоятельства содеянного и должен быть указан при описании преступного деяния, установленного судом. Как следует из предъявленного обвинения, описания преступного деяния в приговоре, Таханов У.А. совершил преступление в ходе ссоры, возникшей на почве личных неприязненных отношений. Факт совершения преступления в состоянии алкогольного опьянения не установлен органами следствия, вместе с тем при назначении наказания суд признал его обстоятельством, отягчающим наказание. По смыслуч.1.1 ст. 63 УК РФ и разъяснений, содержащихся в п.31 Постановления Пленума Верховного Суда РФ N 58 от 22.12.2015 (в редакции от 29.11.2016) "О практике назначения судами Российской Федерации уголовного наказания" наличие в материалах дела сведений о нахождении виновного в момент совершения преступления в состоянии алкогольного опьянения само по себе не является достаточным основанием для признания данного обстоятельства отягчающим наказание. Поскольку допущенное судом нарушение положений ст. 60 УК РФ повлияло на исход дела и справедливость назначенного наказания, суд апелляционной инстанции считает необходимым изменить судебные решение в отношении Таханова У.А. в этой части, исключив указание на наличие отягчающего наказание обстоятельства - совершение преступления в состоянии опьянения, вызванном употреблением алкоголя, смягчить назначенное наказание. Каких-либо нарушений норм уголовно-процессуального закона, влекущих отмену приговора суда, суд апелляционной инстанции не усматривает. На основании изложенного, руководствуясь ст. ст. 389.13 , 389.20 , 389.28 , 389.33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