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техническим характеристикам и соответствию Техническому Заданию предпочтительным является предложение компании Сименс.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таким образом, и по техническим и по экономическим параметрам предложение по оборудованию Сименс является более предпочтительным.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рекомендовать ген.подрядчику ЗАО «Строймонтаж» использовать при строительстве областного онкологического диспансера в &lt;адрес&gt; медицинское оборудование позитронно-эмиссионной томографии производства Сименс». (т.29, л.д.59-66) - Из письма компании «General Electric» от ДД.ММ.ГГГГ следует, что модели медицинского оборудования производства компании «General Electric» по своим техническим и функциональным характеристикам не соответствуют условиям технического задания. (т.29, л.д.97-99) - Из письма ООО «Сименс» от ДД.ММ.ГГГГ следует, что модели медицинского оборудования производства компании «Сименс» по своим техническим и функциональным характеристикам соответствуют условиям технического задания. (т.29, л.д.94) Таким образом, из указанных документов следует, что заказчиком в лице ФИО11 в заявке на проведение аукциона умышленно указаны технические характеристики медицинского оборудования фирмы «Сименс». При этом, в перечне технологического оборудования в Проектных решениях на &lt;адрес&gt; онкологического диспансера &lt;адрес&gt;, разработанных в декабре 2009 года, производителем высокотехнологичного медицинского оборудования: Циклотрон; Система для однофотонной эмиссионной и компьютерной томографии; Позитронно-эмиссионный и компьютерный томограф; Гамма-камера 2-х детекторная – указана компания «Сименс». (т.12, л.д.61-69) - согласно письму ФИО11 от ДД.ММ.ГГГГ в Управление государственных закупок ФИО7 &lt;адрес&gt;, он просит включить его кандидатуру в состав аукционной комиссии. (т.9, л.д.33) Указанное обстоятельство подтверждает намерение ФИО11 осуществлять контроль за принимаемыми аукционной комиссией решениями, с целью обеспечения заключения государственного контракта на выполнение подрядных работ по строительству областного онкологического диспансера именно с ЗАО «Строймонтаж». - из протокола №/АО-128/9 от ДД.ММ.ГГГГ следует, что комиссией в составе, членом которой был ФИО11, допущен к участию в аукционе единственный участник – ЗАО «Строймонтаж». (т.9, л.д.40-41) ФИО11, как член аукционной комиссии, допустил для участия в аукционе ЗАО «Строймонтаж», о чем свидетельствует исследованное в суде письмо-отзыв на участника аукциона от ДД.ММ.ГГГГ в адрес начальника управления государственных закупок ФИО7 &lt;адрес&gt; ФИО21, согласно которому, по результатам изучения документов ЗАО «Строймонтаж» соответствует требованиям к лицам, осуществляющим выполнение работ по предмету аукциона. (т.14, л.д.50) Вместе с тем, согласно документации об открытом аукционе № АО-128/9 на выполнение работ по строительству областного онкологического диспансера, максимальная (начальная) цена контракта 2.359.716.590 рублей, предусмотрены определенные требования к участникам аукциона. Пункт 1.2 Документации об аукционе содержит требование выполнения к участниками размещения заказа работ по строительству, реконструкции объекта капитального строительства, стоимость которых составляет не менее чем 20% начальной (максимальной) цены контракта за последние 5 лет предшествующие дате окончания срока подачи заявки на участие в аукционе. Согласно п.п.6 п.2 Документации документами, подтверждающим опыт работ, являются акт приемки объекта капитального строительства и разрешение на ввод в эксплуатацию. Данные требования дублируются также ст. 11 п.2.1 Федерального закона от ДД.ММ.ГГГГ № 94-ФЗ «О размещении заказов на поставки товаров, выполнении работ, оказание услуг для государственных и муниципальных нужд». Пунктом 3.6 документации об аукционе также предусмотрено одно из требований к участникам аукциона: выполнение участником размещения заказа за последние пять лет, предшествующих дате окончания срока подачи заявок на участие в аукционе, работ по строительству, реконструкции, капитальному ремонту объекта капитального строительства, относящихся к той же группе, подгруппе или одной из нескольких групп, подгрупп, на выполнение которых размещается заказ, в соответствие с номенклатурой товаров, работ, услуг для государственных нужд, утверждаемой МЭРТ РФ, стоимость которых составляет не менее чем 20% начальной (максимальной) цены контракта, на право, заключить который проводится аукцион. В случае предоставления недостоверной информации заказчик, уполномоченный орган, аукционная комиссия вправе отстранить такого участника от участия в аукционе на любом этапе его проведения. (т.2, л.д.16-103) - из документов, представленных ЗАО «Строймонтаж» на участие в аукционе, в подтверждение опыта работы в области строительства представлен государственный контракт №-П\07 от ДД.ММ.ГГГГ, по которому работы еще не были окончены. Соответственно, не были представлены акты приемки объекта капитального строительства и разрешение на ввод в эксплуатацию. (т.13, л.д.83-233, т. 14 л.д.5-30), Указанное условие не соответствует требованиям действовавшего на тот момент законодательства в сфере размещения заказов на участие в аукционе. Это же обстоятельство подтвердила в судебном заседании свидетель ФИО3, пояснив, что никакие крупные сделки ЗАО «Строймонтаж» ранее не заключались. Таким образом, в нарушение требований законодательства, ЗАО «Строймонтаж» было допущено ФИО11 для участия в аукционе, по результатам которого ЗАО «Строймонтаж» стал генеральным подрядчиком строительства областного онкологического диспансера. - Согласно электронному письму, направленному с электронного ящика ФИО17 ДД.ММ.ГГГГ в адрес ФИО11, оно содержит коммерческое предложение о поставке медицинского оборудования на сумму 28.460.000 долларов США. (т.12, л.д.142-143,156) - Контракт №-П/09, заключенный между ГБУ ТО «ДССО» и ЗАО «Строймонтаж» ДД.ММ.ГГГГ, включает стоимость всего оборудования (технологическое медицинское, инженерное) на общую сумму 1.350.304,51 рублей. (т.9, л.д.55, а также См.подшивку в/д) - согласно документам, изъятым из ОАО «НИИПлесдрев», коммерческое предложение от компании «Lamitec-Medicals GmbH», подписанное ФИО17, о стоимости медицинского оборудования на сумму 32 850 000 долларов США поступило лишь ДД.ММ.ГГГГ, т.е. фактически после заключения контракта №-П/09 между ГБУ ТО «ДССО» и ЗАО «Строймонтаж». (См.подшивку в/д) - Согласно Контракту № на поставку медицинского оборудования для радиологического центра при аналогичном предмете контракта, заключен ДД.ММ.ГГГГ между компании «Lamitec-Medicals GmbH» в лице директора ФИО17 и ЗАО «Строймонтаж» в лице генерального директора ФИО20 на сумму 32.850.000 долларов США, что значительно превышает вышеуказанное первоначальное коммерческое предложение и подтверждает показания свидетеля ФИО17 о завышении стоимости медицинского оборудования. (См.подшивку в/д) - Согласно платежным документам, представленным сопроводительным письмом первого ФИО2 директора департамента финансов ФИО7 &lt;адрес&gt; от ДД.ММ.ГГГГ №-М0639, в периоде ДД.ММ.ГГГГ по ДД.ММ.ГГГГ денежные средства в сумме 2 331 626 319 рублей 22 копейки в качестве оплаты по государственному контракту №-П/09 от ДД.ММ.ГГГГ были перечислены управлением Федерального казначейства по ФИО7 &lt;адрес&gt; (Департаментом финансов ФИО7 &lt;адрес&gt;) на расчетный счет ЗАО «Строймонтаж», в том числе за поставку медицинского оборудования из бюджета перечислено 861.946.000 рублей. (29.553.375 долларов США по курсу ЦБ РФ на даты осуществления финансовых операций). (т.18Ю л.д.55-104). - Согласно выписки о движении денежных средств на расчетном счете ЗАО «Строймонтаж» в ОАО «Запсибкомбанк» в период с 20 11.2009 по ДД.ММ.ГГГГ, ЗАО «Строймонтаж» перечислено компании «Lamitec-Medicals GmbH» 32.850.000 долларов США (955.710.440 рублей по курсу ЦБ РФ на даты осуществления финансовых операций) в качестве оплаты по контракту № от ДД.ММ.ГГГГ, заключенному между ЗАО «Строймонтаж» и компанией «Lamitec-Medicals GmbH». (т. 4, л.д.85-87) - Из письма ФИО2 &lt;адрес&gt;, директора департамента финансов ФИО7 &lt;адрес&gt; от ДД.ММ.ГГГГ №-ТК следует, что департамент финансов осуществляет платежи за счет бюджетных средств от имени и по поручению главных распорядителей и получателей бюджетных средств. Заявки на оплату расходов формируют главные распорядители, получатели средств в пределах доведенных лимитов бюджетных обязательств и передаются в департамент финансов. Проверку заявок получателей бюджетных средств осуществляют главные распорядители средств, департамент финансов. При проверке заявок осуществляется контроль за правильностью указания реквизитов и показателей бюджетной классификации, наличием остатка лимитов бюджетных обязательств, установленных правил расчетов. Главным распорядителем бюджетных средств, предусмотренных на строительство областного онкологического диспансера в &lt;адрес&gt; в 2009-2011 является ГУС и ЖКХ ФИО7 &lt;адрес&gt;, а бюджетополучателем - ГБУ ФИО7 &lt;адрес&gt; «Дирекция строительства специальных объектов» (т.2 л.д.162-163). - Факт перечисления денег компанией «Lamitec-Medicals GmbH» на личный счет ФИО4 в сумме 845.150 долларов США подтверждается копиями выписок со счета компании «Lamitec-Medicals GmbH», согласно которым, со счета компании «Lamitec-Medicals GmbH», открытом в банке «Дойче Банк», на счет LI88 0880 3104 1113 0000 0 г-на ФИО4, открытый в банке «Валартис Банк (Лихтенштейн) АГ», за проектно-инженерное обеспечение произведены следующие перечисления денежных средств: - 03.05.2010b сумме 179 120 долларов США; - ДД.ММ.ГГГГ в сумме 156 710 долларов США; - ДД.ММ.ГГГГ в сумме 197 600 долларов США; - ДД.ММ.ГГГГ в сумме 166 570 долларов США; - ДД.ММ.ГГГГ в сумме 69 400 долларов США; - ДД.ММ.ГГГГ в сумме 75 750 долларов США, то есть всего в сумме 845.150 долларов США. (т.31, л.д.54-59,65-70) Указанное обстоятельство подтверждается также документами, изъятыми в компании «Lamitec-Medicals GmbH» и полученными от правоохранительных органов ФРГ в рамках ОРД, а также банковскими документами, предоставленными правоохранительными органами Княжества Лихтенштейн в рамках запроса о правовой помощи. (т.28, л.д.4-97, 103-187, т. 43, л.д.161-250, т.44 л.д.1-33) - согласно подшивки № вещественных доказательств, судом осмотрены документы, изъятые в ОАО «НИИПлесдрев». Из Книги регистрации исходящей корреспонденции за период с ДД.ММ.ГГГГ по ДД.ММ.ГГГГ ОАО «НИИПлесдрев» следует, что какие-либо данные, свидетельствующие о направлении запросов о ценах на медицинское оборудование в компанию «Сименс», а также в другие компании, отсутствуют. (См.подшивку в/д) - из протокола обследования помещений от ДД.ММ.ГГГГ следует, что в помещениях ОАО «НИИПлесдрев» обнаружены и изъяты, документы, имеющие отношение к строительству областного онкологического диспансера, в том числе: коммерческие предложения от компании «Lamitec-Medicals GmbH», а именно: коммерческое предложение № от ДД.ММ.ГГГГ о стоимости оборудования на сумму 40.833.330 долларов США и коммерческое предложение № от ДД.ММ.ГГГГ о стоимости оборудования на сумму 32.850.000 долларов США. (т.4, л.д.76-81, т.12, л.д.83-84, 12 л.д. 147-148). Сведения, содержащиеся в указанных коммерческих предложениях, не соответствуют действительности, на что указывает наличие технических ошибок в наименовании организации-адресата: вместо действительного наименования - ОАО «НИИПлесдрев», в них фигурирует наименование НИИ «Лесплесдрев». Это же обстоятельство подтвердил и свидетель ФИО17, пояснив, что не соответствующие действительности коммерческие предложения направлял в ОАО «НИИПлесдрев» задним числом по предложению ФИО11 - судом исследовалась проектная документация, изъятая в ОАО «НИИПлесдрев». В результате осмотра установлено, что в ней отсутствуют наименование фирмы- поставщика оборудования, а имеются только спецификационные требования к основному медицинскому оборудованию. И только сопроводительным письмом от ДД.ММ.ГГГГ ФИО11 в адрес директора ОАО «НИИПлесдрев» был направлен перечень медицинского оборудования с указанием наименования, марки, количества. (См.подшивку в/д) - из стенограммы и аудиозаписи телефонных разговоров, состоявшихся между ФИО17 и ФИО11 ДД.ММ.ГГГГ следует, что содержание данного телефонного разговора свидетельствует о том, что ФИО11 предлагает ФИО17 сделать поддельные коммерческие предложения задним числом - февралем и сентябрем 2009 года и направить их по электронной почте в адрес ОАО «НИИПлесдрев». В ходе данных телефонных переговоров ФИО17 и ФИО11 обсуждают также процесс изменения стоимости каждой позиции предлагаемого к поставке оборудования. Из разговора ФИО12 и ФИО14 также следует, что ранее, до 2012 года какие-либо коммерческие предложений ФИО14 в проектный институт не направлялись, а направлялись только в ЗАО «Строймонтаж». При этом, в данном разговоре речь также идет о том, что ФИО12 и ФИО12 придумана «легенда» о том, что коммерческие предложения будут направлены в проектный институт, якобы, повторно, о чем ФИО12 было доведено до сведения ФИО14. Более того, ФИО12 просит ФИО14 в 2012 году направить в адрес проектного института коммерческие предложения других фирм-поставщиков, на что Райзвих говорит о невозможности это сделать. (т.4,л.д.9-23,т.24 л.д. 14-63, т.25 л.д. 126-219). Указанное доказательство подтверждает недостоверность доводов ФИО12 и ФИО12 об осуществлении проектным институтом мониторинга цен на оборудование различных компаний и различных марок. Из анализа этих доказательств следует, что проектная организация не проводила мониторинг цен на медицинское оборудование, а в проектную документацию вошли завышенные цены на оборудование, которые в проектную организацию в 2012 году представил ФИО17, согласно его показаний, по просьбе ФИО11 - Согласно письменных документов: копий счетов-фактур, актов приемки-передачи, со счета компании «Lamitec-Medicals GmbH» денежные средства перечислялись за передачу ЗАО «Строймонтаж» лицензий собственника ООО «РИП» (&lt;адрес&gt;) и за осуществление работ по проектированию, строительно-монтажным работам по сооружению бункера циклотрона, коммуникаций, энергообеспечения, АСУ, кондиционирования, охлаждения циклотрона и ПЭТ томографа, подачу медицинских газов. (т.28 л.д. 4-97, 103-187) При этом, согласно платежным поручениям, представленным банком «ДойчеБанк», откуда перечислялись деньги со счета компании «Lamitec-Medicals GmbH», денежные средства перечислялись не на счет ЗАО «Строймонтаж», а на личный счет ФИО20 и ФИО11 (т.28, л.д. 4-97, 103-187) - О передаче денег в завуалированной форме идет речь и в аудиозаписи телефонных переговоров, состоявшихся между ФИО12 и ФИО14 от ДД.ММ.ГГГГ, исследованных в судебном заседании. (т.24, л.д.50, т.25 л.д.192-194). - Согласно протоколу явки с повинной от ДД.ММ.ГГГГ, ФИО11 собственноручно, добровольно указал о том, что в декабре 2008 года познакомился с ФИО14, в ходе совместной встречи с ФИО14, К-вым, договорились, что победителем аукциона на строительство областного онкологического центра в &lt;адрес&gt; будет ЗАО «Строймонтаж». Райзвих сказал, что он получит персональную аккредитацию от «Сименса» именно на Радиологический центр, и другие дистрибьюторы «Сименса» не будут иметь права поставлять оборудование этого производителя. Райзвих сказал, что отпускная цена медицинского оборудования составляет около 17 млн.долларов. Он предложил поставку по цене около 29 млн.долларов. При этом, он готов обсуждать, в каких пропорциях будет распределена прибыть от операции. Деньги будут перечислены на личные счета его (ФИО12) и ФИО15. После этого он (ФИО12), в соответствии со своими должностными обязанностями, подготовил документы для проведения аукциона. Цена для проведения аукциона была сформирована в целом по объекту, включая строительные работы, медицинское оборудование, технологическое оборудование и пр. В этой ситуации было абсолютно все равно, по какой цене оборудование попало в цену объекта, поскольку при системе аукциона «под ключ» стоимость оборудования принимается по фактической цене. Фактически цена поставляемого оборудования определялась не на аукционе, а в ходе переговоров о поставке между К-вым и ФИО14. Цена была зафиксирована в заключенном между «ЛамитекМедикалс» и ЗАО «Строймонтаж» контракте на поставку и равнялась 32,85 млн.долларов. Техническое задание было составлено таким образом, что под эти условия подходило оборудование либо «Сименс» либо «ДженералЭлектрик». Все оборудование было поставлено, смонтировано, пусконалажено и оплачено. После заключения контракта между ЗАО «Строймонтаж» и «ЛамитекМедикалс», Райзвих сказал ему (ФИО12), что его доля составит 845 тысяч долларов. В начале мая 2010 года прибыл в Германию для открытия счета в банке «Валартис», на который были перечислены деньги. Данные суммы были оформлены в бухгалтерии «ЛамитекМедикалс» как выполненные ЗАО «Строймонтаж» работы по проектированию ФИО7 радиологического центра (с целью отнесения на себестоимость «ЛамитекМедикалс» и снижения прибыли). (т.31, л.д.27-29) Данная явка с повинной является допустимым доказательством, т.к. получена в соответствии с требованиями Уголовно-процессуального кодекса РФ. По ходатайству защиты в судебном заседании допрошен свидетель защиты ФИО38 - адвокат находящегося в розыске ФИО15, который пояснил, что в августе 2015 года в ходе его встречи в &lt;адрес&gt; с ФИО12 и ФИО14. Последний требовал от него, как представителя ЗАО «Строймонтаж», и ФИО12 вернуть перечисленные компанией «Lamitec-Medicals GmbH» денежные средства. При этом из материалов дела он понял, что ФИО15 деньги перечислялись за произведенные ЗАО «Строймонтаж» строительно-монтажные работы, а из разговора ФИО12 и ФИО14 понял, что был займ денежных средств, хотя документов по займу он не видел. К показаниям указанного свидетеля суд относится критически, поскольку тот осуществляет юридическую защиту и представляет интересы ФИО15, проходящего по данному делу соучастником ФИО12, в связи с чем, ФИО41 является лицом, заинтересованным в исходе дела. С учетом изложенного, его показания не могут быть объективными и не могут быть приняты судом во внимание. Исходя из анализа исследованных доказательств, суд считает, что вина ФИО11 в совершении преступления установлена и доказана. Все доказательства являются относимыми, допустимыми, достоверными, а в совокупности – достаточными для разрешения настоящего уголовного дела. В судебном заседании достоверно установлено, что ФИО11, являясь должностным лицом – директором ГБУ ФИО7 &lt;адрес&gt; «ДССО», постоянно выполнявший организационно-распорядительные функции в государственном учреждении, лично получил от ФИО17, являвшегося директором компании «Lamitec-Medicals GmbH» (ФРГ), взятку в особо крупном размере в виде денег в сумме 845.150 долларов США, что, согласно курсу доллара США к рублю, установленному Центральным Банком РФ на указанный период, составляло 25.445.541 рубль 41 копейка, за совершение в пользу ФИО17 и представляемого им юридического лица - компании «Lamitec-Medicals GmbH» действий, входящих в его (ФИО11) служебные полномочия: - обеспечил включение в состав проектной документации на строительство заведомо завышенной стоимости подлежащего поставке медицинского оборудования; - предоставил заявки от имени ГБУ ФИО7 &lt;адрес&gt; «ДССО» в управление государственных закупок ФИО7 &lt;адрес&gt; на организацию размещения государственного заказа для определения исполнителя подрядных работ по строительству областного онкологического диспансера в &lt;адрес&gt; (1 и 2 очередь), содержащей: условия о начальной (максимальной) цене контракта, включающей в себя заведомо завышенную стоимость подлежащего к поставке медицинского оборудования; такие требования к поставляемому оборудованию, которым могло соответствовать лишь оборудование преимущественно марки «Siemens», поставляемое в тот период времени на территории Российской Федерации только компанией «Lamitec-Medicals GmbH», а также предложения о включении своей кандидатуры в состав аукционной комиссии, в том числе и с целью осведомленности о её работе и влияния на принимаемые комиссией решения по интересующему его вопросу; контроль за принимаемыми аукционной комиссией решениями; подписание государственного контракта от имени ГБУ ФИО7 &lt;адрес&gt; «ДССО» с ЗАО «Строймонтаж» на выполнение подрядных работ по строительству первой и второй очередей областного онкологического диспансера в &lt;адрес&gt;, в том числе поставку и монтаж медицинского оборудования по заведомо завышенной цене; обеспечение беспрепятственного и своевременного перечисления выделенных из бюджета денежных средств на счет ЗАО «Строймонтаж» по заключенному государственному контракту, а в дальнейшем, при способствовании установленного лица – на счет компании «Lamitec-Medicals GmbH». В соответствии с п.1 Примечаний к статье 285 УК РФ , должностными лицами в статьях Главы 30 Уголовного кодекса РФ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государственных компаниях, государственных и муниципальных унитарных предприятиях, акционерных обществах, контрольный пакет акций которых принадлежит Российской Федерации, субъектам Российской Федерации или муниципальным образованиям, а также в Вооруженных Силах Российской Федерации, других войсках и воинских формированиях Российской Федерации. Согласно разъяснениям, содержащимся в постановлении Пленума Верховного Суда РФ от ДД.ММ.ГГГГ N 19 «О судебной практике по делам о злоупотреблении должностными полномочиями и о превышении должностных полномочий», под организационно-распорядительными функциями следует понимать полномочия должностного лица, которые связаны с руководством трудовым коллективом государственного органа, государственного или муниципального учреждения (его структурного подразделения) или находящимися в их служебном подчинении отдельными работниками, с формированием кадрового состава и определением трудовых функций работников, с организацией порядка прохождения службы, применения мер поощрения или награждения, наложения дисциплинарных взысканий и т.п. Согласно должностным обязанностям, ФИО11, как директор государственного бюджетного учреждения ФИО7 &lt;адрес&gt; «Дирекция строительства специальных объектов», наделен определенными полномочиями по общему руководству производственно-хозяйственной и финансово-экономической деятельностью предприятия; по отношению к работникам предприятия – заключать трудовые договоры, назначать на должность и освобождать от должности всех работников Учреждения, руководителей филиалов и представительств, применять меры поощрения, накладывать дисциплинарные взыскания и т.д. Кроме этого, ФИО11 наделен правом представлять интересы предприятия, решать вопросы, связанные с организацией работы предприятия, заключать договоры и сделки от имени предприятия и т.д. (т.19, л.д. 50-52) Указанные полномочия и свидетельствуют о том, что ФИО11, являясь директором ГБУ ФИО7 &lt;адрес&gt; «ДССО», был наделен организационно-распорядительными и административно-хозяйственными функциями. Кроме этого, делая вывод о том, что ФИО11 является субъектом преступления, суд принимает во внимание, что, в соответствии с Уставом ГБУ ФИО7 &lt;адрес&gt; «ДССО», директор совершает сделки, в том числе, любые виды договоров, участвует в разработке проектов программ капитального строительства, обеспечивает разработку необходимой документации для размещения заказов на поставку товаров, выполнение работ, оказание услуг для государственных нужд, в предусмотренных правовыми актами случаях участвует в работе комиссий по размещению заказа, определяет способ размещения заказа; выдает данные для разработки проектной документации, подготавливает задания на разработку проектной документации, проводит ее согласование в установленном порядке; заключает в соответствии с действующим законодательством государственные контракты, и т.д. (т.19, л.д. 7-16) Суд не принимает во внимание доводы ФИО11 о том, что: - к контракту между ЗАО «Строймонтаж» и компанией «Lamitec-Medicals GmbH» он не имеет отношение; - к выбору поставщика медицинского оборудования «Сименс» он также не имеет отношение; - деньги, перечисленные на его счет компанией «Lamitec-Medicals GmbH», являются займом. К такому выводу суд приходит, исходя из следующего: ДД.ММ.ГГГГ на основании полученного решения аукционной комиссии, от имени ГБУ ФИО7 &lt;адрес&gt; «ДССО» в лице ФИО11 (Государственный Заказчик) и ЗАО «Строймонтаж» в лице установленного лица (Подрядчик) заключен государственный контракт №-П/09 на выполнение подрядных работ по строительству первой и второй очередей областного онкологического диспансера в &lt;адрес&gt; по цене в размере 2 359 716 590 рублей, из которых поставка и монтаж медицинского оборудования на сумму 1.350.304.51 рубль, включая стоимость высокотехнологичного медицинского оборудования. В соответствии с п.ДД.ММ.ГГГГ указанного контракта, Подрядчик обязан поставить и смонтировать оборудование, включая технологическое медицинское оборудование, необходимое для строительства объекта, предусмотренного проектной документацией, соответствующего сертификатам качества и паспортам в сроки, предусмотренные графиком поставки оборудования. Стоимость поставленного оборудования, включая технологическое медицинское оборудование, согласовывается с Государственным заказчиком на стадии заключения настоящего контракта и определяется протоколом контрактной цены. Именно в рамках указанного контракта, во исполнение п.ДД.ММ.ГГГГ, ДД.ММ.ГГГГ от имени компании «Lamitec-Medicals GmbH» в лице ФИО17 и ЗАО «Строймонтаж» в лице установленного лица заключен контракт № между указанными юридическими лицами на поставку комплекта медицинского оборудования для центра позитронно-эмиссионной томографии, создаваемого на базе областного онкологического диспансера &lt;адрес&gt;, на сумму 32 850 000 долларов США (964.321.605 рублей по курсу ЦБ РФ на ДД.ММ.ГГГГ). - из аудиозаписи телефонного разговора ФИО11 с ФИО17, состоявшимся ДД.ММ.ГГГГ следует, что речь идет непосредственно о надлежащем оформлении поставки высокотехнологического медицинского оборудования, в рамках контракта, заключенного ЗАО «Строймонтаж» с компанией «Lamitec-Medicals GmbH». (т.24, л.д.22-24) Согласно заключению фоноскопической экспертизы №ф от ДД.ММ.ГГГГ, в указанном разговоре принимал участие ФИО11 (т.24, л.д.79-92) Таким образом, доводы ФИО11 о том, что он не имеет отношения к контракту от 20.10.2009 года, являются несостоятельными. Не обоснованными также являются доводы ФИО11 о том, что он не имеет отношения к выбору марки медицинского оборудования. В соответствие со ст.34 Федерального закона от ДД.ММ.ГГГГ № 94-ФЗ «О размещении заказов на поставки товаров, выполнение работ, оказание услуг для государственных и муниципальных нужд», документация об аукционе разрабатывается заказчиком, которая должна содержать требования, установленные заказчиком, к качеству, техническим характеристикам товара, работ, услуг, требования к функциональным характеристикам товара. Согласно осмотренной в судебном заседании в качестве вещественного доказательства заявки на размещение государственного заказа путем проведения открытого аукциона на определение исполнителя подрядных работ по строительству областного онкологического диспансера &lt;адрес&gt; и приложения 1 и 2 к заявке, включающее в себя техническое задание на выполнение подрядных работ по строительству областного онкологического диспансера и техническое задание на медицинское оснащение Радиологического центра, Техническое задание на медицинское оснащение радиологического центра, разработанное заказчиком, содержит технические характеристики и конкретные параметры медицинского оборудования. - Из письма компании «General Electric» от ДД.ММ.ГГГГ следует, что модели медицинского оборудования производства компании «General Electric» по своим техническим и функциональным характеристикам не соответствуют условиям технического задания. (т.29, л.д.97-99) - Из письма ООО «Сименс» от ДД.ММ.ГГГГ следует, что модели медицинского оборудования производства компании «Сименс» по своим техническим и функциональным характеристикам соответствуют условиям технического задания. (т.29, л.д.94) Таким образом, из указанных документов следует, что заказчиком в лице ФИО11 в заявке на проведение аукциона указаны технические характеристики медицинского оборудования именно фирмы «Сименс». Указанное обстоятельство подтвердил свидетель ФИО26 - директор проектного института ЗАО «НИИПлесдрев», который пояснил, что при составлении проекта опирались на оборудование марки «Сименс». При этом, выбор марки оборудования, замена оборудования осуществлялась только заказчиком после согласования с проектировщиком. Свидетель ФИО28 - заведующая сектором размещения госзаказа договорного отдела ГБУ ТО «Управление капитального строительства» пояснила, что проект заявки на аукцион и входящее в него техническое задание Управление капитального строительства не готовило. Этим занимался только заказчик, которым с ДД.ММ.ГГГГ стало ГБУ ТО «ДССО». Кроме того, из показаний ФИО11, данных им в ходе предварительного следствия, и оглашенных в судебном заседании в соответствии со ст. 276 УПК РФ , следует, что техническое задание к заявке на проведение аукциона по выполнению подрядных работ по строительству областного онкологического диспансера составлял он на основе технических характеристик конкретного медицинского оборудования марки «Сименс». (т.31, л.д.185-189). Это же обстоятельство он подтвердил в явке с повинной. Таким образом, именно ФИО11 составил техническое задание к заявке на аукцион и фактически определил в заявке конкретное оборудование марки «Сименс». Согласно показаниям ФИО11, перечисленные на его счет денежные средства, являются не взяткой, а займом. При этом, часть займа в сумме 160.000 долларов США была им возвращена в феврале 2012 года Райзвиху в Москве через его брата – ФИО42 Из оглашенных показаний свидетеля ФИО17 следует, что по просьбе ФИО12 он действительно давал ему в долг 172.000 долларов США, которых ему не хватало для приобретения квартиры во Франции. Позже эти деньги ФИО12 ему верн&lt;адрес&gt; деньги не входят в сумму взятки в размере 845.150 долларов США. Допрошенный в судебном заседании по ходатайству защиты свидетель ФИО42 подтвердил факт передачи в феврале 2012 года пакета Райзвиху, но пояснил, что содержимое пакета он не вскрывал, а со слов брата знает, что там были деньги в сумме 160.000 евро. Согласно приобщенному ФИО12 в судебном заседании письму ФИО17 от ДД.ММ.ГГГГ, поступившее ему на электронную почту, Райзвих указывает, что это незаконно полученные ФИО12 финансовые средства, которые должны быть возвращены. Кроме того, факт заключения договора займа между ФИО11 и ФИО17 не подтвержден документально. Вместе с тем, из платежных документов, на которые ссылается ФИО11, как на факт перечисления ему денег в качестве займа, следует, что в качестве назначения платежа указано «проектно-инженерное обеспечение», что опровергает доводы ФИО11 о получении этих денег в качестве займа. (т.29, л.д.74-76) Из аудиозаписи телефонных переговоров, состоявшихся между ФИО11 и ФИО14 от ДД.ММ.ГГГГ следует, что речь в них идет о передаче денег в завуалированной форме. (т.24, л.д.50, т.25 л.д.192-194) Согласно заключению фоноскопической экспертизы №ф от ДД.ММ.ГГГГ, в указанном разговоре принимал участие ФИО11 (т.24, л.д.79-92) Доводы ФИО11 о том, что факт выполнения строительно-монтажных работ подтверждается контрактом № от ДД.ММ.ГГГГ с Приложениями № (вещественные доказательства, предоставленные правоохранительными органами Германии) суд также не принимает во внимание, так как приложение № (листы 558-559 вещественных доказательств) не подписано и не заверено гербовой печатью ЗАО «Строймонтаж», а приложения № к контракту вообще отсутствуют. Таким образом, вышеизложенные доказательства подтверждают факт того, что деньги ФИО11 перечислены компанией «Lamitec-Medicals GmbH» не за фактически произведенные работы для данной компании, а в качестве взятки за заключение контракта на поставку медицинского оборудования для ПЭТ-центра областного онкологического диспансера. Суд не принимает во внимание также доводы ФИО11 о том, что у компании «Lamitec-Medicals GmbH» не было эксклюзивного права на поставку медицинского оборудования марки «Сименс» в Российскую Федерацию, в связи с чем, у него не было оснований совершать какие-либо действия, за которые ему инкриминируется получение взятки. Согласно сообщению управляющего Медицинским Департаментом «Сименс АГ» Германа Реквардта от ДД.ММ.ГГГГ, между «Сименс АГ/Германия, ООО «Сименс»/Россия и «Ламитек-Медикэлс ГмбХ» (Lamitec-Medicals GmbH) /Германия заключено дистрибьюторское соглашение на реализацию проекта «Региональный онкологический центр в Тюмени». (т.29, л.д.69) Таким образом, иные представители не уполномочены компанией «Сименс» на реализацию указанного проекта. Также суд не принимает во внимание доводы ФИО11 о том, что в его действиях отсутствует состав преступления, поскольку в материалах уголовного дела имеется решение Арбитражного суда ФИО7 &lt;адрес&gt; от ДД.ММ.ГГГГ, которым отказано в удовлетворении иска ЗАО «Строймонтаж» к компании «NANOTEC-Industries AG (правопреемник компании Lamitec-Medicals GmbH) о взыскании задолженности в размере 4.390.000 долларов США (141.533.600 рублей) за завышение цены на медицинское оборудование. Полагает, что данное решение имеет преюдициальное значение. (т.48, л.д.__) Согласно ст. 90 УПК РФ , обстоятельства, установленные вступившим в законную силу приговором либо иным вступившим в законную силу решением суда, принятым в рамках гражданского, арбитражного или административного судопроизводства, действительно признаются судом, прокурором, следователем, дознавателем без дополнительной проверки. Однако, согласно названному решению Арбитражного суда, суд, обосновывая отказ в иске, указал, что истец не доказал, что ему причинен имущественный ущерб действиями ответчика, т.к. в качестве доказательств причинения имущественного вреда истцом были представлены протоколы и постановления из материалов уголовного дела, по которому не был вынесен вступивший в законную силу приговор суда по вопросам о том, имели ли место определенные действия и совершены ли они определенным лицом. При таких обстоятельствах, суд не находит оснований для применения положений ст. 90 УПК РФ . При квалификации действий ФИО11, суд исходит из установленных судом обстоятельств совершения преступления и позиции гособвинителя. Гособвинитель просит снизить размер взятки с 6.707.670 долларов США до 845.150 долларов США (25.445.541 рубль 41 копейка), т.к. только указанную сумму ФИО11 получил в качестве взятки. Кроме того, гособвинитель просит исключить из квалификации действий ФИО11 признак получения взятки «через посредника». Указывает, что взятка ФИО11 была получена лично за совершение действии, которые в ходили в его служебные полномочия, а именно за: предоставление заявки от имени ГБУ «ДССО» в Управление государственных закупок ФИО7 &lt;адрес&gt; на организацию размещения государственного заказа для определения исполнителя подрядных работ по строительству областного онкологического диспансера в &lt;адрес&gt;, содержащей заведомо завышенную стоимость подлежащего к поставке медицинского оборудования, а также такие требования к поставляемому медицинскому оборудованию, которым могло соответствовать лишь оборудование марки «Сименс», поставляемое на территорию РФ только компанией «Lamitec-Medicals GmbH»; осуществление контроля за принимаемыми аукционной комиссией решениями, в том числе, включение своей кандидатуры в состав аукционной комиссии; подписание государственного контракта от имени ГБУ ТО «ДССО» с ЗАО «Строймонтаж» с включением в него заведомо завышенной цены медицинского оборудования, обеспечение беспрепятственного и своевременного перечисления выделенных из бюджета денежных средств. То есть получил взятку лично за совершение им самим действий, входящих в круг его полномочий. Полагает, что ФИО11 не получал взятку за способствование в силу должностного положения совершению действий в пользу взяткодателя, которое согласно постановлению Пленума Верховного Суда РФ», выражается в использовании взяткополучателем авторитета и иных возможностей занимаемой должности для оказания воздействия на других должностных лиц в совершения ими указанных действий по службе. Просит указанные признаки исключить из квалификации действий ФИО11 Суд с такую позицию гособвинителя считает правильной. Таким образом, исходя из установленных судом обстоятельств совершения преступления, позиции государственного обвинителя, суд квалифицирует действия ФИО11 по ч.6 ст. 290 УК РФ (в редакции закона № 324-ФЗ от ДД.ММ.ГГГГ), как получение должностным лицом лично взятки в виде денег за совершение действий в пользу взяткодателя и представляемых им лиц, если такие действия входят в служебные полномочия должностного лица, совершенные в особо крупном размере. Квалифицирующий признак «в особо крупном размере» нашел свое подтверждение в судебном заседании, т.к. размер взятки превышает один миллион рублей, что, в соответствии с п.1 Примечания к ст. 290 УК РФ , является особо крупным размером. При квалификации действий ФИО11 суд руководствуется редакцией закона № 324-ФЗ от ДД.ММ.ГГГГ), т.к. иная редакция закона ухудшает положение подсудимого. В соответствии с ч.1 ст. 10 УК РФ ,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Оснований для изменения категории преступления, в соответствии с ч.6 ст. 15 УК РФ , не имеется. Органом предварительного следствия ФИО11 также обвиняется в том, что совершил растрату, то есть хищение чужого, вверенного ему имущества, с использованием своего служебного положения, в особо крупном размере. Преступление, согласно обвинительному заключению, совершил при следующих обстоятельствах: В период с декабря 2008 года до ДД.ММ.ГГГГ, ФИО11, занимавший должность директора государственного бюджетного учреждения ФИО7 &lt;адрес&gt; «Дирекция строительства специальных объектов» (далее – ГБУ ФИО7 &lt;адрес&gt; «ДССО») (ИНН &lt;***&gt;), постоянно выполнявший организационно-распорядительные и административно-хозяйственные функции в указанном государственном учреждении, осуществляющий от имени учреждения правомочия владения, пользования и распоряжения его (учреждения) имуществом, которое находилось в собственности ФИО7 &lt;адрес&gt;, при пособничестве установленного лица, являвшегося генеральным директором закрытого акционерного общества «Строймонтаж» (далее – ЗАО «Строймонтаж») (ИНН &lt;***&gt;), и иных неустановленных лиц, совершил хищение путем растраты вверенного ему в связи с занимаемой должностью имущества ФИО7 &lt;адрес&gt;, находящегося в оперативном управлении ГБУ ФИО7 &lt;адрес&gt; «ДССО» - денежных средств в сумме 2 350 600 долларов США, что согласно курсу доллара США к рублю, установленному Центральным Банком РФ на ДД.ММ.ГГГГ, составляло 71 696 590 рублей 84 коп., при следующих обстоятельствах. ДД.ММ.ГГГГ, в соответствии с протоколом рабочего совещания по проектированию, строительству и организации деятельности областного онкологического диспансера в &lt;адрес&gt;, утвержденным ФИО5 &lt;адрес&gt;, принято решение осуществить действия по созданию ГБУ ФИО7 &lt;адрес&gt; «ДССО» для осуществления функций заказчика по данному объекту (строительство областного онкологического диспансера в &lt;адрес&gt;). На основании распоряжения правительства ФИО7 &lt;адрес&gt; от ДД.ММ.ГГГГ №-рп создано ГБУ ФИО7 &lt;адрес&gt; «ДССО», в числе целей деятельности которого Уставом данного учреждения (далее по тексту – Устав), утвержденным ДД.ММ.ГГГГ начальником главного управления строительства ФИО7 &lt;адрес&gt;, определены следующие: реализация федеральных и областных программ в области капитального строительства; осуществление функций заказчика-застройщика по проектированию, капитальному строительству, реконструкции, расширению, техническому перевооружению, капитальному ремонту объектов здравоохранения, жилищно-гражданского, коммунально-бытового и социально-культурного назначения, финансируемых за счет средств федерального, областного бюджета. Распоряжением губернатора Тюменской &lt;адрес&gt; от ДД.ММ.ГГГГ №-рл на должность директора ГБУ ФИО7 &lt;адрес&gt; «ДССО» с ДД.ММ.ГГГГ назначен ФИО11 В соответствии с п.2.1 Устава, ГБУ ФИО7 &lt;адрес&gt; «ДССО» является юридическим лицом, наделенным обособленным имуществом на праве оперативного управления, находящимся в собственности ФИО7 &lt;адрес&gt;; финансовое обеспечение бюджетного учреждения осуществляется за счет средств бюджета ФИО7 &lt;адрес&gt;. Согласно п.4.2 Устава, ГБУ ФИО7 &lt;адрес&gt; «ДССО» осуществляет права владения, пользования и распоряжения закрепленным за ним на праве оперативного управления имуществом в пределах, установленных Гражданским кодексом Российской Федерации, в соответствии с целями своей деятельности, заданиями собственника и назначением имущества; учреждение обеспечивает сохранность закрепленного за ним имущества и эффективность его использования. Главой 6 Устава определено, что учреждение (ГБУ ФИО7 &lt;адрес&gt; «ДССО») возглавляет директор, назначаемый на должность распоряжением губернатора Тюменской &lt;адрес&gt;; директор учреждения в своей деятельности независим, руководствуется законодательством Российской Федерации; директор действует от имени учреждения без доверенности на основании законов и иных нормативных правовых актов Российской Федерации, Устава и трудового договора; директор действует на принципах единоначалия и несет ответственность за последствия своих действий в соответствии с федеральными законами, иными нормативными правовыми актами Российской Федерации, Уставом и заключенным трудовым договором. Согласно п. 6.5 Устава директор ГБУ ФИО7 &lt;адрес&gt; «ДССО» имеет полномочия: обеспечивать целевое использование бюджетных средств; обеспечивать сохранность, содержание в надлежащем состоянии закрепленного за учреждением движимого и недвижимого имущества; совершать сделки, в том числе заключать любые виды договоров. Таким образом, ФИО11 в силу своих служебных полномочий осуществлял на основе принципа единоначалия правомочия владения, пользования и распоряжения вверенным ему имуществом ФИО7 &lt;адрес&gt;, находящимся в оперативном управлении ГБУ ФИО7 &lt;адрес&gt; «ДССО». На основании распоряжения правительства ФИО7 &lt;адрес&gt; от ДД.ММ.ГГГГ №-рп «Об утверждении перечня объектов на 2009-2011 годы, строительство и реконструкция которых проводится за счет средств областного бюджета», в число объектов, строительство и реконструкция которых проводится за счет средств областного бюджета, включено строительство областного онкологического диспансера в &lt;адрес&gt; (1, 2 очереди). Согласно приказу начальника главного управления строительства ФИО7 &lt;адрес&gt; «Об исполнении функций государственного заказчика» от ДД.ММ.ГГГГ №-од, ГБУ ФИО7 &lt;адрес&gt; «ДССО» поручено исполнение функций государственного заказчика по объекту «&lt;адрес&gt; онкологического диспансера &lt;адрес&gt;, в т.ч. ПД». В период до ДД.ММ.ГГГГ ФИО17 получил от неустановленных следствием лиц при неустановленных обстоятельствах информацию о том, что на средства бюджета ФИО7 &lt;адрес&gt; в 2009 – 2011 г.г. запланировано строительство первой и второй очередей областного онкологического диспансера в &lt;адрес&gt;, а также о том, что руководителем учреждения, осуществляющего функции государственного заказчика строительства данного объекта, является ФИО11 ДД.ММ.ГГГГ ФИО17, находясь на территории Федеративной Республики Германия, более точно место следствием не установлено, путем направления посредством глобальной телекоммуникационной сети Интернет электронного письма, сообщил ФИО11 о том, что возглавляемая им коммерческая организация «Lamitec-Medicals GmbH» (ФРГ) имеет возможность поставить для вышеуказанного строящегося объекта - центра позитронно-эмиссионной томографии, организуемого на базе областного онкологического диспансера в &lt;адрес&gt;, медицинское оборудование, в том числе: позитронно-эмиссионный томограф, совмещенный с многосрезовым спиральным рентгеновским компьютерным томографом модели «Biograph-64», производства компании «Siemens» (2 комплекта); автоматизированный компактный циклотрон модели «Eclipse» производства компании «Siemens» (1 комплект); гамма-камеру модели «E.cam» производства компании «Siemens» (2 комплекта); комплект оборудования для радиохимической лаборатории; обеспечить монтаж и пусконаладку указанной аппаратуры, обучение персонала работе с ней и пятилетнюю гарантию на нее, по цене 28 460 000 долларов США. После этого, в период с ДД.ММ.ГГГГ по март 2009 года, более точно время следствием не установлено, ФИО11, занимающий должность директора ГБУ ФИО7 &lt;адрес&gt; «ДССО», осуществляющего функции государственного заказчика строительства «под ключ» первой и второй очередей областного онкологического диспансера в &lt;адрес&gt;, и ранее знакомый ему установленное лицо, занимающий должность генерального директора ЗАО «Строймонтаж», который от имени данного юридического лица был намерен выиграть торги на определение генерального подрядчика строительства «под ключ» указанного объекта, находясь на территории &lt;адрес&gt;, вступили в преступный сговор, направленный на получение ФИО11 при посредничестве установленного лица взятки в виде денег в размере 35% от суммы контракта на поставку высокоточного медицинского оборудования для центра позитронно-эмиссионной томографии, организуемого на базе строящегося областного онкологического диспансера в &lt;адрес&gt;, от ФИО17 за содействие в заключении компанией «Lamitec-Medicals GmbH» (ФРГ) контракта на поставку данного медицинского оборудования. В указанный период времени, реализуя преступный умысел на получение от ФИО17 взятки, ФИО11 в неустановленном следствием месте сообщил ФИО17 о том, что руководимая последним компания «Lamitec-Medicals GmbH» (ФРГ) не сможет принять участие в торгах на определение поставщика медицинского оборудования для центра позитронно-эмиссионной томографии, организуемого на базе строящегося областного онкологического диспансера в &lt;адрес&gt;, так как государственный заказ будет размещен на определение генерального подрядчика, в обязанности которого по заключенному в дальнейшем государственному контракту войдет полный комплекс строительно-монтажных работ по строительству объектов и сетей обеспечения, поставка, монтаж технологического медицинского оборудования первой и второй очередей строительства областного онкологического диспансера в &lt;адрес&gt;. Также ФИО11 сообщил ФИО17 о том, что победитель указанных торгов уже предопределен и данный государственный контракт будет заключен с ЗАО «Строймонтаж». Кроме того, ФИО11 сообщил ФИО17, что единственной возможностью заключения контракта с компанией «Lamitec-Medicals GmbH» (ФРГ) на поставку медицинского оборудования для центра позитронно-эмиссионной томографии, организуемого на базе строящегося областного онкологического диспансера в &lt;адрес&gt;, является обращение ФИО17 к генеральному директору ЗАО «Строймонтаж» установленному лицу и обсуждение с тем деталей заключения такого контракта. После получения согласия ФИО17 на проведение переговоров с установленным лицом об условиях заключения контракта на поставку медицинского оборудования, ФИО4 организовал встречу указанных лиц. В период с ДД.ММ.ГГГГ до ДД.ММ.ГГГГ, более точно дата следствием не установлена, ФИО20, действуя согласованно с ФИО4, выполняя отведенные ему действия в совершаемом преступлении, во время встречи с ФИО17, проходившей в офисе ЗАО «Строймонтаж», по адресу: &lt;адрес&gt;, предложил последнему обеспечить возможность заключения с компанией «Lamitec-Medicals GmbH» контракта на поставку медицинского оборудования для центра позитронно-эмиссионной томографии, организуемого на базе строящегося областного онкологического диспансера в &lt;адрес&gt;. При этом, за содействие в заключении вышеуказанного контракта установленное лицо потребовал от ФИО17 передать ФИО11 при его (установленного лица) посредничестве взятку в размере 4 млн. долларов США после получения оплаты за поставленное оборудование. Установленное лицо также сообщил ФИО17, что в ином случае, то есть при отказе последнего дать взятку, контракт с компанией «Lamitec-Medicals GmbH» заключен не будет. После получения согласия ФИО17 на дачу взятки в вышеуказанном размере, ФИО11 и установленное лицо, имея умысел на дальнейшее получение от ФИО17 денежных средств в виде взятки за заключение последним контракта на поставку медицинской техники, разработали план, согласно которому: ФИО11, используя свое служебное положение, при пособничестве установленного лица, должны были заключить государственный контракт между ГБУ ФИО7 &lt;адрес&gt; «ДССО» и ЗАО «Строймонтаж» на строительство областного онкологического диспансера, цена которого будет включать заведомо завышенную стоимость медицинского оборудования, подлежащего поставке; далее установленным лицом, действующим от имени руководимого им ЗАО «Строймонтаж», медицинское оборудование для строящегося объекта будет приобретено у компании «Lamitec-Medicals GmbH» по той же заведомо завышенной стоимости; после этого ФИО17, руководящий компанией «Lamitec-Medicals GmbH», обеспечит передачу ФИО11 и установленному лицу денежных средств в размере завышения стоимости поставляемого оборудования в качестве взятки за заключение этого контракта. При этом ФИО11 и установленное лицо осознавали, что выполнение их преступного плана предусматривает совершение ФИО11, с использованием своего служебного положения, безвозмездного противоправного издержания, то есть растраты, части средств бюджета ФИО7 &lt;адрес&gt;, выделенных на строительство областного онкологического диспансера в &lt;адрес&gt;, в особо крупном размере, вверенных ФИО11 как руководителю государственного учреждения – бюджетополучателя данных средств. В тот же период времени, с ДД.ММ.ГГГГ до ДД.ММ.ГГГГ, ФИО11 по согласованию с установленным лицом, находясь в &lt;адрес&gt;, более точно место не установлено, приступив к реализации вышеуказанного преступного плана и выполняя отведенные ему действия в совершаемых преступлениях, используя свое служебное положение директора ГБУ ФИО7 &lt;адрес&gt; «ДССО», которое являлось заказчиком проектирования объекта «строительство областного онкологического диспансера в &lt;адрес&gt; (1 и 2 очередь)» и получателем бюджетных средств, выделенных на строительство данного объекта, обеспечил включение в состав проектной документации на строительство заведомо завышенной стоимости вышеуказанного медицинского оборудования в сумме 32 850 000 долларов США, то есть превышающей стоимость, по которой ФИО17 ДД.ММ.ГГГГ предлагал от имени компании «Lamitec-Medicals GmbH» (ФРГ) его поставить. Кроме того, согласно разработанному ФИО11 и установленным лицом преступному плану, ФИО11, используя свое служебное положение директора ГБУ ФИО7 &lt;адрес&gt; «ДССО», должен был обеспечить включение в состав документации об аукционе на определение исполнителя подрядных работ по строительству областного онкологического диспансера &lt;адрес&gt; (1 и 2 очередь) условий о начальной (максимальной) цене контракта, включающих в себя заведомо завышенную стоимость подлежащего к поставке медицинского оборудования, а также таких требований к медицинскому оборудованию, подлежащему к поставке, которым могло соответствовать лишь оборудование, предлагаемое компанией «Lamitec-Medicals GmbH» (ФРГ). Для этого ФИО11, в период времени с ДД.ММ.ГГГГ до ДД.ММ.ГГГГ, в неустановленном месте получил от ФИО17 для последующего включения в техническое задание документации об аукционе сведения о характеристиках медицинского оборудования, преимущественно марки «Siemens», контракт на поставку которого ФИО17 планировал заключить от имени компании «Lamitec-Medicals GmbH» (ФРГ). При этом ФИО11 знал от ФИО17, что в соответствии с сертификатом, выданным ДД.ММ.ГГГГ уполномоченным компанией «Siemens» лицом, руководимая ФИО17 компания «Lamitec-Medicals GmbH» (ФРГ) имела на тот период времени эксклюзивное право на поставку на территории Российской Федерации медицинского оборудования для позитронно-эмиссионной томографии производства компании «Siemens». После этого, ДД.ММ.ГГГГ ФИО11, действуя с тем же преступным умыслом, находясь в &lt;адрес&gt;, представил заявку от имени ГБУ ФИО7 &lt;адрес&gt; «ДССО» в управление государственных закупок ФИО7 &lt;адрес&gt; на организацию размещения государственного заказа для определения исполнителя подрядных работ по строительству областного онкологического диспансера &lt;адрес&gt; (1 и 2 очередь). Кроме того, ФИО11, с целью осведомленности о работе аукционной комиссии и влияния на принимаемые ею решения по интересующему его вопросу, предложил включить его в состав данной аукционной комиссии. Согласно указанной заявке ФИО11, объем работ, требуемых к выполнению от победителя аукциона, определен проектной документацией и установлена начальная (максимальная) цена контракта в размере 2 359 716 590 рублей, включающая в себя заведомо для ФИО11 и установленного лица завышенную стоимость подлежащего к поставке медицинского оборудования в размере 32 850 000 долларов США и превышающую стоимость, по которой ФИО17 ДД.ММ.ГГГГ предлагал от имени компании «Lamitec-Medicals GmbH» (ФРГ) его поставить. В тот же день (ДД.ММ.ГГГГ) ФИО11, продолжая реализацию преступного умысла, находясь в &lt;адрес&gt;, в дополнение к вышеуказанной заявке представил в управление государственных закупок ФИО7 &lt;адрес&gt; от имени ГБУ ФИО7 &lt;адрес&gt; «ДССО» техническое задание на выполнение подрядных работ по строительству областного онкологического диспансера в &lt;адрес&gt; (1-й и 2-й очереди), составленное им (ФИО11) на основе полученных от ФИО17 сведений о характеристиках медицинского оборудования, преимущественно марки «Siemens». Тем самым ФИО11 обеспечил включение в состав документации об аукционе таких требований к поставляемому оборудованию, которые могла выполнить лишь руководимая ФИО17 компания «Lamitec-Medicals GmbH» (ФРГ). ДД.ММ.ГГГГ, на основании вышеуказанной заявки ФИО11, начальником управления государственных закупок ФИО7 &lt;адрес&gt; ФИО18, неосведомленным о преступном умысле ФИО11 и установленного лица, издан приказ № «О проведении открытого аукциона № АО-128/9», которым отделу аукционов управления государственных закупок ФИО7 &lt;адрес&gt; предписано подготовить и провести открытый аукцион на выполнение работ по строительству областного онкологического диспансера; сформировать аукционную комиссию, с включением в её состав директора ГБУ ФИО7 &lt;адрес&gt; «ДССО» ФИО11; опубликовать извещение о проведении открытого аукциона в официальном печатном издании и на официальном сайте правительства ФИО7 &lt;адрес&gt;, содержащее сведения о начальной (максимальной) цене контракта в размере 2 359 716 590 рублей, представленные ФИО11; разработать и разместить на официальном сайте правительства Тюменской области документацию об аукционе, содержащую в своем составе представленное ФИО11 техническое задание. ДД.ММ.ГГГГ начальником управления государственных закупок ФИО7 &lt;адрес&gt; ФИО18 утверждена документация об открытом аукционе № АО-128/9 на выполнение работ по строительству областного онкологического диспансера, также содержащая представленные ФИО11 сведения о начальной (максимальной) цене контракта в размере 2 359 716 590 рублей и техническое задание, определяющее объем работ, требуемых к выполнению подрядчиком. В период с ДД.ММ.ГГГГ до ДД.ММ.ГГГГ ФИО20 и иные неустановленные лица, находясь в &lt;адрес&gt;, сформировали заявку от имени ЗАО «Строймонтаж» на участие в указанном аукционе, которая включала в себя предложение о выполнении являющихся предметом торгов работ по строительству областного онкологического диспансера &lt;адрес&gt; (1 и 2 очередь), в том числе поставку и монтаж следующего медицинского оборудования марки «Siemens»: оборудование позитронно-эмиссионной томографии совмещенной с компьютерной томографией (установка ПЭТ/КТ) – 2 комплекта; циклотрон для радионуклеидного обеспечения позитронно-эмиссионной томографии; оборудование фотонной эмиссионной компьютерной томографии (гамма-камера); оборудование совмещенной системы эмиссионной и рентгеновской компьютерной томографии (ОФЭКТ/КТ); оборудование радиохимической лаборатории, по цене в размере 2 359 716 590 рублей, соответствующей начальной (максимальной) цене контракта. ДД.ММ.ГГГГ ФИО11, находясь в &lt;адрес&gt;, продолжая реализацию преступного умысла, письмом №, адресованным начальнику управления государственных закупок ФИО7 &lt;адрес&gt;, предоставил данному государственному органу сведения о том, что заявка единственного участника аукциона № АО-128/9 – ЗАО «Строймонтаж» – соответствует требованиям документации об аукционе и подлежит допуску к участию в торгах. В тот же день ДД.ММ.ГГГГ протоколом №/АО-128/9 заседания аукционной комиссии, в соответствии с ч. 3 ст. 36 Федерального закона от ДД.ММ.ГГГГ № 94-ФЗ «О размещении заказов на поставку товаров, выполнение работ, оказание услуг для государственных и муниципальных нужд», открытый аукцион № АО-128/9 признан несостоявшимся, в связи с поступлением лишь одной заявки ЗАО «Строймонтаж» на участие в торгах. Тем же протоколом аукционной комиссии, на основании ч. 6 ст. 36 Федерального закона от ДД.ММ.ГГГГ № 94-ФЗ «О размещении заказов на поставку товаров, выполнение работ, оказание услуг для государственных и муниципальных нужд», государственному заказчику – ГБУ ФИО7 &lt;адрес&gt; «ДССО», предписано передать единственному участнику аукциона – ЗАО «Строймонтаж» – для подписания проект государственного контракта, содержащего предусмотренные документацией об аукционе условия. ДД.ММ.ГГГГ ФИО11 и установленное лицо, находясь в &lt;адрес&gt;, продолжая реализацию совместного преступного плана, на основании полученного решения аукционной комиссии, заключили от имени ГБУ ФИО7 &lt;адрес&gt; «ДССО» в лице ФИО4 и ЗАО «Строймонтаж» в лице установленного лица государственный контракт №-П/09 на выполнение подрядных работ по строительству первой и второй очередей областного онкологического диспансера в &lt;адрес&gt;, в том числе поставку и монтаж указанного выше медицинского оборудования, по цене в размере 2 359 716 590 рублей. В период с ДД.ММ.ГГГГ по ДД.ММ.ГГГГ денежные средства в сумме 2 331 626 319 рублей 22 коп., в качестве оплаты по указанному государственному контракту №-П/09, были перечислены управлением Федерального казначейства по ФИО7 &lt;адрес&gt; (департаментом финансов ФИО7 &lt;адрес&gt; и ГБУ ФИО7 &lt;адрес&gt; «ДССО»), расположенным по адресу: &lt;адрес&gt;, на расчетный счет ЗАО «Строймонтаж». В период с ДД.ММ.ГГГГ до ДД.ММ.ГГГГ, более точное время следствием не установлено, ФИО17, действуя согласно разработанному совместно с ФИО11 и установленным лицом плану, направленному на реализацию преступного умысла на получение ФИО4 при посредничестве установленного лица взятки от ФИО17 в особо крупном размере, прибыл в &lt;адрес&gt; для заключения контракта от имени компании «Lamitec-Medicals GmbH» с ЗАО «Строймонтаж» в лице установленного лица. В указанный период времени установленное лицо, в ходе встречи с ФИО17 на территории &lt;адрес&gt;, сообщил последнему, что контракт с компанией «Lamitec-Medicals GmbH» на поставку медицинского оборудования для центра позитронно-эмиссионной томографии, организуемого на базе строящегося областного онкологического диспансера в &lt;адрес&gt;, будет заключен на сумму 32 850 000 долларов США, и лишь при условии передачи ФИО17 взятки ФИО11 при его (установленного лица) посредничестве в размере 9 645 150 долларов США, то есть увеличения суммы взятки от 4 млн. долларов США до указанной суммы. ФИО17 дал свое согласие на дачу взятки ФИО11 при посредничестве установленного лица в указанном размере. ДД.ММ.ГГГГ ФИО17 и установленное лицо, заключили от имени компании «Lamitec-Medicals GmbH» и ЗАО «Строймонтаж», соответственно, контракт № между указанными юридическими лицами на поставку комплекта медицинского оборудования для центра позитронно-эмиссионной томографии, создаваемого на базе областного онкологического диспансера &lt;адрес&gt;, на сумму 32 850 000 долларов США. Во исполнение указанного контракта №, часть полученных от управления Федерального казначейства по ФИО7 &lt;адрес&gt; (департамента финансов ФИО7 &lt;адрес&gt; и ГБУ ФИО7 &lt;адрес&gt; «ДССО») денежных средств была конвертирована ЗАО «Строймонтаж» в доллары США, после чего, по выставленным ФИО17 от имени компании «Lamitec-Medicals GmbH» счетам перечислена на счета компании «Lamitec-Medicals GmbH», открытые в банке «Deutsche Bank AG» (Ulm, Germany SWIFT: DEUTDESS630) в следующих размерах: ДД.ММ.ГГГГ – в сумме 11 000 000 долларов США; ДД.ММ.ГГГГ – в сумме 15 000 000 долларов США; ДД.ММ.ГГГГ – в сумме 3 500 000 долларов США; ДД.ММ.ГГГГ – в сумме 3 350 000 долларов США, а всего в сумме 32 850 000 долларов США. При этом условиями указанного контракта №, была предусмотрена поставка компанией «Lamitec-Medicals GmbH» оборудования, не указанного в первоначальном коммерческом предложении компании «Lamitec-Medicals GmbH» в лице ФИО17 от ДД.ММ.ГГГГ, в частности: комбинированной системы ОФЭК/КТ модели «Symbia T2» стоимостью 1 880 500 долларов США и рабочей станции для сбора, обработки, передачи и хранения цифровых медицинских изображений модели «Syngo» стоимостью 128 000 долларов США, а также поставка системы однофотонной эмиссионной томографии с двумя детекторами модели «Symbia E» стоимостью 1 030 900 долларов США, вместо двух комплектов гамма-камер модели «E.cam», указанных в коммерческом предложении ФИО17 от ДД.ММ.ГГГГ, стоимостью 500 000 долларов США за каждый комплект. После этого, медицинское оборудование поставлено компанией «Lamitec-Medicals GmbH» в адрес ЗАО «Строймонтаж», а последним, в свою очередь, передано заказчику по государственному контракту №-П/09 от ДД.ММ.ГГГГ (ГБУ ФИО7 &lt;адрес&gt; «ДССО») в рамках исполнения данного контракта. Соответственно, стоимость оборудования, поставленного компанией «Lamitec-Medicals GmbH» по контракту № от ДД.ММ.ГГГГ превышала стоимость данного оборудования, с учетом вышеуказанных изменений в перечне оборудования, по которой ФИО17 от имени компании «Lamitec-Medicals GmbH» имел возможность и предлагал осуществить его поставку для нужд ФИО7 &lt;адрес&gt;, на 2 350 600 долларов США. То есть ФИО11 в период с декабря 2008 года до ДД.ММ.ГГГГ, из личных корыстных интересов, путем заключения государственного контракта, по которому для государственных нужд закуплено медицинское оборудование по заведомо завышенной стоимости на 2 350 600 долларов США, что, согласно курсу доллара США к рублю, установленному Центральным Банком РФ на ДД.ММ.ГГГГ, составляло 71 696 590 рублей 84 коп., совершил с использованием своего служебного положения, при пособничестве установленного лица, безвозмездное противоправное издержание, то есть растрату, части средств бюджета ФИО7 &lt;адрес&gt; в особо крупном размере – в сумме 71 696 590 рублей 84 коп., являющихся собственностью ФИО7 &lt;адрес&gt;, из средств, выделенных из бюджета на строительство областного онкологического диспансера в &lt;адрес&gt; (1, 2 очереди), вверенных ФИО11 как директору ГБУ ФИО7 &lt;адрес&gt; «ДССО» – бюджетополучателю данных средств. Тем самым, противоправными действиями ФИО11 и установленного лица субъекту Российской Федерации - ФИО7 &lt;адрес&gt;, как собственнику похищенных денежных средств, причинен имущественный ущерб в особо крупном размере – в сумме 71 696 590 рублей 84 коп. Действия ФИО11 по данному преступлению квалифицированы по ч. 4 ст. 160 УК РФ , как растрата, то есть хищение чужого имущества, вверенного виновному, совершенная лицом с использованием своего служебного положения, в особо крупном размере. За указанное преступление ФИО11 подлежат оправданию, в связи с отсутствием в деянии подсудимого состава преступления, предусмотренного ч.4 ст. 160 УК РФ . В соответствии со ст. 160 УК РФ , уголовная ответственность предусмотрена за присвоение и растрату чужого имущества, вверенного виновному. Исходя из позиции Верховного Суда РФ, выраженной в п.18 Постановления Пленума Верховного Суда РФ от ДД.ММ.ГГГГ N 51 «О судебной практике по делам о мошенничестве, присвоении и растрате», противоправное безвозмездное обращение имущества, вверенного лицу, в свою пользу или пользу других лиц, причинившее ущерб собственнику или иному законному владельцу этого имущества, должно квалифицироваться судами как присвоение или растрата, при условии, что похищенное имущество находилось в правомерном владении либо ведении этого лица, которое в силу должностного или иного служебного положения, договора либо специального поручения осуществляло полномочия по распоряжению, управлению, доставке, пользованию или хранению в отношении чужого имущества. Как растрата должны квалифицироваться противоправные действия лица, которое в корыстных целях истратило вверенное ему имущество против воли собственника путем потребления этого имущества, его расходования или передачи другим лицам. Растрату следует считать оконченным преступлением с момента противоправного издержания вверенного имущества (его потребления, израсходования или отчуждения). - согласно распоряжению Правительства ФИО7 &lt;адрес&gt; от ДД.ММ.ГГГГ №-рп «Об утверждении Перечня объектов на 2009-2011 годы, строительство и реконструкция которых проводится за счет средств областного бюджета», одним из указанных объектов является «&lt;адрес&gt; онкологического диспансера &lt;адрес&gt; (1,2 очереди). (т.18, л.д.108,137) - согласно Приказу ГУС ФИО7 &lt;адрес&gt; №-од от ДД.ММ.ГГГГ, исполнение функций государственного заказчика, в целях реализации Перечня объектов на 2009-2011 годы, строительство и реконструкция которых проводится за счет средств областного бюджета, поручено, в том числе, ГБУ ТО «ДССО» (ФИО11 (т.18, л.д.197) - согласно пп.2.1 пп.2 Устава ГБУ ТО «ДССО», финансовое обеспечение бюджетного учреждения осуществляется за счет средств бюджета ФИО7 &lt;адрес&gt; на основе бюджетной сметы. (т.19, л.д.8) ДД.ММ.ГГГГ на основании полученного решения аукционной комиссии, от имени ГБУ ФИО7 &lt;адрес&gt; «ДССО» в лице ФИО11 (Государственный Заказчик) и ЗАО «Строймонтаж» в лице установленного лица (Подрядчик) заключен государственный контракт №-П/09 на выполнение подрядных работ по строительству первой и второй очередей областного онкологического диспансера в &lt;адрес&gt; по цене в размере 2.359.716.590 рублей, из которых поставка и монтаж медицинского оборудования на сумму 1.350.304. 51 рублей, включая стоимость высокотехнологичного медицинского оборудования. В соответствии с п.ДД.ММ.ГГГГ указанного контракта, Подрядчик обязан поставить и смонтировать оборудование, включая технологическое медицинское оборудование, необходимое для строительства объекта, предусмотренного проектной документацией, соответствующего сертификатам качества и паспортам в сроки, предусмотренные графиком поставки оборудования. Стоимость поставленного оборудования, включая технологическое медицинское оборудование, согласовывается с Государственным заказчиком на стадии заключения настоящего контракта и определяется протоколом контрактной цены. В рамках указанного контракта, во исполнение п.ДД.ММ.ГГГГ, ДД.ММ.ГГГГ от имени компании «Lamitec-Medicals GmbH» в лице ФИО17 и ЗАО «Строймонтаж» в лице установленного лица заключен контракт № между указанными юридическими лицами на поставку комплекта медицинского оборудования для центра позитронно-эмиссионной томографии, создаваемого на базе областного онкологического диспансера &lt;адрес&gt;, на сумму 32.850.000 долларов США (964.321.605 рублей по курсу ЦБ РФ на ДД.ММ.ГГГГ). - Из положительного заключения государственной экспертизы № от ДД.ММ.ГГГГ следует, что на исследование направлялась проектная документация, включая смету, и результаты инженерных изысканий по объекту капитального строительства: &lt;адрес&gt; онкологического диспансера &lt;адрес&gt;. Радиологический центр (1 очередь строительства). Согласно выводам государственной экспертизы, Проектная документация соответствует требованиям нормативных технических документов. (т.17, л.д.199-236) - Согласно сообщению ФИО2 &lt;адрес&gt; ФИО40 от ДД.ММ.ГГГГ, перечисление средств областного бюджета осуществляется в порядке, утвержденном приказом департамента финансов ФИО7 &lt;адрес&gt; от ДД.ММ.ГГГГ №. Департамент финансов осуществляет платежи за счет бюджетных средств от имени и по поручению главных распорядителей и получателей бюджетных средств. Главным распорядителем бюджетных средств, предусмотренных на строительство областного онкологического диспансера в &lt;адрес&gt; (1,2 очереди), в 2009-2011 годах является главное управление строительства и жилищно-коммунального хозяйства ФИО7 &lt;адрес&gt;, бюджетополучателем – ГБУ ТО «Дирекция строительства специальных объектов». (т.2,л.д.162-163) - согласно платежным поручениям № от ДД.ММ.ГГГГ, № от ДД.ММ.ГГГГ, № от ДД.ММ.ГГГГ, № от ДД.ММ.ГГГГ, УФК по ФИО7 &lt;адрес&gt; (Департаментом финансов ФИО7 &lt;адрес&gt;) денежные средства перечислены ЗАО «Строймонтаж» за медицинское оборудование, на общую сумму 861.946.000 рублей (29.553.375 долларов США по курсу ЦБ РФ на момент совершения финансовой операции). В качестве основания платежа указан госконтракт ГК-2-П/09 от ДД.ММ.ГГГГ (т.2, л.д.169, 170, 178, 185). Таким образом, судом установлено, что строительство и оснащение медицинским оборудованием, в том числе высокотехнологическим, областного онкологического диспансера &lt;адрес&gt; осуществлялось на основании контракт № от ДД.ММ.ГГГГ, заключенного компанией «Lamitec-Medicals GmbH» в лице ФИО17 и ЗАО «Строймонтаж» в лице установленного лица, на поставку комплекта медицинского оборудования для центра позитронно-эмиссионной томографии, создаваемого на базе областного онкологического диспансера &lt;адрес&gt;, на сумму 32.850.000 долларов США (964.321.605 рублей по курсу ЦБ РФ на ДД.ММ.ГГГГ), в рамках госконтракта ГК-2-П/09 от ДД.ММ.ГГГГ, в соответствии с проектной документацией, разработанной ОАО «НИИПлесдрев», прошедшей государственную экспертизу. Оплата за поставку медицинского оборудования производилась непосредственно Департаментом финансов ФИО7 &lt;адрес&gt; ЗАО «Строймонтаж», в рамках заключенного контракта, по представленным последним счетам на оплату. ФИО11, как директору ГБУ ТО «ДССО» денежные средства, предназначенные для оплаты медицинского оборудования, поставляемого в рамках контракта, не вверялись, в связи с чем, распорядиться ими он не мог. При таких обстоятельствах, действия ФИО11 не содержат признаков преступления, предусмотренного ч.4 ст. 160 УК РФ . За совершение преступления, предусмотренного ч.4 ст. 160 УК РФ , ФИО11 подлежит оправданию на основании п.3 ч.2 ст. 302 УПК РФ , в связи с отсутствием в деянии состава преступления. ФИО11 умышленно совершил преступление, осознавая неправомерный характер своих действий, поэтому может и должен нести уголовную ответственность за совершенное преступление. При назначении наказания суд учитывает общественную опасность совершенного преступления и данные о личности подсудимого ФИО11, который по месту работы и жительства характеризуется положительно, на учете у нарколога и психиатра не состоит. Обстоятельствами, смягчающими наказание, является совершение преступления впервые, явка с повинной и активное способствование раскрытию и расследованию преступления в ходе предварительного следствия, признание вины и раскаяние в содеянном в ходе предварительного следствия, наличие на иждивении нетрудоспособного родителя – матери, в отношении которой ФИО11 назначен опекуном. Обстоятельств, отягчающих наказание, не установлено. С учетом тяжести совершенного преступления, суд считает необходимым назначить ФИО11 наказание, связанное с изоляцией от общества, с учетом требований ст. , , , ч.1 ст. 62 УК РФ . Назначение менее строгого наказания не сможет обеспечить достижение цели наказания. Вид исправительного учреждения следует определить в соответствии с п. «в» ч.1 ст. 58 УК РФ – исправительную колонию строгого режима. С учетом смягчающих обстоятельств, суд считает возможным не назначать ФИО11 дополнительное наказание в виде лишения права занимать определенные должности или заниматься определенной деятельностью. Кроме того, в настоящее время трудовая деятельность ФИО11 не связана с выполнением организационно-распорядительных, административно-хозяйственных функций в государственных органах, органах местного самоуправления, государственных и муниципальных учреждениях. Вместе с тем, дополнительное наказание в виде штрафа суд считает необходимым ФИО11 назначить в размере двукратной суммы взятки, т.е. в сумме 50.891.082 рубля 82 копейки. С учетом отношения подсудимого ФИО11 к содеянному, суд не находит оснований для применения ст. , 73 УК РФ . В удовлетворении гражданского иска заместителя Генерального прокурора Российской Федерации о взыскании с ФИО11 в пользу ФИО7 &lt;адрес&gt; в лице Правительства Тюменской области 133.901.146 рублей в счет возмещения бюджету Тюменской области материального ущерба – следует отказать, в соответствии с ч.2 ст. 306 УПК РФ , в связи с оправданием ФИО11 по ч.4 ст. 160 УК РФ по реабилитирующим основаниям. (т.36, л.д. 104-105) По этим же основаниям следует отказать в удовлетворении гражданского иска Правительства Тюменской области о взыскании с ФИО11 204.773.091 рубль 29 копеек в пользу Тюменской области в лице Правительства Тюменской области в счет возмещения материального ущерба, причиненного преступлением. (т.36, л.д.101-103) Арест на денежные средства в общей сумме 131.945.000 рублей, находящиеся на счете №, открытом ФИО3 в ДО № Свердловского отделения № ОАО «Сбербанк России», наложенный постановлением Верх-Исетского районного суда &lt;адрес&gt; от ДД.ММ.ГГГГ, следует отменить. (т.30, л.д.220-221) Постановлением Ленинского районного суда г.Екатеринбурга от 10.10.2013 г. наложен арест на трехкомнатную квартиру № 4 площадью 70,90 кв.м, расположенную на 1 этаже жилого комплекса «Сады Астории», содержащую погреб и отсек для лыж, по улице дю Лире в городе Шамоникс-Мон-Блан, Франция, принадлежащую ФИО43 (т.31, л.д.134) Арест наложен в соответствии с ч.3 ст. 115 УПК РФ . В соответствии с ч.3 ст. 115 УПК РФ , при принятии решения о наложении ареста на имущество лиц, не являющихся подозреваемыми или обвиняемыми, суд должен установить ограничения, связанные с владением, пользованием, распоряжением арестованным имуществом, и указать срок, на который налагается арест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Установленный судом срок ареста, наложенного на имущество, может быть продлен в порядке, установленном статьей 115.1 настоящего Кодекса. Однако, срок наложения ареста на имущество ФИО43, не являющейся подозреваемой или обвиняемой по уголовному делу, не установлен, соответственно, в установленном законом порядке не продлен, в связи с чем, установленная мера процессуального принуждения не может быть применена. Кроме того, в материалах уголовного дела отсутствуют сведения об исполнении постановления Российского суда компетентными органами иностранного государства. При таких обстоятельствах, арест на имущество ФИО43 необходимо отменить. Руководствуясь ст.ст. , , , , 309 УПК РФ , суд – П Р И Г О В О Р И Л : ФИО11 признать виновным в совершении преступления, предусмотренного ч.6 ст. 290 УК РФ (в редакции закона от ДД.ММ.ГГГГ № 324-ФЗ) и назначить наказание в виде лишения свободы сроком на 8 лет, со штрафом в размере двукратной суммы взятки - в сумме 50.891.082 рубля 82 копейки в доход государства, с отбыванием наказания в исправительной колонии строгого режима. Срок наказания исчислять с 17.05.2017 года. Зачесть в срок отбытия наказания время содержания ФИО11 под стражей и домашним арестом в период с 22.02.2013 г. по 21.04.2015 г. Меру пресечения изменить с подписки о невыезде и надлежащем поведении на содержание под стражей – взять под стражу в зале суда. По ч.4 ст. 160 УК РФ - оправдать, на основании п.3 ч.2 ст. 302 УПК РФ , в связи с отсутствием в деянии состава преступления. Признать за ФИО11 право на реабилитацию в соответствии с Главой 18 УПК РФ. В удовлетворении гражданского иска заместителя Генерального прокурора Российской Федерации о взыскании с ФИО11 в пользу ФИО7 &lt;адрес&gt; в лице Правительства ФИО7 &lt;адрес&gt; 133.901.146 рублей в счет возмещения бюджету ФИО7 &lt;адрес&gt; материального ущерба – отказать. В удовлетворении гражданского иска Правительства Тюменской области о взыскании с ФИО11 в счет возмещения материального ущерба, причиненного преступлением, 204.773.091 рубль 29 копеек в пользу Тюменской области в лице Правительства Тюменской области – отказать. Арест на денежные средства в общей сумме 131.945.000 рублей, находящиеся на счете №, открытом ФИО3 в ДО № Свердловского отделения № ОАО «Сбербанк России», наложенный постановлением Верх-Исетского районного суда &lt;адрес&gt; от ДД.ММ.ГГГГ - отменить. Арест на трехкомнатную &lt;адрес&gt; площадью 70,90 кв.м, расположенную на 1 этаже жилого комплекса «Сады Астории», содержащую погреб и отсек для лыж, по &lt;адрес&gt;, Франция, принадлежащую ФИО43, на которую наложен арест постановлением Ленинского районного суда &lt;адрес&gt; от ДД.ММ.ГГГГ – отменить. Вещественные доказательства: - флеш-карту с видеозаписью обращения ФИО17, приобщенную к материалам уголовного дела – хранить с уголовным делом; - предметы и документы, изъятые ДД.ММ.ГГГГ в ходе обследования помещений ЗАО «Строймонтаж», находящиеся в камере хранения вещественных доказательств Калининского районного суда &lt;адрес&gt; – вернуть в ЗАО «Строймонтаж»; - 2 компакт-диска CD-R, приобщенные к материалам уголовного дела – хранить с уголовным делом; - предметы и документы, изъятые ДД.ММ.ГГГГ в ГКУ ФИО7 &lt;адрес&gt; «Дирекция строительства специальных объектов», находящиеся в камере хранения вещественных доказательств Калининского районного суда &lt;адрес&gt; – вернуть в ГКУ ФИО7 &lt;адрес&gt; «Дирекция строительства специальных объектов»; - подшивку копий документов, касающихся взаимоотношений ЗАО «Строймонтаж» и ООО «Евроазиатский логистический таможенный брокер», приобщенную к материалам уголовного дела - хранить с уголовным делом; - подшивку из копий документов на 111 листах, на обложке которой имеется надпись, нанесенная красителем синего цвета «Подшивка копий документов, изъятых при обследовании радиологического отделения №», а также карту памяти, приобщенные к материалам уголовного дела - хранить с уголовным делом; - документы, изъятые ДД.ММ.ГГГГ в ходе обследования помещений ОАО «НИИПлесдрев», находящуюся в камере хранения вещественных доказательств Калининского районного суда &lt;адрес&gt; – вернуть в ОАО «НИИПлесдрев»; - документы, изъятые ДД.ММ.ГГГГ в ходе обследования помещений Управления государственных закупок ФИО7 &lt;адрес&gt;, находящиеся в камере хранения вещественных доказательств Калининского районного суда &lt;адрес&gt; – вернуть в Управления государственных закупок ФИО7 &lt;адрес&gt;; - справку на 8 листах о результатах проведения ОРМ «Прослушивание телефонных переговоров», а также 3 компакт-диска, приобщенные к материалам уголовного дела – хранить с уголовным делом; - ноутбук «SonyVaio» с проводным адаптером питания «Sony», изъятый в ходе обыска в офисных помещениях ООО «ПЭТ-Технолоджис» и ООО «КиберНож», находящиеся на хранении в камере хранения вещественных доказательств Калининского районного суда &lt;адрес&gt; – вернуть в ООО «ПЭТ-Технолоджис» и ООО «КиберНож»; - документы, изъятые ДД.ММ.ГГГГ в ходе обыска в офисных помещениях ЗАО «Строймонтаж», находящиеся на хранении в камере хранения вещественных доказательств Калининского районного суда &lt;адрес&gt; – вернуть в ЗАО «Строймонтаж»; - переносной жесткий диск, изъятый ДД.ММ.ГГГГ в ходе обыска в жилище ФИО3 по адресу: &lt;адрес&gt; «а»-4, находящийся на хранении в камере хранения вещественных доказательств Калининского районного суда &lt;адрес&gt; – вернуть ФИО3; - документы и оптические носители информации, предоставленные компетентными органами ФРГ в рамках исполнения запроса о правовой помощи, находящиеся на хранении в камере хранения вещественных доказательств Калининского районного суда &lt;адрес&gt; – хранить с уголовным делом. Приговор может быть обжалован в апелляционном порядке в ФИО7 областной суд в течение 10 суток со дня провозглашения, осужденным, содержащимся под стражей – в тот же срок со дня получения копии приговора. Разъяснить осужденному право на участие в суде апелляционной инстанции, о чем необходимо указать в своей апелляционной жалобе. Судья И.М.Тыжных Суд: Калининский районный суд г. Тюмени (Тюменская область) (подробнее) Судьи дела: Тыжных Ирина Михайловна (судья) (подробнее) Судебная практика по: Злоупотребление должностными полномочиями Судебная практика по применению нормы ст. 285 УК РФ Присвоение и растрата Судебная практика по применению нормы ст. 160 УК РФ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