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Кассационное представление заместителя прокурора Костромской области Авдеева Д.Е.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Апелляционное определение судебной коллегии по уголовным делам Костромского областного суда от 25 октября 2018 года в отношении ФИО1 изменить, исключить указание о зачете времени содержания под стражей ФИО1 под стражей с 19 января по 25 октября 2018 года включительно в срок лишения свободы из расчета один день за полтора дня отбывания наказания в исправительной колонии общего режима. В остальном указанное судебное решение оставить без изменения. Председательствующий Н.А. Гусева Суд: Костромской областной суд (Костромская область) (подробнее) Судьи дела: Шагабутдинов Анатолий Анатольевич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