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04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 месте производства работ башенным краном учетный № 106496 находятся неисправные съемные грузозахватные приспособления - нарушение п.23(в), п.222, п.228 Федеральных норм и правил в области промышленной безопасности «Правила безопасности опасных производственных объектов, на которых используются подъемные сооружения» утвержденных приказом Ростехнадзора от 12.11.2013 г. № 533, зарегистрированных в Минюсте России 31.12.2013 № 30992; нарушены требования Руководства (инструкции) по монтажу и эксплуатации башенного крана - ст.9 Федерального закона «О промышленной безопасности опасных производственных объектов» №116 ФЗ от 21.07.1997 г.</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 башенном кране учетный № 106496 не исправно опорно-поворотное устройство,(шум, скрежет, подклинивание) - нарушение п.255 (д) Федеральных норм и правил в области промышленной безопасности «Правила безопасности опасных производственных объектов, на которых используются подъемные сооружения» утвержденных приказом Ростехнадзора от 12.11.2013 г. № 533, зарегистрированных в Минюсте России 31.12.2013 № 30992; нарушены требования Руководства инструкции) по монтажу и эксплуатации башенного крана - ст.9 Федерального закона «О промышленной безопасности опасных производственных объектов» № 116 ФЗ от 21.07.1997 г.</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 башенном кране учетный № 106496 деформированы ограждающие дуги на лестнице для подъема в кабину крана - нарушение п. 174 (а) Федеральных норм и правил в области промышленной безопасности «Правила безопасности опасных производственных объектов, на которых используются подъемные сооружения» утвержденных приказом Ростехнадзора от 12.11.2013 г. № 533, зарегистрированных в Минюсте России 31.12.2013 № 30992; нарушены требования Руководства (инструкции) по монтажу и эксплуатации башенного крана. нарушены требования Руководства (инструкции) по монтажу и эксплуатации башенного крана - ст.9 Федерального закона «О промышленной безопасности опасных производственных объектов» №116 ФЗ от 21.07.1997 г.</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 башенном кране учетный № 106496 реборда колеса ходовой тележки имеет износ более 50 % от первоначальной толщены - нарушение п.255 (д) Федеральных норм и правил в области промышленной безопасности Правила безопасности опасных производственных объектов, на которых используются подъемные сооружения» утвержденных приказом Ростехнадзора от 12.11.2013 г. № 533, зарегистрированных в Минюсте России 31.12.2013 № 30992; нарушены требования Руководства (инструкции) по монтажу и эксплуатации башенного крана - ст.9 Федерального закона «О промышленной безопасности опасных производственных объектов» № 116 ФЗ от 21.07.1997 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Вводное устройство и защитная панель башенного крана учетный № 106496 не оборудованы приспособлением для запирания их на замок - нарушение п.125 Федеральных норм и правил в области промышленной безопасности «Правша безопасности опасных производственных объектов, на которых используются подъемные сооружения» утвержденных приказом Ростехнадзора от 12.11.2013г № 533, зарегистрированных в Минюсте России 31.12.2013 № 30992; нарушены требования Руководства (инструкции) по монтажу и эксплуатации башенного крана - ст.9 Федерального закона «О промышленной безопасности опасных производственных объектов» №116 ФЗ от 21.07.1997 г.</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 крановом пути башенного крана учетный № 106496 зазор между стыками рельс более 6 мм. Нарушение п. 207 (приложение № 8) Федеральных норм и правил в области промышленной безопасности «Правша безопасности опасных производственных объектов, на которых используются подъемные сооружения» утвержденных приказом Ростехнадзора от 12.11.2013 г. № 533, зарегистрированных в Минюсте России 31.12.2013 № 30992; нарушены требования Руководства (инструкции) по монтажу и эксплуатации башенного крана - ст.9 Федерального закона «О промышленной безопасности опасных производственных объектов» № 116 ФЗ от 21.07.1997 г.</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Не проведено комплексное обследование крановому пути башенного крана учетный № 106496. Нарушение п. 209, п. 216, п. 218 Федеральных норм и правил в области промышленной безопасности «Правила безопасности опасных производственных объектов, на которых используются подъемные сооружения» утвержденных приказом Ростехнадзора от 12.11.2013 г. № 533, зарегистрированных в Минюсте России 31.12.2013 № 30992; нарушены требования Руководства (инструкции) по монтажу и эксплуатации башенного крана - ст.9 Федерального закона «О промышленной безопасности опасных производственных объектов» №116 ФЗ от 21.07.1997 г.</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Организация, эксплуатирующая опасный производственный объект (ООО «КТЗ») не осуществляет производственный контроль за соблюдением требований промышленной безопасности при эксплуатации подъемных сооружений в соответствии с требованиями, устанавливаемыми Правительством Российской Федерации, не проводятся проверки соблюдения требований промышленной безопасности по указанному объекту, допускается эксплуатация ПС с нарушениями требований промышленной безопасности - нарушения требований ст.11 Федерального закона от 21.07.1997 №116-ФЗ; п. 6 «а», п. 11 «а, в» Правил организации и осуществления производственного контроля за соблюдением требований промышленной безопасности на опасном производственном объекте», утвержденные Постановлением Правительства РФ от 10.03.1999 (в редакции Постановлений Правительства от 21.06.2013 № 526, от 30.07.2014 № 726), п. 149 Федеральных норм и правил в области промышленной безопасности «Правила безопасности опасных производственных объектов, на которых используются подъемные сооружения» утвержденных приказом Ростехнадзора от 12.11.2013 г. № 533, зарегистрированных в Минюсте России 31.12.2013 № 30992. Указанные нарушения в ООО «КТЗ» были выявлены в ходе проведения внеплановой выездной проверки Центральным управлением Федеральной службы по экологическому, технологическому и атомному надзору(Ростехнадзор), проведенной в период с 16 по 29 августа 2017 года. В судебном заседании законный представитель ООО «КТЗ» К. заявил, что ООО «КТЗ» при эксплуатации указанного башенного крана действительно были нарушены требования промышленной безопасности опасных производственных объектов, в настоящее время обществом принимаются необходимые меры для устранения выявленных нарушений в установленные сроки. Помимо полного признания законным представителем ООО «КТЗ» вины данного общества в совершении указанного правонарушения, виновность ООО «КТЗ» также подтверждается совокупностью имеющихся по делу доказательств, а именно:# протоколом об административном правонарушении, в котором изложены обстоятельства совершения ООО «КТЗ» указанного административного правонарушения, аналогичные установленным судом(л.д.9-12); # копией распоряжения заместителя руководителя Центрального управления Федеральной службы по экологическому, технологическому и атомному надзору(Ростехнадзор) Г. от 04 июля 2017 г. о проведении внеплановой выездной проверки ООО «КТЗ» в целях предупреждения, выявления и пресечения нарушений обязательных требований, установленных федеральными законами и иными нормативными актами Российской Федерации в области промышленной безопасности и технического регулирования(обязательных требований)(л.д.13-19); # актом проверки органом государственного контроля(надзора) юридического лица № 4.3-1800вн-А/0359-2017 от 29 августа 2017 г. с фототаблицей, из которого следует, что в ходе выездной проверки, проведенной в период времени с 16 августа 2017 г. до 29 августа 2017 г. был проверен установленный на территории ООО «КТЗ» по адресу: &lt;...&gt; башенный кран КБ-408.21 учетный № 106496, зав. №5, изготовленный в 2003 г., грузоподъемностью 10 тон, и в результате проверки были выявлены вышеизложенные нарушения обязательных норм и правил промышленной безопасности при эксплуатации опасных производственных объектов(л.д.20-24,25-31); # предписанием № 4.3-1800вн-П/0360-2017, об устранении нарушений требований промышленный безопасности, выявленных при проведении вышеуказанной выездной проверки, из которого следует, что ООО «КТЗ» обязано устранить допущенные нарушения в срок до 29 августа 2017 г.(л.д.32-36); # копией свидетельства о государственной регистрации ООО «КТЗ», свидетельства о постановке на учет в налоговом органе юридического лица, копией устава ООО «КТЗ», свидетельства о регистрации ООО «КТЗ» о регистрации опасных производственных объектов в соответствии с ФЗ «О промышленной безопасности опасных производственных объектов» от 21 июля 1997 г. №116-ФЗ и сведений, характеризующих опасный производственный объект(л.д.40,41,42-55,56). В соответствии с ч.1 ст. 9.1 Кодекса Российской Федерации об административных правонарушениях, административным правонарушением признается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 Согласно ст.1 Федерального закона от 21 июля 1997 г. № 116-ФЗ «О промышленной безопасности опасных производственных объектов» промышленная безопасность опасных производственных объектов представляет собой состояние защищенности жизненно важных интересов личности и общества от аварий на опасных производственных объектах и последствий указанных аварий. Под требованиями промышленной безопасности понимаются условия, запреты, ограничения и другие обязательные требования, содержащиеся в названном Федеральном законе, других федеральных законах, принимаемых в соответствии с ними нормативных правовых актах Президента Российской Федерации, нормативных правовых актах Правительства Российской Федерации, а также федеральных нормах и правилах в области промышленной безопасности, что следует из статьи 3 Закона № 116-ФЗ. В силу ч.1 ст.9 Федерального закона от 21 июля 1997 г. № 116-ФЗ «О промышленной безопасности опасных производственных объектов», организация, эксплуатирующая опасный производственный объект, обязана иметь на опасном производственном объекте нормативные правовые акты, устанавливающие требования промышленной безопасности, а также правила ведения работ на опасном производственном объекте; приостанавливать эксплуатацию опасного производственного объекта самостоятельно или по решению суда в случае аварии или инцидента на опасном производственном объекте, а также в случае обнаружения вновь открывшихся обстоятельств, влияющих на промышленную безопасность; осуществлять мероприятия по локализации и ликвидации последствий аварий на опасном производственном объекте, оказывать содействие государственным органам в расследовании причин аварии; принимать участие в техническом расследовании причин аварии на опасном производственном объекте, принимать меры по устранению указанных причин и профилактике подобных аварий; представлять в федеральный орган исполнительной власти в области промышленной безопасности, или в его территориальный орган информацию о количестве аварий и инцидентов, причинах их возникновения и принятых мерах. Согласно ч.1 ст.2 Федерального закона от 21 июля 1997 г. № 116-ФЗ «О промышленной безопасности опасных производственных объектов» опасными производственными объектами в соответствии с данным Федеральным законом являются предприятия или их цехи, участки, площадки, а также иные производственные объекты, указанные в Приложении 1 к названному Закону. В соответствии с п.3 Приложения 1 к Федеральному закону от 21 июля 1997 г. № 116-ФЗ к категории опасных производственных объектов относятся объекты, на которых используются стационарно установленные грузоподъемные механизмы, эскалаторы в метрополитенах, канатные дороги, фуникулеры. Приказом Ростехнадзора от 12 ноября 2013 г. № 533 утверждены Федеральные нормы и правила в области промышленной безопасности «Правила безопасности опасных производственных объектов, на которых используются подъемные сооружения». Допущенные ООО «КТЗ» нарушения требования промышленной безопасности опасных производственных объектов могут привести к возникновению аварийной ситуации, что в свою очередь создаст угрозу для жизни и здоровья людей. Таким образом, исследовав совокупность имеющихся по делу доказательств, суд находит доказанной вину ООО «КТЗ» в совершении административного правонарушения, предусмотренного ст. 9.1 ч.1 Кодекса РФ об административных правонарушениях. Рассматривая вопрос о виде и мере наказания, суд учитывает характер содеянного, имущественное и финансовое положение юридического лица, а также наличие отягчающих и смягчающих по делу обстоятельств. Обстоятельств, предусмотренных ст. 4.3 КоАП РФ, отягчающих ответственность ООО «КТЗ» и обстоятельств, смягчающих ответственность общества, суд по делу не усматривает. Учитывая обстоятельства дела, несмотря на отсутствие отягчающих по делу обстоятельств, принимая во внимание, что наличие вышеуказанных нарушений на опасном производственном объекте создает угрозу жизни и здоровью работников, эксплуатирующих опасный производственный объект, и иных граждан, а также их имущества, которые до настоящего времени не устранены, суд считает, что наказание в виде административного штрафа не сможет обеспечить достижение цели административного наказания и считает необходимым назначить ООО «КТЗ» наказание в виде административного приостановлении деятельности производственного объекта ООО «КТЗ» - башенного крана КБ-408.21 учетный № 106496, зав.№5, расположенного по адресу: Московская обл., г.о.Подольск, &lt;...&gt; На основании изложенного и руководствуясь ст. 9.1 ч.1, 29.9 и 29.10 Кодекса РФ об административных правонарушениях,</w:t>
      </w:r>
    </w:p>
    <w:p>
      <w:pPr>
        <w:spacing w:before="200" w:after="300"/>
        <w:pBdr>
          <w:bottom w:val="single" w:sz="6" w:space="1" w:color="000000"/>
        </w:pBdr>
      </w:pPr>
    </w:p>
    <w:p>
      <w:pPr>
        <w:pStyle w:val="Heading1"/>
        <w:jc w:val="center"/>
      </w:pP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Начало срока исполнения наказания в виде административного приостановления деятельности производственного объекта - башенного крана КБ-408.21 учетный № 106496, зав.№5, исчислять с 17 час. 29 августа 2017 г.(согласно протокола о временно запрете деятельности(эксплуатации).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со ст. 32.12 КоАП РФ настоящее постановление подлежит немедленному исполнению, которое возложить на Подольский районный отдел судебных приставов УФССП по Московской области. Постановление может быть обжаловано в Московский областной суд через Климовский городской суд в течение 10 суток со дня вручения или получения копии настоящего постановления. Федеральный судья Б.Н. Синицын Суд: Климовский городской суд (Московская область) (подробнее) Ответчики: ООО "Климовский трубный завод" (подробнее) Судьи дела: Синицын Б.Н. (судья) (подробнее) Последние документы по делу: Постановление от 4 декабря 2017 г. по делу № 5-259/2017 Постановление от 8 ноября 2017 г. по делу № 5-259/2017 Постановление от 10 октября 2017 г. по делу № 5-259/2017 Постановление от 25 сентября 2017 г. по делу № 5-259/2017 Постановление от 3 сентября 2017 г. по делу № 5-259/2017 Постановление от 4 июля 2017 г. по делу № 5-259/2017 Постановление от 22 июня 2017 г. по делу № 5-259/2017 Постановление от 21 июня 2017 г. по делу № 5-259/2017 Постановление от 12 июня 2017 г. по делу № 5-259/2017 Постановление от 8 июня 2017 г. по делу № 5-259/2017 Постановление от 7 июня 2017 г. по делу № 5-259/2017 Постановление от 25 мая 2017 г. по делу № 5-259/2017 Постановление от 10 мая 2017 г. по делу № 5-259/2017 Постановление от 27 апреля 2017 г. по делу № 5-259/2017 Постановление от 25 апреля 2017 г. по делу № 5-259/2017 Постановление от 20 апреля 2017 г. по делу № 5-259/2017 Постановление от 10 апреля 2017 г. по делу № 5-259/2017 Постановление от 15 марта 2017 г. по делу № 5-259/2017 Постановление от 14 марта 2017 г. по делу № 5-259/2017 Постановление от 13 марта 2017 г. по делу № 5-259/2017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