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Пермь</w:t>
      </w:r>
    </w:p>
    <w:p>
      <w:pPr>
        <w:spacing w:after="200"/>
        <w:jc w:val="center"/>
      </w:pPr>
      <w:r>
        <w:rPr>
          <w:rFonts w:ascii="Times New Roman" w:hAnsi="Times New Roman" w:eastAsia="Times New Roman" w:cs="Times New Roman"/>
          <w:b w:val="0"/>
          <w:i w:val="0"/>
          <w:sz w:val="22"/>
        </w:rPr>
        <w:t>04 сентября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 В соответствии со статьей жилищного кодекса Российской Федерации: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Согласно статье жилищного кодекса Российской Федерации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статьей 83 настоящего Кодекса случаях. Статья жилищного кодекса Российской Федерации предусматривает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В соответствии со статьей жилищного кодекса Российской Федерации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 2) пенсионеры по старости; 3) члены семьи работника, которому было предоставлено служебное жилое помещение или жилое помещение в общежитии и который умер; 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Выселение граждан из служебных жилых помещений или жилых помещений в общежитиях с предоставлением других жилых помещений в случае, предусмотренном частью 2 статьи 102 настоящего Кодекса, осуществляется прежним собственником или юридическим лицом, передающими соответствующие жилые помещения.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 В силу части 3 статьи жилищного кодекса Российской Федерации: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На основании решения исполнительного комитета Пермского городского совета депутатов трудящихся № от ДД.ММ.ГГГГ., разрешения на ввод в эксплуатацию № от ДД.ММ.ГГГГ., акта приемки законченного строительством объекта приемочной комиссии от ДД.ММ.ГГГГ., трехэтажное кирпичное здание общежития со встроенными помещениями, лит. АА, общей площадью 2355,1кв.м., расположенное по адресу: &lt;адрес&gt;, является собственностью Российской Федерации. На основании распоряжения комитета по управлению государственным имуществом администрации Пермской области №. право оперативного управления на данное здание общежития передано Пермской квартирно-эксплутационной части района. ДД.ММ.ГГГГ на основании решения комиссии по распределению комнат в общежитии № от ДД.ММ.ГГГГ. между Пермской квартирно-эксплутационной частью района и ФИО1 заключен договор найма специализированного жилого помещения в общежитии. Согласно условиям данного договора, комната №, расположенная в общежитии по адресу: &lt;адрес&gt; предоставлена ФИО1 во временное пользование сроком до ДД.ММ.ГГГГ. Несмотря на то, что срок действия договора найма специализированного жилого помещения в общежитии № от ДД.ММ.ГГГГ истек, ФИО1 продолжает занимать спорное жилье. В связи с чем, владельцем общежития в адрес ответчика направлено уведомление с требованием в месячный срок со дня получения уведомления, освободить служебное жилое помещение № по адресу: &lt;адрес&gt; Договор о предоставлении Попову на временное проживание в жилом помещении служебного фонда от ДД.ММ.ГГГГ не может являться основанием для его проживания в спорном жилом помещении, поскольку действие данного договора прекращено, следовательно, ответчик утратил право пользования спорным жильем. Поскольку у ФИО1 отсутствуют основания для проживания в спорном специализированном жилье, собственник данного жилого помещения настаивает на его выселении, следует иск удовлетворить, признать ФИО1 прекратившим право пользования жилым помещением в комнате № &lt;адрес&gt; и выселить его из данной комнаты без предоставления иного жилья. Согласно п.п.«к» п. 14 Постановления Правительства РФ от 21.01.2006 N 25 "Об утверждении Правил пользования жилыми помещениями" в качестве пользователя специализированным жилым помещением наниматель обязан: при прекращении права пользования жилым помещением сдавать по акту наймодателю в исправном состоянии жилое помещение, санитарно-техническое и иное оборудование, находящееся в нем, оплачивать стоимость не произведенного нанимателем ремонта жилого помещения, санитарно-технического и иного оборудования, находящегося в нем, или производить ремонт за свой счет, а также погашать задолженность по оплате жилого помещения и коммунальных услуг. Таким образом, ответчик ФИО1 обязан сдать в установленном порядке жилое помещение, расположенное по адресу: &lt;адрес&gt; по акту с передачей ключей от указанного жилого помещения с соответствующими документами, подтверждающими закрытие лицевого счета на квартиру. В соответствии со ст. 7 закона «О ПРАВЕ ГРАЖДАН РОССИЙСКОЙ ФЕДЕРАЦИИ НА СВОБОДУ ПЕРЕДВИЖЕНИЯ, ВЫБОР МЕСТА ПРЕБЫВАНИЯ И ЖИТЕЛЬСТВА В ПРЕДЕЛАХ РОССИЙСКОЙ ФЕДЕРАЦИИ» снятие гражданина РФ с регистрационного учета по месту жительства производится органом регистрационного учета в случае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 Такое же положение содержится в п.п. «е» п.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РФ от 17 июля 1995 г. N 713. Потому данное решение, после вступления его в законную силу, будет являться основанием для снятия ответчицы с регистрационного учета по месту жительства по указанному адресу. Возражая против иска, ответчик ссылается на пропуск истцом срока исковой давности. Постановлением Пленума Верховного Суда Российской Федерации от 02.07.2009 N 14 "О некоторых вопросах, возникающих в судебной практике при применении Жилищного кодекса Российской Федерации" (п. 9) разъяснено следующее. Если в Жилищном кодексе Российской Федерации не установлены сроки исковой давности для защиты нарушенных жилищных прав, то к спорным жилищным отношениям применяются сроки исковой давности, предусмотренные Гражданским кодексом Российской Федерации (ст. , Гражданского кодекса Российской Федерации), и иные положения главы 12 Гражданского кодекса Российской Федерации об исковой давности (ч. 1 ст. Жилищного кодекса Российской Федерации). При этом к спорным жилищным отношениям, одним из оснований возникновения которых является договор (например, договор социального найма жилого помещения, договор найма специализированного жилого помещения, договор поднайма жилого помещения, договор о вселении и пользовании жилым помещением члена семьи собственника жилого помещения и другие), применяется общий трехлетний срок исковой давности (статья Гражданского кодекса Российской Федерации). Ответчик после прекращения договора найма занимает спорное жилое помещение без законных оснований, чем нарушено право собственника жилого помещения - Министерства Обороны Российской Федерации, которое в силу статей , Гражданского кодекса Российской Федерации вправе требовать устранения любых нарушений своего права, в частности, не связанных с лишением владения. Занятие ответчиком спорного жилого помещения без законных оснований нарушает права истца, препятствуя осуществлению права оперативного управления, в связи с чем, возник настоящий спор. При этом нарушение носит длящийся характер, требования истца направлены на устранение указанного нарушения, а спор не вытекает из договора найма спорного жилого помещения, возник после его прекращения, и истец не является стороной договора найма, не являлся стороной трудового договора. С учетом изложенного суд приходит к выводу о том, что в силу ст. Гражданского кодекса Российской Федерации срок исковой давности к ним применен быть не может, что согласуется с разъяснениями, содержащимися в п. 9 Постановления Пленума Верховного Суда Российской Федерации от 02.07.2009 N 14 "О некоторых вопросах, возникающих в судебной практике при применении Жилищного кодекса Российской Федерации". Довод ответчика о том, что дом по &lt;адрес&gt; не значится за истцом, не является юридическим значимым, поскольку ответчик проживает в общежитии Министерства Обороны Российской Федерации, и допущенные при регистрации адреса здания ошибки и описки не являются основанием для отказа в удовлетворении иска Согласно решения от ДД.ММ.ГГГГ. № исполкома Пермского городского Совета народных депутатов «Об отводе земельного участка квартирно-эксплуатационной части Пермского района в Индустриальном районе», акта приемки законченного строительством объекта приемочной комиссией от ДД.ММ.ГГГГ и разрешения № на ввод объекта в эксплуатацию, выданного квартирно-эксплуатационному управлению Приволжского Военного округа Министерства Обороны Российской Федерации, введено в эксплуатацию 2-3 этажное кирпичное пристроенное здание общежития и районного отдела Госавтоинспекции по &lt;адрес&gt;. Ответчик проживает именно в этом общежитии, которое относится к специализированному жилищному фонду. Довод ответчика о том, что он оплачивает за найм жилья и потому на спорные жилищные правоотношения распространяются положения о договоре социального найма, суд находит ошибочным. Министерство Обороны Российской Федерации не выставляло ответчику счета по оплате за найм спорного жилья на условиях договора социального найма. Изначально договор с ответчиком был заключен на занятие им специализированного жилого помещения в общежитии. Счета за найм жилья выставляла ответчику обслуживающая здание организация – филиал Пермский ОАО «Славянка», в последствии – ООО «ГУЖФ». Ответчик к категории лиц, указанных в части 2 статьи Жилищного кодекса Российской Федерации, и не подлежащих выселению из служебного жилого помещения без предоставления другого жилого помещения, не относится. Доказательств того, что ответчик является малоимущим и состоит на учёте в качестве нуждающегося в предоставлении жилого помещения в установленном законом порядке либо имеет иные льготные основания для сохранения права на проживание в общежитии, суду не представлено. Учитывая изложенное, суд считает, что иск подлежит удовлетворению в полном объеме. Руководствуясь статьями - гражданского процессуального кодекса Российской федерации, суд РЕШИЛ: ФИО1 признать прекратившим право пользования квартирой № &lt;адрес&gt;. ФИО1 выселить из квартиры &lt;адрес&gt; без предоставления другого жилья. Обязать ФИО1 сдать в установленном порядке жилое помещение, расположенное по адресу: &lt;адрес&gt; по акту с передачей ключей от указанного жилого помещения с соответствующими документами, подтверждающими закрытие лицевого счета на квартиру, в отделение (территориальное г. Перми) ФГКУ «Центральное региональное управление жилищного обеспечения» Минобороны Российской Федерации. Настоящее решение суда является основанием для снятия ФИО1 с регистрационного учета по месту жительства по указанному адресу. Решение в течение месяца со дня изготовления его в окончательной форме может быть обжаловано в Пермский краевой суд через Индустриальный районный суд города Перми. Судья Турьева Н.А. Суд: Индустриальный районный суд г. Перми (Пермский край) (подробнее) Истцы: Министерство обороны РФ (подробнее) Судьи дела: Турьева Нина Анатольевна (судья) (подробнее) Последние документы по делу: Решение от 20 декабря 2017 г. по делу № 2-3331/2017 Решение от 18 декабря 2017 г. по делу № 2-3331/2017 Решение от 12 октября 2017 г. по делу № 2-3331/2017 Решение от 3 сентября 2017 г. по делу № 2-3331/2017 Решение от 23 августа 2017 г. по делу № 2-3331/2017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