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принятии решения суда, обязывающего ответчика совершить определенные действия, не связанные с передачей имущества или денежных сумм, суд в том же решении может указать, что, если ответчик не исполнит решение в течение установленного срока, истец вправе совершить эти действия за счет ответчика с взысканием с него необходимых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В соответствии с ч. 1 ст. 103 ГПК РФ издержки, понесенные судом в связи с рассмотрением дела, и государственная пошлина, от уплаты которых истец был освобожден, взыскиваются с ответчика, не освобожденного от уплаты судебных расходов, пропорционально удовлетворенной части исковых требований. В этом случае взысканные суммы зачисляются в доход бюджета, за счет средств которого они были возмещены, а государственная пошлина - в соответствующий бюджет согласно нормативам отчислений, установленным бюджетным законодательством Российской Федерации. Государственная пошлина, от уплаты которой истцу ЖСК «Электросоединитель» была предоставлена отсрочка, подлежит взысканию с ответчика. На основании изложенного, руководствуясь ст.ст. – 198 ГПК РФ , решил: иск Товарищества собственников жилья «Восток», Исполнительного комитета пгт Уруссу Ютазинского муниципального района Республики Татарстан к ФИО1 об обязании, удовлетворить. Обязать ответчика - собственника &lt;адрес&gt;, расположенной по адресу: &lt;адрес&gt;, пгт Уруссу, &lt;адрес&gt; ФИО1 исполнить решение собственников &lt;адрес&gt;, принятое на собрании собственников многоквартирного дома ДД.ММ.ГГГГг., - перейти на индивидуальный источник отопления в двухнедельный срок со дня вступления настоящего решения суда в законную силу. Взыскать с ФИО1 в соответствующий уровень бюджета государственную пошлину в размере 300 (триста) рублей. Решение суда может быть обжаловано сторонами в апелляционном порядке в Верховный Суд Республики Татарстан в течение месяца со дня принятия решения в окончательной форме, через районный суд. Судья: подпись Верно: Судья: И.И. Шарифуллин Суд: Ютазинский районный суд (Республика Татарстан ) (подробнее) Истцы: Жилищно- строит кооператив при заводе "Электр-ль" (подробнее) Исполком (подробнее) Судьи дела: Шарифуллин И.И. (судья) (подробнее) Последние документы по делу: Решение от 12 сентября 2017 г. по делу № 2-975/2017 Решение от 4 сентября 2017 г. по делу № 2-975/2017 Решение от 19 июля 2017 г. по делу № 2-975/2017 Решение от 16 июля 2017 г. по делу № 2-975/2017 Решение от 14 июня 2017 г. по делу № 2-975/2017 Определение от 26 апреля 2017 г. по делу № 2-975/2017 Определение от 26 января 2017 г. по делу № 2-975/2017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