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имея умысел, направленный на незаконный сбыт имеющегося у него наркотического средства - вещества, содержащего диацетилморфин (героин), массой не менее 0,32 грамма, 26.01.2017 года совершил преступление при следующих обстоятельствах: ФИО2, действуя умышленно, с корыстной целью, реализуя свои преступные намерения на незаконный сбыт наркотического средства - вещества, содержащего диацетилморфин (героин) массой не менее 0,32 грамма, 26.01.2017 года в период времени с 13 часов 14 минут до 14 часов 41 минуты, находясь на территории города Копейска Челябинской области, в ходе телефонного разговора с ранее ему знакомым К.К.Г., достиг с последним договоренности о сбыте К.К.Г. данного наркотического средства – вещества, содержащего диацетилморфин (героин) массой не менее 0,32 грамма, за денежное вознаграждение, назначив при этом К.К.Г. место встречи для сбыта последнему данного наркотического средства – вещества, содержащего диацетилморфин (героин) массой не менее 0,32 грамма, около подъезда № 1 дома № 13 по пр. Ильича в г. Копейске Челябинской области. После чего, в этот же день 26.01.2017 года около 14 часов 45 минут, К.К.Г., действуя в своих личных интересах, прибыл к оговоренному с ФИО2 указанному месту встречи, то есть к подъезду № 1 дома № 13 по пр. Ильича в г. Копейске Челябинской области, где ФИО2 с имеющимся при себе данным наркотическим средством – веществом, содержащим диацетилморфин (героин) массой не менее 0,32 грамма, встретился с К.К.Г., и, реализуя свой преступный умысел, ФИО2 при данной встрече умышленно передал, и, таким образом незаконно сбыл указанное наркотическое средство - вещество, содержащее диацетилморфин (героин), массой не менее 0,32 грамма К.К.Г., получив взамен от последнего денежное вознаграждение. После чего, К.К.Г. с имеющимся при себе наркотическим средством – веществом, содержащим диацетилморфин (героин) массой не менее 0,32 грамма, полученным от К.К.Г., в этот же день 26.01.2017 года около 15 часов был задержан сотрудниками полиции около дома № 31 по пр. Славы в г. Копейске Челябинской области, в рамках проводимого сотрудниками полиции в отношении ФИО2, в соответствии с Федеральным законом от 12.08.1995 года № 144-ФЗ (с последующими изменениями и дополнениями) «Об оперативно-розыскной деятельности», оперативно-розыскного мероприятия «Наблюдение», и в этот же день 26.01.2017 года в служебном кабинете № 15 в Отделе МВД России по г. Копейску Челябинской области, расположенного по адресу: &lt;...&gt;, в период времени с 15 часов 15 минут до 15 часов 25 минут данное наркотическое средство – вещество, содержащее диацетилморфин (героин), массой 0,32 грамма, у К.К.Г. было изъято из незаконного оборота сотрудниками полиции. В соответствии со справкой об исследовании НОМЕР от 26.01.2017 года вещество, изъятое 26.01.2017 года у К.К.Г., и представленное на исследование, содержит диацетилморфин (героин), который отнесен к наркотическим средствам. Масса вещества составляет 0,32 грамма (в ходе исследования израсходовано 0,02 грамма вещества). В соответствии с заключением эксперта НОМЕР от 10.02.2017 года вещество, представленное на исследование содержит диацетилморфин (героин), который отнесен к наркотическим средствам. Масса вещества составляет 0,30 грамма (в ходе исследования израсходовано 0,02 грамма вещества). На основании «Списка 1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утвержденного Постановлением Правительства Российской Федерации № 681 от 30 июня 1998 года (с последующими изменениями и дополнениями), героин (диацетилморфин) отнесен к наркотическим средствам. Согласно Постановлению Пленума Верховного Суда РФ № 14 от 15.06.2006 года (с последующими изменениями и дополнениями) «О судебной практике по делам о преступлениях, связанных с наркотическими средствами, психотропными, сильнодействующими и ядовитыми веществами» если наркотическое средство или психотропное вещество, включенное в список I (или в списки II и III, если средство, вещество выделено сноской) входит в состав смеси (препарата), содержащей одно наркотическое средство или психотропное вещество, его размер определяется весом всей смеси.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он же ФИО2, имея преступный умысел, направленный на незаконный сбыт имеющегося у него наркотического средства – вещества, содержащего диацетилморфин (героин), массой не менее 0,61 грамма в значительном размере, 26 января 2017 года в период времени с 15 часов 34 минут до 15 часов 59 минут, реализуя свои преступные намерения, действуя умышленно, с корыстной целью, находясь на территории г. Копейска Челябинской области, в ходе телефонного разговора с ранее ему знакомым Ф.В.А., который принимал участие в проводимом сотрудниками полиции, в соответствии с Федеральным законом от 12 августа 1995 года № 144-ФЗ «Об оперативно-розыскной деятельности» в отношении ФИО2 оперативно-розыскном мероприятии «Проверочная закупка» в качестве покупателя, достиг с Ф.В.А. договоренности о сбыте ему данного наркотического средства – вещества, содержащего диацетилморфин (героин) в значительном размере, массой не менее 0,61 грамма, за денежное вознаграждение, назначив при этом место для сбыта указанного наркотического средства в значительном размере возле дома № 2 по ул. Волкова в г. Копейске Челябинской области. После чего, в этот же день 26.01.2017 года около 16 часов 10 минут Ф.В.А. прибыл к оговоренному с ФИО2 указанному месту встречи, то есть к дому № 2 по улице Волкова в городе Копейске Челябинской области, где ФИО2 встретился с Ф.В.А., и, реализуя свой преступный умысел, ФИО2 при данной встрече умышленно передал, и таким образом незаконно сбыл указанное наркотическое средство - вещество, содержащее диацетилморфин (героин) массой не менее 0,61 грамма Ф.В.А., участвующему в ОРМ «Проверочная закупка», получив взамен от последнего денежное вознаграждение, и в этот же день 26.01.2017 года в кабинете № 15 Отдела МВД России по г. Копейску Челябинской области в период с 16 часов 20 минут до 16 часов 30 минут данное наркотическое средство – вещество, содержащее диацетилморфин (героин), массой не менее 0,61 грамма в значительном размере у Ф.В.А. было изъято из незаконного оборота сотрудниками полиции. В соответствии со справкой об исследовании НОМЕР от 26.01.2017 года вещество, изъятое у Ф.В.А., содержит диацетилморфин (героин), который отнесен к наркотическим средствам. Масса вещества составляет 0,61 грамма (в ходе исследования израсходовано 0,02 грамма вещества). В соответствии с заключением эксперта НОМЕР от 08.02.2017 года вещество, изъятое у Ф.В.А., содержит диацетилморфин (героин), который отнесен к наркотическим средствам. Масса вещества составляет 0,59 грамма (в ходе исследования израсходовано 0,02 грамма вещества). На основании «Списка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1), утвержденного Постановлением Правительства Российской Федерации № 681 от 30 июня 1998 года, героин отнесен к наркотическим средствам. Согласно Постановлению Пленума Верховного Суда РФ № 14 от 15.06.2006 года «О судебной практике по делам о преступлениях, связанных с наркотическими средствами, психотропными, сильнодействующими и ядовитыми веществами» если наркотическое средство или психотропное вещество, включенное в список I (или в списки II и III, если средство, вещество выделено сноской) входит в состав смеси (препарата), содержащей одно наркотическое средство или психотропное вещество, его размер определяется весом всей смеси. (в ред. Постановления Пленума Верховного Суда РФ от 30.06.2015 года № 30). На основании Постановления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размера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значительным размером наркотического средства - смеси, содержащей диацетилморфин (героин), признается размер свыше 0,5 грамма и не более 2,5 грамма.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он же ФИО2, имея при себе наркотическое средство – вещество, содержащее диацетилморфин (героин) суммарной массой не менее 0,68 грамма в значительном размере, незаконно хранил при себе в правом кармане надетой на нем куртки, в нарушение Федерального Закона от 08.01.1998 года № 3-ФЗ «О наркотических средствах и психотропных веществах», наркотическое средство – вещество, содержащее диацетилморфин (героин), суммарной массой не менее 0,68 грамма в значительном размере, без цели сбыта для личного употребления, до задержания в 17 часов 10 минут 26.01.2017 года у дома АДРЕС сотрудниками полиции в ходе проведения оперативно-розыскного мероприятия «Наблюдение», проводимого в отношении него, в соответствии с Федеральным законом от 12.08.1995 года № 144-ФЗ (с последующими изменениями и дополнениями) «Об оперативно-розыскной деятельности». В этот же день 26.01.2017 года в период с 17 часов 20 минут до 17 часов 30 минут наркотическое средство – вещество, содержащее диацетилморфин (героин) массой 0,68 грамма, в значительном размере, в кабинете № 15 Отдела МВД России по городу Копейску Челябинской области у ФИО2 было обнаружено сотрудниками полиции в правом кармане куртки, которая была надета на ФИО2, и изъято из незаконного оборота. Согласно справки об исследовании НОМЕР от 26.01.2017 года, представленное на исследование вещество, изъятое у ФИО2, содержит диацетилморфин (героин) отнесен к наркотическому средству. Масса вещества составляет 0,68 грамма. В ходе исследования израсходовано 0,02 грамма вещества. В соответствии с заключением эксперта НОМЕР от 10.02.2017 года, представленное на экспертизу вещество, изъятое у ФИО2, содержит диацетилморфин (героин), отнесен к наркотическому средству. Масса вещества составляет 0,66 грамма. В ходе исследования израсходовано 0,02 грамма вещества. На основании «Списка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1), утвержденного Постановлением Правительства Российской Федерации № 681 от 30 июня 1998 года, героин отнесен к наркотическим средствам. Согласно Постановлению Пленума Верховного Суда РФ № 14 от 15.06.2006 года «О судебной практике по делам о преступлениях, связанных с наркотическими средствами, психотропными, сильнодействующими и ядовитыми веществами» если наркотическое средство или психотропное вещество, включенное в список I (или в списки II и III, если средство, вещество выделено сноской) входит в состав смеси (препарата), содержащей одно наркотическое средство или психотропное вещество, его размер определяется весом всей смеси. (в ред. Постановления Пленума Верховного Суда РФ от 30.06.2015 года № 30). На основании Постановления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размера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значительным размером наркотического средства - смеси, содержащей диацетилморфин (героин), признается размер свыше 0,5 грамма и не более 2,5 грамма. Подсудимый ФИО2 виновным себя в предъявленном ему обвинении признал частично, при этом вину в совершении преступлений, предусмотренных ч. 1 ст. 228.1 , п. «б» ч. 3 ст. 228.1 УК РФ признал полностью, вину в совершении преступления, предусмотренного ч. 3 ст. , п. «б» ч. 3 ст. 228.1 УК РФ , признал частично, и пояснил, что он приобрел наркотическое средство героин у девушки по имени В., которая после перечисления им денежных средств ей на банковскую карту, указанную последней, сообщила ему место нахождения наркотического средства – героина. Он извлек наркотическое средство из указанного В. места, и хранил данное наркотическое средство при себе. 26.01.2017 года он сбыл часть приобретенного наркотического средства К.К.Г., по просьбе последнего, а позже сбыл часть данного наркотического средства Ф.В.А., по просьбе последнего. Оставшуюся часть наркотического средства он хранил при себе для личного употребления, сбывать его не намеревался. 26.01.2017 года он был задержан сотрудниками полиции, которые при личном досмотре изъяли у него денежные средств, полученные от К.К.Г. и Ф.В.А., а также наркотическое средство, которое он хранил при себе для личного употребления. В содеянном раскаивается. В судебном заседании, в порядке ст. 276 УПК РФ , были оглашены показания ФИО2, данные им производстве предварительного расследования, из которых следует, что ФИО2 свою вину в совершении преступлений, предусмотренных ч. 1 ст. 228.1 , п. «б» ч. 3 ст. 228.1 УК РФ признал полностью, вину в совершении преступления, предусмотренного ч. 3 ст. , п. «б» ч. 3 ст. 228.1 УК РФ , не признал, пояснив, что ему позвонила женщина, представившись В., которая предложила ему покупать наркотическое средство – героин по цене 4500 рублей за 5 граммов. Он согласился. В ходе телефонных разговоров они договорились, что покупка героина будет происходить посредствам «закладок» на территории г. Копейска, «В.» сообщила ему номер счета ПАО «Сбербанк России», на который ему необходимо переводить денежные средства, и В. будет указывать место, где будет находиться «героин». Приобретенный у В. героин он частично употреблял сам, частично продавал своим знакомым по цене 500 рублей за 0,5 грамма, деньги от сбыта героина тратил на приобретения новой партии героина. Наркотическое средство он расфасовывал «на глаз». 26.01.2017 года около 13 часов он позвонил «В.» с целью приобретения героин, на что та ответила, чтобы он перечислил 4 500 рублей на счет. После чего, через терминал он перечислил денежные средства в сумме 4 500 рублей на указанный счет, спустя минут 5 «В.» сообщила о месте нахождения «закладки» с героином - на поселке РМЗ г. Копейска в районе церкви. В указанном В. месте он обнаружил пачку из-под сигарет «Бонд», в которой находился полимерный сверток черного цвета в форме шара, перемотанный нитью. Сверток с героином он положил в карман одежды, вернулся обратно домой. Через некоторое время ему позвонил знакомый по имени К. – К.К.Г., и попросил помочь приобрести героин 0,5 грамма. Он согласился, назначив К.К.Г. встречу у дома № 13 по пр. Ильича г. Копейска. У себя дома он отсыпал из свертка, который приобрел у В., часть героина в бумажку, которую взял у себя дома. Возле подъезда № 1 указанного дома он встретился с К.К.Г., тот передал ему 500 рублей одной купюрой, он передал К.К.Г. сверток с героином. Оставшийся героин находился в кармане его куртки. Через некоторое время ему позвонил знакомый по имени В. – Ф.В.А., и попросил помочь приобрести ему 0,5 грамма героина. Он назначил Ф.В.А. встречу у дома 16 по ул. Гольца г. Копейска. Находясь у себя дома, он «на глаз» отсыпал часть героина в бумажный сверток - часть от кассового чека. Затем он назначил Ф.В.Г. место встречи - у дома 2 по ул. Волкова г. Копейска, где он встретился с Ф.В.А., тот передал ему 500 рублей одной купюрой, он передал Ф.В.А. бумажный сверток с героином. По дороге домой его задержали сотрудники полиции, и доставили в ОМВД России по городу Копейску, где в присутствии понятых произвели его личный досмотр. На вопрос о наличии запрещенных к гражданскому обороту предметов, он ответил, что у него при себе есть героин, который он приобрел у цыганки по имени «Вика», и денежные средства от продажи «героина». В ходе его досмотра в правом боковом кармане куртки у него было обнаружено и изъято два бумажный свертка с героином, денежные средства в размере 1000 рублей достоинством по 500 рублей, сотовый телефон «Самсунг» с сим-картой «Теле2», банковская карта «Сбербанка». Все изъятое было упаковано и опечатано, был составлен протокол, который он и понятые подписали. Также от него было получено объяснение, в ходе которого добровольно все рассказал. Изъятое у него наркотическое средство он сбывать не собирался, а хранил для личного употребления. л.д. 145-149, 180-181, 198-199, 211-212 том № 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подсудимого ФИО2 в содеянном по факту незаконного сбыта 26.01.2017 года К.К.Г. наркотического средства - героина, подтверждается следующими доказательствами: Показаниями свидетеля К.К.Г.,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91-94 том № 1, о том, что он употреблял наркотическое средство героин, которое приобретал у ФИО2 Он созванивался по телефону с ФИО2, и договаривался о приобретении героина. В ходе разговора ФИО2 пояснил, что доза героина на один прием стоит 500 рублей. 26.01.2017 года около 14 часов ему позвонил ФИО2, и пояснил, что у него имеется героин, который может продать, и он решил приобрести одну дозу героина. ФИО2 назначил ему встречу во дворе дома № 13 по пр. Ильича г. Копейска, где он встретился с ФИО2, которому передал деньги, тот передал ему бумажный сверток с наркотическим средством, который он положил в левый нагрудный карман рубашки. После этого он был задержан сотрудниками полиции, которые его доставили в ОМВД по г. Копейску, где в присутствии двух понятых был проведен его личный досмотр. В ходе досмотра у него был изъят сверток с героином, который был упакован, опечатан. Также был изъят принадлежащий ему телефон, с сим-картой Теле2. После этого от него было получено объяснение, в ходе которого он добровольно все рассказал. Также была получена детализация телефонных соединений его абонентского номера. Показаниями свидетеля М.Н.А.,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113-116 том № 1, о том, что он подтверждает факт изъятия у К.К.Г. в ходе личного досмотра 26.01.2017 года в период времени с 15 часов 15 минут до 15 часов 25 минут в служебном кабинете ОМВД России по г. Копейску: бумажного свертка с порошкообразным веществом светлого цвета, телефона «ZTE», обрывка кассового чека. Также подтверждает факт изъятия у ФИО2 двух бумажных свертков с порошкообразным веществом светлого цвета, телефона «Самсунг», банковской карты, двух купюр достоинством по 500 рублей. Показаниями свидетеля В.Н.А., данными им при производстве предварительного следствия на л.д. 104-106 том № 1, оглашенными в судебном заседании, в порядке ст. 281 УПК РФ , о том, что он подтверждает факт изъятия у К.К.Г. в ходе личного досмотра 26.01.2017 года в период времени с 15 часов 15 минут до 15 часов 25 минут в служебном кабинете ОМВД России по г. Копейску: бумажного свертка с порошкообразным веществом светлого цвета, телефона «ZTE», обрывка кассового чека. Показаниями свидетеля Г.Р.Р.,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108-111 том № 1, о том, что он подтверждает факт изъятия у ФИО2 26.01.2017 года в период времени с 17 часов 20 минут до 17 часов 30 минут в служебном кабинете ОМВД России по г. Копейску: двух бумажных свертков с порошкообразным веществом светлого цвета, телефона «Самсунг», банковской карты, двух купюр достоинством по 500 рублей. Показаниями свидетеля Ф.А.О.,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118-120 том № 1, о том, что он работает в должности оперуполномоченного ОНК ОМВД РФ по г. Копейску Челябинской области, куда поступила оперативная информация о том, что ФИО2 на территории г. Копейска Челябинской области занимается сбытом наркотических средств. В рамках проводимых оперативно-розыскных мероприятий за ФИО2 было установлено наблюдение, в ходе которого было установлено, что около 14 часов 15 минут 26.01.2017 года ФИО2 вышел из дома, где проживает по АДРЕС, и во дворе дома № 13 по пр. Ильича г. Копейска ФИО2 встретился с К.К.Г., передал тому сверток, тот передал ФИО2 деньги. За К.К.Г. было установлено наблюдение Ш.А.В., Ф.А.В. и В.М.А., а он и полицейский В.В.Г. продолжили наблюдение за ФИО2 От Ш.А.В. он узнал, что когда К.К.Г. был задержан у подъезда № 5 дома № 31 по пр. Славы г. Копейска, и доставлен в ОМВД по г. Копейску, где был досмотрен. В ходе досмотра у К.К.Г. был изъят сверток с порошкообразным веществом светлого цвета - диацетилморфин (героин). Через некоторое время им и В.В.Г. был задержан ФИО2, и доставлен в ОМВД России по г. Копейску, где при личном досмотре у ФИО2 было изъято порошкообразное вещество - диацетилморфин (героин), две купюры по 500 рублей, телефон «Самсунг», банковская карта «Сбербанк России». При проведении ОРМ и в дальнейшем с его стороны, либо со стороны других сотрудников полиции давления на ФИО2, К.К.Г. не оказывалось. Показаниями свидетеля Ш.А.В.,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122-124 том № 1, о том, что он работает в должности оперуполномоченного ОНК ОМВД РФ по г. Копейску Челябинской области, куда поступила оперативная информация о том, что ФИО2 на территории г. Копейска Челябинской области занимается сбытом наркотических средств. Было принято решение в отношении ФИО2 провести оперативно-розыскное мероприятие «Наблюдение» и «Проверочная закупка». За ФИО2 было установлено наблюдение. Около 14 часов 15 минут 26.01.2017 года ФИО2 вышел из дома, где проживает по АДРЕС, и во дворе дома № 13 по пр. Ильича г. Копейска ФИО2 встретился с К.К.Г., которому передал сверток, а тот передал ФИО2 деньги. Им, Ф.А.В. и В.М.А., у подъезда № 5 дома № 31 по пр. Славы г. Копейска был задержан К.К.Г., и доставлен в ОМВД по г. Копейску, где в присутствии понятых К.К.Г. был досмотрен. В ходе досмотра у К.К.Г. был изъят сверток, в котором находилось порошкообразное вещество светлого цвета - диацетилморфин (героин). Через некоторое время в ОМВД России по г. Копейску был доставлен ФИО2, у которого при личном досмотре было изъято порошкообразное вещество, две купюры по 500 рублей, телефон «Самсунг», банковская карта «Сбербанк России». При проведении ОРМ и в дальнейшем с его стороны, либо со стороны других сотрудников полиции давления на ФИО2 не оказывалось. Показаниями свидетеля В.В.Г.,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134-137 том № 1, о том, что он принимал участие в проведении оперативно-розыскных мероприятий «Наблюдение» и «Проверочная закупка». Ими было установлено, что около 14 часов 15 минут 26.01.2017 года ФИО2 вышел из дома, где проживает по АДРЕС, и во дворе дома № 13 по пр. Ильича г. Копейска ФИО2 встретился с К.К.Г., которому передал сверток, а тот передал ФИО2 деньги. За К.К.Г. было установлено наблюдение Ш.А.В., Ф.А.В. и В.М.А., а он и Ф.А.О. продолжили наблюдение за ФИО2 От Ш.А.В. узнал, что К.К.Г. был задержан у подъезда № 5 дома № 31 по пр. Славы г. Копейска, и доставлен в ОМВД по г. Копейску, где в ходе личного досмотра у К.К.Г. был изъят сверток с порошкообразным веществом светлого цвета - диацетилморфин (героин). Через некоторое время ими был задержан ФИО2, и доставлен в ОМВД России по г. Копейску, где при личном досмотре у ФИО2 было изъято порошкообразное вещество, две купюры по 500 рублей, телефон «Самсунг», банковская карта «Сбербанк России». При проведении ОРМ и в дальнейшем с его стороны, либо со стороны других сотрудников полиции давления на ФИО2, К.К.Г. не оказывалось. Показаниями свидетеля Ф.А.В.,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130-132 том № 1, о том, что в ходе проведения ОРМ «Наблюдение» установлено, что около 14 часов 15 минут 26.01.2017 года ФИО2 вышел из дома, где проживает по АДРЕС, и во дворе дома № 13 по пр. Ильича г. Копейска ФИО2 встретился с К.К.Г., передал ему сверток, а тот передал ФИО2 деньги. За К.К.Г. было продолжено наблюдение им, В.М.А. и Ш.А.В., а Ф.А.О., В.В.Г. продолжили наблюдение за ФИО2 К.К.Г. был задержан у подъезда № 5 дома № 31 по пр. Славы г. Копейска, и доставлен в ОМВД по г. Копейску, где в ходе досмотра у К.К.Г. был изъят сверток, в котором находилось порошкообразное вещество светлого цвета. Через некоторое время в ОМВД России по г. Копейску был доставлен ФИО2, при личном досмотре у которого было изъято порошкообразное вещество, две купюры по 500 рублей, телефон «Самсунг», банковская карта «Сбербанк России». При проведении ОРМ и в дальнейшем с его стороны, либо со стороны других сотрудников полиции давления на ФИО2 не оказывалось. Показаниями свидетеля В.М.А.,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126-128 том № 1, о том, что он работает в должности инспектора ОРППСП ОМВД РФ по г. Копейску Челябинской области, принимал участие в проведении оперативно-розыскного мероприятия «Наблюдение», в ходе которого было установлено, что около 14 часов 15 минут 26.01.2017 года ФИО2 вышел из дома, где проживает по АДРЕС, и во дворе дома № 13 по пр. Ильича г. Копейска встретился с К.К.Г., которому передал сверток, а тот передал ФИО2 деньги. К.К.Г. был задержан им, Ф.А.В. и Ш.А.В. у подъезда № 5 дома № 31 по пр. Славы г. Копейска, и доставлен в ОМВД по г. Копейску, где в ходе досмотра у К.К.Г. был изъят сверток, в котором находилось порошкообразное вещество светлого цвета. Через некоторое время в ОМВД России по г. Копейску был доставлен ФИО2, при личном досмотре у которого было изъято порошкообразное вещество, две купюры по 500 рублей, телефон «Самсунг», банковская карта «Сбербанк России». При проведении ОРМ и в дальнейшем с его стороны, либо со стороны других сотрудников полиции давления на ФИО2 не оказывалось. Показаниями свидетеля К.А.Ю., допрошенной в судебном заседании, которая подтвердила правильность и правдивость своих показаний, данных ею при производстве предварительного расследования на л.д. 101-102 том № 1, о том, что является женой ФИО2, она знала, что И. употребляет наркотики, но о том, что занимается их сбытом она не знала. Она не замечала, чтобы И. продавал наркотики. Характеризует мужа только с положительной стороны. Рапортом младшего оперуполномоченного ОУР ОМВД России по г. Копейску Челябинской области старшего сержанта полиции Щ.А.А. об обнаружении признаков состава преступления, согласно которого в ходе проведения ОРМ «Наблюдение» 26.01.2017 года в 15 часов был задержан К.К.Г., в ходе проведения личного досмотра у которого был обнаружен бумажный сверток светлого цвета с порошкообразным веществом. л.д. 20 том № 1. Протоколом личного досмотра К.К.Г., согласно которого 26.01.2017 года в период с 15 часов 15 минут до 15 часов 25 минут в кабинете № 15 ОМВД России по г. Копейску Челябинской области был досмотрен К.К.Г., у которого из левого бокового нагрудного кармана рубашки изъят белый бумажный сверток с порошкообразным веществом светлого цвета. Также были изъяты: обрывок банковского чека и сотовый телефон «ZTE» черного цвета с сим картой «Теле2» л.д. 33 том № 1. Справкой об исследовании НОМЕР от 26.01.2017 года, согласно которой вещество, представленное на исследование (изъятое у К.К.Г.) содержит диацетилморфин (героин), который отнесен к наркотическому средству. Масса вещества составляет 0,32 грамма. В ходе исследования израсходовано 0,02 грамма. л.д. 54 том № 1. Заключением эксперта НОМЕР от 10.02.2017 года, согласно которого представленное на исследование вещество (изъятое у К.К.Г. при личном досмотре) содержит диацетилморфин (героин), который отнесен к наркотическим средствам. Масса вещества составляет 0,30 грамма. В ходе исследования израсходовано 0,02 грамма. л.д. 58-59 том № 1. Протоколом личного досмотра ФИО2, согласно которого 26.01.2017 года в период с 17 часов 20 минут до 17 часов 30 минут в кабинете № 15 ОМВД России по г. Копейску Челябинской области был досмотрен ФИО2, у которого из левого бокового кармана куртки изъяты две денежные купюры по 500 рублей ЗБ 5916956, ЕН1510566, два бумажных свертка с порошкообразным веществом светлого цвета, сотовый телефон «Самсунг» с сим картой «Теле2», банковская карта ПАО «Сбербанк России» на имя К.А.Ю.. л.д. 41 том № 1. Справкой об исследовании НОМЕР от 26.01.2017 года, согласно которой вещество, представленное на исследование (изъятое у ФИО2) содержит диацетилморфин (героин), который отнесен к наркотическому средству. Масса вещества составляет 0,68 грамма. В ходе исследования израсходовано 0,02 грамма. л.д. 70 том № 1. Заключением эксперта НОМЕР от 10.02.2017 года, согласно которого представленное на исследование вещество (изъятое у ФИО2 при личном досмотре), содержит диацетилморфин (героин), который отнесен к наркотическим средствам. Масса вещества составляет 0,66 грамма. В ходе исследования израсходовано 0,02 грамма. л.д. 74-75 том № 1. Протоколом выемки, согласно которого у свидетеля К.К.Г. изъята детализация телефонных соединений абонентского номера НОМЕР за период с 01.01.2017 года до 26.01.2017 года. л.д. 221-223 том № 1. Протоколом осмотра, согласно которого осмотрена детализация телефонных соединений абонентского номера НОМЕР за период с 01.01.2017 года до 27.01.2017 года на листах бумаги формата А4 в количестве 14 шт. При осмотре данной детализации установлено, что абонентский номер НОМЕР зарегистрирован на К.М.Г.. В ходе изучения данного документа установлено, что за указанный период времени часто поступали звонки и смс сообщения с абонентских номеров: НОМЕР (которым пользуется ФИО2), НОМЕР (данным номером пользовался Ф.В.А.). ДАТА поступили входящие звонки: в 13:14:35, 14:40:18, 14:41:23, 14:46:16, в 14:45:43 входящее смс. л.д. 238-251 том № 1, л.д. 1 том № 2. Протоколом осмотра, согласно которого осмотрен телефон «ZTE», изъятый у К.К.Г. В ходе осмотра установлено, что в данном телефоне установлена сим карта Теле2 с абонентским номером НОМЕР. При осмотре контактов данного телефона обнаружено, что абонентский номер НОМЕР записан под именем «А.», входящих и исходящих смс сообщений в телефоне не обнаружено, абонентский номер НОМЕР записан под именем В., звонков и смс сообщений в телефоне не имеется. л.д. 213-216, 217 том НОМЕР. Протоколом осмотра, согласно которого осмотрено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изъятые у К.К.Г. 26.01.2017 года: порошкообразное вещество бежевого цвета, частично спрессованное в комки, фрагмент фискального чека.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изъятые у ФИО2 26.01.2017 года: порошкообразное вещество бежевого цвета, частично спрессованное в комки, два фрагмента листа бумаги – отрезки листов из журнала. л.д. 224-231, 234-235 том № 1. Протоколом осмотра, согласно которого осмотрено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мобильный телефон «Самсунг», изъятый у ФИО2, в телефоне имеется сим карта «Теле2». При осмотре контактов данного телефона обнаружено, что абонентский номер НОМЕР записан под именем «В.», входящих и исходящих смс сообщений в телефоне не обнаружено, абонентский номер НОМЕР записан под именем «В.», входящих и исходящих смс сообщений в телефоне не обнаружено, абонентский номер НОМЕР записан под именем «НОМЕР», входящих и исходящих смс сообщений в телефоне не обнаружено. При направлении смс-запроса для получения информации об абонентском номере установленной в данном телефоне сим-карты «Теле-2», получен ответ - НОМЕР Затем была получена детализация за период с 01.01.2017 года до 01.02.2017 года, которая записана на СD диск.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СD диск, на котором записана детализация телефонных соединений абонентского номера НОМЕР. При осмотре данной детализации установлено, что абонентский номер НОМЕР зарегистрирован на ФИО2. Установлено, что с номера НОМЕР (данный номер зарегистрирован в телефонной книге под именем «В.») поступали входящие и исходящие звонки с 23.01.2017 года по несколько раз в день до 26.01.2017 года. 26.01.2017 года поступали звонки: исходящие - в 13:21:48, 14:13:25, 14:27:53, входящие - в 13:47, 14:09. За указанный период времени поступали входящие, исходящие звонки, смс сообщения с номера НОМЕР (данным номером пользовался К.К.Г.) практически каждый день, несколько раз в день. 26.01.2017 года с указанного номера поступали звонки на номер ФИО2: исходящие - в 14:40:03, в 14:41, входящий - в 16:31.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банковская карта «Сбербанк России», на которой указано имя – К.А.Ю. НОМЕР.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в сумме 1 000 рублей купюрами по 500 рублей – 2 шт. ЗБ5916956, ЕН 1510566.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Обрывок кассового чека, на котором указана дата 26.01.2017 года, время 14:13 мин. л.д. 238-251 том № 1, л.д. 1 том № 2. Протоколом явки ФИО2 с повинной от 26.01.2017 года, согласно которого ФИО2 пояснил, что 26.01.2017 года около 15 часов во дворе дома № 13 по пр. Ильича г. Копейска незаконно сбыл героин К.К.. л.д. 137 том № 1. Протоколом проверки показаний ФИО2 на месте, согласно которого ФИО2 указал на место возле газовой трубы, находящейся возле заброшенного дома на п. РМЗ г. Копейска, где он нашел закладку с наркотическим средством. Далее ФИО2 указал на место, находящееся возле первого подъезда дома № 13 по пр. Ильича г. Копейска, где он передал сверток с героином К.К.Г., а тот передал ему деньги 500 рублей. л.д. 154-158 том № 1. Протокол очной ставки между ФИО2 и К.К.Г., согласно которой К.К.Г. подтвердил свои показания, ФИО2 с показаниями К.К.Г. согласился. л.д. 150-151 том № 1. В судебном заседании достоверно установлено, что именно ФИО2, а не кто-то другой, незаконно сбыл 26.01.2017 года К.К.Г. наркотическое средство – героин, массой не менее 0,32 грамма, что подтверждается как показаниями свидетеля К.К.Г., показаниями свидетелей – сотрудников полиции, принимавших участие в ОРМ «Наблюдение», понятых, так и показаниями подсудимого ФИО2, а также всей совокупностью исследованных в судебном заседании доказательств. Показания свидетелей К.К.Г., М.Н.А., В.Н.А., Г.Р.Р., Ш.А.В., Ф.А.О., Ф.А.В., В.М.А., В.В.Г., последовательные, постоянные, соответствуют фактическим обстоятельствам уголовного дела, согласуются между собой, и с показаниями подсудимого ФИО2, а также объективно подтверждаются материалами уголовного дела. Оснований для оговора ФИО2 у перечисленных выше свидетелей не имеется. Оснований не доверять показаниям свидетелей, у суда не имеется.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ФИО2 выразившиеся в незаконном сбыте наркотического средства – героина, массой 0,32 грамма К.К.Г. 26.01.2017 года, следует правильно квалифицировать по ч. 1 ст. 228.1 Уголовного кодекса Российской Федерации – незаконный сбыт наркотических средств.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Виновность подсудимого ФИО2 в содеянном по факту незаконного сбыта Ф.В.А. 26.01.2017 года наркотического средства – героина в значительном размере, подтверждается следующими доказательствами: Показаниями свидетеля Ф.В.А.,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96-99 том № 1, о том, что в ходе общения ФИО2 пояснил, что он может у того приобрести героин по цене 0,5 грамма по цене 500 рублей, он согласился, и стал обращаться к ФИО2 при необходимости приобрести героин. Последние раза 4 он приобретал героин у ФИО2 Он звонил ФИО2, они договаривались о месте, где ФИО2 ему передает героин, а он передает тому деньги из рук в руки. Некоторое время назад он решил изобличить ФИО2 в сбыте наркотического средства – героин, для этого 26.01.2017 года в дневное время он самостоятельно и добровольно пришел в ОМВД России по г. Копейску, и собственноручно написал заявление о добровольном участии в ОРМ «Проверочная закупка», в то время фамилию ФИО2 не знал, поэтому называл его по имени «Ваня». Затем в ОМВД России по г. Копейску Челябинской области в присутствии понятых он был досмотрен сотрудником полиции, ничего запрещенного при нем не было. Далее ему в присутствии понятых были вручены деньги в сумме 500 рублей. Около 15 часов 30 минут он со своего телефона позвонил ФИО2, и спросил о возможности приобретения наркотического средства «героин» на пятьсот рублей, на что ФИО2 сказал ему, что перезвонит. Примерно через час ему позвонил ФИО2, и назначил ему место встречи по адресу ул. Гольца, 16 г. Копейска. После этого он вместе с сотрудниками полиции подъехал к данному дому. ФИО2 перезвонил ему, и назначил встречу у дома 2 по ул. Волкова г. Копейска. После этого он был доставлен к вышеуказанному дому, во дворе дома № 2 по ул. Волкова г. Копейска он встретился с ФИО2, где он передал ФИО2 500 рублей, врученные ему сотрудниками полиции, а ФИО2 передал ему бумажный сверток с героином, который он положил в правый карман куртки, и пошел к машине сотрудников полиции, которые доставили его в ОМВД по г. Копейску, где он был вновь досмотрен в присутствии понятых, в ходе досмотра в правом боковом кармане его куртки сотрудник полиции обнаружил и изъял у него бумажный сверток, внутри которого находилось порошкообразное вещество светлого цвета, который он приобрел у ФИО2 От него было получено объяснение, где он все подробно рассказал. Никакого физического, психологического давления на него никто из сотрудников полиции не оказывал. Во всех мероприятиях участвовал добровольно. Показаниями свидетеля М.Н.А.,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113-116 том № 1, о том, что подтверждает факт того, что Ф.В.А. был досмотрен 26.01.2017 года в служебном кабинете ОМВД России по г. Копейску, при досмотре у него ничего обнаружено не было. Затем была досмотрена денежная купюра 500 рублей, данная купюра была вручена Ф.В.А. для приобретения героина. После этого Ф.В.А. вновь был досмотрен в ОМВД России по г. Копейску, в ходе досмотра у Ф.В.А. был изъят сверток с порошкообразным веществом. Также подтверждает факт изъятия у ФИО2 26.01.2017 года в ОМВД России по г. Копейску двух бумажных свертков с порошкообразным веществом светлого цвета, телефона «Самсунг», банковской карты, двух купюр достоинством по 500 рублей. Показаниями свидетеля Г.Р.Р.,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108-111 том № 1, о том, что подтверждает факт того, что Ф.В.А. 26.01.2017 года был досмотрен в служебном кабинете ОМВД России по г. Копейску, при досмотре у него ничего обнаружено не было. Затем была досмотрена денежная купюра 500 рублей, данная купюра была вручена Ф.В.А. для приобретения героина. После этого Ф.В.А. вновь был досмотрен, и в ходе досмотра у Ф.В.А. был изъят сверток с порошкообразным веществом. Также подтверждает факт изъятия у ФИО2 двух бумажных свертков с порошкообразным веществом светлого цвета, телефона «Самсунг», банковской карты, двух купюр достоинством по 500 рублей. Показаниями свидетеля Ф.А.О.,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118-120 том № 1, о том, что 26.01.2017 года он участвовал при проведении в отношении ФИО2 оперативно-розыскных мероприятий «Наблюдение» и «Проверочная закупка». В роли покупателя изъявил желание участвовать Ф.В.А., который написал заявление о добровольном участии в ОРМ «Проверочная закупка», с целью изобличения ФИО2 в сбыте наркотических средств. Ф.В.А. созвонился с ФИО2, договорился о приобретении наркотического средства героин. Ф.В.А. в присутствии двух понятых был досмотрен, при досмотре никаких запрещенных предметов у Ф.В.А. обнаружено не было. Также была досмотрена денежная купюра 500 рублей, которая была вручена Ф.В.А. для приобретения героина у ФИО2 После чего ими Ф.В.А. был доставлен к указанному ФИО2 дому № 2 по ул. Волкова г. Копейска, где Ф.В.А. и ФИО2 встретились, Ф.В.А. передал ФИО2 500 рублей, ФИО2 передал Ф.В.А. бумажный сверток с героином, который Ф.В.А. положил в правый карман куртки. Затем Ф.В.А. был доставлен в ОМВД по г. Копейску, где в ходе досмотра в правом боковом кармане куртки Ф.В.А. был обнаружен и изъят бумажный сверток, внутри которого находилось порошкообразное вещество светлого цвета, который Ф.В.А. приобрел у ФИО2 ФИО2 был задержан ими и доставлен в ОМВД России по г. Копейску, где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В.В.Г.,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134-136 том № 1, о том, что 26.01.2017 года он совместно с сотрудниками ОНК ОМВД России по г. Копейску участвовал в проведении оперативно-розыскных мероприятий «Наблюдение» и «Проверочная закупка». В роли покупателя изъявил желание участвовать Ф.В.А., который написал заявление о добровольном участии в ОРМ «Проверочная закупка», с целью изобличения ФИО2 в сбыте наркотических средств. Ф.В.А. созвонился с ФИО2, договорился о приобретении наркотического средства героин. Ф.В.А. в присутствии понятых был досмотрен, при досмотре никаких запрещенных предметов у Ф.В.А. обнаружено не было. В присутствии понятых и Ф.В.А. была досмотрена денежная купюра 500 рублей, и вручена Ф.В.А. для приобретения героина у ФИО2 Через некоторое время ФИО2 перезвонил Ф.В.А., назначил встречу по адресу ул. Гольца, 16 г. Копейска. После этого Ф.В.А. был доставлен ими к указанному ФИО2 дому. Он и Ф.А.О. наблюдали встречу Ф.В.А. и ФИО2 с торца дома № 2 по ул. Волкова г. Копейска, в ходе которой Ф.В.А. передал ФИО2 500 рублей, ФИО2 передал Ф.В.А. бумажный сверток с героином, который тот положил в карман куртки, затем пошел к автомобилю. Ш.А.В., Ф.А.В., В.М.А. доставили Ф.В.А. в ОМВД по г. Копейску, где Ф.В.А. был досмотрен. Он знает, что в ходе досмотра в правом боковом кармане куртки Ф.В.А. был обнаружен и изъят бумажный сверток, внутри которого находилось порошкообразное вещество светлого цвета, который Ф.В.А. приобрел у ФИО2 ФИО2 был задержан им и Ф.А.О., и доставлен в ОМВД России по г. Копейску,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Ф.А.В.,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130-132 том № 1, о том, что 26.01.2017 года он участвовал в проведении оперативно-розыскных мероприятий «Наблюдение» и «Проверочная закупка», в которых в роли покупателя на добровольной основе участвовал Ф.В.А., который по телефону договорился с ФИО2 о приобретении наркотического средства героина. Ф.В.А. был досмотрен, запрещенных предметов у Ф.В.А. обнаружено не было. Также была досмотрена денежная купюра 500 рублей, и вручена Ф.В.А. для приобретения героина у ФИО2 Затем Ф.В.А. был доставлен ими к назначенному ФИО2 месту, где Ф.В.А. и ФИО2 встретились с торца дома № 2 по ул. Волкова г. Копейска, Ф.В.А. передал ФИО2 500 рублей, ФИО2 передал Ф.В.А. бумажный сверток с героином, который Ф.В.А. положил в правый карман куртки, затем пошел к автомобилю. Затем ими Ф.В.А. был доставлен в ОМВД по г. Копейску, где в ходе досмотра в правом боковом кармане куртки Ф.В.А. был обнаружен и изъят бумажный сверток с порошкообразным веществом светлого цвета, который Ф.В.А. приобрел у ФИО2 ФИО2 был задержан и доставлен в ОМВД России по г. Копейску,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В.М.А.,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126-128 том № 1, о том, что он 26.01.2017 года участвовал в проведении оперативно-розыскных мероприятий «Наблюдение» и «Проверочная закупка» в отношении ФИО2 В роли покупателя на добровольно основе участвовал Ф.В.А., который созвонился с ФИО2, договорился о приобретении наркотического средства героин. Затем Ф.В.А. был досмотрен, запрещенных предметов у Ф.В.А. обнаружено не было. Также была досмотрена денежная купюра 500 рублей, и вручена ФИО3 для приобретения героина у ФИО2 После чего, ФИО3 был доставлен ими к указанному ФИО2 дому № 2 по ул. Волкова г. Копейска, где Ф.В.А. передал ФИО2 500 рублей, ФИО2 передал Ф.В.А. бумажный сверток с героином, который Ф.В.А. положил в правый карман куртки. Затем Ф.В.А. был доставлен в ОМВД по г. Копейску, где в ходе личного досмотра в правом боковом кармане куртки Ф.В.А. был обнаружен и изъят бумажный сверток с порошкообразным веществом светлого цвета, который Ф.В.А. приобрел у ФИО2 ФИО2 был задержан и доставлен в ОМВД России по г. Копейску, где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Ш.А.В.,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122-124 том № 1, о том, что 26.01.2017 года в отношении ФИО2 было проведено оперативно-розыскное мероприятие «Наблюдение» и «Проверочная закупка». В роли покупателя изъяви желание участвовать Ф.В.А., который написал заявление о добровольном участии в ОРМ «Проверочная закупка», с целью изобличения ФИО2 в сбыте наркотических средств. Ф.В.А. созвонился с ФИО2, с которым договорился о приобретении наркотического средства героин. Ф.В.А. в присутствии двух понятых был досмотрен, никаких запрещенных предметов у Ф.В.А. обнаружено не было. Затем в присутствии двух понятых и Ф.В.А. была досмотрена денежная купюра 500 рублей, которая была вручена Ф.В.А. для приобретения героина у ФИО2 После чего Ф.В.А. был ими доставлен к указанному ФИО2 дому 2 по ул. Волкова г. Копейска, где Ф.В.А. и ФИО2 встретились, Ф.В.А. передал ФИО2 500 рублей, ФИО2 передал ему бумажный сверток с героином. Затем Ф.В.А. был доставлен в ОМВД по г. Копейску, где в ходе личного досмотра Ф.В.А. в правом боковом кармане куртки был обнаружен и изъят бумажный сверток с порошкообразным веществом светлого цвета, который Ф.В.А. приобрел у ФИО2 После этого в ОМВД России по г. Копейску был доставлен ФИО2, при личном досмотре у которого было изъято порошкообразное вещество, две купюры по 500 рублей, телефон «Самсунг», банковская карта «Сбербанк России». При проведении ОРМ и в дальнейшем с его стороны, либо со стороны других сотрудников полиции давления на ФИО2 не оказывалось. Показаниями свидетеля К.А.Ю., допрошенной в судебном заседании, которая подтвердила правильность и правдивость своих показаний, данных ею при производстве предварительного расследования на л.д. 101-102 том № 1, о том, что 26.01.2017 года ее муж ФИО2 был задержан по подозрению в сбыте наркотических средств, однако, она не замечала, чтобы муж продавал наркотики. Рапортом младшего оперуполномоченного ОНК ОМВД России по г. Копейску Челябинской области лейтенанта полиции Ф.А.О. об обнаружении признаков состава преступления, согласно которого в ходе проведения ОРМ «Наблюдение» и «Проверочная закупка» 26.01.2017 года в 17 часов 10 минут был задержан ФИО2 В ходе проведения личного досмотра ФИО2 у последнего было обнаружено порошкообразное вещество светлого цвета. В действиях ФИО2 усматриваются признаки состава преступления, предусмотренного ст. 228.1 УК РФ . л.д. 19 том № 1. Заявлением Ф.В.А. от 26.01.2017 года, в котором Ф.В.А. указал о желании на добровольной основе участвовать в ОРМ «Проверочная закупка» наркотического средства – героина у ФИО2, с целью изобличения ФИО2 в сбыте наркотических средств. л.д. 36 том № 1. Протоколом личного досмотра Ф.В.А., участвующего в ОРМ «Проверочная закупка», согласно которого ДАТА в период с 15 часов 38 минут до 15 часов 45 минут в кабинете № 15 ОМВД России по г. Копейску Челябинской области был досмотрен Ф.В.А. в присутствии двух понятых. В ходе досмотра у Ф.В.А. ничего изъято не было. л.д. 37 том № 1. Протоколом осмотра денежных средств, согласно которого 26.01.2017 года в период с 15 часов 46 минут до 15 часов 52 минут в кабинете № 15 ОМВД России в присутствии двух понятых осмотрена купюра 500 рублей ЗБ 5916956. л.д. 38-39 том № 1. Протоколом добровольной выдачи, согласно которого 26.01.2017 года в период с 16 часов 20 минут до 16 часов 30 минут в кабинете № 15 ОМВД России по г. Копейску Челябинской области был досмотрен Ф.В.А., который пояснил, что имеет при себе наркотическое средство «героин», которое он приобрел у парня по имени Ваня. В ходе досмотра у Ф.В.А. из правого бокового кармана куртки был изъят бумажный сверток с порошкообразным веществом светлого цвета. л.д. 40 том № 1. Протоколом личного досмотра ФИО2, согласно которого 26.01.2017 года в период с 17 часов 20 минут до 17 часов 30 минут в кабинете № 15 ОМВД России по г. Копейску Челябинской области в ходе личного досмотра ФИО2 из левого бокового кармана куртки изъяты две денежные купюры по 500 рублей ЗБ 5916956, ЕН1510566; два бумажных свертка с порошкообразным веществом светлого цвета, сотовый телефон «Самсунг» с сим картой «Теле2», банковская карта ПАО «Сбербанк России» на имя К.А.Ю.. л.д. 41 том НОМЕР. Справкой об исследовании НОМЕР от 26.01.2017 года, согласно которой вещество, представленное на исследование (изъятое у Ф.В.А.) содержит диацетилморфин (героин), который отнесен к наркотическому средству. Масса вещества составляет 0,61 грамма. В ходе исследования израсходовано 0,02 грамма. л.д. 62 том № 1. Заключением эксперта НОМЕР от 08.02.2017 года, согласно которого представленное на исследование вещество (изъятое у Ф.В.А. при личном досмотре) содержит героин (диацетилморфин), который отнесен к наркотическим средствам. Масса вещества составляет 0,59 грамма. В ходе исследования израсходовано 0,02 грамма. л.д. 66-67 том № 1. Справкой об исследовании НОМЕР от 26.01.2017 года, согласно которой вещество, представленное на исследование (изъятое у ФИО2) содержит диацетилморфин (героин), который отнесен к наркотическому средству. Масса вещества составляет 0,68 грамма. В ходе исследования израсходовано 0,02 грамма. л.д. 70 том № 1. Заключением эксперта НОМЕР от 10.02.2017 года, согласно которого представленное на исследование вещество (изъятое у ФИО2 при личном досмотре) содержит героин (диацетилморфин), который отнесен к наркотическим средствам. Масса вещества составляет 0,66 грамма. В ходе исследования израсходовано 0,02 грамма. л.д. 74-75 том № 1. Протоколом осмотра, согласно которого осмотрено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изъятые у ФИО2 26.01.2017 года: порошкообразное вещество бежевого цвета, частично спрессованное в комки, два фрагмента листа бумаги – отрезки листов из журнала.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изъятые у Ф.В.А. 26.01.2017 года: порошкообразное вещество бежевого цвета, частично спрессованное в комки, один отрезок бумаги из журнала. л.д. 224-231, 232-233 том № 1. Протоколом осмотра, согласно которого осмотрено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мобильный телефон «Самсунг», изъятый у ФИО2, в телефоне имеется сим карта «Теле2». При осмотре контактов данного телефона обнаружено, что абонентский номер НОМЕР записан под именем «В.», входящих и исходящих смс сообщений в телефоне не обнаружено. Была получена детализация за период с 01.01.2017 года до 01.02.2017 года, которая записана на СD диск.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СD диск, на котором записана детализация телефонных соединений абонентского номера НОМЕР. При осмотре данной детализации установлено, что абонентский НОМЕР зарегистрирован на ФИО2, период детализации с 01.01.2017 года по 01.02.2017 года. За указанный период поступали входящие, исходящие звонки, смс сообщения с номера НОМЕР (данным номером пользовался Ф.В.А.) практически каждый день, несколько раз в день. 26.01.2017 года с указанного номера поступали звонки на номер ФИО2: входящее смс - в 13:08, в 14:51, 15:59:21, исходящие звонки: в 13:12, 15:35, 15:37, 15:59:49.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банковская карта «Сбербанк России», на которой указано имя – К.А.Ю. НОМЕР.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в сумме 1 000 рублей купюрами по 500 рублей – 2 шт. ЗБ5916956, ЕН 1510566.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Обрывок кассового чека, на котором указана дата 26.01.2017 года, время 14:13 мин. л.д. 238-251 том № 1, л.д. 1 том № 2. Протоколом очной ставки между ФИО2 и Ф.В.А., согласно которой Ф.В.А. подтвердил свои показания, ФИО2 с показаниями Ф.В.А. согласился. л.д. 152-153 том № 1. Протоколом проверки показаний ФИО2 на месте, согласно которого ФИО2 указал на место возле газовой трубы возле заброшенного дома на п. РМЗ г. Копейска, где он нашел закладку с наркотическим средством. Далее ФИО2 указал на место, находящееся с торца дома № 2 по ул. Волкова г. Копейска, где он 26.01.2017 года передал сверток с героином Ф.В.А., а Ф.В.А. передал ему деньги 500 рублей. л.д. 154-158 том № 1. В судебном заседании достоверно установлено, что именно ФИО2, а не кто-то другой, незаконно сбыл 26.01.2017 года Ф.В.А. наркотическое средство – героин, массой не менее 0,61 грамма, что подтверждается как показаниями свидетеля Ф.В.А., показаниями свидетелей – сотрудников полиции, принимавших участие в ОРМ «Наблюдение», понятых, так и показаниями подсудимого ФИО2, а также всей совокупностью исследованных в судебном заседании доказательств. Показания свидетелей Ф.В.А., М.Н.А., Г.Р.Р., Ш.А.В., Ф.А.О., Ф.А.В., В.М.А., В.В.Г., последовательные, постоянные, соответствуют фактическим обстоятельствам уголовного дела, согласуются между собой, и с показаниями подсудимого ФИО2, а также объективно подтверждаются материалами уголовного дела. Оснований для оговора ФИО2 у перечисленных выше свидетелей не имеется. Оснований не доверять показаниям свидетелей, у суда не имеется.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ФИО2 выразившиеся в незаконном сбыте наркотического средства – героина Ф.В.А. 26.01.2017 года, следует правильно квалифицировать по п. «б» ч. 3 ст. 228.1 Уголовного кодекса Российской Федерации – незаконный сбыт наркотических средств, совершенный в значительном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Виновность подсудимого ФИО2 в содеянном по факту незаконного хранения наркотического средства – героина, суммарной массой 0,68 грамма, в значительном размере, подтверждается следующими доказательствами: Показаниями свидетеля Ф.В.А.,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96-99 том № 1, о том, что он приобретал наркотическое средство героин у ФИО2 26.01.2017 года в ОМВД России по г. Копейску он собственноручно написал заявление о добровольном участии в ОРМ «Проверочная закупка». 26.01.2017 года он принимал участие в ОРМ «Проверочная закупка» наркотического средства героина у ФИО2, в результате которого ФИО2 был задержан. Показаниями свидетеля К.К.Г.,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91-94 том № 1, о том, что он употреблял наркотическое средство героин, которое приобретал у ФИО2 26.01.2017 года во дворе дома № 13 по пр. Ильича г. Копейска он приобрел у ФИО2 героин, который впоследствии в ходе досмотра у него был изъят сотрудниками полиции. Показаниями свидетеля М.Н.А.,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113-116 том № 1, о том, что 26.01.2017 года в его присутствии и в присутствии второго понятого был в ОМВД России по г. Копейску был досмотрен ФИО2, у которого было изъято два бумажных свертка с порошкообразным веществом светлого цвета, телефон «Самсунг», банковская карта, две купюры достоинством по 500 рублей. Показаниями свидетеля Г.Р.Р.,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108-111 том № 1, о том, что 26.01.2017 года в его присутствии и в присутствии второго понятого был в ОМВД России по г. Копейску был досмотрен ФИО2, у которого было изъято два бумажных свертка с порошкообразным веществом светлого цвета, телефон «Самсунг», банковская карта, две купюры достоинством по 500 рублей. Показаниями свидетеля Ф.А.О.,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118-120 том № 1, о том, что 26.01.2017 года в ходе проведения ОРМ «Проверочная закупка» в отношении ФИО2, последний был задержан, и доставлен в ОМВД России по г. Копейску.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В.В.Г.,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134-136 том № 1, о том, что 26.01.2017 года в ходе проведения ОРМ «Проверочная закупка» в отношении ФИО2, последний был задержан, и доставлен в ОМВД России по г. Копейску.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Ф.А.В.,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130-132 том № 1, о том, что 26.01.2017 года он участвовал в проведении оперативно-розыскных мероприятий «Наблюдение» и «Проверочная закупка» в отношении ФИО2 В ходе проведения ОРМ ФИО2, был задержан, и доставлен в ОМВД России по г. Копейску, где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В.М.А.,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126-128 том № 1, о том, что 26.01.2017 года он участвовал в проведении оперативно-розыскных мероприятий «Наблюдение» и «Проверочная закупка» в отношении ФИО2 В ходе проведения ОРМ ФИО2, был задержан, и доставлен в ОМВД России по г. Копейску, где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Ш.А.В., допрошенного в судебном заседании, который подтвердил правильность и правдивость своих показаний, данных им при производстве предварительного расследования на л.д. 122-124 том № 1, о том, что 26.01.2017 года проводились оперативно-розыскные мероприятия «Наблюдение» и «Проверочная закупка» в отношении ФИО2 В ходе проведения ОРМ ФИО2, был задержан, и доставлен в ОМВД России по г. Копейску, где при личном досмотре у ФИО2 было изъято порошкообразное вещество, две купюры по 500 рублей, телефон «Самсунг», банковская карта «Сбербанк России», срезы с карманов куртки. При проведении ОРМ и в дальнейшем с его стороны, либо со стороны других сотрудников полиции давления на ФИО2 не оказывалось. Показаниями свидетеля К.А.Ю., допрошенной в судебном заседании, которая подтвердила правильность и правдивость своих показаний, данных ею при производстве предварительного расследования на л.д. 101-102 том № 1, о том, что она знала, что ее муж ФИО2 употребляет наркотики. 26.01.2017 года ФИО2 был задержан по подозрению в сбыте наркотических средств, она не замечала, чтобы муж продавал наркотики. Рапортом старшего следователя СО ОМВД России по г. Копейску Челябинской области об обнаружении признаков состава преступления, согласно которого в ходе расследования уголовного дела было выявлено преступление о незаконном приобретении и хранении ФИО2 наркотического средства диацетилморфин (героин) массой 0,68 грамма. л.д. 21 том № 1. Протоколом личного досмотра ФИО2, согласно которого 26.01.2017 года в период с 17 часов 20 минут до 17 часов 30 минут в кабинете № 15 ОМВД России по г. Копейску Челябинской области был досмотрен ФИО2 в присутствии двух понятых. В ходе досмотра из левого бокового кармана куртки изъяты две денежные купюры по 500 рублей ЗБ 5916956, ЕН1510566; два бумажных свертка с порошкообразным веществом светлого цвета, сотовый телефон «Самсунг» с сим картой «Теле2», банковская карта ПАО «Сбербанк России» на имя К.А.Ю.. л.д. 41 том № 1. Справкой об исследовании № 231 от 26.01.2017 года, согласно которой вещество, представленное на исследование (изъятое у ФИО2) содержит диацетилморфин (героин), который отнесен к наркотическому средству. Масса вещества составляет 0,68 грамма. В ходе исследования израсходовано 0,02 грамма. л.д. 70 том № 1. Заключением эксперта № 533 от 10.02.2017 года, согласно которого представленное на исследование вещество (изъятое у ФИО2 при личном досмотре) содержит героин (диацетилморфин), который отнесен к наркотическим средствам. Масса вещества составляет 0,66 грамма. В ходе исследования израсходовано 0,02 грамма. л.д. 74-75 том № 1. Протоколом осмотра, согласно которого осмотрено изъятое у ФИО2 26.01.2017 года порошкообразное вещество бежевого цвета, частично спрессованное в комки, два фрагмента листа бумаги – отрезки листов из журнала. л.д. 224-231, 232-233 том № 1. Протоколом осмотра, согласно которого осмотрено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мобильный телефон, изъятый у ФИО2 черного цвета, кнопочный, под экраном имеется надпись «Самсунг», в телефоне имеется сим карта «Теле2» черного цвета. При осмотре контактов данного телефона обнаружено, что абонентский номер НОМЕР записан под именем «Вика», входящих и исходящих смс сообщений в телефоне не обнаружено, абонентский номер НОМЕР записан под именем «В.», входящих и исходящих смс сообщений в телефоне не обнаружено, абонентский номер НОМЕР записан под именем «8», входящих и исходящих смс сообщений в телефоне не обнаружено. При истребовании информации об абонентском номере установленной в данном телефоне сим-карты «Теле-2», получен ответ: НОМЕР. Также была получена детализация телефонных соединений, которая записана на СD диск.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СD диск, на котором записана детализация телефонных соединений абонентского номера НОМЕР. При осмотре данной детализации установлено, что абонентский номер НОМЕР зарегистрирован на ФИО2. В ходе изучения данного документа установлено, что с номера НОМЕР (данный номер зарегистрирован в телефонной книге под именем «В.»), с номера НОМЕР (данным номером пользовался К.К.Г.), с номера НОМЕР (данным номером пользовался Ф.В.А.), поступали входящие и исходящие звонки, в том числе и 26.01.2017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банковская карта «Сбербанк России» зеленого цвета, на которой указано имя – К.А.Ю. НОМЕР.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денежные средства в сумме 1000 рублей купюрами по 500 рублей – 2 шт. ЗБ5916956, ЕН 1510566, повреждений не имеют.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Обрывок кассового чека, на котором указана дата 26.01.2017 года, время 14:13 мин. л.д. 238-251 том № 1, л.д. 1 том № 2. Протоколом проверки показаний ФИО2 на месте, согласно которого Кромский в присутствии адвоката, следователя указал на место возле газовой трубы возле заброшенного дома в п. РМЗ г. Копейска, где он нашел закладку с наркотическим средством. Далее ФИО2 указал на место, находящееся возле первого подъезда дома № 13 по пр. Ильича г. Копейска, где он 26.01.2017 года передал сверток с героином К.К.Г., а тот передал ему деньги 500 рублей. Кроме этого ФИО2 указал на место возле дома № 2 по ул. Волкова г. Копейска, где он после указанных событий 26.01.2017 года передал сверток с героином Ф.В.А., а тот передал ему деньги 500 рублей. После этого около дома АДРЕС ФИО2 был задержан сотрудниками полиции. л.д. 154-158 том № 1. Протоколом очной ставки между ФИО2 и К.К.Г., согласно которой К.К.Г. подтвердил свои показания, ФИО2 с показаниями К.К.Г. согласился. л.д. 150-151 том № 1. Протоколом очной ставки между ФИО2 и свидетелем Ф.В.А., согласно которой Ф.В.А. подтвердил свои показания, ФИО2 с показаниями Ф.В.А. согласился. л.д. 152-153 том № 1. Государственный обвинитель Бараев Д.И. в судебном заседании отказался от обвинения ФИО2 по ч. 3 ст. , п. «б» ч. 3 ст. 228.1 УК РФ , полагая необходимым действия подсудимого по факту незаконного хранения наркотического средства – героина массой 0,68 грамма без цели сбыта квалифицировать по ч. 1 ст. 228 УК РФ , так как в судебном заседании не нашел подтверждения факт наличия у подсудимого умысла на незаконный сбыт наркотического средства – героина, массой 0,68 грамма. Суд принимает частичный отказ прокурора от обвинения, считая его мотивированным и обоснованным. Учитывая, что суд не вправе выполнять не свойственные ему функции по формулировке и предъявлению обвинения, поэтому суд считает необходимым согласиться с доводами государственного обвинителя. В судебном заседании достоверно установлено, что именно ФИО2, а не кто-то другой, незаконно хранил 26.01.2017 года наркотическое средство – героин в значительном размере, без цели сбыта для личного употребления, что подтверждается как показаниями свидетелей - понятых, свидетелей – сотрудников полиции, принимавших участие в ОРМ, так и показаниями подсудимого ФИО2, а также всей совокупностью исследованных в судебном заседании доказательств. Также в судебном заседании установлено, что органами предварительного расследования не были установлены фактические обстоятельства приобретения ФИО2 наркотического средства, а именно: место, время и источник приобретения подсудимым наркотического средства, поэтому оснований для квалификации его действий по признаку незаконного приобретения наркотического средства, не имеется. Факт незаконного хранения ФИО2 26.01.2017 года наркотического средства – героин, массой 0,68 грамма в значительном размере, без цели сбыта для личного употребления, подтверждается, как показаниями подсудимого ФИО2, так и всей совокупностью исследованных в судебном заседании доказательств.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ФИО2 выразившиеся в незаконном хранения наркотического средства – героина, массой 0,68 грамма, следует правильно квалифицировать по ч. 1 ст. 228 УК РФ – незаконное хранение без цели сбыта наркотических средств в значительном размере. В судебном заседании по ходатайству государственного обвинителя была допрошена следователь М.О.А., которая пояснила, что проводила предварительное расследование по данному уголовному делу, в рамках которого производила следственные действия с ФИО2, Ф.В.А., К.К.Г. Следственные действия с участием ФИО2 производились с участием защитника – адвоката, показания ФИО2 давал добровольно, жалоб, замечаний, в том числе и на состояние здоровья, от ФИО2 и адвоката не поступало. Ф.В.А. и К.К.Г. также давали показания добровольно, жалоб и замечаний от них не поступало. Давления на ФИО2, Ф.В.А., К.К.Г. ни ею, ни кем-либо другим не оказывалось. В протоколы следственных действий ею вносились сведения, полученные от допрашиваемых лиц. С содержанием протоколов следственных действий знакомились допрашиваемые лица, адвокат, замечаний не поступало. Нарушений норм УПК РФ, влекущих прекращение уголовного дела или оправдание подсудимого ФИО2, при производстве предварительного расследования по настоящему уголовному делу допущено не было. Все указанные в приговоре и исследованные в судебном заседании доказательства являются достаточными, достоверными и допустимыми. При назначении вида и меры наказания подсудимому ФИО2, суд, в соответствии с требованиями статей , , 60 УК РФ , учитывает характер и степень общественной опасности преступлений, обстоятельства содеянного, личность виновного, обстоятельства, смягчающие наказание, а также влияние назначенного наказания на исправление осуждённого и на условия жизни его семьи. ФИО2 является судимым, совершил преступления в период условного осуждения, совершенные им преступления относятся к категории особо тяжких, тяжких, небольшой тяжести, он в целом положительно характеризуется по месту жительства. В качестве обстоятельств, смягчающих наказание ФИО2, суд учитывает его признательные показания, как на протяжении всего предварительного расследования, так и в судебном заседании, чистосердечное раскаяние в содеянном, явку с повинной по факту сбыта наркотических средств К.К.Г., что свидетельствует об активном способствовании раскрытию и расследованию преступлений, наличие на иждивении двоих малолетних детей, положительные характеристики по месту жительства, а также состояние его здоровья - наличие у него ряда тяжелых заболеваний. В качестве активного способствования раскрытию и расследованию преступлений, и, соответственно, как обстоятельство, смягчающее наказание ФИО2, судом расцениваются объяснения ФИО2 на л.д. 51, 52 том № 1, полученные до возбуждения уголовного дела, подтвержденные подсудимым в судебном заседании, в которых ФИО2 подробно изложил обстоятельства совершенных им преступлений, а также изобличил иных лиц в преступной деятельности, связанной с незаконным оборотом наркотических средств. Обстоятельств, отягчающих наказание ФИО2, перечисленных в ст. 63 УК РФ , судом не усматривается. Исходя из вышеизложенного, с учетом личности подсудимого, характера и степени общественной опасности содеянного им, руководствуясь принципом социальной справедливости, суд считает необходимым назначить ФИО2 наказание в виде лишения свободы, с учетом положений ч. 1 ст. 62 УК РФ . Данное наказание будет соответствовать целям наказания - исправлению осужденного и восстановлению социальной справедливости. Вместе с тем, с учетом личности подсудимого ФИО2, характера, количества и степени общественной опасности содеянного им, суд считает, что оснований для применения в отношении ФИО2 условий ст. ст. , 73 УК РФ , или назначения ему иного вида наказания, не имеется. Учитывая всю совокупность смягчающих наказание ФИО2 обстоятельств, отсутствие отягчающих наказание обстоятельств, а также его материальное положение, наличие на иждивении двоих малолетних детей, его состояние здоровья, суд считает возможным не назначать ФИО2 дополнительных наказаний в виде штрафа и ограничения свободы. При этом, с учетом личности подсудимого ФИО2, характера, количества и степени общественной опасности содеянного им, суд считает, что оснований для изменения категории преступлений на менее тяжкие, как того предусматривает ч. 6 ст. 15 УК РФ , не имеется. Также суд не находит оснований для возложения на ФИО2 обязанности пройти лечение от наркомании и медицинскую и (или) социальную реабилитацию, в соответствии со ст. - 1 УК РФ , так как ему назначается наказание в виде лишения свободы. Учитывая, что ФИО2 совершил умышленные преступления, в том числе относящиеся к категории тяжких и особо тяжких, в период условного осуждения, назначенного ему приговором Копейского городского суда Челябинской области от 22.09.2016 года, поэтому, необходимо, в силу ч. 5 ст. УК РФ, отменить условное осуждение, назначенное ему приговором Копейского городского суда Челябинской области от 22.09.2016 года, и назначить ему наказание по совокупности приговоров, в соответствии со ст. 70 УК РФ . На основании изложенного и руководствуясь ст. ст. , , 309 УПК РФ , суд П Р И Г О В О Р И Л: ФИО2 признать виновным в совершении преступлений, предусмотренных ч. 1 ст. 228.1 , п. «б» ч. 3 ст. 228.1 , ч. 1 ст. 228 УК РФ , и назначить ему наказание в виде лишения свободы: - по ч. 1 ст. 228.1 УК РФ - сроком на четыре года, без ограничения свободы, - по п. «б» ч. 3 ст. 228.1 УК РФ - сроком на восемь лет, без штрафа и без ограничения свободы, - по ч. 1 ст. 228 УК РФ – сроком на один год шесть месяцев. На основании ч. 3 ст. 69 УК РФ , по совокупности преступлений, путем частичного сложения наказаний, назначить ФИО2 наказание в виде лишения свободы сроком на девять лет, без штрафа и без ограничения свободы. На основании ч. 5 ст. УК РФ, отменить условное осуждение, назначенное ФИО2 приговором Копейского городского суда Челябинской области от 22.09.2016 года. На основании ст. 70 УК РФ , по совокупности приговоров, к назначенному ФИО2 наказанию частично присоединить неотбытую часть наказания, назначенного ему приговором Копейского городского суда Челябинской области от 22.09.2016 года, и окончательно назначить ФИО2 наказание в виде лишения свободы сроком на девять лет шесть месяцев, без штрафа и без ограничения свободы, с отбыванием наказания в исправительной колонии строгого режима. Срок наказания ФИО2 исчислять с 05 сентября 2017 года. Зачесть в срок наказания ФИО2 время содержания его под стражей с 27 января 2017 года по 04 сентября 2017 года. Меру пресечения в отношении ФИО2, до вступления приговора в законную силу, оставить прежнюю в виде заключения под стражу. Вещественные доказательства, по вступлении приговора в законную силу: - наркотические средства – содержащее диацетилморфин (героин): массой 0,28 грамма, упакованное в сейф пакет НОМЕР, массой 0,64 грамма, упакованное в сейф пакет НОМЕР, массой 0,57 грамма, упаковано в сейф пакет НОМЕР, хранящиеся в камере хранения вещественных доказательств ОМВД России по г. Копейску Челябинской области – уничтожить, - сотовый телефон «ZTE», возвращенный К.К.Г., оставить в распоряжении последнего, - сотовый телефон «Самсунг», хранящийся при уголовном деле, возвратить ФИО2 или его родственникам, - банковскую карту «Сбербанк», хранящуюся при уголовном деле, возвратить владельцу К.А.Ю., - детализации телефонных соединений абонентских номеров: НОМЕР, НОМЕР, обрывки чека, хранящиеся при уголовном деле, уничтожить, - денежную купюру 500 рублей, хранящуюся в ОМВД России по г. Копейску Челябинской области, обратить в доход государства. Приговор может быть обжалован в апелляционном порядке в Челябинский областной суд через Копейский городской суд Челябинской области в течение 10 суток со дня провозглашения, а осужденным ФИО2 - со дня получения копии приговора. В случае подачи апелляционной жалобы или представления осужденный ФИО2 вправе ходатайствовать об участии в рассмотрении уголовного дела судом апелляционной инстанции. Судья: Габриелян Л.А. Суд: Копейский городской суд (Челябинская область) (подробнее) Судьи дела: Габриелян Л.А. (судья) (подробнее) Последние документы по делу: Приговор от 4 сентября 2017 г. по делу № 1-326/2017 Приговор от 8 августа 2017 г. по делу № 1-326/2017 Приговор от 5 июля 2017 г. по делу № 1-326/2017 Приговор от 3 июля 2017 г. по делу № 1-326/2017 Постановление от 12 июня 2017 г. по делу № 1-326/2017 Приговор от 1 июня 2017 г. по делу № 1-326/2017 Постановление от 29 мая 2017 г. по делу № 1-326/2017 Приговор от 22 мая 2017 г. по делу № 1-326/2017 Приговор от 28 февраля 2017 г. по делу № 1-326/2017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