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ФИО3, в период времени с 20 часов 00 минут ДД.ММ.ГГГГ по 18 часов 20 минут ДД.ММ.ГГГГ, точное время и дата в ходе следствия не установлены, имея умысел на тайное хищение чужого имущества, с незаконным проникновением в жилище, действуя из корыстных побуждений, находясь в &lt;адрес&gt;» &lt;адрес&gt;, нуждаясь в денежных средствах, решил из &lt;адрес&gt;, расположенного по &lt;адрес&gt;&lt;адрес&gt;» &lt;адрес&gt;, принадлежащего Потерпевший №2, совершить хищение какого-либо ценного имущества, с целью реализации его в дальнейшем. Так, ФИО3 в период времени с 20 часов 00 минут ДД.ММ.ГГГГ по 18 часов 20 минут ДД.ММ.ГГГГ, точное время и дата в ходе следствия не установлены, реализуя свой преступный умысел, направленный на тайное хищение чужого имущества, с незаконным проникновением в жилище, действуя из корыстных побуждений, убедившись, что рядом никого нет и за его преступными действиями никто не наблюдает, неустановленным в ходе следствия способом проник на территорию дачного участка и подошел к дому № расположенному по &lt;адрес&gt;&lt;адрес&gt;» &lt;адрес&gt;, где, убедившись, что в доме никого нет, с помощью перочинного ножа выставил стекло из окна дачного дома, после чего, через образовавшееся отверстие в окне, незаконно проник в &lt;адрес&gt;&lt;адрес&gt;&lt;адрес&gt;, где, продолжая свои преступные действия, обнаружил и тайно похитил принадлежащее Потерпевший №2 имущество, а именно: саморезы 3,5x51 мм черного цвета по дереву в количестве 2 пачек по 1 кг каждая, стоимостью &lt;данные изъяты&gt; рублей, на общую сумму &lt;данные изъяты&gt; рублей, саморезы 3,5x79 мм 2 пачки по 1 кг стоимостью &lt;данные изъяты&gt; рублей, на общую сумму &lt;данные изъяты&gt; рублей, саморезы 3,5x100 мм в целлофановом пакете весом 1,5 кг стоимостью &lt;данные изъяты&gt; рублей, сок марки &lt;данные изъяты&gt;» материальной ценности не представляющий, коробку с молоком материальной ценности не представляющую, упаковку лезвий строительных в количестве 10 штук стоимостью &lt;данные изъяты&gt; рублей, ведро пластиковое черного цвета 12 литров стоимостью &lt;данные изъяты&gt; рублей, электрический чайник марки «&lt;данные изъяты&gt;» бежевого цвета стоимостью &lt;данные изъяты&gt; рублей, электрический измельчитель для овощей в корпусе бело-серого цвета стоимостью &lt;данные изъяты&gt; рублей, электрическую однокомфорную плиту стоимостью &lt;данные изъяты&gt; рублей, растворитель № в пластиковой канистре белого цвета емкостью 5 литров стоимостью &lt;данные изъяты&gt; рублей, ацетон в пластиковой канистре белого цвета емкостью 5 литров, стоимостью &lt;данные изъяты&gt; рублей, краску в металлическом ведре 10 литров зеленого цвета стоимостью &lt;данные изъяты&gt; рублей, сапоги мужские зимние кожаные черного цвета стоимостью &lt;данные изъяты&gt; рублей, туфли мужские кожаные светло-коричневого цвета стоимостью &lt;данные изъяты&gt; рублей, куртку мужскую серого цвета материальной ценности не представляющую, куртку зеленого цвета материальной ценности не представляющую, консервы килька в томатном соусе в количестве 5 банок стоимостью &lt;данные изъяты&gt; рублей, на общую сумму &lt;данные изъяты&gt; рублей, паштет из индейки в количестве 4 банки стоимостью &lt;данные изъяты&gt; рублей, на общую сумму &lt;данные изъяты&gt; рублей, тушенку говяжью в количестве 2 банки стоимостью &lt;данные изъяты&gt; рублей, на общую сумму &lt;данные изъяты&gt; рублей, тушенку свиную в количестве 4 банки стоимостью &lt;данные изъяты&gt; рублей, на общую сумму &lt;данные изъяты&gt; рублей, пачку чая с бергамотом 50 пакетов стоимостью &lt;данные изъяты&gt; рублей, упаковку конфет «Коровка» 350 грамм стоимостью &lt;данные изъяты&gt; рублей. После чего с похищенным имуществом ФИО3 с места совершения преступления скрылся, распорядившись похищенным по своему усмотрению, причинив Потерпевший №2 материальный ущерб на общую сумму &lt;данные изъяты&gt; рубль.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ФИО3, в период времени с 17 часов 00 минут ДД.ММ.ГГГГ по 14 часов 12 минут ДД.ММ.ГГГГ, точное время и дата в ходе следствия не установлены, имея умысел на тайное хищение чужого имущества, с незаконным проникновением в жилище, действуя из корыстных побуждений, находясь в &lt;адрес&gt;» &lt;адрес&gt;, нуждаясь в денежных средствах, решил из &lt;адрес&gt;, расположенного по &lt;адрес&gt;&lt;адрес&gt;» &lt;адрес&gt;, принадлежащего Потерпевший №3 совершить хищение какого-либо ценного имущества, с целью реализации его в дальнейшем. Так, ФИО3, в период времени с 17 часов 00 минут ДД.ММ.ГГГГ по 14 часов 12 минут ДД.ММ.ГГГГ, точное время и дата в ходе следствия не установлены, реализуя свой преступный умысел, направленный на тайное хищение чужого имущества, с незаконным проникновением в жилище, действуя из корыстных побуждений, убедившись, что рядом никого нет и за его преступными действиями никто не наблюдает, неустановленным в ходе следствия способом проник на территорию дачного участка, подошел к дому № дачного участка по &lt;адрес&gt;&lt;адрес&gt;&lt;адрес&gt;, где, убедившись, что в доме никого нет, на территории дачного участка обнаружил лестницу, которую приставил к дому, поднялся по лестнице к окнам второго этажа и с помощью перочинного ножа выставил стекло из окна второго этажа дачного дома, после чего, через образовавшееся отверстие в окне, незаконно проник в дом дачного участка № по &lt;адрес&gt;&lt;адрес&gt;» &lt;адрес&gt;, где, из ценного имущества находилось: бензопила марки «&lt;данные изъяты&gt; стоимостью &lt;данные изъяты&gt; рублей, ножовка по дереву в количестве 6 штук стоимостью &lt;данные изъяты&gt; рублей на общую сумму &lt;данные изъяты&gt; рублей, топор в количестве 4 штук стоимостью &lt;данные изъяты&gt; рублей на общую сумму &lt;данные изъяты&gt; рублей. Находясь внутри дома ФИО3, продолжая свои преступные действия стал обыскивать дом в поисках какого-либо ценного имущества, однако не довел свой преступный умысел до конца по независящим от него обстоятельствам, так как не нашел спрятанное ранее хозяином дома Потерпевший №3 ценное имущество, после чего с места преступления скрылся. В случае доведения ФИО3 до конца своего преступного умысла, Потерпевший №3 могло быть причинен материальный ущерб в размере 8 500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ФИО3 в период времени с 16 часов 00 минут ДД.ММ.ГГГГ по 12 часов 30 минут ДД.ММ.ГГГГ, точное время и дата в ходе следствия не установлены, имея умысел на тайное хищение чужого имущества, с незаконным проникновением в жилище, действуя из корыстных побуждений, находясь в &lt;адрес&gt;&lt;адрес&gt;, нуждаясь в денежных средствах, решил из дома &lt;адрес&gt;, расположенного по &lt;адрес&gt;» &lt;адрес&gt;, принадлежащего Потерпевший №4, совершить хищение какого-либо ценного имущества, с целью реализации его в дальнейшем. Так, ФИО3 в период времени с 16 часов 00 минут ДД.ММ.ГГГГ по 12 часов 30 минут ДД.ММ.ГГГГ, точное время и дата в ходе следствия не установлены, реализуя свой преступный умысел, направленный на тайное хищение чужого имущества, с незаконным проникновением в жилище, действуя из корыстных побуждений, убедившись, что рядом никого нет и за его преступными действиями никто не наблюдает, неустановленным в ходе следствия способом проник на территорию дачного участка, подошел к дому № по &lt;адрес&gt;&lt;адрес&gt;, где, убедившись, что в доме никого нет, с помощью перочинного ножа выставил стекло из окна дачного дома, после чего, приставив к окну неустановленный в ходе следствия предмет через образовавшееся отверстие в окне незаконно проник в &lt;адрес&gt;, где, продолжая свои преступные действия, ФИО3 обнаружил и тайно похитил принадлежащую Потерпевший №4 пачку гречки стоимостью &lt;данные изъяты&gt; рублей, после чего с похищенным имуществом ФИО3 с места совершения преступления скрылся, распорядившись похищенным по своему усмотрению, причинив Потерпевший №4 материальный ущерб на общую сумму &lt;данные изъяты&gt;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ФИО3 в период времени с 16 часов 00 минут ДД.ММ.ГГГГ до 12 часов 30 минут ДД.ММ.ГГГГ, точное время и дата в ходе следствия не установлены, имея умысел на тайное хищение чужого имущества, с незаконным проникновением в жилище, действуя из корыстных побуждений, находясь в &lt;адрес&gt;, нуждаясь в денежных средствах, решил из дома &lt;адрес&gt; расположенного по &lt;адрес&gt;&lt;адрес&gt;, принадлежащего Потерпевший №5, совершить хищение какого-либо ценного имущества, с целью реализации его в дальнейшем. Так, ФИО3 в период времени с 16 часов 00 минут ДД.ММ.ГГГГ до 12 часов 30 минут ДД.ММ.ГГГГ, точное время и дата в ходе следствия не установлены, реализуя свой преступный умысел, направленный на тайное хищение чужого имущества, с незаконным проникновением в жилище, действуя из корыстных побуждений, убедившись, что рядом никого нет и за его преступными действиями никто не наблюдает, неустановленным в ходе следствия способом проник на территорию дачного участка, подошел к дому № по &lt;адрес&gt;&lt;адрес&gt;, где, убедившись, что в доме никого нет, с помощью перочинного ножа выставил стекло из окна дачного дома, после чего, через образовавшееся отверстие в окне незаконно проник в &lt;адрес&gt;, где, продолжая свои преступные действия, ФИО3 обнаружил и тайно похитил принадлежащее Потерпевший №5 имущество: толстовку черного цвета стоимостью &lt;данные изъяты&gt; рублей, безрукавку черного цвета стоимостью &lt;данные изъяты&gt; рублей, отвертку с красной ручкой с плоской головкой стоимостью &lt;данные изъяты&gt; рублей, отвертку с красной ручкой с маленькой плоской головкой стоимостью &lt;данные изъяты&gt; рублей, отвертку с красной ручкой с крестообразной головкой стоимостью &lt;данные изъяты&gt; рублей, отвертку с красной ручкой с длинной плоской головкой стоимостью &lt;данные изъяты&gt; рублей, плоскогубцы с ручками синего цвета стоимостью &lt;данные изъяты&gt; рублей, плоскогубцы с красными-черными ручками с длинным носиком стоимостью &lt;данные изъяты&gt; рублей, плоскогубцы с красными-черными ручками с режущей поверхностью стоимостью 30 рублей, 1 килограмм картошки материальной ценности не представляющей, всего на общую сумму &lt;данные изъяты&gt; рублей, после чего с похищенным имуществом ФИО3 с места совершения преступления скрылся, распорядившись похищенным по своему усмотрению, причинив Потерпевший №5 материальный ущерб на общую сумму &lt;данные изъяты&gt; рублей.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ФИО3 в период времени с ДД.ММ.ГГГГ по 24 часа 00 минут ДД.ММ.ГГГГ, точное время и дата в ходе следствия не установлены, имея умысел на тайное хищение чужого имущества, с незаконным проникновением в жилище, действуя из корыстных побуждений, находясь в &lt;адрес&gt;, нуждаясь в денежных средствах, решил из дома &lt;адрес&gt;, расположенного по &lt;адрес&gt;&lt;адрес&gt;, принадлежащего Потерпевший №6 совершить хищение какого-либо ценного имущества, с целью реализации его в дальнейшем. Так, ФИО3, в период времени с ДД.ММ.ГГГГ по 24 часа 00 минут ДД.ММ.ГГГГ, точное время и дата в ходе следствия не установлены, реализуя свой преступный умысел, направленный на тайное хищение чужого имущества, с незаконным проникновением в жилище, действуя из корыстных побуждений, убедившись, что рядом никого нет и за его преступными действиями никто не наблюдает, неустановленным в ходе следствия способом проник на территорию дачного участка, подошел к дому № по &lt;адрес&gt;, где, убедившись, что в доме никого нет, с помощью перочинного ножа выставил стекло из окна дачного дома, после чего, через образовавшееся отверстие в окне незаконно проник в &lt;адрес&gt;, где из ценного имущества находились: газовая колонка стоимостью &lt;данные изъяты&gt; рублей, холодильник стоимостью &lt;данные изъяты&gt; рублей. Находясь внутри дома, ФИО3, продолжая свои преступные действия стал обыскивать дом в поисках какого-либо ценного имущества, однако не довел свой преступный умысел до конца по независящим от него обстоятельствам, так как не смог похитить имущество Потерпевший №6 в силу громоздкости, после чего с места преступления скрылся. В случаи доведения ФИО3 до конца своего преступного умысла, Потерпевший №6 мог быть причинен материальный вред в размере &lt;данные изъяты&gt;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ФИО3 в период времени с 22 часов 00 минут ДД.ММ.ГГГГ по 00 часов 10 минут ДД.ММ.ГГГГ, точное время и дата в ходе следствия не установлены, имея умысел на тайное хищение чужого имущества, с незаконным проникновением в жилище, действуя из корыстных побуждений, находясь в &lt;адрес&gt;&lt;адрес&gt;, нуждаясь в денежных средствах, решил из дома &lt;адрес&gt;, расположенного по &lt;адрес&gt;, принадлежащего Потерпевший №7, совершить хищение какого-либо ценного имущества, с целью реализации его в дальнейшем. Так, ФИО3, в период времени с 22 часов 00 минут ДД.ММ.ГГГГ по 00 часов 10 минут ДД.ММ.ГГГГ, точное время и дата в ходе следствия не установлены, реализуя свой преступный умысел, направленный на тайное хищение чужого имущества, с незаконным проникновением в жилище, действуя из корыстных побуждений, убедившись, что рядом никого нет и за его преступными действиями никто не наблюдает, прошел на территорию дачного участка, подошел к дому № по &lt;адрес&gt;&lt;адрес&gt;&lt;адрес&gt;, где, убедившись, что в доме никого нет, с помощью перочинного ножа выставил стекло в окне дачного дома, после чего, через образовавшееся отверстие в окне, незаконно проник в &lt;адрес&gt;» &lt;адрес&gt;, где, из ценного имущества находилось: холодильник стоимостью &lt;данные изъяты&gt; рублей, газовый баллон стоимостью &lt;данные изъяты&gt; рублей, газовая плита стоимостью &lt;данные изъяты&gt; рублей. Находясь внутри дома, ФИО3, продолжая свои преступные действия стал обыскивать дом в поисках какого-либо ценного имущества, однако не довел свой преступный умысел до конца, по независящим от него обстоятельствам, так как на месте совершения преступления был задержан охранником &lt;данные изъяты&gt;» Свидетель №1 В случаи доведения ФИО3 до конца своего преступного умысла, Потерпевший №7 мог быть причинен материальный ущерб в размере 3800 рублей. В судебном заседании подсудимый ФИО3 свою вину в инкриминируемых ему преступлениях признал частично, указав, что после освобождения из мест лишения свободы ему негде было жить и он хотел переночевать в указанных домах и поесть, умысла на хищение у него не было. Указал, что в дом потерпевшей Потерпевший №1 проникал, чтобы переночевать. По эпизоду кражи из дома Потерпевший №2 вину признал частично, что проникал, чтобы переночевать, ничего не похищал. Он проникал в дом потерпевшей Потерпевший №5, но там было холодно и он одел безрукавку, чтобы согреться, инструменты не брал и не согласился с показаниями свидетеля ФИО10 указав, что его досматривали сотрудники полиции и инструментов у него не было. Не признал написанные им явки с повинной, указав, что сотрудники полиции все написали сами, а не с его со слов. Однако виновность подсудимого ФИО3 в совершении указанных преступлений подтверждается : - показаниями свидетеля ФИО11 в судебном заседании и его показаниями на предварительном следствии от ДД.ММ.ГГГГ, оглашенными в порядке ст. ч. 3 УПК РФ, которые он полностью подтвердил о том, что ДД.ММ.ГГГГ в 08 часов 00 минут он в соответствии с утвержденным графиком заступил на дежурство по ОП № УМВД России по городу Калуге, дежурство продолжалось до 08 часов 00 минут ДД.ММ.ГГГГ. В ночное время, в составе СОГ он выехал на происшествие в &lt;данные изъяты&gt; Приехав на место происшествия в сторожку &lt;данные изъяты&gt; ему предоставили гражданина ФИО3 которого задержали сторож &lt;данные изъяты&gt;». Как пояснил сторож &lt;данные изъяты&gt;» Свидетель №1 он задержал ФИО3 когда тот вылезал из окна дачи №. Так же там присутствовал председатель &lt;данные изъяты&gt;», который пояснил, что на ФИО3 и при нем находятся вещи которые ранее были похищены у членов &lt;данные изъяты&gt;», после чего им было принято решение провести личный досмотр ФИО3 (т. 2 л. д. 80-81); - протоколом выемки от ДД.ММ.ГГГГ года, согласно которому у свидетеля ФИО11 изъяты вещи, полученные в ходе личного досмотра обвиняемого ФИО3 а именно: нож перочинный, фонарик в корпусе синего цвета, фонарик в корпусе сине-желтого цвета.( т. 2 л. д. 84-86) - протоколом осмотра предметов (документов) от ДД.ММ.ГГГГ года, согласно которому были осмотрены нож перочинный, фонарик в корпусе синего цвета, фонарик в корпусе сине-желтого цвета.(т. 2 л. д. 87-89) и постановлением о признании и приобщении их к материалам уголовного дела в качестве вещественных доказательств( т. 2, л.д. 90-91) и постановлением о признании и приобщении к уголовному делу вещественных доказательств( т. 2 л.д. 90-91) Кроме того, виновность подсудимого ФИО3 по факту покушения на кражу, т. те. тайного хищения имущество Потерпевший №1, совершенной с незаконным проникновением в жилище, если при этом преступление не было доведено до конца, подтверждается следующими исследованными судом доказательствами: - показаниями потерпевшей Потерпевший №1 в судебном заседании и показаниями потерпевшей Потерпевший №1 от ДД.ММ.ГГГГ, оглашенными в судебном заседании в порядке ст. ч. 3 УПК РФ, которые она полностью подтвердила, за исключением того, что это не телевизор «Сони», а простой черно-белый телевизор о том, что у неё в собственности имеется дачный дом, расположенный в &lt;данные изъяты&gt; Принадлежащий ей дачный &lt;адрес&gt; СНТ «Природа» &lt;адрес&gt; используется в летнее время. Участок огорожен сеткой рабицой с калиткой закрываемый на навесной замок, в центре участка находится дачный дом. Доступ в дом осуществляется через дверь, оборудованную навесным замком, так же там имеется 3 окна и две комнаты. ДД.ММ.ГГГГ она закрыла дачу и в зимнее время туда не приезжала. ДД.ММ.ГГГГ ей позвонила председатель СНТ ФИО12 и сообщила, что её дача вскрыта. Приехав на дачу ДД.ММ.ГГГГ она обнаружила что навесной замок на калитке ведущий на участок цел. Пройдя внутрь участка и осмотрев дом, она обнаружила, что форточка ведущая в помещение кухни открыта. Гардина со шторой упала, а шторы лежали на полу. Входная дверь в дачу была цела и с замком не имела повреждений, так же стекла в даче не имели повреждений. Открыв дверь она увидела, что столовые приборы разбросаны по полу на кухне, остальные вещи находились на своем месте. В помещении кухни находились газовая плита, баллон газа и холодильник и диван которые не тронули. Во вторую комнату из кухни ведет дверь, которую она запирала на навесной замок, он был цел. У неё в даче проведен свет, установлены кровати, в летнее время она иногда проживает на даче. Из ценного имущества в момент проникновения на даче находился черно-белый телевизор марки «Sony» в корпусе черного цвета, который ей подарили в 2015 году, с учетом износа она оценивает его в &lt;данные изъяты&gt; рублей, под кроватью во второй комнате находился электротриммер в корпусе желтого цвета который она приобретала в 2011 году за &lt;данные изъяты&gt; рублей, с учетом износа она оценивает его в &lt;данные изъяты&gt; рублей. Указанные ей вещи лежали во второй комнате. Поняв, что ценное имущество похищено не было, она решила не обращаться в полицию, а убралась на даче и починила дверь. Внимательно осмотрев имущество, она поняла, что из её дачи ничего не похитили. Она является пенсионером по старости и её ежемесячный доход составляет около &lt;данные изъяты&gt; рублей, таким образом, ей мог быть причинен материальный вред в размере &lt;данные изъяты&gt; рублей (т. 1 л. д. 68-69); - показаниями свидетеля ФИО12 в судебном заседании и её показаниями от ДД.ММ.ГГГГ, оглашенными в судебном заседании в порядке ст. ч. 3 УПК РФ. Которые она полностью подтвердила о том, , что она является председателем правления &lt;данные изъяты&gt;». Большинство дач &lt;данные изъяты&gt;» находятся по адресу: &lt;адрес&gt;, &lt;адрес&gt;&lt;адрес&gt;. В начале апреля ДД.ММ.ГГГГ ей позвонила одна из членов СНТ Потерпевший №2 около 18 часов 00 минут и сообщила, что её дачный домик вскрыт. В доме выставлено одно из стекол, перевернуты вещи, а часть вещей похищена. Дом Потерпевший №2 расположен по адресу: &lt;адрес&gt;, СНТ «Природа», &lt;адрес&gt;. После её звонка она пришла к её даче и они вместе стали ожидать полицию. Пока они ожидали полицию, то прошли по улице и просмотрели другие дачи их СНТ на предмет взлома. Пройдя по улице, она обнаружила, что так же в &lt;адрес&gt; отсутствует одно из окон. Она сразу позвонила собственнице данной дачи Потерпевший №1 и сообщила, что её дачу возможно обокрали. Через некоторое время приехала следственно-оперативная группа и начала производить осмотр места происшествия. ( т.1, л.д. 106 -107); - сообщением по КУСП № от ДД.ММ.ГГГГ года, согласно которого проникли в дачный &lt;адрес&gt; СНТ «Природа» &lt;адрес&gt;.( т.1, л.д. 48) - протоколом осмотра места происшествия от ДД.ММ.ГГГГ и иллюстрационной таблицей к нему , в ходе которого был внешне осмотрен дачный &lt;адрес&gt;&lt;адрес&gt;» &lt;адрес&gt;. В ходе осмотра изъято: след обуви путем масштабной фотосъемки. Прилагается иллюстрационная таблица. ( т.1, л.д. 50-57); - протоколом осмотра места происшествия от ДД.ММ.ГГГГ года, в ходе которого был изнутри осмотрен дачный &lt;адрес&gt;&lt;адрес&gt;» &lt;адрес&gt;. В ходе осмотра ничего не изъято. ( т.1, л.д. 58-63); - протоколом проверки показаний на месте обвиняемого ФИО3 от ДД.ММ.ГГГГ, согласно которого ФИО3 указал что проникал в &lt;адрес&gt; путем выставления окна, но не нашел ничего ценного и ушел.( т.2, л.д. 213-220); - показаниями подозреваемого ФИО3 от ДД.ММ.ГГГГ года, оглашенными в порядке ст. ч. 1 п. 1 УПК РФ, в части, касающейся покушения на совершение хищения имущества, принадлежащего Потерпевший №1, который пояснил, что так же хочет добавить что в &lt;адрес&gt; он проник в дачу с целью найти что-то из еды. Он проник через форточку выставив стекло, в доме он ничего не нашел и вылез обратно.( т. 2, л.д. 195-199); - дополнительные показания обвиняемого ФИО3 от ДД.ММ.ГГГГ в части, касающейся покушения на совершение хищения имущества, принадлежащего Потерпевший №1, оглашенными в порядке ст. ч. 1 п. 1 УПК РФ о том, что после освобождения из мест лишения свободы ему негде было жить и он не смог найти работу, поэтому он решил залезать в дачи в дачных кооперативах для того чтобы найти там продукты питания и какое-нибудь имущество которое потом можно будет продать. Он пешком пришел в &lt;адрес&gt;» к дому №, где путем выставления окна используя перочинный нож, который находился при нем, проник в дачу. Осмотрев дачу он не нашел ничего ценного для себя и покинул её через окно.(т. 2, л. д. 211-213) - показания обвиняемого ФИО3 от ДД.ММ.ГГГГ года в части, касающейся хищения покушения на совершения хищения имущества, принадлежащего Потерпевший №1, оглашенными в порядке ст. ч.1 п. 1 УПК РФ, который вину в инкриминируемом ему деянии признал частично, от дачи показаний в соответствии со ст. 51 Конституции РФ отказался.( т. 2, л. д. 229-232) Виновность ФИО3 в совершении кражи имущества потерпевшей Потерпевший №2, совершенной с незаконным проникновением в жилище подтверждаются следующими исследованными судом доказательствами: - показаниями потерпевшей Потерпевший №2 в судебном заседании и её показаниями на предварительном следствии от ДД.ММ.ГГГГ, оглашенными в судебном заседании в порядке ст. ч. 3 УПК РФ, которые она полностью подтвердила, и показала, что у неё имеется дачный дом, расположенный по адресу &lt;адрес&gt;&lt;адрес&gt;&lt;адрес&gt;. Данный дом находится на дачном участке, огороженном деревянным забором, выкрашенным коричневой краской. Вход на территорию участка осуществляется через металлическую калитку. На расстоянии примерно 6 метров от калитки расположен сам дом. Данный дом деревянный, окрашен краской темно - коричневого цвета. Он наполовину, точнее частично обит пеноплексом. На данном участке она производит огородные работы и проживает в данном доме в летний период, практически до октября каждого года. После зимы обычно начинает приезжать в марте. Иногда приезжает зимой. Последний раз в данном доме она была ДД.ММ.ГГГГ и уехала из дома примерно в 20.00 часов. ДД.ММ.ГГГГ она опять приехала в свой дачный дом примерно в 18.00 часов, она открыла замок на калитке, он повреждений не имел. Она прошла вокруг дома и за ним увидела, что с задней стороны дома в окне отсутствует стекло в одной из его секций, само стекло стояло на лавке под данным окном и было разбито. После того как она прошла в дом, то обнаружила, что стройматериалы, которые лежали на полу в доме, лежали не так как лежали до этого. На столе в кухне пропали саморезы черного цвета по дереву в количестве 2 пачек по 1 кг каждая 3,5x51 мм стоимостью 250 рублей каждая, 2 пачки по 1 кг. каждая 3,5x79 мм стоимостью по 280 рублей каждая, также были саморезы в целлофановом пакете весом 1,5 кг 3,5x100 мм стоимостью 400 рублей. Также на полу лежали 2 пустые бутылки из под водки марки «Беленькая», если эти бутылки находились в её доме, в чем она точно не уверена, то они были уже пустые, водки у неё в доме не было. На обеденном столе стояли пустая коробка из под сока марки «Добрый», когда она уезжала днем позже данная коробка с соком была запечатана, она ее не открывала, материальной ценности для неё она не представляет. Также на столе стояла пустая коробка из под молока, хотя днем раньше молоко в ней оставалось, материальной ценности для неё она не представляет. Также на столе стояли пластиковые стаканы, которые были убраны в кухонный шкаф, на полу лежал один смятый пластиковый стакан. Также на столе отсутствовала упаковка лезвий строительных ножей в количестве 10 шт. стоимостью 120 рублей. Также из помещения кухни пропало ведро пластиковое черного цвета на 12 л. стоимостью 75 рублей, электрический чайник марки «Тефаль» бежевого цвета стоимостью 2500 рублей, электрический измельчитель для овощей какой марки не помнит в корпусе бело-серого цвета стоимостью 1800 рублей, электрическая однокомфорная плита стоимостью 650 рублей, растворитель № в пластиковой канистре белого цвета емкостью 5 литров стоимостью 350 рублей, ацетон в канистре пластиковой белого цвета емкостью 5 литров стоимостью 350 рублей, краска в металлическом ведре 10 л. зеленого цвета стоимостью 960 рублей, сапоги мужские зимние кожаные черного цвета, внутри мех цигейка белый 44 размера стоимостью 4500 рублей, туфли мужские кожаные светло коричневого цвета 43 размера стоимостью 500 рублей, куртки мужские в количестве 2 штук одна серого цвета, вторая зеленого цвета с бордовыми вставками материальной ценности не представляют. Также пропали продукты питания: консервы килька в томатном соусе в количестве 5 банок стоимостью 30 рублей каждая, паштет из индейки в количестве 4 банок стоимостью 28 рублей каждая, 2 банки тушенки говяжьей стоимостью 100 рублей каждая, 4 банки свиной тушенки стоимостью 150 рублей каждая, пачка чая с бергамотом 50 пакетов стоимостью 55 рублей, упаковка конфет «Коровка» 350 гр. стоимостью 49 рублей. Также на втором этаже дома она обнаружила, что порядок вещей нарушен, на кровати в беспорядке лежали постельные принадлежности. После того как она поняла, что в её дом было совершено проникновение, она обратилась к сотрудникам полиции. Таким образом в результате совершения данного преступления ей был причинен материальный ущерб на общую сумму 14431 рубль. (т. 1 л. д. 101-103); - показаниями свидетеля ФИО13 от ДД.ММ.ГГГГ, оглашенными в судебном заседании в порядке ст. ч. 1 УПК РФ о том, что у его жены Потерпевший №2 есть дачный дом, расположенный по адресу: &lt;адрес&gt;, СНТ «Природа», &lt;адрес&gt;. Он так же часто посещает дачу для совместного отдыха с женой. Дача находится на участке огороженном забором-штакетником, вход на участок осуществляется через калитку оборудованную навесным замком. Дача представляет из себя двух этажный дом, в котором они проживают в летнее время, а в зимнее время просто приезжают. Доступ в помещения дачи осуществляется через металлическую дверь оборудованную двумя врезными замками. На дачу присутствует освещение и кровати, газовая плита с баллоном. ДД.ММ.ГГГГ он вместе со своей женой был на даче, они уехали с дачи около 20 часов 00 минут, все имущество жены было на месте. При этом, они закрыли дачу на замки и закрыли калитку. ДД.ММ.ГГГГ он приехал с женой на дачу, Потерпевший №2 открыла калитку и прошла на участок к даче. С её слов, она обошла дачный дом и увидела что выставлено одно из окон. Он прошел за ней и увидел, что действительно в окне отсутствует стекло и оно разбито и находится рядом. Они открыли входную дверь в дачу, она не имела повреждений и прошли внутрь. Потерпевший №2 осмотрела дачу и составила перечень похищенного имущества, похищенное имущество принадлежало ей. После чего он позвонил в полицию и они стали ожидать полицию.(т.1, л.д. 104-105); - показаниями свидетеля ФИО12 в судебном заседании и её показаниями от ДД.ММ.ГГГГ, оглашенными в судебном заседании в порядке ст. ч. 3 УПК РФ. которые она полностью подтвердила о том, что она является председателем правления &lt;данные изъяты&gt; Большинство дач &lt;данные изъяты&gt;» находятся по адресу: &lt;адрес&gt;, СНТ «Природа», &lt;адрес&gt;. В начале апреля ДД.ММ.ГГГГ года ей позвонила одна из членов СНТ Потерпевший №2 около 18 часов 00 минут и сообщила, что её дачный домик вскрыт. В доме выставлено одно из стекол, перевернуты вещи, а часть вещей похищена. Дом Потерпевший №2 расположен по адресу: &lt;адрес&gt;, СНТ «Природа», &lt;адрес&gt;. После её звонка она пришла к её даче и они вместе стали ожидать полицию. Пока они ожидали полицию, то прошли по улице и просмотрели другие дачи их СНТ на предмет взлома. Пройдя по улице, она обнаружила, что так же в &lt;адрес&gt; отсутствует одно из окон. Она сразу позвонила собственнице данной дачи Потерпевший №1 и сообщила, что её дачу возможно обокрали. Через некоторое время приехала следственно-оперативная группа и начала производить осмотр места происшествия. ( т.1, л.д. 106 -107); -сообщением по КУСП № от ДД.ММ.ГГГГ, согласно которого свидетель ФИО13 сообщил, что в &lt;адрес&gt;&lt;адрес&gt; разбито окно.(т 1 л. д. 77) - заявлением потерпевшей Потерпевший №2 от ДД.ММ.ГГГГ, в котором она просит привлечь к уголовной ответственности неизвестное лицо, которое в период с 20 часов 00 минут ДД.ММ.ГГГГ по 18 часов 00 минут ДД.ММ.ГГГГ, незаконно проникло в дачный &lt;адрес&gt;&lt;адрес&gt;» &lt;адрес&gt; тайно похитив принадлежащие ей вещи на общую сумму &lt;данные изъяты&gt; рублей ( т. 1, л.д. 78); - протоколом осмотра места происшествия от ДД.ММ.ГГГГ и иллюстрационной таблицей к нему, в ходе которого был осмотрен дачный &lt;адрес&gt;&lt;адрес&gt;&lt;адрес&gt;. В ходе осмотра изъято: фрагменты стекла, коробка из под сока «Добрый», коробка из -под молока, 2 бутылки от водки, 9 пластиковых стаканов, 2 следа обуви методом маштабной фотосъемки.. Т. 1 л. д. 79-95 - заключением дополнительной биологической экспертизы № от ДД.ММ.ГГГГ года, согласно которого на коробке из под сока «Добрый» и пластиковом стакане обнаружена слюна ( объекты 1, 4), которая произошла от ФИО3(т. 1 л. д. 129-132); - протоколом осмотра предметов (документов) от ДД.ММ.ГГГГ года, в ходе которого были осмотрены коробка из под сока «Добрый» и пластиковый стакан.(т. 1, л. д. 134-138) и постановлением о признании и приобщении к материалам уголовного дела вещественных доказательств( т. 1, л.д. 139-140); - показания подозреваемого ФИО3 от ДД.ММ.ГГГГ, оглашенными в судебном заседании в порядке ст. ч. 1 п. 1 УПК РФ в части, касающейся хищения имущества, принадлежащего Потерпевший №2, который пояснил, что в одной из дач &lt;адрес&gt;» он похитил упаковку саморезов. Из продуктов питания ел тушенку и мог пить сок. В даче он переночевал и с рассветом взяв пачку саморезов ушел. (т. 2 л. д. 195-199); - дополнительные показания обвиняемого ФИО3 от ДД.ММ.ГГГГ, оглашенными в порядке ст. ч. 1 п. 1 УПК РФ в части, касающейся хищения имущества, принадлежащего Потерпевший №2, который пояснил, что после освобождения из мест лишения свободы ему негде было жить и он не смог найти работу, поэтому он решил залезать в дачи в дачных кооперативах для того чтобы найти там продукты питания и какое-нибудь имущество которое потом можно будет продать. Он пешком пришел в &lt;адрес&gt; к дому № &lt;адрес&gt;», где используя перочинный нож, выставил окно и проник в дачный дом, осмотревшись в доме, он увидел ценное для себя имущество, а именно продукты питания, он точно помнит, что взял тушенку, больше с данной дачи он ничего не похищал. (т. 2, л. д. 211-213); - протоколом проверки показаний на месте обвиняемого ФИО3 от ДД.ММ.ГГГГ, согласно которого ФИО3 указал, что проникал в &lt;адрес&gt; путем выставления окна, где похитил продукты питания, что он похитил ещё, пояснить не может.(т. 2 л. д. 213-220); - показаниями обвиняемого ФИО3 от ДД.ММ.ГГГГ в части, касающейся хищения имущества, принадлежащего Потерпевший №2, оглашенными в порядке ст. ч. 1 п. 1 УПК РФ о том, что вину в инкриминируемом ему деянии признал частично, от дачи показаний в соответствии со ст. 51 Конституции РФ отказался.(т. 2 л. д. 229-232); - Виновность ФИО3 в покушении на совершение кражи принадлежащего Потерпевший №3 имущества, если при этом преступление не было доведено до конца по независящим от этого лица обстоятельствам, подтверждается следующими исследованными судом доказательствами : - показаниями потерпевшего Потерпевший №3 от ДД.ММ.ГГГГ, оглашенными в судебном заседании в порядке ст. ч. 1 УПК РФ о том, что у него в собственности имеется дачный дом, расположенный по адресу: &lt;адрес&gt;, СНТ «Здоровье», &lt;адрес&gt;. В указанном доме он проживает в летний период. В доме есть свет и газ. Дом находится на участке, огороженном забором. Дом и калитка закрываются на замки. ДД.ММ.ГГГГ он с женой в 17 часов 00 минут уехал из дачи. ДД.ММ.ГГГГ он приехал на дачу с женой, открыв калитку он увидел, что к крыльцу приставлена лестница и в окне второго этажа отсутствует стекло. Открыв дачу, он увидел, что в помещении и в шкафах рылись, но дверь и окна первого этажа были целы. У него на втором этаже под кроватью хранилась бензопила марки «&lt;данные изъяты&gt;, стоимостью &lt;данные изъяты&gt;, в кладовке лежали 6 ножовок по дереву стоимостью 200 рублей каждая, 4 топора стоимостью 150 рублей каждый. Осмотрев дом он понял, что ничего похищено не было. Таким образом, ему мог быть причинен материальный ущерб в размере &lt;данные изъяты&gt; рублей. (т. 1 л. д. 160-163); - показаниями свидетеля ФИО14 в судебном заседании и её показаниями от ДД.ММ.ГГГГ, оглашенными в порядке ст. ч. 3 УПК РФ, которые она полностью подтвердила о том, что у её мужа имеется дачный дом, расположенный по адресу: &lt;адрес&gt; СНТ «Здоровье» &lt;адрес&gt;. Дом пригоден для проживания. ДД.ММ.ГГГГ она с мужем приехала на дачу, посмотреть хозяйство. Обратно они уехали в 17 часов 00 минут, при этом её муж закрыл дверь дачи на врезной замок, а так же калитку. ДД.ММ.ГГГГ около 11 часов 00 минут она с мужем приехала на дачу. Он стал открывать калитку участка, а она в это время сидела в машине. Через несколько минут Потерпевший №3 крикнул ей, что на дачу залезли. Она прошла на участок и увидела, что лестница, которая раньше стояла на границе участка прислонена к террассе и в окне второго этаже отсутствует стекло. Они открыли дом, дверь и первый этаж повреждений не имели. Зайдя в дом, она увидела, что в доме открыты все шкафы и чувствуется что в них рылись, после чего её муж стал смотреть что могли похитить. После этого она вызвала полицию. Насколько ей известно, из дома ничего не похитили. Через некоторое время приехала следственно-оперативная группа. (т. 1 л. д. 164-167); - показаниями подозреваемого ФИО3 от ДД.ММ.ГГГГ, оглашенными в порядке ст. ч. 1 п. 1 УПК РФ в части, касающейся покушения на совершение хищения имущества, принадлежащего Потерпевший №3, о том, что в СНТ «Здоровье» он проник в одну из дач с целью что-нибудь поесть и переночевать. Дача двухэтажная, он подставил лестницу и через окно на крыше проник в дачу, но не нашел там ничего из еды, ночевать он там не остался.( т. 2 л. д. 195-199); -показаниями обвиняемого ФИО3 от ДД.ММ.ГГГГ, оглашенными в порядке ст. ч.1 п. 1 УПК РФ о том, что после освобождения из мест лишения свободы ему негде было жить и оня не смог найти работу, поэтому он решил залезать в дачи в дачных кооперативах для того чтобы найти там продукты питания и какое-нибудь имущество которое потом можно будет продать. Он пешком пришел в &lt;данные изъяты&gt;» где перелез через забор &lt;адрес&gt; нашел лестницу которую приставил к дому где используя перочинный нож, выставил окно на 2 этаже и проник в дачный дом, осмотревшись в доме, он не увидел ценного для себя имущества и покинул дом через окно.(т. 2 л. д. 211-213); - протоколом проверки показаний на месте обвиняемого ФИО3 от ДД.ММ.ГГГГ, согласно которого ФИО3 указал, что проникал в &lt;адрес&gt; нашел лестницу которую приставил к дому где, используя перочинный нож, выставил окно на 2 этаже и проник в дачный дом, осмотревшись в доме, он не увидел ценного для себя имущества и покинул дом через выставленное окно.(т. 2 л. д. 214-220); - показания обвиняемого ФИО3 от ДД.ММ.ГГГГ, оглашенными в судебном заседании в порядке ст. ч. 1 п. 1 УПК РФ в части, касающейся покушения на совершение хищения имущества, принадлежащего Потерпевший №3, который вину в инкриминируемом ему деянии признал частично, от дачи показаний в соответствии со ст. 51 Конституции РФ отказался. (т. 2 л. д. 229-232); - сообщением по КУСП № от ДД.ММ.ГГГГ, согласно которого в &lt;адрес&gt;&lt;адрес&gt;&lt;адрес&gt; через крышу залезли в дачу, ничего не похитили. ( т. 1 л. д. 144); -заявлением потерпевшего Потерпевший №3 от ДД.ММ.ГГГГ, в котором он просит провести проверку по факту проникновения в дачный &lt;адрес&gt;&lt;адрес&gt;&lt;адрес&gt; неустановленным лицом в период с 17 часов 00 минут ДД.ММ.ГГГГ по 14 часов 00 минут ДД.ММ.ГГГГ, а так же привлечь его к уголовной ответственности.(т. 1 л. д. 145); - протоколом осмотра места происшествия от ДД.ММ.ГГГГ и иллюстрационной таблицей к нему, в ходе которого был осмотрен участок № по &lt;адрес&gt;&lt;адрес&gt;&lt;адрес&gt;. В ходе осмотра изъято: след пальца руки, бутылка стеклянная из под коньяка, упаковка из под сока. Прилагается иллюстрационная таблица. (т. 1 л. д. 146-152); Виновность подсудимого ФИО3 в совершении кражи имущества Потерпевший №4, совершенной с незаконным проникновением в жилище, подтверждается следующими доказательствами, исследованными в судебном заседании: - показаниями потерпевшего Потерпевший №4 в судебном заседании и его показаниями на предварительном следствии от ДД.ММ.ГГГГ, оглашенными в порядке ст. ч. 3 УПК РФ, которые он полностью подтвердил о том, что у него есть дачный дом, расположенный по адресу: &lt;адрес&gt;, участок №. Дачный дом находится на участке, огороженном невысоким забором в котором находится калитка, закрываемая на навесной замок. ДД.ММ.ГГГГ около 12:00 часов его жена приезжала на участок № СНТ «Ока», для того, чтобы заниматься по хозяйству. Сделав свои дела, около 16:00 часов, она закрыла дачу, и уехал домой, в этот день из-за плохого самочувствия он не поехал на дачу. ДД.ММ.ГГГГ около 10:30 часов он вместе с женой приехал на дачу. Приехав, он обнаружил что на веранде выставлено стекло дома, которое стояло возле дома, а к выставленному окну ведет доска которая была прислонена на раму. По данной доске проникли в его дачу. Зайдя в дом, он увидел беспорядок, все вещи перевернуты, как будто что-то искали, посуда стояла на столе. Он хочет пояснить, что в доме находился телевизор, который он оценивает в &lt;данные изъяты&gt; рублей, пылесос, который оценивает в &lt;данные изъяты&gt; рублей, холодильник, который оценивает в &lt;данные изъяты&gt; рублей, газовая плитка 2х комфортная, которую он оценивает в 1.000 рублей, газовый баллон на 50 литров, оценивает его в &lt;данные изъяты&gt; рублей, но ничего не было похищено. Из вещей также ничего не взяли, но пропали продукты питания, пачка гречки стоимостью &lt;данные изъяты&gt; рублей. В полицию он сразу не стал заявлять в связи со своей занятостью. Таким образом, ему был причинен материальный ущерб в размере 60 рублей.( т. 1, л.д. 205-206). Потом от потерпевшей Потерпевший №5, к которой также проникли на дачу, ему стало известно, что у нее варили гречневую крупу, которой у неё не было ( т. 1 л. д. 205-206); - заявлением потерпевшего Потерпевший №4 от ДД.ММ.ГГГГ, в котором он просит привлечь к уголовной ответственности неизвестное ему лицо которое проникло в его &lt;адрес&gt;&lt;адрес&gt;(т1, л. д. 192); - протоколом осмотра места происшествия от ДД.ММ.ГГГГ года, в ходе которого был осмотрен &lt;адрес&gt;-3 СНТ «Ока» &lt;адрес&gt;. В ходе осмотра ничего не изъято. Прилагается иллюстрационная таблица. (т. 1 л. д. 193-201); - дополнительными показаниями обвиняемого ФИО3 от ДД.ММ.ГГГГ в части, касающейся хищение имущества, принадлежащего Потерпевший №4, оглашенными в порядке ст. ч. 1 п. 1 УПК РФ о том, , что после освобождения из мест лишения свободы ему негде было жить и он не смог найти работу, поэтому он решил залезать в дачи в дачных кооперативах для того чтобы найти там продукты питания и какое-нибудь имущество которое потом можно будет продать. Он пришел в &lt;данные изъяты&gt;» где проник в дачный &lt;адрес&gt; путем выставления окна используя свой перочинный нож и приставил доску для того чтобы залезть в дом. Проникнув в дом он не нашел там ценного для себя имущества и взял только пачку гречневой каши, для того чтобы её приготовить. Забрав пачку гречки, он вылез из дома через окно.(т. 2 л. д. 211-213); - протоколом проверки показаний на месте обвиняемого ФИО3 от ДД.ММ.ГГГГ, согласно которого ФИО3 указал, что прибыв в &lt;данные изъяты&gt; к дачному дому № обвиняемый указал на окно дома и пояснил, что проник в дачный дом путем выставления окна, а именно используя перочинный нож, вытащил деревянные штапики и вытащил стекло, после чего залез в дачный дом и похитил оттуда пачку гречки, затем вылез из дома через выставленное окно.(т. 2 л. д. 214-220); - показаниями обвиняемого ФИО3 от ДД.ММ.ГГГГ в части, касающейся хищения имущества, принадлежащего Потерпевший №4, оглашенными в порядке ст. ч. 1 п. 1 УПК РФ о том, вину в инкриминируемом ему деянии признал частично, от дачи показаний в соответствии со ст. 51 Конституции РФ отказался.( т. 2 л. д. 229-232) Виновность ФИО3 в совершении кражи имущества потерпевшей Потерпевший №5, совершенной с незаконным проникновением в жилище, подтверждается следующими доказательствами, исследованными в судебном заседании: - показаниями потерпевшей Потерпевший №5 в судебном заседании и её показаниями на предварительном следствии от ДД.ММ.ГГГГ, оглашенными в порядке ст. ч. 3 УПК РФ, которые она полностью подтвердила о том, что у неё в собственности имеется дом, расположенный по адресу: &lt;адрес&gt;&lt;адрес&gt;. В данном доме она проживает, в основном в летний период времени. В доме имеется баллонный газ. ДД.ММ.ГГГГ около 12:00 часов она приезжала на свой участок № &lt;адрес&gt; для того, чтобы заниматься по хозяйству. Сделав свои дела, около 17:00 часов она закрыла дом на навесной замок и уехала домой. ДД.ММ.ГГГГ она поехала на дачу, около 12:30 часов и, приехав, обнаружила, что выставлено стекло окна в спальне дома. Стекло лежало на земле рядом с окном. Зайдя в дом, она увидела беспорядок, все вещи перевернуты, как будто что-то искали, посуда стояла на столе, на полу. Ранее данная посуда находилась в буфете на террасе. У неё сложилось впечатление, что посуду использовали для приготовления еды. В пластмассовом тазу голубого цвета она обнаружила очистки из-под картошки, из чего она сделала вывод, что тот, кто проник к ней в дом, варил её картошку. Картошки было сварено около 1 кг, материальной ценности она для неё не представляет. Также она не обнаружила своих вещей: толстовку черного цвета, безрукавку черного цвета, которые лежали на стуле в комнате дома, рядом с комодом, инструменты (отвертки, плоскогубцы и другие инструменты, название которых онп не знает, их количество тоже), которые находились в пластмассовом контейнере белого цвета. Также в доме находились телевизор и обогреватель, но они не тронуты. Толстовку она оценивает в &lt;данные изъяты&gt; рублей, безрукавку в &lt;данные изъяты&gt; рублей, и инструменты в &lt;данные изъяты&gt; рублей. После обнаружения хищения из её дома, она сообщила о случившемся проходящему мимо дома охраннику &lt;данные изъяты&gt;», имя и фамилию его она не знает. Охранник сообщил о случившемся председателю &lt;данные изъяты&gt;». Председатель &lt;данные изъяты&gt; приехал в дачный кооператив. Позже он передал ей её инструменты в контейнере белого цвета. Где он взял её инструменты, он не пояснил, а она не спросила. В полицию ДД.ММ.ГГГГ она обращаться не стала в связи со своей занятостью. Сегодня ей позвонил председатель &lt;данные изъяты&gt;» около 01:30 часов и сообщил, что задержали вора на дачах, и нам нем была надета её толстовка черного цвета, и безрукавка. После чего она обратилась в полицию. ( т. 1 л. д. 222-224) - дополнительными показаниями потерпевшей Потерпевший №5 от ДД.ММ.ГГГГ, оглашенными в порядке ст. ч. 3 УПК РФ о том, которые она также полностью подтвердила о том, что подтверждает ранее данные показания и желает уточнить, что осмотрев свое имущество и дачу она узнала, что у неё были похищены следующие инструменты: отвертка с красной ручкой с плоской головкой стоимостью 30 рублей, отвертка с красной ручкой с маленькой плоской головкой стоимостью 30 рублей, отвертка с красной ручкой с крестообразной головкой стоимостью 30 рублей, отвертка с красной ручкой с длинной плоской головкой стоимостью 30 рублей, плоскогубцы с ручками синего цвета стоимостью &lt;данные изъяты&gt; рублей, плоскогубцы с красными-черными ручками с длинным носиком стоимостью 30 рублей, плоскогубцы с красными-черными ручками с режущей поверхностью стоимостью &lt;данные изъяты&gt; рублей. Данные инструменты были ей возвращены председателем &lt;данные изъяты&gt;» ФИО20. Более никакое имущество из её дачи не пропадало, чай, кофе и сахар у неё похищен не был. Ночью ДД.ММ.ГГГГ ей звонил председатель &lt;данные изъяты&gt;» который сказал, ей, что охранник задержал дачного вора. Она сказала ему описания одежды похищенной с её дачи, и он ей сказал, что вещи похожие по описанию на её находятся при задержанном. В результате хищения ей был причинен материальный ущерб в сумме &lt;данные изъяты&gt; рублей.(т. 1 л. д. 225-226); - показаниями свидетеля ФИО10 в судебном заседании о том, что когда он пришел в сторожку и увидел ФИО3, задержанного сторожем, то он предложил последнему все выложить из карманов, ФИО3 выложил и инструменты, которые потом потерпевшая Потерпевший №5 опознала как свои и он их ей вернул. Когда сотрудники полиции приехали, то забрали ФИО3 в отдел, а он забыл сказать им об этих предметах, и его показаниями на предварительном следствии от ДД.ММ.ГГГГ, оглашенными в порядке ст. ч. 3 УПК РФ, которые он полностью подтвердил, о том, что он работает в должности председателя правления СНТ «Ока». В его должностные обязанности входит осуществлять контроль за деятельностью охраны в зимний период. В начале апреля 2017 года в дачных домах СНТ «Ока» №,41,44 произошли кражи путем выставления окна. В связи с этим он распорядился организовать круглосуточную охрану. ДД.ММ.ГГГГ около 01 часа 00 минут ему позвонил охранник Свидетель №1 и сообщил, что в &lt;адрес&gt; задержал дачного вора. Он сказал ему доставить задержанного в сторожку правления СНТ «Ока». Через некоторое время он сам приехал в сторожку и вызвал сотрудников полиции. Ранее хозяйка &lt;адрес&gt; Потерпевший №5 сообщала ему, что из её дачи похитили черную безрукавку и черную кофту. Зайдя в помещение сторожки, он увидел, что задержанный одет в вещи подпадающие под описание Потерпевший №5 Он созвонился с Потерпевший №5 и уточнил приметы похищенных вещей, которые оказались надеты на задержанном. Потерпевший №5 подтвердила, что на нем её вещи. Он попросил выложить вещи из карманов задержанного на стол, до приезда полиции. Среди выложенных вещей находились инструменты, которые так же были похищены у Потерпевший №5, которые он позже ей вернул.(т. 2 л. д. 71-75); - показаниями свидетеля Свидетель №1 в судебном заседании и его показаниями от ДД.ММ.ГГГГ, оглашенными в судебном заседании, которые он подтвердил полностью, но уточнил, что в момент когда он подошел ФИО3 уже вылез из окна &lt;адрес&gt;&lt;адрес&gt;», он сказал ему идти с ним и отвел его в сторожку, куда вызвали ФИО1, в остальном подтвердил их правильность, о том, , что работает в СНТ «Ока» в должности охранника с 1997 года. В его должностные обязанности входит охрана и патрулирование территории СНТ «Ока». ДД.ММ.ГГГГ он заступил на дежурство. Около 00 часов 10 минут ДД.ММ.ГГГГ он проходил мимо дачи № и услышал шорох и посмотрел на окно дома и увидел, как оттуда вылезает мужчина. Он посветил на него фонарем и для объяснения предложил пройти в сторожку &lt;данные изъяты&gt;» при сообщил председателю СНТ о человеке.( т. 2 л. д. 76-79); - заявлением потерпевшей Потерпевший №5 от ДД.ММ.ГГГГ, в котором она просит привлечь к уголовной ответственности неизвестное лицо, которое в период времени с ДД.ММ.ГГГГ по ДД.ММ.ГГГГ незаконно проникло в её дачный дом и похитило оттуда имущество причинив ей материальны ущерб в размере 4000 рублей.( т. 1 л. д. 210); - протоколом осмотра места происшествия от ДД.ММ.ГГГГ и иллюстрационной таблицей к нему , в ходе которого был осмотрен &lt;адрес&gt; В ходе осмотра изъято: 2 пластиковых стакана. ( т. 1 л. д. 211-218 ); - протоколом выемки от ДД.ММ.ГГГГ года, согласно которому у свидетеля ФИО11 были изъяты: толстовка черного цвета безрукавка, черного цвета, нож перочинный, фонарик в корпусе синего цвета, фонарик в корпусе сине-желтого цвета.( Т. 2 л. д. 84-86); - протоколом выемки от ДД.ММ.ГГГГ года, согласно которому у потерпевшей Потерпевший №5 изъяты похищенные у неё вещи: отвертка с красной ручкой с плоской головкой, отвертка с красной ручкой с маленькой плоской головкой, отвертка с красной ручкой с крестообразной головкой, отвертка с красной ручкой с длинной плоской головкой, плоскогубцы с ручками синего цвета, плоскогубцы с красными-черными ручками с длинным носиком, плоскогубцы с красными-черными ручками с режущей поверхностью (т. 1 л. д. 239-241) - протоколом осмотра предметов (документов) от ДД.ММ.ГГГГ года, согласно которому были осмотрены вещи, изъятые у потерпевшей Потерпевший №5, а именно: отвертка с красной ручкой с плоской головкой, отвертка с красной ручкой с маленькой плоской головкой, отвертка с красной ручкой с крестообразной головкой, отвертка с красной ручкой с длинной плоской головкой, плоскогубцы с ручками синего цвета, плоскогубцы с красными-черными ручками с длинным носиком, плоскогубцы с красными-черными ручками с режущей поверхностью. ( Т. 1, л. д. 242-248) и постановлением о признании и приобщении указанных предметов к материалам уголовного дела в качестве вещественных доказательств ( т. 1, л.д. 249-250); - протокол осмотра предметов (документов) от ДД.ММ.ГГГГ года, согласно которому, с участием потерпевшей Потерпевший №5 были осмотрены вещи, изъятые у обвиняемого ФИО3, а именно: толстовка черного цвета, безрукавка черного цвета, в которых потерпевшая Потерпевший №5 узнала похищенные у неё вещи. (Т. 2 л. д. 4-9) и постановлением о признании и приобщении толстовки черного цвета, безрукавки черного цвета к материалам уголовного дела в качестве вещественных доказательств ( т. 2, л.д. 10-11); - показания подозреваемого ФИО3 от ДД.ММ.ГГГГ года оглашенными в порядке ст. ч.1 п. 1 УПК РФ в части, касающейся хищения имущества, принадлежащего Потерпевший №5, который пояснил, что он был в СНТ «Ока», в ночное время суток. Ему так же негде было ночевать, и он решил проникнуть в одну из дач. Он при помощи перочинного ножа отогнул штапики окна, и пролез внутрь. Там он провел одну ночь. На плите он готовил картофель, пил кофе, а так же взял толстовку – черную с красным рисунком с капюшоном, подкладка внутри была красная, эта куртка была на нем. Так же хочу добавить, что в этой куртке он был пойман охранником. В одной из комнат он увидел коробку с инструментами и решил ее забрать, чтобы в последующем продать. (т. 2 л. д. 191-193); - показаниями подозреваемого ФИО3 от ДД.ММ.ГГГГ года оглашенными в порядке ст. ч. 1 п. 1 УПК РФ о том,, что в начале апреля 2017 года в темное время суток он находился в СНТ «Ока» где решил пробраться в дачный дом путем выставления окна перочинным ножом. В одной из комнат он нашел куртку и безрукавку черных цветов, которые решил похитить. (т. 2 л. д. 195-198); - дополнительными показаниями обвиняемого ФИО3 от ДД.ММ.ГГГГ в части, касающейся хищение имущества, принадлежащего Потерпевший №5, оглашенными в порядке ст. ч. 1 п. 1 УПК РФ о том, что после освобождения из мест лишения свободы ему негде было жить и он не смог найти работу, поэтому он решил залезать в дачи в дачных кооперативах для того чтобы найти там продукты питания и какое-нибудь имущество которое потом можно будет продать. В дачном &lt;адрес&gt; он так же, используя перочинный нож, выставил окно в дачу и проник внутрь помещения. Осмотрев дачу он обнаружил во второй комнате на стуле кофту и безрукавку, которые он забрал и одел на себя. Так же в этом доме он решил приготовить пишу украденную им ранее на кухне использую посуду, находившуюся на даче он приготовил себе гречневую кашу. Так же на данной даче он обнаружил инструменты (отвертки и пассатижи), сколько их было точно он не помнит, которые он забрал с собой. Из дачи он вылез через окно в которое влез. (т. 2, л. д. 211-213) - протоколом проверки показаний на месте обвиняемого ФИО3 от ДД.ММ.ГГГГ, согласно которого ФИО3 указал, что прибыв в СНТ «Ока» к дачному дому № он так же, используя перочинный нож, выставил окно в дачу и проник внутрь помещения. Там он приготовил украденную раннее гречку, из комнаты похитил безрукавку, кофту и инструменты.(т. 2, л. д. 214-220) - показаниями обвиняемого ФИО3 от ДД.ММ.ГГГГ, оглашенными в порядке ст. ч. 1 п. 1 УПК РФ о том, что вину в инкриминируемом ему деянии признал частично, от дачи показаний в соответствии со ст. 51 Конституции РФ отказался. (т. 2 л. д. 229-232); Виновность ФИО3 в покушении на кражу имущества Потерпевший №6, совершенной с незаконным проникновением в жилище, если при этом преступление было не доведено до конца по независящим от этого лица обстоятельствам, подтверждается следующими доказательствами, исследованными в судебном заседании: : - показаниями потерпевшей Потерпевший №6 в судебном заседании и ее показаниями на предварительном следствии от ДД.ММ.ГГГГ, оглашенными в порядке ст. ч3 УПК РФ, которые она полностью подтвердила о том, что у неё в собственности имеется дачный дом, расположенный в СНТ «Ока». Указанный дачный дом принадлежит ей на праве собственности, номер &lt;адрес&gt;-2. Дачный дом расположен на участке огороженном сеткой-рабицей, оборудованной калиткой закрываемой на навесной замок. Дом закрывается на врезной замок. Дачный дом приспособлен для проживания в летний период, в нем проведен свет, стоят кровати, на участок подведен водопровод. Она иногда проживает летом в дачном доме. Последний раз до кражи она была в дачном доме ДД.ММ.ГГГГ, в какое время она уезжала последний раз она не помнит. Уезжая с дачи все было в порядке, она закрыла дачу на ключ, а так же закрыла калитку, ведущую на участок на навесной замок. ДД.ММ.ГГГГ ей позвонила соседка Потерпевший №5 и сообщила что в её даче выставлено стекло. В какое время она ей позвонила, она не помнит. Освободившись, она приехала на дачу и обнаружила, что замок на калитке цел, так же входная дверь в дачу не имеет повреждений, однако в доме выставлено одно из стекол. Пройдя внутрь она обнаружила, что вещи в доме были разбросаны. Осмотревшись, она поняла, что никакого имущества похищено не было, но у неё в доме находилось ценное для неё имущество, а именно: холодильник белого цвета, марку она пояснить не может стоимостью &lt;данные изъяты&gt; рублей, газовая колонка стоимостью &lt;данные изъяты&gt; рублей, марку она пояснить не может, которая находилась в доме и после проникновения оказалась в разобранном виде. В объяснении она указывала, что на даче находился телевизор, но потом вспомнила, что она увезла его в гараж. Таким образом, в результате проникновения на дачу ей мог быть причинен материальный ущерб в размере 2 500 рублей. ( т. 2 л. д. 31-32); - заявлением потерпевшей Потерпевший №6 от ДД.ММ.ГГГГ, в котором она просит привлечь к уголовной ответственности неизвестное её лицо, которое в период времени с ДД.ММ.ГГГГ по ДД.ММ.ГГГГ незаконно проникло в её дачный &lt;адрес&gt; по адресу: &lt;адрес&gt;&lt;адрес&gt;-2.(т. 2 л. д. 17); - протоколом осмотра места происшествия от ДД.ММ.ГГГГ и иллюстрационной таблицей к нему , в ходе которого был осмотрен дачный &lt;адрес&gt;-2 СНТ «Ока» &lt;адрес&gt;. В ходе осмотра изъято: ничего не изъято. (т. 2 л. д. 18-26); - показаниями подозреваемого ФИО3 от ДД.ММ.ГГГГ в части, касающейся покушения на хищение имущества, принадлежащего Потерпевший №6, оглашенными в порядке ст. ч. 1 п. 1 УПК РФ о том, , что в &lt;данные изъяты&gt;» он проникал в дачу в целью похитить что-то из еды или одежды путем выставления окна перочинным ножом, но проникнув в дачу и не найдя ничего уходил, так же в одной из дач он разобрал газовую колонку, но не смог её похитить из-за того что она была тяжелая.( т. 2 л. д. 195-199); - дополнительные показания обвиняемого ФИО3 от ДД.ММ.ГГГГ в части, касающейся покушения на хищение имущества, принадлежащего Потерпевший №6, оглашенными в порядке ст. ч. 1 п. 1 УПК РФ о том, что после освобождения из мест лишения свободы ему негде было жить и он не смог найти работу, поэтому он решил залезать в дачи в дачных кооперативах для того чтобы найти там продукты питания и какое-нибудь имущество которое потом можно будет продать. Он залез в &lt;адрес&gt;&lt;адрес&gt; путем выставления окна используя перочинный нож, осмотрев дачу он не обнаружил ценного имущества и покинул дачу через окно и снова ушел в &lt;адрес&gt;. (т. 2 л. д. 211-213); Виновность подсудимого ФИО3 по факту покушения на совершение кражи принадлежащего Потерпевший №7 имущества, с незаконным проникновением в жилище, если при этом преступление не доведено до конца по независящим от этого лица обстоятельствам, подтверждается следующими доказательствами, исследованными в судебном заседании: - показаниями потерпевшего Потерпевший №7 в судебном заседании и его показаниями от ДД.ММ.ГГГГ на предварительном следствии, оглашенными в судебном заседании в порядке ст. ч. 1 УПК РФ, которые он полностью подтвердил, о том, что у него в собственности имеется дачный &lt;адрес&gt; расположенный по адресу: &lt;адрес&gt;, &lt;адрес&gt;&lt;адрес&gt;-2. В доме у него есть ценные вещи – холодильник стоимостью &lt;данные изъяты&gt; рублей, газовый баллон стоимостью 1000 рублей, газовая плитка стоимостью &lt;данные изъяты&gt; рублей. ДД.ММ.ГГГГ он обнаружил в доме беспорядок. Последний раз на даче он был ДД.ММ.ГГГГ и уехал оттуда в 13 часов 30 минут. Таким образом, ему мог быть причинен материальный ущерб в размере &lt;данные изъяты&gt; рублей. ( т. 2 л. д. 62-65); - дополнительные показаниями потерпевшего Потерпевший №7 от ДД.ММ.ГГГГ, оглашенными в порядке ст. ч. 3 УПК РФ о том, что подтверждает данные им ранее показания. Осмотрев имущество и дачу он понял, что у него ничего не похитили. У него в даче не было чая и кофе, пакетики чая и кофе у него не похищали. Участок, на котором находится его дача, до конца не огорожен. Проникновение в его дом произошло через выставленное окно. Таким образом, ему мог быть причинен материальный ущерб в размере &lt;данные изъяты&gt; рублей.( т. 2 л. д. 66-67); - показания свидетеля ФИО10 в судебном заседании о том, что работает в должности председателя правления &lt;данные изъяты&gt; В его должностные обязанности входит осуществлять контроль за деятельностью охраны в зимний период. В начале апреля 2017 года в дачных домах СНТ «Ока» №,41,44 произошли кражи путем выставления окна. В связи с этим он распорядился организовать круглосуточную охрану. ДД.ММ.ГГГГ около 01 часа 00 минут ему позвонил охранник Свидетель №1 и сообщил, что в &lt;адрес&gt; задержал дачного вора. Он сказал ему доставить задержанного в сторожку правления СНТ «Ока». Через некоторое время он сам приехал в сторожку и вызвал сотрудников полиции. - показаниями свидетеля Свидетель №1 в судебном заседании о том, что работает в СНТ «Ока» в должности охранника с 1997 года. В его должностные обязанности входит охрана и патрулирование территории &lt;данные изъяты&gt;». ДД.ММ.ГГГГ он заступил на дежурство. Около 00 часов 10 минут ДД.ММ.ГГГГ он проходил мимо дачи № и услышал шорох и посмотрел на окно дома и увидел, как оттуда вылезает мужчина., когда он к нему подходил, он уже вылез Он посветил на него фонарем и для объяснения предложил пройти в сторожку &lt;данные изъяты&gt;», также сообщил председателю &lt;данные изъяты&gt; о задержанном им человеке. заявлением потерпевшего Потерпевший №7 от ДД.ММ.ГГГГ, в котором он просит привлечь к уголовной ответственности неизвестное ему лицо, которое проникло в его дачный &lt;адрес&gt; по адресу: &lt;адрес&gt;, СНТ «Ока» (т. 2 л. д. 36); - протоколом осмотра места происшествия от ДД.ММ.ГГГГ и иллюстрационной таблицей к нему, в ходе которого был внешне осмотрен дачный &lt;адрес&gt;. В ходе осмотра изъято: стекло, след взлома. (т. 2 л. д. 37-45); - протоколом дополнительного осмотра места происшествия от ДД.ММ.ГГГГ и иллюстрационной таблицей к нему, в ходе которого был осмотрен дачный &lt;адрес&gt;. В ходе осмотра изъято: след обуви, клещи, стамеска, след пальца руки, следы взлома.(т. 2 л. д. 47-54); - заключением эксперта № от ДД.ММ.ГГГГ, согласно которому следы взлома пригодны для установления их групповой принадлежности.(т. 2 л. д. 118); - заключением эксперта № от ДД.ММ.ГГГГ, согласно которому следы взлома могли быть оставлены стамеской представленной на экспертизу. (т 2 л. д. 130-132); - протокол осмотра предметов (документов) от ДД.ММ.ГГГГ года, согласно которому были осмотрены стекло, клещи, стамеска. ( т 2 л. д. 134-138) и постановлением о признании и приобщении к материалам уголовного дела указанных предметов в качестве вещественных доказательств( т. 2, л.д. 139-140); - заключение эксперта № от ДД.ММ.ГГГГ, согласно которому следы подошвы обуви пригодны для установления его групповой принадлежности (т 2 л. д. 113-114) - протоколом выемки от ДД.ММ.ГГГГ года, согласно которому у обвиняемого ФИО3 изъяты 2 ботинка черного цвета.(т 2 л. д. 154-155); - заключением эксперта № от ДД.ММ.ГГГГ, согласно которому след обуви обнаруженный в ходе осмотра места происшествия оставлен ботинками изъятыми у ФИО3 (т 2 л. д. 160-161); - протокол осмотра предметов (документов) от ДД.ММ.ГГГГ года, согласно которому были 2 ботинка черного цвета. Т. 2 л. д. 163-165) и постановлением о признании и приобщении их к делу в качестве вещественных доказательств( т. 2 л.д. 166); - показаниями подозреваемого ФИО3 от ДД.ММ.ГГГГ, оглашенными в порядке ст. ч. 1 п. 1 УПК РФ о том, , что ДД.ММ.ГГГГ он ходил по &lt;адрес&gt;, сходил на кладбище к покойным родственникам, после чего решил сходить на правый берег в дачные товарищества, чтобы переночевать, взять еды, и что-нибудь из одежды, так как он ранее уже был в этих дачных товариществах. Вечером когда уже стемнело, точного времени он не знает, возможно было около 22 часов, он пешком прошёл через ФИО2 мост, после чего по лестнице спустился и пошёл по правую сторону. После чего по тропинки пошёл вдоль лесного массива, которая вывела его в дачное товарищество, как оно называется он не знает, и по причине того что было темно он плохо ориентировался на местности. В дачном товариществе он подошёл к одному из домов, ограждение участка дачного дома частично отсутствовало, освещения не было, на вид ему казалось, что там никто сейчас не живет. Подойдя к дому, он посмотрел в окна, убедился, что там никого нет, а так же осмотрелся в округ – там так же никого не было. С собой у него был перочинный нож, которым он отогнул штапики удерживающие стекло в раме, достал аккуратно стекло, и поставил рядом к дереву. После чего он залез через окно на веранду. Когда он оказался внутри, он увидел, что там есть чай, сахар, присутствовала плита, газовый баллон. В дом он заходил с целью не только переночевать, а так же посмотреть, имеется ли там что-то из одежды, или какие-либо предметы, которые в последующем можно продать, а вырученные денежные средства потратить по собственному усмотрению. Внутри дома была еще одна дверь, ведущая в другую комнату. Так как она была закрыта, он взял рядом лежащие металлические клещи, стамеску, и с помощью них выломал нижнюю часть двери, и проник внутрь. Так же в третьей комнате он искал вещи, а так же ценное имущество, которое можно продать, однако он услышал лай собаки, что его насторожило, и он решил уйти из дома. Когда он вылез из окна, то ему в лицо посветили, как потом оказалось, это был сторож, при этом он был с собакой. После чего сторож попросил его пройти с ним в сторожку, где он вызвал сотрудников полиции.(т. 2 л. д. 68-70); - показаниями обвиняемого ФИО3 от ДД.ММ.ГГГГ, оглашенными в порядке ст. ч. 1 п. 1 УПК РФ о том, , что подтверждает показания данные в качестве подозреваемого, вину признает в полном объеме, от дальнейших показаний отказывается в соответствии со ст. 51 Конституции РФ ( т. 2, л.д. 205-208) ; - дополнительными показаниями обвиняемого ФИО3 от ДД.ММ.ГГГГ года в части, касающейся хищения имущества, принадлежащего Потерпевший №7, оглашенными в порядке ст. ч. 1 п. 1 УПК РФ о том, что пришел на территорию СНТ «Ока» для того чтобы залезть в какую-нибудь дачу. Он прошел на территорию участка № и выставив окно проник в дачу, вылезая обратно через окно он был задержан сторожем. (т. 2 л. д. 211-213) - показания обвиняемого ФИО3 от ДД.ММ.ГГГГ оглашенными в порядке ст. ч. 1 п. 1 УПК РФ, что вину признает частично, от дальнейших показаний отказывается в соответствии со ст. 51 Конституции РФ ( т. 2, л. д. 229-232); Выслушав стороны и исследовав доказательства, представленные сторонами суд приходит к выводу, что вина подсудимого ФИО3 нашла сове подтверждение в судебном заседании. Доводы ФИО3 о том, что он проникал на дачи, что бы переночевать, умысла на хищение у него не было проверялись в судебном заседании и опровергаются показаниями потерпевших, оснований не доверять которым у суда не имеется, поскольку они последовательны, подробны и потерпевшие очень щепетильно рассказали суду о всем похищенном с их дач. При этом все потерпевшие показали, что их дачные дома пригодны для проживания, имеются спальные места, плитки, посуда. Незаконное проникновение в каждом случае производилось через окна, штапики аккуратно отсоединялись, стекло вынималось. Порядок в их домах был нарушен, искалось что-то ценное. Также было вино, что в доме готовили пищу или пили чай. Вопреки доводам подсудимого ФИО3, что он не похищал имущество Потерпевший №2, на месте происшествия обнаружены следы его пребывания – слюна на пачке от сока и на одном из 9 пластиковых стаканчиков, в своих показаниях в качестве подозреваемого, обвиняемого и при проверке показаний на месте он указал, что проникал в дома потерпевших. При задержании на нем была обнаружена одежда из дома потерпевшей Потерпевший №5 Также у суда нет оснований не доверять показаниям свидетеля ФИО1, которые потерпевшей ФИО21 в судебном заседании подтвердила, что при задержании ФИО1 обнаружил у ФИО3 ее инструменты, которые хранились на даче в пластиковой коробке, и вернул их ей, а также она потом их выдавала следователю и уменьшила стоимость похищенного, в том числе и по этим инструментам. Факт незаконных проникновений в жилище потерпевших объективно подтверждается протоколами осмотров мест происшествий, в ходе которых установлен способ незаконных проникновений через окна, зафиксирована обстановка., а именно изменен порядок хранения вещей, беспорядок. Сам факт незаконного проникновения в жилище и поедание продуктов питания находящихся в доме также образует состав кражи, предусмотренный п. «а»ч.3 ст. 158 УК РФ , а из показаний подсудимого ФИО3 следует, что его умысел был направлен на кражу. В тех случаях, когда имущество не было похищено по независящим от этого лица обстоятельствам, имеет место покушение на кражу, совершенную с незаконным проникновением в жилище. Суд квалифицирует действия подсудимого по эпизодам покушения на хищение имущества потерпевших Потерпевший №1, Потерпевший №3, Потерпевший №6, Потерпевший №7 по каждому эпизоду по ст. ч. 3 ст. ч. 3 п. «а» Уголовного кодекса Российской Федерации как покушение на преступление, т. е. умышленные действия непосредственно направленные на совершение преступления- кражу, т. е. тайное хищение чужого имущества, совершенную с незаконным проникновением в жилище, если при этом преступление не было доведено до конца по независящим от этого лица обстоятельствам. Суд квалифицирует действия подсудимого ФИО3 по каждому эпизоду хищения имущества Потерпевший №2, Потерпевший №4, Потерпевший №5 по ст. ч. 3 п. «а» Уголовного кодекса РФ как кража, т. е. тайное хищение чужого имущества, совершенная с незаконным проникновением в жилище. При назначении вида и размера наказания подсудимому, суд учитывает характер и степень общественной опасности совершенного преступления, данные о личности подсудимого ФИО3, обстоятельства, смягчающие наказание, наличие отягчающего наказание обстоятельства, а также влияние назначенного наказания на его исправление и условия жизни его семьи. ФИО3 ранее судим за тяжкие преступления, за которые отбывал реальное наказание в виде лишения свободы, судимость не погашена, вновь совершил семь тяжких преступлений, из которых четыре в стадии покушения, вину признал частично, по каждому эпизоду писал явки с повинной, активно содействовал следствию в раскрытии и расследовании преступлений, страдает хроническим заболеванием, не имеет постоянного места жительства и регистрации на территории РФ, по предыдущему месту отбывания наказания характеризуется удовлетворительно ( т. 3, л.д. 12-13), на учете в психиатрическом стационаре &lt;адрес&gt; и наркологическом диспансере не состоит ( т. 2, л.д. 237, 238, 240), и в отношении содеянного суд признает ФИО3 вменяемым Обстоятельствами, смягчающими наказание подсудимого ФИО3., согласно ст. Уголовного кодекса Российской Федерации, суд признает его частичное признание вины, явки с повинной, активное способствование раскрытию и расследованию преступления, наличие малолетнего ребенка у виновного, наличие хронического заболевания. Обстоятельством, отягчающим наказание подсудимого ФИО3, согласно п. «а» ч. 1 ст. Уголовного кодекса Российской Федерации суд признает опасный рецидив преступлений, предусмотренный ст. ч. 2 п. «б» Уголовного кодекса Российской Федерации. Оснований для прекращения уголовного дела не имеется Оснований для изменения категории преступлений на менее тяжкие в соответствии с ч.6 ст. Уголовного кодекса Российской Федерации, несмотря на наличие смягчающих наказание обстоятельств, не имеется, поскольку имеется отягчающее наказание обстоятельство- опасный рецидив преступлений. С учетом фактических обстоятельств, характера и тяжести совершенных ФИО3, а также отсутствия совокупности смягчающих наказание обстоятельств, существенно уменьшающих степень общественной опасности совершенных преступлений и отсутствия исключительных обстоятельств, связанных с целями и мотивами совершения преступлений, суд не усматривает оснований для применения положений ст. ст. и Уголовного кодекса Российской Федерации, а также для назначения наказания без учета правил рецидива. В тоже время учитывая, что судом установлены как смягчающие наказание обстоятельства, предусмотренные ст. Уголовного кодекса Российской Федерации, так и отягчающее наказание обстоятельство, предусмотренное п. «а» ч. 1 ст. Уголовного кодекса Российской Федерации а также учитывая поведение ФИО3 до и после совершения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 суд приходит к выводу, что исправление ФИО3 возможно лишь в условиях изоляции от общества и приходит к выводу о необходимости назначения наказания ФИО3 с применением положений ст. ч. 2 Уголовного кодекса Российской, а за неоконченные преступления и с применением положений ст. ч. 3 Уголовного кодекса Российской Федерации. Дополнительное наказание в виде штрафа и ограничения свободы суд, с учетом наличия смягчающих наказание обстоятельств, считает возможным ФИО3 не назначать. Окончательное наказание ФИО3 должно быть назначено по правилам ст. ч. 3 Уголовного кодекса Российской Федерации по совокупности преступлений путем частичного сложения назначенных наказаний. Оснований для применения ст. 53.1 ч. 2 УК РФ суд не усматривает, поскольку назначает реальное лишение свободы. Меру пресечения ФИО3 до вступления приговора в законную силу оставить прежнюю- заключение под стражу. В соответствии с п. «в» ч. 1 ст. Уголовного кодекса Российской Федерации отбывать наказание ФИО3 надлежит в исправительной колонии строгого режима. В срок отбытия наказания ФИО3 подлежит зачету время содержания под стражей, в том числе в порядке ст. - 92 УПК РФ до вынесения приговора. Вещественные доказательства: вопрос о вещественных доказательствах рассмотреть в порядке ст. ч. 3 УПК РФ Процессуальные издержки, деньги выплаченные защитнику на предварительном следствии за оказание юридической помощи ФИО3 на предварительном следствии в размере &lt;данные изъяты&gt; ) рублей и за оказание юридической помощи при назначении судебного заседания в размере &lt;данные изъяты&gt; рублей, в общей сумме &lt;данные изъяты&gt; рублей на основании ст. ч. 1 УПК РФ взыскать с осужденного ФИО3 в доход Федерального бюджета Российской Федерации На основании изложенного и руководствуясь ст. - 309 УПК РФ , суд ПРИГОВОРИЛ: Признать ФИО3 виновным в совершении преступлений, предусмотренных ст. ч.3 ст. ч. 3 п. «а», ст. ч.3 п.»а», ст. ч.3 ст. ч.3 п.»а», ст. ч.3 п.»а», ст. ч.3 п.»а», ст. ч.3 ст. ч.3 п.»а», ст. ч.3 ст. ч.3 п.»а» Уголовного кодекса Российской Федерации, и назначить ему наказание: по ст. ч. 3 ст. ч. 3 п. «а» УК РФ( потерпевшая Потерпевший №1 ) с применением ст. ч. 3, ст. ч. 2 УК РФ к одному году восьми месяцам лишения свободы, по ст. ст. ч. 3 п. «а» УК РФ ( потерпевшая Потерпевший №2) с применением ст. ч. 2 УК РФ к двум годам лишения свободы, по ст. ч. 3 ст. ч. 3 п. «а» УК РФ ( потерпевший Потерпевший №3 ) с применением ст. ч. 3, ст. ч. 2 УК РФ к одному году восьми месяцам лишения свободы, по ст. ч. 3 п. «а» УК РФ ( потерпевший Потерпевший №4 ) с применением ст. ч. 2 УК РФ в виде двух лет лишения свободы, по ст. ч. 3 п. «а» УК РФ ( потерпевшая Потерпевший №5) с применением ст. ч. 2 УК РФ в виде двух лет лишения свободы, по ст. ч. 3 ст. ч. 3 п. «а» УК РФ( потерпевшая Потерпевший №6 ) с применением ст. ч. 3, ст. ч. 2 УК РФ к одному году восьми месяцам лишения свободы, по ст. ч. 3 ст. ч. 3 п. «а» УК РФ( потерпевший Потерпевший №7 ) с применением ст. ч. 3, ст. ч. 2 УК РФ к одному году восьми месяцам лишения свободы. На основании ст. ч. 3 Уголовного кодекса Российской Федерации по совокупности преступлений путем частичного сложения назначенных наказаний окончательно к отбытию назначить ФИО3 три года лишения свободы с отбыванием наказания в исправительной колонии строгого режима. Срок отбытия наказания ФИО3 исчислять с ДД.ММ.ГГГГ, зачесть в срок отбытия наказания ФИО3 время содержания под стражей с момента задержания в порядке ст. - 92 УПК РФ с ДД.ММ.ГГГГ по ДД.ММ.ГГГГ, включительно. Меру пресечения ФИО3 до вступления приговора в законную силу оставить прежнюю- заключение под стражу. Вещественные доказательства: по вступлении приговора в законную силунож перочинный, фонарик в корпусе синего цвета, фонарик в корпусе сине-желтого цвета, хранящиеся при уголовном деле – уничтожить как орудия преступления на основании п. 2 ч. 3 ст. 81 УПК РФ , коробку из под сока «Добрый» и пластиковый стакан, хранящиеся при уголовном деле- уничтожить на основании п. 3 ч. 3 ст. 81 УПК РФ , ботинки черного цвета – возвратить подсудимому ФИО3 на основании п. 3 ч. 3 ст. 81 УПК РФ . Отвертка с красной ручкой с плоской головкой, отвертка с красной ручкой с маленькой плоской головкой, отвертка с красной ручкой с крестообразной головкой, отвертка с красной ручкой с длинной плоской головкой, плоскогубцы с ручками синего цвета, плоскогубцы с красными-черными ручками с длинным носиком, плоскогубцы с красными-черными ручками с режущей поверхностью, нож перочинный, фонарик в корпусе синего цвета, фонарик в корпусе сине-желтого цвета., толстовка черного цвета, безрукавка черного цвета.- возвращенные потерпевшей Потерпевший №5 –оставить в распоряжении и владении потерпевшей Потерпевший №5 на основании п. 4 ст. 81 УПК РФ . Стекло, клещи, стамеска. – возвращенные потерпевшему Потерпевший №7 – оставить в распоряжении и владении потерпевшего Потерпевший №7 Процессуальные издержки, деньги выплаченные защитнику на предварительном следствии за оказание юридической помощи ФИО3 в размере &lt;данные изъяты&gt; рублей и за оказание юридической помощи при назначении судебного заседания в размере &lt;данные изъяты&gt; рублей, в общей сумме &lt;данные изъяты&gt; рублей на основании ст. ч. 1 УПК РФ взыскать с осужденного ФИО3 в доход Федерального бюджета Российской Федерации Приговор может быть обжалован в &lt;адрес&gt; областной суд в апелляционном порядке течение 10 суток со дня его провозглашения, а лицом, содержащимся под стражей,- в тот же срок со дня вручения ему копии приговора с соблюдением требований ст. 317 УПК РФ , через суд постановивший приговор.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Г.Ю. Гобрусенко Суд: Калужский районный суд (Калужская область) (подробнее) Судьи дела: Гобрусенко Г.Ю.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