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26.04.2016 года Приволжским районным судом г. Казани по ч.1 ст. 228 УК РФ к штрафу в размере 15000 рублей. Штраф уплачен 25.05.2016 года, в совершении преступления, предусмотренного ч.5 ст. п. «г» ч.4 ст. 228.1 УК РФ , УСТАНОВИЛ ФИО1 совершил пособничество, то есть содействие в совершении незаконного сбыта наркотических средств с использованием электронных или информационно-телекоммуникационных сетей (включая сеть "Интернет"),группой лиц по предварительному сговору, в крупном размере, при следующих обстоятельствах: В один из дней двадцатых чисел сентября 2016 года ФИО1, находясь в г. Казань Республики Татарстан, узнал от своего знакомого Б.1 о его желании незаконно сбывать наркотические средства в виде курительных смесей бесконтактным способом, через различные сокрытые места, находящиеся на территории ФИО2 &lt;адрес&gt;, исключающие визуальное обозрение посторонними лицами. В ходе разговора Б.1 пояснил ФИО1, что оплата приобретаемых покупателями наркотических средств должна осуществляться путём зачисления денежных средств на лицевой счет системы «Visa QIWI Wallet» №, которые впоследствии для их обналичивания необходимо переводить на банковскую карту. ФИО1, имея в пользовании оформленную на его имя карту ПАО «Сбербанк России» №, осознавая, что на данную карту будут поступать денежные средства, полученные Б.1 преступным путем от незаконной деятельности по распространению наркотических средств, нигде не работая, не имея постоянного источника дохода, достоверно зная, что оборот наркотических средств на территории Российской Федерации запрещён, из корыстных побуждений, с целью извлечения материальной выгоды, решил оказать пособничество Б.1 в незаконном сбыте наркотических средств в виде курительных смесей потребляющим их лицам, проживающим на территории ФИО2 района Кировской области, в виде выполнения умышленных действий по сокрытию следов преступления и обналичивания денежных средств, полученных Б.1 преступным путем от незаконной деятельности по распространению наркотических средств. Реализуя задуманное, ФИО1 в целях конспирации преступной деятельности Б.1 и исключения задержания Б.1 сотрудниками правоохранительных органов, предоставил Б.1 возможность переводить денежные средства, получаемые им на номер лицевого счета системы «Visa QIWI Wallet» № от потребителей наркотиков, на принадлежащую ему карту ПАО «Сбербанк России» №. После поступления денежных средств с лицевого счета системы «Visa QIWI Wallet» № на указанный лицевой счет банковской карты ФИО1, ФИО1 поступившие денежные средства обналичивал в банкоматах и передавал Б.1, получая от него в качестве расчёта за оказание пособничества в незаконном сбыте наркотических средств в виде курительных смесей часть вырученных от распространении наркотиков денежных средств. Так, 09 декабря 2016 года в период времени с 20 часов 00 минут по 23 часа 00 минут Б.2, используя свой мобильный телефон, посредством текстовой переписки в сети Интернет и программе мгновенного обмена текстовыми сообщениями «Telegram» достиг договоренности с Б.1 о приобретении у того наркотического средства в виде курительной смеси через тайник и получил номер счёта платежной системы «Visa QIWI Wallet» № для перечисления денежных средств за приобретаемый наркотик. После чего, в тот же день, 09 декабря 2016 года в 20 часов 44 минуты через платёжный терминал, расположенный по адресу: &lt;адрес&gt;, перечислил на указанный ему Б.1 номер счёта платежной системы «Visa QIWI Wallet» № деньги в сумме 2400 рублей в счет оплаты за наркотическое средство, о чем посредством текстовой переписки в сети Интернет в программе мгновенного обмена текстовыми сообщениями «Telegram» уведомил Б.1 Получив на сайте платежной системы «Visa QIWI Wallet» подтверждение о поступлении на указанный счет денежных средств в сумме 2400 рублей, Б.1 09 декабря 2016 года в период времени с 20 часов 44 минут по 23 часа 00 минуты сообщил Б.2 посредством текстовой переписки в сети Интернет в программе мгновенного обмена текстовыми сообщениями «Telegram» адрес с местом, где сокрыт наркотик, а именно около деревянного столба забора, расположенного недалеко от &lt;адрес&gt;. 09 декабря 2016 года в период времени с 20 часов 44 минут по 23 часа 00 минуты Б.2 в указанном ему Б.1 месте забрал, а Б.1, действующий группой лиц по предварительному сговору с неустановленным лицом, имеющим учетную запись «***», тем самым незаконно сбыл наркотическое средство - смесь, содержащую наркотическое средство - &lt;данные изъяты&gt;, в неустановленном количестве, находящееся в полимерном пакете. 30 декабря 2016 года в период времени с 01 часа 10 минут по 01 час 40 минут в ходе проведения личного досмотра Б.2 в правом переднем кармане его джинсов был обнаружен и изъят полимерный пакет, содержащий наркотическое средство - &lt;данные изъяты&gt; в следовом количестве, что не является значительным, крупным либо особо крупным размером. Б.1, получив на № счёта платежной системы «Visa QIWI Wallet» от Б.2 деньги в сумме 2400 рублей в счет оплаты за наркотическое средство 09 декабря 2016 года в 21 час 41 минуту перевел их на счет банковской карты ПАО «Сбербанк России» №, зарегистрированный на ФИО1 ФИО1, выполняя свою роль пособника и обеспечивая сокрытие факта сбыта наркотических средств Б.1, 10 декабря 2016 года в дневное время обналичил через банкомат, расположенный по адресу: Республика Татарстан, &lt;адрес&gt;, поступившие со счёта платежной системы «Visa QIWI Wallet» на счет его банковской карты денежные средства, полученные Б.1 за продажу наркотиков, и передал их Б.1, получив от него денежное вознаграждение. 29 декабря 2016 года в дневное время Б.2(осужден приговором от 24.03.2017г), используя свой мобильный телефон, посредством текстовой переписки в сети Интернет в программе мгновенного обмена текстовыми сообщениями «Telegram» достиг договоренности с Б.1 о приобретении у того наркотического средства в виде курительной смеси через тайник и получил номер счёта платежной системы «Visa QIWI Wallet» № для перечислении денежных средств за приобретаемый наркотик. После чего, в тот же день, 29 декабря 2016 года в 16 часов 51 минуту через платёжный терминал, расположенный по адресу: &lt;адрес&gt;, перечислил на указанный ему Б.1 номер счёта платежной системы «Visa QIWI Wallet» № деньги в сумме 1000 рублей в счет оплаты за наркотическое средство, о чем посредством текстовой переписки в сети Интернет в программе мгновенного обмена текстовыми сообщениями «Telegram» уведомил Б.1 Получив на сайте платежной системы «Visa QIWI Wallet», подтверждение о поступлении на указанный счет денежных средств в сумме 1000 рублей, Б.1 29 декабря 2016 года в 23 часа 28 минут сообщил Б.2 посредством текстовой переписки в сети Интернет в программе мгновенного обмена текстовыми сообщениями «Telegram» адрес с местом, где сокрыт наркотик, а именно в снегу справа у опоры мостика рядом с &lt;адрес&gt;. В период времени с 23 часов 50 минут 29 декабря 2016 года по 00 часов 05 минут 30 декабря 2016 года Б.2 в указанном ему Б.1 месте забрал, а Б.1, действующий группой лиц по предварительному сговору с неустановленным лицом, имеющим учетную запись «***», тем самым незаконно сбыл наркотическое средство - смесь, содержащую наркотическое средство - &lt;данные изъяты&gt; что является крупным размером, находящееся в полимерном пакете. 30 декабря 2016 года в период времени с 01 часа 10 минут по 01 час 40 минут в ходе проведения личного досмотра Б.2 в правом наружном кармане его куртки был обнаружен и изъят полимерный пакет, содержащий растительную массу, являющуюся смесью, содержащей наркотическое средство - &lt;данные изъяты&gt; что является крупным размером. Б.1, получив на № счёта платежной системы «Visa QIWI Wallet» от Б.2 деньги в сумме 1000 рублей в счет оплаты за наркотическое средство, 14 января 2017 года в 13 часов 42 минуты перевел их на счет банковской карты ПАО «Сбербанк России» №, зарегистрированный на ФИО1 ФИО1, выполняя свою роль пособника и обеспечивая сокрытие факта сбыта наркотических средств Б.1, 16 января 2017 года в дневное время обналичил через банкомат, расположенный по адресу: Республика Татарстан, &lt;адрес&gt;, поступившие со счёта платежной системы «Visa QIWI Wallet» на счет его банковской карты денежные средства, полученные Б.1 за продажу наркотиков, и передал их Б.1, получив от него денежное вознаграждение. 22 января 2017 года в дневное время Б.3 (осужден приговором от 16.05.2017г), используя свой мобильный телефон, посредством текстовой переписки в сети Интернет в программе мгновенного обмена текстовыми сообщениями «Telegram» достиг договоренности с Б.1 о приобретении у того наркотического средства в виде курительной смеси через тайник и получил номер счёта платежной системы «Visa QIWI Wallet» № для перечисления денежных средств за приобретаемый наркотик. После чего, в тот же день, 22 января 2017 года в 20 часов 31 минуту через платёжный терминал, расположенный по адресу: &lt;адрес&gt;, перечислил на указанный ему Б.1 № счёта платежной системы «Visa QIWI Wallet» деньги в сумме 2000 рублей в счет оплаты за наркотическое средство, о чем посредством текстовой переписки в сети Интернет в программе мгновенного обмена текстовыми сообщениями «Telegram» уведомил Б.1 Получив на сайте платежной системы «Visa QIWI Wallet» подтверждение о поступлении на указанный счет денежных средств в сумме 2000 рублей, Б.1 в период времени с 20 часов 31 минуты 22 января 2017 года по 20 часов 30 минут 23 января 2017 года сообщил Б.3 посредством текстовой переписки в сети Интернет в программе мгновенного обмена текстовыми сообщениями «Telegram» адрес с местом, где сокрыт наркотик, а именно у остановки, расположенной в 70 метрах восточнее &lt;адрес&gt;. В период времени с 20 часов 31 минуты 22 января 2017 года по 20 часов 30 минут 23 января 2017 года Б.3 в указанном ему Б.1 месте забрал, а Б.1, действующий группой лиц по предварительному сговору с неустановленным лицом, имеющим учетную запись «***», тем самым незаконно сбыл наркотическое средство - смесь, &lt;данные изъяты&gt;, в неустановленном количестве. ДД.ММ.ГГГГ в период времени с 18 часов 50 минут по 19 часов 40 минут в ходе личного досмотра Б.3 в кармане его джинсовых брюк обнаружена смесь, содержащая наркотическое средство - производное &lt;данные изъяты&gt;, в следовом количестве, что не является значительным, крупным либо особо крупным размером Б.1, получив на № счёта платежной системы «Visa QIWI Wallet» от Б.3 деньги в сумме 2000 рублей в счет оплаты за наркотическое средство, ДД.ММ.ГГГГ в 18 часов 01 минуту перевел их на счет банковской карты ПАО «Сбербанк России» №, зарегистрированный на ФИО1 ФИО1, выполняя свою роль пособника и обеспечивая сокрытие факта сбыта наркотических средств Б.1, ДД.ММ.ГГГГ в дневное время обналичил через банкомат, расположенный по адресу: &lt;адрес&gt; поступившие со счёта платежной системы «Visa QIWI Wallet» на счет его банковской карты денежные средства, полученные Б.1 за продажу наркотиков, и передал их Б.1, получив от него денежное вознаграждение. ДД.ММ.ГГГГ в дневное время Б.3 (осужден приговором от 16.05.2017г), используя свой мобильный телефон, посредством текстовой переписки в сети Интернет в программе мгновенного обмена текстовыми сообщениями «Telegram» достиг договоренности с Б.1 о приобретении у того наркотического средства в виде курительной смеси через тайник и получил номер счёта платежной системы «Visa QIWI Wallet» № для перечисления денежных средств за приобретаемый наркотик. После чего, в тот же день, ДД.ММ.ГГГГ в 13 часов 28 минут через платёжный терминал, расположенный по адресу: &lt;адрес&gt;, перечислил на указанный ему Б.1 № счёта платежной системы «Visa QIWI Wallet» деньги в сумме 2000 рублей в счет оплаты за наркотическое средство, о чем посредством текстовой переписки в сети Интернет в программе мгновенного обмена текстовыми сообщениями «Telegram» уведомил Б.1 Получив на сайте платежной системы «Visa QIWI Wallet» подтверждение о поступлении на указанный счет денежных средств в сумме 2000 рублей, Б.1 ДД.ММ.ГГГГ в период времени с 13 часов 28 минут по 14 часов 45 минут сообщил Б.3 посредством текстовой переписки в сети Интернет в программе мгновенного обмена текстовыми сообщениями «Telegram» адрес с местом, где сокрыт наркотик, а именно в снегу возле правого угла металлического гаража, расположенного в 20 метрах к северу от дома 30 по &lt;адрес&gt;, тем самым Б.1, действующий группой лиц по предварительному сговору с неустановленным лицом, имеющим учетную запись «***», незаконно сбыл находящееся в полимерном пакете, обмотанном изоляционной лентой наркотическое средство -смесь, содержащую наркотическое средство - &lt;данные изъяты&gt; что является крупным размером. 27 января 2017 года в период времени с 23 часов 15 минут по 23 часа 45 минут в ходе осмотра места происшествия участка местности у металлического гаража, расположенного в 20 метрах к северу от &lt;адрес&gt; был изъят полимерный пакет, обмотанный изоляционной лентой, со смесью, содержащей наркотическое средство - &lt;данные изъяты&gt;, что является крупным размером. Б.1, получив на № счёта платежной системы «Visa QIWI Wallet» от Б.3 деньги в сумме 2000 рублей в счет оплаты за наркотическое средство, ДД.ММ.ГГГГ в 18 часов 01 минуту перевел их на счет банковской карты ПАО «Сбербанк России» №, зарегистрированный на ФИО1 ФИО1, выполняя свою роль пособника и обеспечивая сокрытие факта сбыта наркотических средств Б.1, 05 февраля 2017 года в дневное время обналичил через банкомат, расположенный по адресу: &lt;адрес&gt; поступившие со счёта платежной системы «Visa QIWI Wallet» на счет его банковской карты денежные средства, полученные Б.1 за продажу наркотиков, и передал их Б.1, получив от него денежное вознаграждение. В период с 13 часов 11 минут 31 января 2017 года по 11 часов 30 минут 01 февраля 2017 года С., действующий в рамках оперативно-розыскного мероприятия «проверочная закупка», используя свой мобильный телефон, посредством текстовой переписки в сети Интернет в программе мгновенного обмена текстовыми сообщениями «Telegram» достиг договоренности с Б.1 о приобретении у того наркотического средства в виде курительной смеси через тайник и получил номер счёта платежной системы «Visa QIWI Wallet» № для перечисления денежных средств за приобретаемый наркотик. После чего, в тот же день, 01 февраля 2017 года в 11 часов 32 минуты С., действующий в рамках оперативно-розыскного мероприятия «проверочная закупка», через платёжный терминал, расположенный по адресу: &lt;адрес&gt;, перечислил на указанный ему Б.1 № счёта платежной системы «Visa QIWI Wallet» деньги в сумме 1000 рублей в счет оплаты за наркотическое средство, о чем посредством текстовой переписки в сети Интернет в программе мгновенного обмена текстовыми сообщениями «Telegram» уведомил Б.1 Получив на сайте платежной системы «Visa QIWI Wallet», подтверждение о поступлении на указанный счет денежных средств в сумме 1000 рублей 01 февраля 2017 года в 13 часов 00 минут, Б.1 сообщил С., действующему в рамках оперативно-розыскного мероприятия «проверочная закупка», посредством текстовой переписки в сети Интернет в программе мгновенного обмена текстовыми сообщениями «Telegram» адрес с местом, где сокрыт наркотик, а именно у основания дорожного знака «ограничение максимальной скорости», на котором значилась цифра «40», расположенного в 5 метрах от угла &lt;адрес&gt;. 01 февраля 2017 года в период времени с 13 часов 00 минут по 14 часов 00 минут С., действующий в рамках оперативно-розыскного мероприятия «проверочная закупка», в указанном ему Б.1 месте забрал, а Б.1, действующий группой лиц по предварительному сговору с неустановленным лицом, имеющим учетную запись «***», тем самым незаконно сбыл наркотическое средство - смесь, содержащую наркотическое средство - &lt;данные изъяты&gt; в количестве 1,14 грамма, что является крупным размером, находящееся в полимерном пакете, обмотанном изоляционной лентой, помещенный в картонную коробку. 01 февраля 2017 года в 14 часов 00 минут С., действующий в рамках оперативно-розыскного мероприятия «проверочная закупка», добровольно выдал картонную коробку красного цвета с надписью «Чудо-шоколад», с находившимся в ней полимерным пакетом, обмотанным изоляционной лентой, содержащим смесь, содержащую наркотическое средство - &lt;данные изъяты&gt; что является крупным размером. Б.1, получив на № счёта платежной системы «Visa QIWI Wallet» от С., действующего в рамках оперативно-розыскного мероприятия «проверочная закупка», деньги в сумме 1000 рублей в счет оплаты за наркотическое средство, 03 февраля 2017 года в 18 часов 01 минуту перевел их на счет банковской карты ПАО «Сбербанк России» №, зарегистрированный на ФИО3 ФИО1, выполняя свою роль пособника и обеспечивая сокрытие факта сбыта наркотических средств Б.1, ДД.ММ.ГГГГ в дневное время обналичил через банкомат, расположенный по адресу: &lt;адрес&gt;, поступившие со счёта платежной системы «Visa QIWI Wallet» на счет его банковской карты денежные средства, полученные Б.1 за продажу наркотиков, и передал их Б.1, получив от него денежное вознаграждение. Своими преступными действиями, ФИО1 в период с одного из дней двадцатых чисел сентября 2016 года по 05 февраля 2017 года совершил пособничество, то есть содействие ФИО4, действующему группой лиц по предварительному сговору с неустановленным лицом, имеющим учетную запись «***», с использованием электронных или информационно-телекоммуникационных сетей (включая сеть "Интернет"), в незаконном сбыте наркотического средства - смеси, содержащей наркотическое средство - &lt;данные изъяты&gt;, что является крупным размером. Согласно постановления Правительства РФ №681 от 30.06.1998г. &lt;данные изъяты&gt; и его производные, а так же все смеси, в состав которых они входят независимо от их количества в смеси, относятся к перечню наркотических средств, оборот которых в РФ запрещен. Согласно постановления Правительства РФ от 01.10.2012 N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размер наркотического средства смеси, содержащей наркотическое средство - &lt;данные изъяты&gt;, является крупным. Подсудимый ФИО1 вину в совершении преступления признал полностью. Суду показала, что с Б.1 знаком с сентября 2013 года. В сентябре 2016 года при встрече с Б.1 они употребили наркотики, и Б.1 предложил ему совместно с ним распространять наркотики через Интернет-магазин, но он отказался. Тогда Б.1 предложил обналичивать денежные средства, которые будут поступать от продажи наркотиков. Б.1 пояснил, что он открыл интернет-магазин по продаже наркотиков, который зарегистрировал в сети интернет в программе «Telegram», создав учетную запись «Everest043», зарегистрировал киви-кошелек с номером счёта №, на который потребители наркотических средств будут перечислять ему денежные средства за наркотики. Для того чтобы обналичивать поступающие на Киви-кошелёк деньги, была необходима банковская карта. Б.1 предложил к данному номеру киви-кошелька привязать принадлежащую ему (ФИО5) карту Сбербанка №. Они с Б.1 договорились, что в последующем он (ФИО5) будет обналичивать денежные средства, которые Б.1 будет получать на номер киви-кошелька за продажу наркотиков и переводить их на его банковскую карту, после чего он деньги будет снимать и передавать ему и за это Б.1 будет угощать его наркотическим средством. С чем он согласился. Первый раз деньги, полученные от продажи наркотиков, на карту поступили 14 октября 2016 года. К его телефону был подключен мобильный банк и при поступлении на карту денежных средств, переведённых Б.1 с киви-кошелька, приходило смс-сообщение, в котором указывалось «перевод с киви» и сумма переведенных денег. При этом номер киви-кошелька указан не был. Обычно на карту зачислялись суммы по 14500 рублей. Иногда перечислялись суммы меньшие, но это было редко. Иногда деньги на его карту поступали в день по несколько раз, если у Б.1 была накоплена большая сумма денег. Обычно в тот же день, когда приходило смс-сообщение о поступлении денежных средств с киви-кошелька, он ехал в банк, снимал деньги, после чего сразу же привозил их Б.1 домой, за что Б.1 угощал его наркотическим средством. Деньги на его банковскую карту с киви-кошелька приходили всегда только от Б.1, никто другой данным способом деньги не переводил. Все зачисленные деньги от Б.1 были получены Б.1 от продажи наркотических средств, о чем Б.1 сам ему говорил. Точную сумму денег, которая была зачислена Б.1 с киви-кошелька, он назвать не может, так как не считал данные деньги, но сумма была достаточно большая. В период с конца сентября 2016 года по середину февраля 2017 года еженедельно приходили деньги в сумме по 14500 рублей, иногда данная сумма зачислялась два раза в день. Денег от Б.1 за проделанную работу по обналичиванию денежных средств, он не получал, но иногда занимал денежные средства, которые в последующем отдавал полностью. Он помогал Б.1 потому, что всегда мог у него попросить денег в займы, а также не тратить деньги на покупку наркотиков для личного потребления. Помимо полного признания своей вины, вина подсудимого ФИО1 в содеянном подтверждается следующей совокупностью собранных по настоящему делу и исследованных в судебном заседании доказательств. Так Б.1, допрошенный в присутствии адвоката К.., представившего удостоверение № и ордер №, показал суду, что с ФИО1 он знаком с 2013 года. В двадцатых числах сентября 2016 года он создал аккаунт по распространению наркотических средств в сети Интернет. Распространение происходило путем помещения наркотических средств в тайники-закладки на территории &lt;адрес&gt; перечисления за наркотические средства происходили с помощью электронных кошельков Киви, последние цифры его киви-кошелька были 1097. В конце сентября 2016 года он рассказал об этом ФИО5, показал свой аккаунт в сети Интернет по распространению наркотиков и в ходе беседы предложил Семяшкину обналичивать денежные средства, полученные от распространения наркотиков, на что тот согласился, т.к. был в этом заинтересован. С этой целью ФИО5 предоставил ему номер банковской карты, на которую можно было переводить денежные средства. Сразу было обговорено, что транзакции будут либо 14500 рублей, либо 29000 рублей, и с каждой транзакции ФИО5 полагалось вознаграждение – 1500-2000 рублей, иногда 3000 рублей. ФИО5 на это согласился. Кроме того, из суммы поступивших с Киви-кошелька денег ФИО5 мог брать деньги в долг, помимо суммы его доли, потом ФИО5 эти деньги возвращал. На свою банковскую карту он не переводил деньги, так как его банковская карта была арестована. Суммы переводов были по 14500 рублей и по 29000 рублей. За обналичивание переводов ФИО5 получал вознаграждение по 1500-2000 рублей с каждой транзакции. Перечислялись деньги с октября 2016 года по февраль 2017 года, по 2-3 транзакции в месяц. Роль ФИО5 заключалась в получении от него денег на банковскую карту, которые Семяшкин обналичивал полностью, и при личной встрече передавал ему снятую сумму денег за вычетом своей доли. Наркотическими средствами он с ФИО5 не расплачивался, такой договоренности между ними не было. ФИО5 знал, что это деньги от продажи наркотиков. Точные даты, когда были перечисления от него на банковскую карту ФИО5 для обналичивания, назвать не может. Примерно в начале октября 2016г. было 3 перевода денег, в середине декабря 2016г. – 2 перевода, в конце января 2017г. были транзакции. В феврале 2017г. он удалил все аккаунты и больше не занимался этим. В конце февраля 2017г. была последняя транзакция, это была уже полная зачистка. ФИО5 брал в долг разные суммы: по 2000, 3000, 5000, 10000 рублей, мог всю сумму 14500 рублей взять, но потом возвращал за вычетом своей доли. Обналиченные деньги ФИО5 передавал без свидетелей. В декабре 2016г., в январе 2017г. ему действительно поступали денежные средства от потребителей наркотиков в суммах- 2400 рублей. По эпизоду от 09.12.2016г. сумма 2400 рублей полученная от Батушева была переведена ФИО5 10.12.2016г. в общей сумме 14500 рублей, т.к. были в тот период и другие продажи наркотика. На счет Киви-кошелька приходили суммы помимо тех, которые установлены следствием, они аккумулировались в Киви-кошельке, и потом переводились одной транзакцией, поэтому по транзакции проходили только крупные суммы. Он распространял Курительные смеси – синтетические наркотики. В сети Интернет предоставлял потребителям прайс-лист, в котором указывалось две позиции – курительные смеси и амфетамин по цене 1000 рублей и 2400 рублей, в зависимости от количества. 2400 рублей стоили 5 грамм курительной смеси или 1 грамм амфетамина. Закладки делал человек, которого он нашел в сети Интернет. Закладки размещались на &lt;адрес&gt;. Наркотик упаковывался в маленькие пакеты «зип-лок», по конкретному весу 2 грамма и 5 грамм. Оплата наркотиков происходила так-потребители указывали при платеже комментарий – это набор цифр, которую он присылал им в сообщении, чтоб можно было идентифицировать, от кого поступили деньги. Закладчик наркотиков работал под ником ***, а у него был ник «***». Свидетель Б.2 в судебном заседании показал, что он является потребителем наркотических средств. Наркотики приобретал через Интернет, приложение «Телеграмм», цена за 1,7 гр россыпи составляла обычно 1000 рублей. Приобретал через Интернет трижды, закладки были возле пруда &lt;адрес&gt;. Деньги за наркотические средства переводил на счёт Киви-кошелька. Когда его задержали, то проводился личный досмотр в присутствии двух понятых, в ходе которого изъяли два телефона, пакетик с наркотическим средством, два чека, пипетку пластиковую, пустой пакетик из-под ранее приобретенного наркотика. Из оглашенных в судебном заседании по ходатайству стороны обвинения с согласия сторон, в порядке ч.3 ст. 281 УПК РФ , показаний свидетеля Б.2 и подтвержденных свидетелем в полном объёме следует, что он является потребителем наркотиков с декабря 2016 года. Потреблял наркотические средства в виде курительных смесей путем выкуривания через сигарету. В октябре 2016 года в вечернее время, проходя около стадиона &lt;адрес&gt;, он нашёл мобильный телефон «Oysters», который в середине ноября 2016 года решил использовать для выхода в сеть интернет. Установив в телефон принадлежащую ему сим-карту оператора связи «Мегафон», он вышел в сеть Интернет, где увидел открытое интернет приложение «Telegram Messenger». Он вошел в приложение и прочитал сообщения, которые имелись в данном приложении. Данные сообщения приходили от пользователя интернет приложения «Telegram», аккаунт которого значился как «***». Из данных сообщений ему стало понятно, что у данного пользователя приложения можно приобрести наркотическое средство. В одном из сообщений он увидел прайс-лист, в котором был указан вид наркотика и стоимость его за 1 грамм, а именно там было указано следующее: 1г ск -2300 рублей, россыпь - 1000 рублей. Он решил приобрести у данного пользователя наркотическое средство для собственного потребления. Так, 09 декабря 2016 года в период времени с 20 часов 00 минут по 23 часов 00 минут он с мобильного телефона «Oysters» вышел в сеть интернет и договорился с пользователем интернет приложения «Telegram», использующего аккаунт «***», о приобретении у него наркотического средства в виде курительной смеси на сумму 2400 рублей. Он написал пользователю интернет приложения «Telegram», использующего аккаунт «Ever Ever» просьбу скинуть реквизиты. В период с 20 часов 00 минут по 21 час 00 минут пришло сообщение от данного пользователя с указанием номера № QIWI кошелька, и был указан комментарий 5234, который необходимо было указать при оплате наркотического средства. Он пришел на заправку АЗС «Движение», расположенную на выезде из &lt;адрес&gt;, где при помощи терминала платежной системы QIWI в 20 часов 37 минут этого же дня на указанный ему номер QIWI- кошелька № перевел деньги в сумме 2400 рублей в счет оплаты за наркотическое средство, и оставил указанный комментарий. Чек об оплате наркотического средства не выкинул, положив в карман джинсов. О переводе денежных средств в счет оплаты наркотического средства он уведомил пользователя интернет приложения «Telegram Mesenger», использующего аккаунт «***», отправив ему текстовое сообщение. Около 23 часов 00 минут он получил сообщение с адресом, где был организован тайник с наркотиком. После чего он сразу же на машине такси приехал в &lt;адрес&gt; и около деревянного столба забора, расположенного недалеко от &lt;адрес&gt;, по направлению вниз к озеру, как было указано в сообщении, в снегу обнаружил полимерный пакет, обернутый изолентой. Сразу же на месте развернул изоленту, убедился, что это именно наркотик. Развернув пакет, увидел находящийся внутри пакетик с наркотическим средством, представляющим из себя растительную массу. Приобретенный пакет с наркотическим средством он положил в карман своей куртки, после чего полностью употребил путем курения, а пакетик из-под приобретенного наркотического средства выкинуть забыл. Данный пакетик был изъят в ходе его личного досмотра ДД.ММ.ГГГГ. Кроме того, в правом переднем кармане джинсов был изъят кассовый чек от 09.12.2016 года на сумму 2400 рублей, подтверждающий факт оплаты им наркотика. 29 декабря 2016 года в период времени с 15 часов 00 минут по 16 часов 00 минут он с мобильного телефона «Oysters» вышел в сеть интернет, и договорился с пользователем интернет приложения «Telegram», использующего аккаунт «***» о приобретении 1 грамма наркотического средства в виде курительной смеси на сумму 1000 рублей. В 15 часов 28 минут того же дня он написал пользователю интернет приложения «Telegram», использующего аккаунт «***» просьбу скинуть реквизиты. Около 15 часов 40 минут пришло сообщение с указанием номера № QIWI кошелька и был указан комментарий, который было необходимо ему указать при оплате наркотического средства, а именно 4176. После этого он на автомобиле такси приехал на автозаправку «Движение», расположенную на выезде из &lt;адрес&gt;. В здании АЗС он на известный ему номер QIWI кошелька, при помощи терминала платежной системы QIWI в 16 часов 51 минуту ДД.ММ.ГГГГ перевел деньги в сумме 1000 рублей в счет оплаты за наркотическое средство, и оставил указанный комментарий 4176, о чем сообщил пользователю интернет приложения «Telegram Messenger», использующего аккаунт «Ever Ever» в 23 часа 25 минут. Чек об оплате наркотического средства он положил в карман джинсов. В 23 часа 28 минут он получил сообщение с адресом, где был организован тайник с наркотиком, после чего в период времени с 23 часов 28 минут по 00 часов 00 минут прибыл в пгт. &lt;адрес&gt; по указанному адресу, подошел к мостику, который находится недалеко от &lt;адрес&gt;, и в снегу у опоры мостика обнаружил полимерный пакет, обернутый изолентой. Сразу же на месте он развернул изоленту, чтобы убедиться, что это наркотик. Когда он развернул, то увидел, что внутри находится пакетик с наркотическим средством внутри. Наркотик представлял из себя растительную массу. Пакет с наркотическим средством он положил в карман своей куртки, и направился в сторону &lt;адрес&gt;, где через некоторое время был задержан сотрудниками полиции, приобретенное наркотическое средство было изъято в ходе личного досмотра. Кроме того, среди прочего в правом переднем кармане джинсов был изъят кассовый чек, подтверждающий факт оплаты им наркотика. Помимо того, тем же самым способом он приобретал наркотические средства 26 декабря 2016 года со своим знакомым А., перечислив денежные средства на счёт № Киви-кошелька 1000 рублей. Получив наркотическое средство, они с А. его употребили и пакетик, в котором был завернут данный наркотик, выбросили. ( т. 3 л.д. 169-172,180-183,189-191) Свидетель Б.3 в судебном заседании показал, что с подсудимым ФИО1 он не знаком. Ранее он употреблял наркотические средства, которые покупал через закладки. Это было один раз, зимой 2017 года, точную дату он не помнит. Из оглашенных в судебном заседании по ходатайству стороны обвинения с согласия сторон, в порядке ч.3 ст. 281 УПК РФ , показаний свидетеля Б.3 и подтвержденных свидетелем в судебном заседании в полном объёме следует, что он является потребителем наркотических средств с 2013 года. Потреблял наркотические средства в виде курительных смесей путем выкуривания через сигарету. Для собственного потребления наркотические средства в виде курительных смесей он приобретал через сеть Интернет у пользователя приложения Telegram, использующего учетную запись «***» с ником «***». В интернет приложении «Telegram» он зарегистрировался под учетной записью «***» и имел ник «***». С помощью данной учетной записи он вел переписку в приложении «Telegram» с пользователем, имеющим ник «***», с которым он договаривался в ходе интернет переписки о приобретении наркотических средств для собственного потребления. Указанный пользователь отправил ему сообщение, содержащее прайс-лист, в котором указывался вид наркотика и его стоимость, а именно «ск» 0,5г.-1300 рублей, 1 грамм - 2300 рублей, «Россыпь» или Курительная смесь - 2 грамма 1000 рублей. Цена наркотика зависела от количества, то есть чем больше объём, тем ниже стоимость. 22 января 2017 года в дневное время он решил приобрести наркотическое средство для собственного употребления на сумму 2000 рублей. Со своего мобильного телефона он вышел в сеть интернет и договорился с пользователем интернет приложения «Telegram», использующего аккаунт ***» о приобретении наркотического средства в виде курительной смеси на сумму 2000 рублей. Через некоторое время пользователь интернет приложения «Telegram», использующий аккаунт «Ever Ever», прислал ему № счёта QIWI кошелька, и был указан комментарий, который было необходимо указать при оплате наркотического средства, а именно 42976. Данный номер QIWI кошелька и необходимый комментарий он записал на лист бумаги, который оставил в бардачке своего автомобиля. В вечернее время он приехал на АЗС «Движение», расположенную на выезде из &lt;адрес&gt;, и при помощи терминала платежной системы QIWI перевел на указанный ему номер QIWI-кошелька денежные средства в сумме 2000 рублей в счет оплаты наркотического средства, и оставил комментарий №. Чек об оплате наркотического средства он выкинул. Об оплате наркотического средства уведомил пользователя интернет приложения «Telegram», использующего аккаунт «***» и в течение 15 минут ему пришло сообщение с адресом места, где спрятан наркотик. Он на своей машине выехал в пгт. &lt;адрес&gt; по указанному адресу, и возле стенки остановки нашёл полимерный пакет, обернутый изолентой, содержащий наркотическое средство, который положил в карман своей куртки. В течение одного-двух дней он один приобретенное наркотическое средство употребил путем курения. Все это время пакетик с наркотиком находился у него в куртке. 27 января 2017 года в дневное время он решил приобрести наркотическое средство для собственного употребления на сумму 2000 рублей. Со своего мобильного телефона он вышел в сеть интернет и договорился с пользователем интернет приложения «Telegram», использующего аккаунт «***» о приобретении наркотического средства в виде курительной смеси на сумму 2000 рублей. Через некоторое время пользователь интернет приложения «Telegram», использующего аккаунт «***» прислал номер № счёта QIWI кошелька и был указан комментарий, который было необходимо указать при оплате наркотического средства, а именно №. Данный номер QIWI кошелька он записал на лист бумаги, положил в карман своей куртки. После этого около 13 часов 20 минут он пришел на АЗС «Движение», расположенную на выезде из &lt;адрес&gt;, и при помощи терминала платежной системы QIWI перевел на указанный номер QIWI-кошелька денежные средства в сумме 2000 рублей в счет оплаты наркотического средства, и оставил комментарий №. Чек об оплате наркотического средства он положил в карман своей куртки. Об оплате наркотического средства он уведомил пользователя интернет приложения «Telegram», с аккаунтом «***». В течение 20-30 минут ему пришло сообщение с указанием адреса места, где спрятан наркотик, и он со своей девушкой поехал в &lt;адрес&gt;, чтобы забрать приобретенный наркотик, но когда приехал по указанному в сообщении адресу, то увидел, что там много народа, и решил приехать за наркотиком позднее. После этого он поехал в &lt;адрес&gt;, и на выезде из &lt;адрес&gt; был остановлен сотрудниками полиции и доставлен в отдел полиции, где в присутствии двух понятых мужского пола был проведён его личный досмотр, и были изъяты сотовый телефон, с которого он выходил в сеть Интернет и договаривался о приобретении наркотика, чек об оплате наркотического средства, бумажный лист, куда записал номер QIWI-кошелька и комментарий, который необходимо было оставить при переводе денег за наркотик, а также содержимое карманов его куртки. Кроме этого со слов Я. ему известно, что при досмотре принадлежащего ему автомобиля ВАЗ-21124 государственный регистрационный знак № rus был изъят лист бумаги с цифрами. Это именно тот листок, на котором он записывал номер QIWI-кошелька и комментарий, который необходимо оставить при оплате наркотика, о приобретении которого он договорился 23 января 2017 года. ( т. 3 л.д.214-217,233-236). Как следует из оглашенных в судебном заседании по ходатайству стороны обвинения с согласия сторон, в порядке ч.1 ст. 281 УПК РФ , показаний свидетеля А., с которыми согласился подсудимый в полном объёме, он является потребителем наркотических средств с 2016 года. Среди его знакомых есть Б.2. 29 декабря 2016 года Б.2 предложил ему съездить в &lt;адрес&gt; для того, чтобы приобрести наркотическое средство для собственного потребления. На что он согласился, и они на такси поехали в &lt;адрес&gt;, где не доезжая до &lt;адрес&gt;, вышли из машины. Он остался курить, а Б.2 отправился к мостику, расположенному недалеко от &lt;адрес&gt;. Он видел, как Б.2 что-то поднял с земли и, вернувшись, достал из кармана своей куртки пакетик, в котором находилась растительная масса. Б.2 сказал ему, что в данном пакете находится наркотическое средство, после чего убрал пакетик с наркотическим средством в карман своей куртки, и они пошли гулять по поселку. Через некоторое время к ним подошли сотрудники полиции, предъявив свои служебные удостоверения, его с Б.2 задержали и доставили в отдел полиции &lt;адрес&gt;, где в присутствии понятых был проведен его личный досмотр. После этого его отпустили домой. Позднее от Б.2 он узнал, что сотрудники полиции проводили его личный досмотр, и у него было изъято приобретенное им 29.12.2016 года через тайник наркотическое средство. ( т. 3 л.д. 159-160) Как следует из оглашенных в судебном заседании по ходатайству стороны обвинения с согласия сторон, в порядке ч.1 ст. 281 УПК РФ , показаний свидетеля К.А., с которыми согласился подсудимый в полном объёме, 30 декабря 2016 года около 01 часа 00 минут он принимал участие в качестве понятого при досмотре ранее ему незнакомых ФИО7-2 и А. качестве второго понятого был приглашен ранее ему незнакомый мужчина. Перед началом досмотра им были разъяснены права и обязанности, в частности обязанность удостоверить сам факт данного досмотра, его содержание и результаты, а также и право делать замечания по ходу досмотра, которые подлежат обязательному занесению в протокол. Перед началом досмотра Б.2 было предложено выдать вещества и предметы, запрещенные к гражданскому обороту, на что Б.2 ответил, что при нем ничего запрещенного нет. После этого в его присутствии и присутствии второго понятого был произведен досмотр Б.2, в ходе которого в наружном правом кармане его куртки был обнаружен и изъят полимерный пакет, содержащий растительную массу светло-желтого цвета. Б.2 пояснил, что в данном полимерном пакете находится наркотическое средство «россыпь», которое принадлежит ему и которое он приобрел для личного потребления через тайник. Также в карманах одежды Батушева были обнаружены и изъяты: футляр зеленого цвета со стеклянной пипеткой внутри; пустой полимерный пакетик; два чека о переводе денежных средств, один чек о переводе денежных средств в сумме 1000 рублей, датированный 29 декабря 2016 года, и второй чек о переводе денежных средств в размере 2400 рублей, датированный 09 декабря 2016 года, сотовый телефон в корпусе черного цвета, сотовый телефон «LG». По поводу чеков Б.2 пояснил, что данные чеки остались у него после оплаты через QIWI терминал наркотического средства. Всё изъятое было сотрудниками полиции в их присутствии упаковано в бумажные конверты, опечатаны бумажным фрагментом с оттиском печати «Для пакетов» ОП «Сосновское» МО МВД России «Вятскополянский», снабжены пояснительным текстом об обстоятельствах досмотра, на котором все присутствующие поставили свои подписи. Больше ничего в ходе досмотра Б.2 изъято не было. После досмотра Батушева был произведен досмотр А., в ходе которого предметов и веществ, запрещенных в гражданском обороте обнаружено и изъято не было. По факту досмотра Б.2 и А. были составлены протоколы, которые были прочитаны вслух сотрудником полиции, заявлений и замечаний по протоколам не было. Данные протоколы все участники досмотра подписали, так как все было составлено верно. Б.2 и А. вели себя спокойно, каких-либо жалоб и заявлений от них в ходе досмотра не было. Во время досмотра сотрудники полиции вели себя вежливо и корректно. ( т. 3 л.д. 165-168) Свидетель Т. суду показал, что в декабре 2016 года он принимал участие в качестве понятого при личном досмотре молодого человека, но в связи с истечением длительного времени он события помнит плохо. В связи с наличием существенных противоречий между ранее данными показаниями и показаниями, данными в суде, по ходатайству стороны обвинения, с согласия сторон, в порядке ч.3 ст. 281 УПК РФ , были оглашены показания свидетеля Т., данные при производстве предварительного следствия, которые свидетель подтвердил в полном объёме. Из оглашенных в судебном заседании показаний свидетеля Т., данных им при производстве предварительного следствия, видно, что Т. дал показания аналогичные показаниям свидетеля К.А. ( т.3 л.д. 161-164) Из оглашенных в судебном заседании по ходатайству стороны обвинения с согласия сторон, в порядке ч.1 ст. 281 УПК РФ , показаний свидетеля Б.М., с которыми согласился подсудимый в полном объёме, следует, что ДД.ММ.ГГГГ около 18 часов 00 минут она с Б.Е. принимали участие в качестве понятых при досмотре транспортного средства-автомобиля ВАЗ-21124 государственный регистрационный знак № rus., около которой находилась ранее им незнакомая Я. Перед досмотром автомашины им было объявлено, что будет досмотрен автомобиль, разъяснены их права и обязанности, в частности обязанность удостоверить сам факт данного досмотра, его содержание и результаты, а также право делать замечания по ходу досмотра, которые подлежат обязательному занесению в протокол. Перед началом досмотра Я. было предложено выдать вещества и предметы, запрещенные к гражданскому обороту, на что Я. ответила, что в данном автомобиле ничего запрещенного нет. После этого сотрудники полиции в их присутствии произвели досмотр автомобиля, в ходе которого из бардачка автомобиля были изъяты фрагменты бумажных листов, на которых был написан набор цифр. Данные фрагменты бумажных листов были упакованы в бумажный конверт, опечатаны бумажным фрагментом с оттиском печати «Для пакетов» МО МВД России «Вятскополянский», снабжёны пояснительным текстом об обстоятельствах досмотра, на котором все присутствующие, в том числе и ФИО8 поставили свои подписи. Сотрудником полиции был составлен протокол, который был прочитан вслух сотрудником полиции, заявлений и замечаний по протоколу не было. Данный протокол все участники осмотра подписали, так как все было составлено верно. После этого был произведен досмотр Я. на предмет наличия при ней наркотиков. Перед началом досмотра им вновь были разъяснены их права и обязанности. Я. было предложено выдать вещества и предметы, запрещенные к гражданскому обороту, на что Я. ответила, что при ней ничего запрещенного нет. После этого был произведен досмотр Я., в ходе которого в её одежде были обнаружены и изъяты: сотовый телефон марки «PHILIPS» в корпусе черного цвета с задней крышкой желтого цвета, кроме того содержимое кармана, которое было пересыпано на лист бумаги белого цвета. Всё изъятое по отдельности в их присутствии было упаковано в бумажные конверты белого цвета, опечатаны бумажным фрагментом с оттиском печати, снабжены пояснительным текстом об обстоятельствах досмотра, на котором все присутствующие, в том числе и ФИО8 поставили свои подписи. Был составлен протокол, который был прочитан вслух сотрудником полиции, заявлений и замечаний по протоколу не было. Данный протокол все участники осмотра подписали, так как все было составлено верно. После чего они приняли участие в осмотре телефона, изъятого в ходе личного досмотра Б.3 В служебном кабинете им был предъявлен бумажный конверт белого цвета, который был опечатан бумажным фрагментом с оттиском печати «Для пакетов» МО МВД России «Вятскополянский», на котором имелось три подписи, снабжённый пояснительным текстом. Доступ к внутреннему содержимому без вскрытия упаковки был невозможен. В их присутствии сотрудник полиции вскрыл данный конверт, внутри которого находился сотовый телефон «Sony» в корпусе черного цвета. При просмотре содержимого данного телефона в меню программ была обнаружена программа «Telegram», при входе в указанное приложение автоматически загрузился контакт-лист, где имелась учетная запись «***». При переходе в историю переписки данной учетной записи открылось окно приложения, датированное 27 января, в котором имелось две записи с текстом, в котором шла речь о гараже, который находится около хоккейной коробки. По данному факту сотрудником полиции был составлен протокол. После произведенного осмотра данный телефон был упакован в тот же бумажный конверт, из которого он извлекался, который был опечатан бумажным фрагментом с оттиском печати «Для пакетов» МО МВД, России «Вятскополянский», снабжён пояснительным текстом, на котором они расписалась. Данный протокол был прочитан вслух сотрудником полиции, заявлений и замечаний по протоколу не было. Данный протокол все участники осмотра подписали, так как все было составлено верно. После этого они также приняли участие в качестве понятых при осмотре места происшествия. Все участвующие лица на служебном автомобиле прибыли к дому &lt;адрес&gt;. Перед началом осмотра места происшествия понятым были разъяснены права и обязанности, а также порядок проведения осмотра места происшествия. После этого все вместе прошли к металлическому гаражу, находящемуся недалеко от хоккейной коробки, которая расположена рядом с домом 30 по &lt;адрес&gt;. В ходе проведения осмотра места происшествия у правого угла металлического гаража, находящегося недалеко от хоккейной коробки, был обнаружен сверток, обмотанный полимерным материалом коричневого цвета, внутри которого было содержимое темного цвета. Сверток был помещен в бумажный конверт белого цвета, который был опечатан бумажным фрагментом с оттиском печати «Для пакетов» МО МВД России «Вятскополянский», снабжён пояснительным текстом об обстоятельствах осмотра, на котором все присутствующие поставили свои подписи. По данному факту сотрудником полиции был составлен протокол, который был прочитан вслух, заявлений и замечаний по протоколу не было. Данный протокол все участники осмотра подписали, так как все было составлено верно. (т.3 л.д. 200-201) Как следует из оглашенных в судебном заседании по ходатайству стороны обвинения с согласия сторон, в порядке ч.1 ст. 281 УПК РФ , показаний свидетеля К.Н., с которыми согласился подсудимый в полном объёме, 27 января 2017 года около 18 часов 40 минут он с ранее ему незнакомым мужчиной принимал участие в качестве понятых при досмотре Б.3 Перед досмотром ему и второму понятому было разъяснено, что в их присутствии будет произведен досмотр Б.3 на наличие наркотиков, разъяснены их права и обязанности, в частности обязанность удостоверить сам факт данного досмотра, его содержание и результаты, а также право делать замечания по ходу досмотра, которые подлежат обязательному занесению в протокол. Б.3 было предложено выдать вещества и предметы, запрещенные к гражданскому обороту, на что Б.3 ответил, что при нем ничего запрещенного нет. После этого в их присутствии был произведен досмотр Б.3, в ходе которого в левом внутреннем кармане куртки был обнаружен и изъят кассовый чек о переводе денежных средств в сумме 2000 рублей, датированный 27 января 2017 года. В правом наружном боковом кармане куртки Б.3 был обнаружен и изьят сотовый телефон «Sony» в корпусе черного цвета, в левом наружном боковом кармане куртки был обнаружен фрагмент листа бумаги, на котором ручкой синего цвета был написан номер, далее было изъято содержимое карманов куртки Б.3 и содержимое карманов джинсов Б.3 Все изъятое по отдельности в их присутствии было упаковано в бумажные конверты, опечатаны бумажными фрагментами с описками печатей «Для пакетов» МО МВД России «Вятскополянский», снабжены пояснительными текстами об обстоятельствах досмотра, на которых все присутствующие, в том числе и ФИО6 поставили свои подписи. Больше ничего в ходе досмотра Б.3 изьято не было. По факту досмотра Б.3 был составлен протокол, который был прочитан вслух, заявлений и замечаний по протоколу не было. Данный протокол все участники досмотра подписали, в том числе и Б.3, так как все было составлено верно. Б.3 вёл себя спокойно, каких-либо жалоб и заявлений от него в ходе досмотра не было. Во время досмотра сотрудники полиции вели себя вежливо и корректно. (т. 3 л.д. 196-197) Из показаний свидетеля К.А., данных им при производстве предварительного следствия и оглашенных в судебном заседании по ходатайству стороны обвинения, с согласия сторон, в порядке ч.1 ст. 281 УПК РФ , с которыми согласился подсудимый в полном объёме, следует, что К.А. вместе со свидетелем К.Н. участвовал в качестве понятого при личном досмотре Б.3 27 января 2017 года. При производстве предварительного следствия он дал показания аналогичные показаниям свидетеля К.Н. (т.3 л.д. 202-203) Как следует из оглашенных в судебном заседании по ходатайству стороны обвинения с согласия сторон, в порядке ч.1 ст. 281 УПК РФ , показаний свидетеля Г , с которыми согласился подсудимый в полном объёме, он работает в должности оперуполномоченного МО МВД России «Вятскополянский» с 2016 года. В его должностные обязанности входит выявление, пресечение, раскрытие преступлений и административных правонарушений в сфере незаконного оборота наркотиков на территории &lt;адрес&gt;. 29.12.2016 г. в вечернее время поступила информация о том, что неустановленное лицо планирует приобрести в пгт. &lt;адрес&gt; наркотическое средство, в виде курительной смеси, через тайник-«закладку», расположенный около мостика недалеко от &lt;адрес&gt;. С целью установления личности и задержания гражданина, который возможно придет за данной закладкой, он совместно с оперуполномоченным С. в период с 22 часов 00 минут 29.12.2016 года до 00 часов 05 минут 30.12.2016 года стали осуществлять визуальное наблюдение за данным мостиком и прилегающей к нему территории. В ходе проведения оперативно-розыскного мероприятия «наблюдение» было установлено: 29.12.2016 года около 23 час. 50 мин. к дому &lt;адрес&gt; подъехал автомобиль такси, из которого вышли Б.2 и А. А. остался возле дома, расположенного по вышеуказанному адресу, а Б.2 подошел к мостику, расположенному в 10 метрах от угла &lt;адрес&gt; и стал что-то искать. Примерно через 1-2 минуты он поднял со снега небольшой предмет, который положил в правый карман своей куртки. После этого Б.2 подошел к А., из правого кармана своей куртки достал какой-то предмет и показал его последнему, после чего убрал данный предмет обратно в правый карман своей куртки. После этого молодые люди направились обратно по &lt;адрес&gt; в сторону &lt;адрес&gt;, повернули на &lt;адрес&gt;&lt;адрес&gt;, где 30.12.2016г. в 00 часов 05 минут Б.2 и А. были задержаны у &lt;адрес&gt;. В помещении ОП «Сосновское» &lt;адрес&gt; в присутствии 2 понятых был проведен их личный досмотр, в ходе которого из одежды Б.2 было изъято: пакетик с растительной массой светло- желтого цвета, по поводу которого Б.2 в присутствии понятых пояснил, что вещество в пакетике является наркотиком под названием «россыпь», которое он приобрел для личного потребления; футляр со стеклянной пипеткой; мобильный телефон марки «OYSTERS»; мобильный телефон марки «LG»; 2 чека о переводе денежных средств через терминал «Киви»; пустой пакетик с застежкой «зип-лок». Все изъятое было упаковано в соответствии с УПК РФ. После проведения досмотров Б.2и А. были направлены на медицинское освидетельствование. 27.01.2017 г. вновь поступила информация о том, что неустановленное лицо планирует приобрести в &lt;адрес&gt; наркотическое средство, а именно курительную смесь, через «тайник - закладку», находящуюся около гаража недалеко от &lt;адрес&gt;. С целью задержания гражданина, который придет за данной закладкой, он совместно с оперуполномоченным С. в период с 09 часов 00 минут до 14 часов 45 минут 27.01.2017 года стали осуществлять ОРМ «Наблюдение», в ходе которого было установлено следующее: 27.01.2017 г. в 13 часов 20 минут на АЗС «Движение», расположенную на &lt;адрес&gt;, пришел Б.3, который в 13 часов 23 минуты зашел в здание магазина, расположенного на автозаправочной станции «Движение», остановился возле платежного терминала QIWI, находящегося у входа в данный магазин. В 13 часов 31 минуту Б.3 вышел из здания магазина АЗС «Движение» и направился в сторону магазина «Бристоль», куда в 13 часов 55 минут подъехал автомобиль ВАЗ-21124 государственный регистрационный знак № rus, под управлением Я. Б.3 сел в автомобиль, который начал свое движение в сторону выезда из &lt;адрес&gt; в сторону &lt;адрес&gt;. В 14 часов 15 минут автомобиль остановился возле &lt;адрес&gt;, из него вышли Б.3 и Я. и подошли к хоккейной коробке. В 14 часов 30 минут Я. села обратно в автомобиль ВАЗ-21124, а Б.3 подошел к металлическому гаражу, расположенному в 10 метрах от хоккейной коробки и стал что-то искать в снегу возле правого угла данного гаража. В 14 часов 36 минут Б.3 сел в автомобиль, который начал движение в обратном направлении из &lt;адрес&gt;. Понимая, что возможно у Б.3 при себе хранится наркотическое средство, в 14 часов 45 минут в 100 метрах восточнее &lt;адрес&gt; автомобиль ВАЗ-21124 был остановлен сотрудниками ГИБДД МО МВД России «Вятскополянский», и находившиеся в автомобиле Б.3 и Я. были задержаны. После этого Б.3 и Я. были доставлены в отдел полиции &lt;адрес&gt;, где в присутствии двух понятых и ФИО8 автомобиль ВАЗ-21124 был досмотрен. В ходе досмотра из бардачка автомобиля были изъяты фрагменты бумажных листов, на которых были написаны наборы цифр, а именно №. Данные фрагменты бумажных листов были вместе упакованы в бумажный конверт, который опечатан бумажным фрагментом с оттиском печати, снабжён пояснительным текстом об обстоятельствах досмотра, на котором все присутствующие, в том числе и ФИО8 поставили свои подписи. По данному факту был составлен протокол, который был прочитан участвующим лицам, заявлений и замечаний по протоколу не было. Данный протокол все участники досмотра подписали, так как все было составлено верно. Так же был проведен личный досмотр Я., в ходе которого было изъято содержимое кармана ее кофты, а также принадлежащий ей сотовый телефон марки «PHILIPS» в корпусе черного цвета с задней крышкой желтого цвета. Так же был проведен личный досмотр Б.3, в ходе которого были изъяты: кассовый чек о переводе денежных средств в сумме 2000 рублей, датированный 27 января 2017 года, сотовый телефон «Sony» в корпусе черного цвета, фрагмент листа бумаги, на котором ручкой синего цвета был написан № и №, содержимое карманов куртки; содержимое карманов джинсов. Изъятые предметы были по отдельности упакованы в бумажные конверты, опечатаны бумажными фрагментами с оттисками печатей «Для пакетов» МО МВД России «Вятскополянский», снабжены пояснительными текстами, на которых все присутствующие поставили свои подписи. По факту досмотра был составлен протокол, который был прочитан участвующим лицам вслух, заявлений и замечаний не было. Протокол все участники досмотра подписали, так как все было составлено верно. 27.01.2017 года в период с 23 часов 15 минут по 23 часа 45 минут с целью изъятия наркотического средства из незаконного оборота, был проведен осмотр места происшествия, в ходе которого в снегу у правого угла металлического гаража, находящегося в 20 метрах к северу от &lt;адрес&gt; был обнаружен сверток, обмотанный полимерным материалом коричневого цвета, внутри которого было содержимое темного цвета. Данный сверток был помещен в бумажный конверт, опечатан бумажным фрагментом с оттиском печати, снабжён пояснительным текстом, на котором все присутствующие поставили свои подписи. ( т. 3 л.д. 178-179,198-199) Свидетель Ж. суду показала, что она состоит в фактических брачных отношениях с ФИО1 Б.1 знает как лучшего друга ФИО1 В октябре 2016 года впервые увидела смс о поступлении денег, на сумму не обратила внимание. ФИО1 всегда говорил, что это деньги Б.1, он мог взять у Б.1 деньги в долг, но всегда их возвращал. Как следует из оглашенных в судебном заседании по ходатайству стороны обвинения с согласия сторон, в порядке ч.3 ст. 281 УПК РФ , показаний свидетеля Ж., данных ею при производстве предварительного следствия, она проживает совместно с ФИО1 с декабря 2016 года. Среди их общих знакомых есть Б.1, с которым ФИО1 поддерживал дружеские отношения. Она знает, что у ФИО3 имеется карта Сбербанка, которая зарегистрирована на его имя и пользуется этой картой только он. В период с 15 по 20 декабря 2016 года на телефон ФИО3 пришло смс-сообшение от Сбербанка с текстом «перевод с киви» и была указана сумма переведенных денег. Какая сумма ему была зачислена на карту она не обратила внимания. ФИО3 пояснил, что Б.1 попросил его обналичивать деньги, которые ему приходят на киви-кошелек. За что приходят данные деньги ФИО5 не пояснял. В конце января 2017 года она еще раз увидела, что на телефон ФИО5 пришло смс-сообщение о переводе денежных средств с киви-кошелька. Когда и каким образом происходила передача денежных средств Б.1, она не знает. (т.3 л.д. 204-206). Свидетель П. суду показала, что она проживает с Б.1 ФИО1 она так же знает. Б.1 однажды сказал ей, что хочет создать интернет-магазин по сбыту наркотиков в &lt;адрес&gt;. Часто Б.1 давал ФИО1 денег в долг. Со слов Б.1 знает, что ФИО5 деньги всегда возвращал, но она свидетелем передачи денег ФИО1 Б.1 никогда не была. ФИО5 часто бывал у них в доме, в том числе и в её отсутствие. Как следует из оглашенных в судебном заседании по ходатайству стороны обвинения с согласия сторон, в порядке ч.3 ст. 281 УПК РФ , показаний свидетеля П., данных ею при производстве предварительного следствия, с Б.1 она знакома очень давно. В 2016 году они стали совместно с ним проживать. С ФИО3 знакома с 2015 года. В середине сентября 2016 года Б.-1 рассказал ей, что хочет создать интернет-магазин по продаже наркотиков на территории &lt;адрес&gt; Она говорила Б.-1, чтобы он этого не делал, но Б.-1 ее не слушал. Со слов Б.1 ей известно, что переписку с покупателями наркотиков он вел в программе «Telegram», создавая в ней секретные чаты. Официально Б.1 нигде не работал, изредка подрабатывал в службе такси, где получал небольшую заработную плату. Периодически Б.1 приносил домой крупную сумму денег, которые, как она предполагала, были от продажи наркотиков. Данные деньги Б.-1 складывал в шкаф, ее денег там не было. Практически каждую неделю на выходные они ездили в &lt;адрес&gt; домой к родителям, где жили отдельно, чем в это время занимался Б.1 ей неизвестно. В конце января они с Б.-1 поехали в &lt;адрес&gt; на его машине. Она купила себе коктейль в коробке «Чудо шоколад». По дороге в &lt;адрес&gt; она его выпила, а коробку оставила в машине. На следующий день она увидела, что данной коробки в машине нет, куда она делась ей неизвестно. ( т. 3 л.д. 208-213) Из оглашенных в судебном заседании по ходатайству стороны обвинения с согласия сторон, в порядке ч.1 ст. 281 УПК РФ , показаний свидетеля З., с которыми согласился подсудимый в полном объёме, следует, что наркотические средства он начал употреблять в 2015 году. Потреблял наркотические средства «спайсы» или их еще называют курительные смеси, потреблял путем выкуривания через сигарету. Приобретал данные наркотические средства через сеть Интернет у пользователя программы Telegram с названием ***» и ником «***». Схема приобретения наркотика была следующая: пользователю данный страницы в интернете в ходе переписки он писал сообщение, в котором говорил какое количество необходимо. Ему скидывали номер киви-кошелька, а именно №, на который было необходимо перевести деньги в счет оплаты за наркотики, и был указан цифровой комментарий, который необходимо было оставить при перечислении денег за наркотик. После этого он переводил деньги с помощью терминалов, которые расположены в магазинах &lt;адрес&gt; либо на АЗС &lt;адрес&gt;, либо через свой киви-кошелек с номером №, о чем в ходе дальнейшей переписки он сообщал продавцу наркотиков и получал адрес с местом, где сделан тайник с наркотиком, откуда он забирал сверток из изоленты, внутри которой находился прозрачный пакетик с наркотическим средством. Так, в начале ноября 2016 года он решил для собственного потребления приобрести более крупную партию наркотика. Для этого он со своего мобильного телефона вышел в сеть Интернет и в программе «Telegram», используя свою учетную запись «***», написал пользователю интернет приложения с аккаунтом ***» и ником «Ever Ever», попросив его скинуть прайс на наркотики. В поступившем прайсе были указаны цены за наркотические средства в виде курительных смесей. Курительные смеси в своих прайсах данный пользователь интернет приложения всегда указывал по-разному: «СП», «Россыпь», «Курительная смесь». Он написал, что нужно наркотического средства на сумму 6000 рублей. Тот снова скинул свой номер киви-кошелька №, на который нужно было перевести деньги в сумме 6000 рублей в счет оплаты наркотического средства. После этого в тот же день в период времени с 22 часов 00 минут по 23 часа 00 минут на машине такси он поехал в &lt;адрес&gt; и на АЗС «Движение», расположенной на выезде из &lt;адрес&gt;, перевел с помощью терминала платежной системы киви деньги в сумме 6000 рублей, о чем уведомил пользователя интернет приложения «Telegram», использующего аккаунт ***» и ник «***». После чего ему скинули адрес, где был сделан тайник с наркотиком, который он впоследствии забрал. После этого в период с 10 по 15 декабря 2016 года он снова приобретал для собственного потребления наркотическое средство на сумму 6000 рублей, по той же схеме, о которой рассказывал ранее. (т.3 л.д.247-250). Из оглашенных в судебном заседании по ходатайству стороны обвинения с согласия сторон, в порядке ч.1 ст. 281 УПК РФ , показаний свидетеля Д.С., с которыми согласился подсудимый в полном объёме, следует, что он начал употреблять наркотические средства с лета 2016 года. В сентябре 2016 года в социальных сетях «Вконтакте» сети Интернет на его страничку «Д.С.» от неизвестного пользователя под названием «Еверест Еверест», пришло сообщение с предложением получить пробник наркотика, и был указан адрес тайника-закладки. В тот же день он пришел по указанному в сообщении адресу, где на земле обнаружил сверток с наркотическим средством. Он решил у данного пользователя интернет программы «Вконтакте» «***» приобретать наркотические средства для собственного потребления. О приобретении наркотического средства договаривался следующим образом: в сети интернет в программе «Вконтакте» он писал ему сообщение, в котором указывал необходимое количество наркотического средства, через некоторое время получал номер счета платёжной системы «QIWI» №, на который через терминал платежной системы «QIWI», расположенный на АЗС «Движение» &lt;адрес&gt;, переводил денежные средства за приобретаемый наркотик, оставлял указанный пользователем «***» комментарий при переводе, после этого сообщал о том, что деньги переведены. Через некоторое время он получал адрес, где был спрятан наркотик, на который он ехал и забирал оплаченный им наркотик. В период с сентября 2016 года по конец ноября 2016 года он таким образом не менее 1 раза в неделю приобретал наркотические средства для собственного потребления. В конце ноября 2016 года он вновь приобрел у данного пользователя наркотическое средство. (т.4 л.д.27-30) Как следует из оглашенных в судебном заседании по ходатайству стороны обвинения с согласия сторон, в порядке ч.1 ст. 281 УПК РФ , показаний свидетеля Ш.В., с которыми согласился подсудимый в полном объёме, он работает в должности эксперта отдела СВЭ ЭКЦ МВД России по &lt;адрес&gt; с 2016 года, имеет экспертную специальность «производство компьютерной судебной экспертизы. Одним из способов сокрытия информации от так называемого несанкционированного доступа является установка на электронно-цифровое оборудование (ноутбук, и др.) кодов защиты либо паролей. Также в настоящее время существуют позволяющие создавать в сети Интернет временные страницы какого-либо сайта. При включении сайта у пользователя сети Интернет на короткое время открывается страница сайта с имеющейся на нем информацией. По истечении определенного времени страница этого сайта блокируется, и доступ к ней более невозможен, то есть эту страницу сайта пользователь открыть не может, как не может увидеть на ней информацию. (т.4 л.д.32) Из оглашенных в судебном заседании по ходатайству стороны обвинения с согласия сторон, в порядке ч.1 ст. 281 УПК РФ , показаний свидетеля Ш.И., с которыми согласился подсудимый в полном объёме, следует, что ДД.ММ.ГГГГ около 08 часов 30 минут он с ранее ему незнакомым молодым человеком принимал участие в качестве незаинтересованных лиц при проведении «проверочной закупки» наркотических средств. В служебном кабинете МО МВД России «Вятскополянский» находился ранее незнакомый ему С., который как пояснили им сотрудники полиции, будет участвовать в качестве «покупателя» при закупке наркотических средств. После чего были досмотрены вещи С., веществ и предметов, запрещенных в гражданском обороте, а также денег у него обнаружено не было, о чем был составлен протокол, в котором все расписались. С. с телефона, в котором имеется выход в интернет в программе обмена мгновенными сообщениями Telegram начал вести переписку с пользователем данной программы, имеющего ник «***», в которой он договаривался о приобретении наркотика. В ходе обмена сообщениями, пользователь данной программы прислал С. номер киви-кошелька, на который необходимо перевести деньги в счет оплаты за наркотик, и указан был цифровой комментарий, который необходимо было указать при оплате наркотического средства. Затем С. для закупки наркотического средства были выданы денежные средства в сумме 1000 рублей одной купюрой, которая была отксерокопирована, и был составлен протокол. После выдачи денежных средств С., он, второе незаинтересованное лицо, С. и оперативный сотрудник на служебном автомобиле приехали на АЗС «Движение» &lt;адрес&gt; для оплаты наркотического средства. С. через терминал, расположенный на АЗС в его присутствии перевел денежные средства в сумме 1000 рублей в счет оплаты наркотического средства и оставил цифровой комментарий, который был ему указан в ходе переписки. Чек, подтверждающий факт оплаты наркотического средства С. положил в карман своей одежды. После чего С. в ходе переписки уведомил пользователя Интернет программы Telegram, имеющего ник «***», о том, что он оплатил наркотик, и написал ему точное время перевода денежных средств. Около 13 часов 00 минут того же дня С. пришло сообщение с адресом места, где был сделан тайник с наркотиком в пгт. &lt;адрес&gt; около дорожного знака ограничение скорости 40 км/ч, на перекрестке улиц Колхозная и Дружбы, в коробке красного цвета из-под коктейля «Чудо-шоколад». Получив данное сообщение все, он и С. на служебном автомобиле приехали по адресу, указанному в сообщении. С. подошел к вышеуказанному дорожному знаку и около него на земле забрал картонную коробку из-под коктейля «Чудо-шоколад», внутри которой что-то находилось. Все вернулись в отдел полиции, где С. выдал картонную коробку красного цвета с текстом «Чудо шоколад», внутри которого находился сверток, обернутый изолентой. Все в их присутствии было упаковано в полиэтиленовый пакет, горловина которого была перевязана таким образом, что доступ к содержимому пакета стал невозможен. Данный пакет был опечатан оттиском печати «Для пакетов» МО МВД России «Вятскополянский», снабжен пояснительным текстом, где все участвующие лица поставили свои подписи. С. также выдал кассовый чек, подтверждающий факт оплаты им наркотического средства, мобильный телефон, с помощью которого он вел переписку с неустановленным лицом, который ему продал наркотическое средство, все было упаковано в бумажные конверты, опечатаны оттиском печати, снабжены пояснительными текстами, где все участвующие лица поставили свои подписи. Со всей переписки, которую вел С. со сбытчиком наркотиков, делались скриншоты, которые сохранялись в памяти мобильного телефона. (т.4 л.д. 33-36) Как следует из оглашенных в судебном заседании по ходатайству стороны обвинения с согласия сторон, в порядке ч.1 ст. 281 УПК РФ , показаний свидетеля С.Д.В. с которыми согласился подсудимый в полном объёме, в должности оперуполномоченного ГКОН МО МВД России «Вятскополянский» он работает с 2016 года. В его должностные обязанности входит выявление и пресечение преступлений и правонарушений в сфере незаконного оборота наркотиков. В МО МВД России «Вятскополянский» поступила оперативная информация о том, что в &lt;адрес&gt; через тайники и закладки неустановленные лица занимаются незаконным сбытом наркотических средств в виде курительных смесей, при этом лица, приобретающие наркотическое средство, оплату за приобретаемый наркотик производят через платежный терминал QIWI, расположенный по адресу: &lt;адрес&gt;. 30.12.2016 г. в 00 часов 05 минут у &lt;адрес&gt; им совместно со старшим оперуполномоченным Г были задержаны Б.2 и А. В ходе проведения личного досмотра Б.2 из карманов его одежды среди прочего был изъят полимерный пакетик с растительной массой светло-желтого цвета и пустой полимерный пакетик. По результатам физико-химического исследования было установлено, что в пакетиках находится наркотическое средство в виде курительной смеси. В ходе проведения оперативно-розыскных мероприятий было установлено, что данные наркотические средства Б.2 приобретал через закладки, организованные в различных местах &lt;адрес&gt;. О приобретении данных наркотических средств Б.2 договаривался путем переписки в программе обмена мгновенными сообщениями «Telegram» с пользователем, имеющим ник ***». Оплату наркотических средств Б.2 производил через платежный терминал QIWI, на номер киви кошелька №. 27 января 2017 года в 14 часов 45 минут в 100 метрах восточнее &lt;адрес&gt; был остановлен автомобиль ВАЗ-21124 государственный регистрационный знак № rus и находившиеся в нем Б.3 и Я. были задержаны. В ходе проведения личного досмотра Б.3 были изъяты: кассовый чек о переводе денежных средств на № в сумме 2000 рублей, датированный 27 января 2017 года, фрагмент листа бумаги, на котором ручкой синего цвета был написан № и 4689, содержимое карманов одежды Б.3 В ходе проведения оперативно-розыскных мероприятий было установлено, что Б.-3 в программе обмена мгновенными сообщениями «Telegram» с пользователем данной программы, имеющим ник «Ever Ever» договорился о приобретении наркотического средства. Оплату наркотика Б.3 произвел на отправленный ему пользователем данной программы номер киви-кошелька 89600491097, на который и ранее оплачивал приобретаемый наркотик. При оплате наркотика оставлял всегда комментарий в виде набора различных цифр. Оплатив наркотическое средство, с целью его приобретения для личного потребления Б.-3 приехал в пгт. &lt;адрес&gt; к месту, где была сделана закладка с наркотиком, но забрать принадлежащее ему наркотическое средство он не смог, так как вокруг было много народа, и он решил вернуться за данным наркотическим средством позднее. С целью проверки полученной информации о том, что неустановленное лицо, пользующееся в программе обмена мгновенными сообщениями «Telegram» ником «***» занимается незаконным сбытом наркотических средств через тайники-закладки в &lt;адрес&gt;, а также установления лица, которое совершило сбыт наркотического средства в виде курительной смеси Б.2 и Б.3 было принято решение о проведении оперативно-розыскного мероприятия «проверочная закупка» в отношении неустановленного лица. 31 января 2017 года в 13 часов 11 минут в ходе переписки в программе обмена мгновенными сообщениями «Telegram» с пользователем данной программы с ником «Ever Ever» было установлено, что переписка с данным пользователем ведется в секретном чате, и после прочтения отправленного ему сообщения текст сообщения будет удален как из его чата, так и из чата того пользователя, в связи с чем, он делал скриншоты всех сообщений отправленных данному пользователю и наоборот. Данные скриншоты сохранялись в памяти мобильного телефона, с помощью которого велась переписка. В 19 часов 18 минут ему от данного пользователя пришло сообщение, в котором был прайс-лист с указанием названий наркотических средств и цен на них, а именно 2 г курительной смеси продавались за 1000 рублей, 5 грамм данного наркотического средства за 2200 рублей. В связи с подтвердившейся информацией, что у указанного пользователя возможно приобрести наркотическое средство 01.02.2017 года было вынесено постановление о проведении оперативно-розыскного мероприятия «проверочная закупка» в отношении неустановленного лица, пользующегося в программе обмена мгновенными сообщениями «Telegram» ником «***», которое было утверждено начальником полиции МО МВД России «Вятскополянский» подполковником полиции В. После чего они начали проводить подготовительные мероприятия к проведению оперативно-розыскного мероприятия «проверочная закупка». Были приглашены двое незаинтересованных лиц, в присутствии которых 01.02.2017 года в период времени с 08 часов 30 минут по 08 часов 40 минут был проведен его личный досмотр, на предмет обнаружения денег, предметов и веществ, запрещенных в гражданском обороте. В ходе чего ни денег, ни запрещенных в гражданском обороте предметов и веществ обнаружено не было, о чем был составлен соответствующий протокол. Далее в период времени с 08 часов 50 минут по 09 часов 10 минут в присутствии двух незаинтересованных лиц ему для проведения проверочной закупки были вручены деньги в сумме 1000 рублей, о чем был составлен протокол. Деньги были выданы одной купюрой достоинством 1000 рублей, которая была откопирована и копия приложена к протоколу осмотра денежных купюр. Он вновь написал пользователю программы обмена мгновенными сообщениями «Telegram» имеющего ник «***» текстовое сообщение с просьбой скинуть реквизиты, Куда необходимо перевести деньги за приобретаемый наркотик. В 09 часов 08 минут пришло сообщение, в котором был указан номер счета платежной системы «Visa QIWI Wallet» № и указан был комментарий 4774, который необходимо было написать при оплате наркотика. После выдачи денежных средств он, двое незаинтересованных лиц, и старший оперуполномоченный ГКОН МО МВД России «Вятскополянский» Г на служебном автомобиле поехали в &lt;адрес&gt; для оплаты наркотического средства. На АЗС «Движение», которая находится на выезде из &lt;адрес&gt;, он через терминал, расположенный у входа в АЗС в присутствии участвующих лиц перевел денежные средства в сумме 1000 рублей на счет оплаты наркотического средства, и оставил цифровой комментарий №, который был указан в ходе переписки. Чек, подтверждающий факт оплаты наркотического средства он положил в карман своей одежды. После перевода денежных средств он путем отправления текстового сообщения, в котором указал точное время перевода денег и оставленный комментарий, уведомил об этом пользователя с ником «***». В 13 часов 00 минут 01 февраля 2017 года он получил сообщение с адресом, где был организован тайник с наркотиком, а именно - «&lt;адрес&gt; коробке «шоколад чудо». После чего все приехали к указанному в сообщении адресу и у основания дорожного знака «ограничение максимальной скорости», на котором значилась цифра «40», расположенного недалеко от угла &lt;адрес&gt; забрал картонную коробку из-под коктейля «Чудо-шоколад», внутри которой что-то имелось. При возвращении в отдел полиции он добровольно выдал картонную коробку красного цвета с текстом «Чудо шоколад, внутри которого находился сверток, обернутый изолентой; кассовый чек, подтверждающий факт оплаты им наркотического средства и мобильный телефон, с помощью которого велась переписка. Все в присутствии участвующих лиц было упаковано таким образом, чтобы доступ к содержимому пакета стал невозможен, опечатано оттиском печати «Для пакетов» МО МВД России «Вятскополянский», снабжено пояснительным текстом, где все участвующие лица поставили свои подписи. Был составлен соответствующий протокол, в котором все участвующие лица расписались. В ходе проведения дальнейших оперативно-розыскных мероприятий была установлена причастность к совершению незаконных сбытов наркотических средств на территории ФИО2 района Кировской области ФИО1, ДД.ММ.ГГГГ года рождения, и Б.1, ДД.ММ.ГГГГ года рождения, которые 13 марта 2017 года были задержаны в г. Казани республики Татарстан. (т.4 л.д. 37-41) Изложенное объективно подтверждается собранными по делу письменными доказательствами: Из постановления начальника полиции МО МВД России «Вятскополянский» от 03.01.2017 года, следует, что принято решение о необходимости передать результаты оперативно-розыскной деятельности в отношении ФИО9 в СО МО МВД России «Вятскополянский». (т. 1 л.д. 35) Согласно акту проведения оперативно-розыскного мероприятия «наблюдение» от 30.12.2016 года, оперативно-розыскное мероприятие проводилось на основании информации о том, что на территории &lt;адрес&gt; производится сбыт наркотиков путём использования тайников и закладок. Местом тайника-закладки было место у мостика, расположенного в 10 метрах от угла &lt;адрес&gt;. 29.12.2016 года около 23 часов 50 минут к дому &lt;адрес&gt; подъехали на автомобиле такси двое молодых людей, один из которых остался возле дома, а второй подошел к мостику и стал что-то искать. Примерно через 1-2 минуты он поднял с земли небольшой предмет, который положил в правый карман своей куртки. После этого он подошел ко второму молодому человеку, из правого кармана своей куртки достал какой-то предмет и показал ему, после чего убрал обратно в правый карман своей куртки. После чего молодые люди направились обратно и на &lt;адрес&gt; 30.12.2016 г. в 00 часов 05 минут были задержаны. Ими оказались Б.2 и А.. (т.1 л.д.55) Как следует из протокола личного досмотра от 30.12.2016 года Б.2, проведенного в присутствии понятых, в наружном правом кармане куртки Б.2 обнаружен пакет, содержащий растительную массу светло-жёлтого цвета, зелёный футляр со стеклянной пипеткой, сотовый телефон марки «Oysters». В нагрудном левом кармане сотовый телефон марки «LG». В правом переднем кармане джинс обнаружены два чека о переводе денежных средств на счёт QIWI. Обнаружен пустой полимерный пакет с застёжкой зип-лок с растительной массой. Все изъято и упаковано. ( т. 1 л.д. 56) Согласно справки ЭКЦ УМВД России по Кировской области № 7 от 02.01.2017 года, представленная на исследование растительная масса в пакете, изъятом 30.12.2016 года в ходе проведения личного досмотра Б.А.А., является смесью, содержащей наркотическое средство – производное метилового эфира &lt;данные изъяты&gt; в количестве 1,76 грамма. На внутренней поверхности пустого полимерного пакета, изъятого 30.12.2016 года обнаружено следовое количество наркотического средства – &lt;данные изъяты&gt;. &lt;данные изъяты&gt; включен в Список 1 Перечня наркотических средств, психотропных веществ и их прекурсоров, подлежащих контролю в РФ, утвержденного постановлением правительства РФ № 681 от 30.06.1998 г. (т. 1 л.д.38) Согласно постановления начальника полиции МО МВД России «Вятскополянский» от 06.02.2017 года, принято решение о необходимости передать результаты оперативно-розыскной деятельности в отношении Б.3 в СО МО МВД России «Вятскополянский». (т. 1 л.д. 65) Как следует из акта проведения оперативно-розыскного мероприятия «наблюдение» от 27.01.2017 года, мероприятие проводилось на основании информации о том, что на территории &lt;адрес&gt; производится сбыт наркотиков путём использования тайников и закладок. Местом тайника-закладки было место около гаража, находящегося недалеко от &lt;адрес&gt;. 27.01.2017 года в 13 часов 23 минуты в магазин, находящийся на АЗС «Движение» по адресу: &lt;адрес&gt; зашёл гражданин Б.3, где подошёл к платежному терминалу QIWI. В 13 часов 31 минуту Б.3 вышел из магазина и на автомашине под управлением Я. проследовал в &lt;адрес&gt;, где в 14 часов 15 минут машина остановилась около &lt;адрес&gt;. Б.3 вышел из машины, прошел к металлическому гаражу, расположенному в 10 метрах от хоккейной коробки, и стал что-то искать. 27.01.2017 г. в 14 часов 36 минут Б.3 сел в автомашину и в 14 часов 45 минут был задержан сотрудниками МО МВД России «Вятскополянский». (т.1 л.д.66) Из протокола осмотра места происшествия от 27.01.2017 года следует, что произведен осмотр прилегающей к дому &lt;адрес&gt; территории. В ходе осмотра между хоккейной коробкой и домом 30, осмотрена местность у находящегося там металлического гаража. У северо-западного угла данного гаража, под снегом обнаружен сверток, обмотанный полимерным материалом коричневого цвета. Данный пакет изъят и упакован. ( т. 1 л.д. 69-71) Согласно справки ЭКЦ УМВД России по Кировской области № 301 от 30.01.2017 года, представленная на исследование растительная масса в пакете, изъятом 27.01.2017 года в ходе проведения осмотра места происшествия, является смесью, содержащей наркотическое средство – &lt;данные изъяты&gt; включен в Список 1 Перечня наркотических средств, психотропных веществ и их прекурсоров, подлежащих контролю в РФ, утвержденного постановлением правительства РФ № 681 от 30.06.1998 г. (т. 1 л.д.73) Как следует из протокола личного досмотра от 27.01.2017 года Б.3, проведенного в присутствии понятых, из левого внутреннего кармана куртки обнаружен и изъят чек о переводе денежных средств на счёт QIWI от 27.01.2017 г. на суму 2000 рублей. Из правого наружного кармана изъят сотовый телефон марки «Sony». Из левого наружного кармана изъят фрагмент бумаги с нанесенным рукописным текстом. Так же изъято содержимое карманов в виде мелкой крошки. Все изъято и упаковано. ( т. 1 л.д.74) Из протокола осмотра предметов от 27.01.2017 года следует, что был осмотрен сотовый телефон марки «Sony», среди имеющихся в меню телефона программ обнаружена программа «Telegram». При входе в данную программу открывается контакт с учётной записью «***». При переходе в историю переписки с указанной учётной записью, открывается окно приложения, дата «January 27» ниже имеется две записи с текстом «стадион,хоккейная коробка, рядом белые гаражи, правый угол в снегу», следующая запись « если стоять у хоккейной коробки сразу гараж серебристый у его правого угла».Телефон изъят и упакован. ( т. 1 л.д. 67-68) Согласно справки ЭКЦ УМВД России по Кировской области № 364 от 09.02.2017 года, представленное на исследование содержимое карманов куртки Б.3, изъятое 27.01.2017 года в ходе личного досмотра Б.3, является смесью, содержащей наркотическое средство – производное &lt;данные изъяты&gt; в следовом количестве. &lt;данные изъяты&gt; включен в Список 1 Перечня наркотических средств, психотропных веществ и их прекурсоров, подлежащих контролю в РФ, утвержденного постановлением правительства РФ № от ДД.ММ.ГГГГ. (т. 1 л.д.85) Как следует из протокола досмотра транспортного средства от 27.01.2017 года, в ходе осмотра автомашины марки ВАЗ-21124, собственником которой является Б.3, были обнаружены и изъяты фрагменты бумаги с надписями 89600491097 42976. ( т. 1 л.д. 75) Из постановления начальника полиции МО МВД России «Вятскополянский» от 20.03.2017 года видно, что принято решение о необходимости передать результаты оперативно-розыскной деятельности в отношении Б.1 в СО МО МВД России « Вятскополянский». (т. 1 л.д.92) Как видно из постановления начальника полиции МО МВД России «Вятскополянский» от 20.03.2017 года, рассекречены результаты оперативно-розыскного мероприятия «проверочная закупка», проведенного в отношении неустановленного лица через интернет магазин «***» 01.02.2017 года. (т. 1 л.д. 94) Из постановления ст. оперуполномоченного МО МВД России «Вятскополянский» от 01.02.2017 года, видно, что в целях проверки информации о сбыте наркотических средств неустановленным лицом через интернет магазин «Ever Ever» принято решение и получено разрешение на проведение оперативно-розыскного мероприятия «проверочная закупка». (т. 1 л.д. 96) Как следует из протокола личного досмотра от 01.02.2017 г., при С.Д.В. запрещенных в гражданском обороте предметов и веществ не обнаружено. (т. 1 л.д.106-107) Согласно протокола исследования денежных средств от 01.02.2017 года, *** для проведения оперативно-розыскного мероприятия «проверочная закупка» выданы деньги в сумме 1000 рублей, купюрой 1000 рублей с номером ЯО №. (т. 1 л.д. 108-110) Как следует из акта от 02.02.2017 года, 01.02.2017 г. с целью проверки поступающей информации о том, что неустановленное лицо занимается сбытом наркотических средств на территории &lt;адрес&gt; через интернет магазин «***» было проведено оперативно-розыскное мероприятие «проверочная закупка». В ходе мероприятия посредством интернет приложения «Телеграмм» было произведено списание с неизвестным, использующим ник « ***», который направил прайс лист с наркотическими средствами, после чего был направлен номер Киви-кошелька № комментарий №. После чего был совершен выезд в &lt;адрес&gt; на АЗС «Движение», расположенную на &lt;адрес&gt;, где через терминал, расположенный в здании АЗС оплачено 1000 рублей за 2 грамма наркотического средства «россыпь». После оплаты спустя некоторое время неустановленное лицо прислало адрес с тайником закладки в &lt;адрес&gt;, в коробке «Шоколадное чудо». Обнаружив данную коробку, участвующий в контрольной закупке С.Д.В. добровольно её в последующем выдал. (т. 1 л.д. 120) Из протокола добровольной выдачи приобретенных в ходе проверочной закупки подконтрольных веществ от 01.02.2017 года, следует, что С.Д.В. добровольно выдал картонную коробку с находящимся внутри полимерным свертком с веществом. Кассовый чек оплаты Киви и сотовый телефон марки «Леново». (т. 1 л.д. 111) Согласно справки об исследовании ЭКЦ УМВД России по Кировской области № 351 от 08.02.2017 года, представленная на исследование растительная масса в полимерном пакетике, является смесью, содержащей наркотическое средство – производное &lt;данные изъяты&gt; в количестве 1,14 г. &lt;данные изъяты&gt; включен в Список 1 Перечня наркотических средств, психотропных веществ и их прекурсоров, подлежащих контролю в РФ, утвержденного постановлением правительства РФ № 681 от 30.06.1998 г. ( т.1 л.д. 117-118) Из рапорта ст. оперуполномоченного ГКОН МО МВД России «Вятскополянский» от 12.03.2017 года следует, что в ходе проведенных оперативно –розыскных мероприятий была установлена причастность к незаконному сбыту наркотических средств посредством сети интернет в программе «Телеграмм» на территории &lt;адрес&gt; Б.1 и ФИО1 ( т.1 л.д. 127) Согласно рапорта ст. оперуполномоченного ГКОН МО МВД России «Вятскополянский» от 13.03.2017 года следует, что в ходе проведения оперативно –розыскных мероприятий были задержаны Б.1 и ФИО1. ( т.1 л.д. 129) Как следует из протокола личного досмотра и осмотра вещей, находящихся при физическом лице от 13.03.2017 года, в присутствии понятых был произведен досмотр Б.1, в ходе которого было обнаружено, изъято и упаковано: из правого кармана синих джинс сотовый телефон «iPhone» и содержимое карманов одежды. ( т. 1 л.д.130-131) Из протокола личного досмотра и осмотра вещей, находящихся при физическом лице от 13.03.2017 года, в присутствии понятых был произведен досмотр ФИО1 и его вещей, в ходе которого из переднего бокового кармана изъят планшетный компьютер «Леново» с сим-картой компании Билайн, из кошелька, находящегося в левом кармане джинс, пластиковая карта Сбербанка №, пластиковая карта «Тинькофбанк» №. Из кармана связка металлических и одного магнитного ключей и брелока. Все изъято и упаковано. ( т. 1 л.д.134-135) Как следует из заключения эксперта № 82 от 28.01.2017 года, растительная масса, обнаруженная и изъятая 30.12.2016 года у Б.2, является смесью, содержащей наркотическое средство – &lt;данные изъяты&gt; в количестве 1,64 г. На внутренней поверхности пустого полимерного пакета, изъятого 30.12.2016 года, обнаружено следовое количество наркотического средства – &lt;данные изъяты&gt; &lt;данные изъяты&gt; включен в Список 1 Перечня наркотических средств, психотропных веществ и их прекурсоров, подлежащих контролю в РФ, утвержденного постановлением правительства РФ № 681 от 30.06.1998 г. На момент первоначального исследования, согласно справке об исследовании № 7 от 02.01.2017 года эта величина была равна 1,76 гр. (т. 1 л.д. 158-160) Из заключения эксперта № 26005 от 03.02.2017 года следует, что в памяти телефона QYSTERS Indian 254, изъятом 30.12.2016 года у Б.2, имеется информация в виде содержимого истории обмена сообщениями приложения Telegram пользователя с учётной записью ***, данные об обмене сведениями в виде переписки и прайса по стоимости наркотических средств в зависимости от вида и объёма; сведений о счёте № и к нему цифровом комментарии. (т. 1 л.д. 170-183) Как следует из заключения эксперта № 403 от 28.02.2017 года, растительная масса, обнаруженная и изъятая 27.01.2017 года у Б.3, является смесью, содержащей наркотическое средство – &lt;данные изъяты&gt; в количестве 4,30 &lt;данные изъяты&gt; включен в Список 1 Перечня наркотических средств, психотропных веществ и их прекурсоров, подлежащих контролю в РФ, утвержденного постановлением правительства РФ № 681 от 30.06.1998 г. (т. 1 л.д. 192-194) Из заключения эксперта № 404 от 28.02.2017 года, в содержимом карманов куртки, изъятом 27.01.2017 года у Б.3, обнаружены следы наркотических средств: тетрагидроканнабинола и производного &lt;данные изъяты&gt;] бутановой кислоты. &lt;данные изъяты&gt; включен в Список 1 Перечня наркотических средств, психотропных веществ и их прекурсоров, подлежащих контролю в РФ, утвержденного постановлением правительства РФ № 681 от 30.06.1998 г. (т. 1 л.д. 203-205) Согласно заключения эксперта № 251/9-1 от 07.03.2017 года, в памяти телефона Sony Xperia, изъятом 27.01.2017 года у Б.3, имеется информация в виде содержимого истории обмена сообщениями приложения Aniways Messenger 1.8.4. пользователя с псевдонимом FAC FAC с пользователями ***, Telegram,Эверест Казань СК и данные об обмене сведениями в виде переписки и прайса по стоимости наркотических средств в зависимости от их вида и объёма. (т. 1 л.д. 214-222) Из заключения эксперта № 880 от 20.04.2017 года видно, что растительная масса, выданная 01.02.2017 года С.Д.В. является смесью, содержащей наркотическое средство – &lt;данные изъяты&gt; бутановой кислоты в количестве 1,12 &lt;данные изъяты&gt; включен в Список 1 Перечня наркотических средств, психотропных веществ и их прекурсоров, подлежащих контролю в РФ, утвержденного постановлением правительства РФ № 681 от 30.06.1998 г. (т. 1 л.д. 231-233) Как следует из заключения эксперта № 878 от 20.04.2017 года, в содержимом карманов куртки и джинс, изъятом13.03.2017 года у Б.1, обнаружены следы наркотических средств: тетрагидроканнабинола, производного N-метилэфедрона-пирролидиновалерофенона. (т. 1 л.д. 241-243) Из заключения эксперта № 517/9-1 от 10.04.2017 года следует, что в памяти телефона Appel iPhone 5s и сим-картах оператора МТС, изъятых у Б.1 13.03.2017, имеется информация в виде содержимого истории обмена сообщениями через Интернет, а именно Telegram. (т. 1 л.д. 252-258) Согласно заключения эксперта № 520/9-1 от 24.04.2017 года, в памяти телефона Appel iPhone 5 и сим-картах оператора МТС, изъятых у П. 13.03.2017, имеется информация в виде содержимого истории обмена сообщениями через Интернет, а именно Telegram. (т. 2 л.д.7-17) Как следует из заключения эксперта № 518/9-1 от 14.04.2017 года, в памяти планшетного компьютера Lenovo TAB 2 A7-30DC и сим-карте оператора Билайн МТС, изъятых у ФИО1 13.03.2017, имеется информация в виде содержимого истории обмена сообщениями через Интернет, а именно Telegram. (т. 2 л.д. 41-49) Согласно заключения эксперта № 519/9-1 от 15.05.2017 года, в карте памяти micro SD Explay 2 GB, изъятых у ФИО1 13.03.2017, имеется информация в виде содержимого истории обмена сообщениями через Интернет, а именно Telegram Messenger. (т. 2.л.д. 80-94) Из заключения эксперта № 879 от 05.05.2017 года следует, что в изъятых при обыске в жилище Б.1 предметах, обнаружено вещество являющееся наркотическим средством –&lt;данные изъяты&gt; в количестве 0,80 г. Растительная масса является наркотическим средством –&lt;данные изъяты&gt; в количестве 2,43 гр в пересчете на высушенный до постоянной массы вид. На внутренних поверхностях бутылки, полимерной трубки зеленого цвета, стеклянной трубки, а также на поверхности иглы обнаружены следы наркотического средства –тетрагидроканнабинола. (т. 2 л.д.159-162) Как следует из заключения эксперта № 881 от 24.04.2017 года, на поверхности изъятых при обыске в жилище Б.1 14 марта 2017 года электронных весах обнаружены следы наркотических средств: &lt;данные изъяты&gt; бутановой кислоты. (т. 3 л.д.7-9) Согласно заключения эксперта № 521/9-1 от 19.05.2017 года, в памяти телефона Билайн Смарт 2, изъятого при обыске 14 марта 2017 года у Б.1, имеется информация в виде содержимого истории обмена сообщениями с использованием программ персональной связи через Интернет, в том числе приложения Telegram. (т. 2 л.д.171-190) Оценивая вышеизложенные заключения судебных экспертиз, у суда не имеется оснований сомневаться в их достоверности, т.к. они научно обоснованны, изложены полно, доступно, научно аргументировано, на основании представленных материалов и проведенных исследований, последовательны, непротиворечивы между собой, согласуются с другими доказательствами по делу, в том числе с показаниями подсудимого ФИО1, показаниями Б.1 и свидетелей, данными как в ходе судебного, так и при производстве предварительного следствия, относительно фактических обстоятельств дела. Экспертизы производились квалифицированными экспертами, имеющими соответствующее образование, квалификационную категорию, специальность и продолжительный стаж работы. Перед производством каждой экспертизы, эксперты предупреждались об уголовной ответственности за дачу заведомо ложного заключения по ст. 307 УПК РФ . Сомневаться в объективности заключений экспертов, у суда оснований не имеется, поэтому суд признает данные доказательства допустимыми. Согласно протоколу осмотра предметов от 19.02.2017 года, осмотрены бумажные конверты с находящимися в них: растительной массой, пакетом, пипеткой в футляре, сотовым телефоном марки «LG», мобильным телефоном марки «OYSTERS». А также при осмотре установлено, что в конверте находится чек оплаты через терминал QIWI от 29.12.2016 г. в 16 часов 51 мин. на сумму 1000 рублей на счёт №, чек оплаты через терминал QIWI от 09.12.2016 г. в 20 часов 37 мин. на сумму 2400 рублей на счёт №. После осмотра все надлежащим образом с соблюдением требований УПК РФ упаковано. (т.3 л.д. 53 –58) Как следует из протокола осмотра предметов от 11.03.2017 года, осмотрены бумажные конверты с находящейся в них растительной массой, фрагменты полимерного материала, пакет с застёжкой зип-лок. Осмотрены чеки оплаты через терминал QIWI, расположенный по адресу: &lt;адрес&gt;, от 27.01.2017 г. в 13 часов 28 мин. на сумму 2000 рублей на счёт №; фрагмент листа бумаги с рукописным текстом №, фрагмент листа бумаги с рукописным текстом № ком. и осмотрен сотовый телефон Sony Xperia. После осмотра все надлежащим образом с соблюдением требований УПК РФ упаковано. (т. 3 л.д. 62 – 67) Согласно протокола осмотра предметов от 11.03.2017 года, осмотрен CD-R диск с файлом, представленный ЗАО «Киви Банк». Осмотром установлено, что кошелёк аккаунта № был создан 18.09.2016 года на имя С.А.В., ДД.ММ.ГГГГ года рождения, паспорт №, к счёту привязана карта QIWI с номером № от 07.10.2016 года. Входящие платежи по счёту № проведены через терминал в &lt;адрес&gt; 09.12.2016 года в 22 часа 44 мин. с комментарием № в сумме 2400 рублей; 26.12.2016 в 00 ч. 09 мин. с комментарием № на сумму 1000 рублей; 29.12.2016 года в 16 час 58 мин. с комментарием № в сумме 1000 рублей; 22.01.2017 года в 20 ч 31 мин. с комментарием № в сумме 2000 рублей; 27.01.2017 года в 13 ч 35 мин. с комментарием № в сумме 2000 рублей; 01.02.2017 года в 11 ч 40 мин. с комментарием № в сумме 1000 рублей. По счёту № были проведены транзакции по переводу денежных средств на счёт MasterCard с 10 октября 2016 года по 03 февраля 2017 года. ( т. 3 л.д. 74-77) Как следует из информации, представленной ПАО «Сбербанк России» 07.02.2017 года, о движении денежных средств по банковской карте № открытой на имя ФИО1, к банковской карте с 18.07.2016 года подключена услуга «Мобильный банк». По данной банковской карте происходило движение денежных средств, в том числе поступления с Киви-кошелька. ( т. 3 л.д. 80-107) Согласно протокола осмотра предметов от 25.03.2017 года, проведен осмотр денежных средств, изъятых при обыске жилого помещения Б.1, сумма которых составляет 238000 рублей. ( т.3 л.д. 108-109) Как следует из протокола осмотра предметов от 20 марта 2017 года, произведен осмотр пластиковой карты «Сбербанк» № и пластиковой карты «Тинькофбанк», пластиковой карты Сбербанка России №, открытых на имя ФИО3. Осмотрены банковские карты «Сбербанка России», открытые на имя Б.1. Так же осмотрены SIM-карты операторов сотовой связи. ( т. 3 л.д. 119-120) Согласно протокола осмотра предметов от 10.05.2017 года, осмотрен сотовый телефон «Леново», выданный ФИО12 после проведения ОРМ. При проверке памяти осматриваемого телефона установлено, что имеется 7 скриншотов, содержащих сведения о переписке с пользователем программы обмена мгновенными сообщениями Telegram, имеющего ник Ever Ever с указанием прайса о стоимости наркотических средств, указанием номера Киви кошелька и цифрового обозначения № комментарий. ( т. 3 л.д. 122-126) Из протокола осмотра предметов от 14.05.2017 года видно, что осмотрены мобильные телефоны, оптические CD-R диски, сим-карты операторов мобильной связи, планшетный компьютер. Осмотрен кассовый чек о переводе денежных средств на счёт № в сумме 1000 рублей 01.02.2017 года в 11 час 32 мин. через платёжный терминал Киви, расположенный &lt;адрес&gt;. ( т. 3 л.д. 129-134) Как следует из протокола осмотра предметов от 15.05.2017 года, осмотрены бумажные пакеты с находящейся в них растительной массой. ( т. 3 л.д. 136-138) Из протокола обыска в жилище ФИО1 от 13.03.2017 года следует, что в ходе обыска обнаружено и изъято: персональный компьютер, сотовый телефон Нокия, флэш-карта Кингстон, сотовый телефон «Htc» с сим-картой, системный блок Dell, сим-карты операторов сотовой связи, флэш-карта на 4 Gb, флэш-карта с надписью Apacer. ( т.4 л.д. 59-61) Согласно протокола осмотра предметов от 27.05.2017 года, осмотрены сим-карты операторов сотовой связи, сотовые телефоны, карты памяти и USB-устройства, оптические диски, портативный компьютер, персональный компьютер и системный блок персонального компьютера. ( т. 3 л.д. 142-148) Как следует из протокола обыска в жилище Б.1 от 14.03.2017 года, в ходе обыска обнаружено и изъято: бутылка, на внутренней поверхности которой имеются наслоения вещества темного цвета; полимерный контейнер с веществом спрессованным в комок темного цвета и измельчённой растительной массой зелёного цвета; полимерный пакет с замком зип-лок с находящейся внутри растительной массой зеленого цвета; полимерный контейнер с наслоением по внутренней поверхности вещества темного цвета; игла с наслоением вещества тёмного цвета; стеклянная трубка с наслоением вещества темного цвета на внутренней поверхности. Изъят сотовый телефон марки «Fly» с сим-картой; сотовый телефон марки «Билайн»; флеш-карта микро-sd объёмом 2 Gb; флеш-карта без корпуса; тринадцать сим-карт различных операторов сотовой связи; денежные средства в сумме 238000 рублей; сотовый телефон марки iPhone5;сотовый телефон марки «Samsung»; флеш-карта на 16 Gb; ноутбук «Packardbell», ноутбук «Samsung»; пустые полимерные пакеты с застежкой зип-лок; металлические магнитики, электронные весы с налётом вещества под защитной крышкой; две карты сбербанка и сим-карта. ( т.4 л.д. 72-76) Согласно копии апелляционного приговора уголовной коллегии Кировского областного суда от 11 мая 2017 года, Б.2 был признан виновным и осужден за незаконное приобретение без цели сбыта 29 декабря 2016 года посредством текстовой переписки через сеть Интернет наркотического средства-смеси, содержащей наркотическое средство-производное метилового эфира &lt;данные изъяты&gt; в количестве 1,76 г., что является крупным размером. Из копии приговора ФИО2 районного суда Кировской области от 16.05.2017 г., Б.3 был признан виновным и осужден за покушение на незаконное приобретение без цели сбыта 27января 2017 года посредством текстовой переписки через сеть Интернет наркотического средства-смеси, содержащей наркотическое средство-производное метилового эфира &lt;данные изъяты&gt; в количестве 4,45 г., что является крупным размером. Согласно копии приговора ФИО2 районного суда Кировской области от 13.07.2017 г. и апелляционного определения Коллегии по уголовным делам Кировского областного суда от 05.09.2017 года, Б.1 признан виновным и осужден за незаконный сбыт наркотических средств с использованием электронных или информационно-телекоммуникационных сетей (включая сеть «Интернет») группой лиц по предварительному сговору в крупном размере при обстоятельствах, изложенных в настоящем приговоре. Анализируя и оценивая все исследованные в судебном заседании доказательства с точки зрения их относимости, допустимости, достоверности, а в совокупности достаточности для разрешения уголовного дела, суд приходит к выводу о доказанности вины подсудимого ФИО1 в инкриминируемом ему преступлении в объёме, предъявленном предварительным следствием. При вынесении приговора суд основывается на показаниях подсудимого ФИО1, как достоверных и соотносящихся с показаниями Б.1, свидетелей и письменными материалами дела, на показаниях Б.1 и свидетелей, данных ими как в ходе предварительного следствия, так и в судебном заседании, как не имеющих существенных противоречий между собой и взаимно дополняющих друг друга. Суд признаёт их допустимыми доказательствами по делу и оценивает их как достоверные, поскольку они в части описания совершенного ФИО1 деяния, последовательны, существенных противоречий между собой не имеют и объективно подтверждаются собранными по делу другими доказательствами. Доказательства собраны в установленном законом порядке, их допустимость не вызывает сомнений. Оснований не доверять им, у суда не имеется, мотивов возможного оговора свидетелями подсудимого ФИО1 в судебном заседании не представлено и материалы дела не содержат. До совершения данного преступления подсудимый ФИО1 и свидетели, кроме ФИО10 и ФИО11, между собой были не знакомы, что исключает основания для оговора подсудимого данными свидетелями. Оснований возможного оговора со стороны Б.1 подсудимого ФИО1 суду не представлено, что даёт суду признать показания Б.1 как достоверные и соответствующие действительности. Оценивая положенные в основу настоящего приговора результаты оперативно-розыскной деятельности сотрудников МО МВД России «Вятскополянский» с точки зрения их соответствия задачам, определяемым ст. 2 Федерального закона № 144-ФЗ от 12.08.1995 года «Об оперативно-розыскной деятельности», и выполнения условий, предусмотренных ст.ст. 7 и 8 Федерального закона № 144-ФЗ от 12.08.1995 года «Об оперативно-розыскной деятельности», суд не усматривает какого-либо нарушения закона при их проведении. Согласно ст. ст. , 89 УПК РФ и ст. 2 Федерального закона № 144-ФЗ от 12.08.1995 года «Об оперативно-розыскной деятельности», результаты оперативно-розыскной деятельности могут быть положены в основу приговора и использоваться в доказывании по уголовному делу, если они получены и переданы органу предварительного расследования в соответствии с требованиями закона, отвечают задачам оперативно-розыскной деятельности и требованиям, предъявляемым к доказательствам Уголовно-процессуальным кодексом РФ. Как установлено в судебном заседании показаниями свидетелей и материалами уголовного дела, оперативно-розыскные мероприятия «наблюдение» и «проверочная закупка», проведены сотрудниками МО МВД России «Вятскополянский» в полном соответствии с требованиями Федерального закона № 144-ФЗ от 12.08.1995 года «Об оперативно-розыскной деятельности», материалы оперативно-розыскной деятельности, проведенной в отношении ФИО1 отвечают требованиям, предъявляемым уголовно-процессуальным законом к доказательствам, суд признаёт данные документы допустимыми доказательствами по делу и кладёт их в основу приговора. Оснований для признания действий сотрудников МО МВД России «Вятскополянский» как провокация, у суда не имеется, поскольку достоверно установлено, что договоренность о предоставлении Б.1 услуги по обналичиванию денежных средств, полученных им от продажи наркотического средства, состоялась непосредственно с ФИО1 до действий сотрудников правоохранительных органов, следовательно, умысел на пособничество в сбыте наркотических средств сформировался у последнего независимо от действий сотрудников правоохранительных органов. В ходе судебного следствия сторона защиты, не оспаривая квалификацию действий ФИО1, заявила о необходимости уменьшения объёма, предъявленного подсудимому обвинения путём исключения из обвинения ФИО1 фактов пособничества в сбыте наркотических средств в следовом количестве 09.12.2016 года Б.2 и 22.01.2017 года ФИО6, мотивируя тем, что следовое количество наркотических средств не может образовывать состав сбыта наркотических средств. Данные доводы защиты при постановлении приговора суд отвергает, основываясь на нормах закона, предусматривающих наступление уголовной ответственности по ч.1 ст. 228.1 УК РФ за сбыт наркотических средств независимо от их размера, при этом размер наркотических средств может влиять только на квалификацию действий виновного лица по иным частям ст. 228.1 УК РФ , при этом факты сбыта наркотических средств 09.12.2016 года Б.2 и 22.01.2017 года Б. в судебном заседании нашли своё полное подтверждение собранными по делу доказательствами. Доводы защиты о необходимости уменьшить объём обвинения ФИО1 в части сокращения периода совершения им преступления до декабря 2016 года, поскольку с сентября до декабря 2016 года ФИО1 денежные средства не поступали и он их не снимал, и, следовательно, в данной части вина подсудимого ФИО1 в совершении преступления не доказана ни предварительным следствием, ни в судебном заседании, суд отвергает, поскольку судом собранными по делу доказательствами, в частности по показаниям самого ФИО1, Б.1, свидетеля П., установлено, что договоренность между ФИО5 и Б.1 о предоставлении подсудимым Б.1 помощи в получении денежных средств, поступающих от реализации наркотических средств, состоялась в сентябре 2016 года и именно с того момента Б.1, открыв интернет-магазин, начал реализацию наркотических средств. Доводы подсудимого ФИО1 об отсутствии у него корыстного мотива в совершенном преступлении, а лишь желание помочь другу, суд отвергает, как опровергнутые добытыми доказательствами, в частности показаниями Б.1, утверждающего о выплате подсудимому денежных средств за каждую транзакцию, и показаниями самого подсудимого, подтвердившего, что в качестве расчёта за оказанное им содействие Б.1 он получал наркотические средства, которые имеют рыночную стоимость. Суд не принимает во внимание при постановлении приговора в отношении ФИО1 письменные доказательства, оглашенные в судебном заседании по ходатайству стороны обвинения с согласия сторон, в частности копию акта медицинского освидетельствования Б.2 от 30.12.2016 года (т.1 л.д. 49), рапорта оперативных работников МО МВД России «Вятскополянский» о необходимости проведения проверки в порядке ст. - 145 УПК РФ (т.1 л.д. 53, 60,122,126, 136,139, 144,147,150,) копию справки об исследовании № 352 от 08.02.2017 года (т.1 л.д. 115), протокол личного досмотра и осмотра вещей П.(т.1 л.д. 132-133), заключения экспертов № 526/9-1 от 22.05.2017 года, № 523/9-1 от 17.04.2017 г, № 528/9-1 от 25.05.2017 г., № 516/9-1 от 05.04.2017 г., № 524/9-1 от 13.04.2017 г., № 522/9-1 от 21.04.2017г., № 527/9-1 от 24.05.2017 г., № 525/9-1 от 22.05.2017 ( т.2 л.д.58-71, 103-113, 123-132, 141-150, 199-216,225-239, 249-261; т. 3 л.д. 18-22), копию заключения судебно-психиатрической экспертизы в отношении Б.1 ( т.3 л.д. 37-38) копию постановления мирового судьи судебного участка № 10 ФИО2 судебного района Кировской области от 26.01.2017 г. в отношении А. (т. 1 л.д. 47-48) и копию постановления мирового судьи судебного участка № 10 ФИО2 судебного района Кировской области от 26.01.2017 г. в отношении Б.2 (т. 1 л.д. 51-52) и оценивает их как допустимые доказательства, но не несущие доказательственного значения по настоящему делу. При наличии в деле достаточных доказательств, свидетельствующих о пособничестве ФИО1 в сбыте Б.1, действующим в группе с неустановленным следствием лицом наркотических средств, оценивая их в совокупности, как относимые, допустимые и достоверные, суд находит вину подсудимого ФИО1 в совершении преступления установленной и доказанной и квалифицирует его действия по ч.5 ст. п. «г» ч. 4 ст. 228.1 УК РФ , как пособничество, то есть содействие в совершении незаконного сбыта наркотических средств с использованием электронных или информационно-телекоммуникационных сетей(включая сеть «Интернет»), группой лиц по предварительному сговору, в крупном размере. Согласно постановлению Правительства РФ № 681 от 30.06.1998 года « Об утверждении перечня наркотических средств, психотропных веществ и их прекурсоров, подлежащих контролю в Российской Федерации», устанавливающего списки наркотических средств и психотропных веществ, &lt;данные изъяты&gt; и их производные, относятся к наркотическим средствам, оборот которых в РФ запрещен. (т. 3 л.д. 51) ФИО1, заведомо осведомленный о принадлежности &lt;данные изъяты&gt; и его производных к наркотическим средствам, тем самым, осознавая общественную опасность и противоправность своих действий, в корыстных целях личного обогащения и получения без оплаты для личного потребления наркотических средств, достоверно зная о незаконной реализации Б.1 посредством сети Интернет наркотических средств и получении от их продажи денежных средств на счёт в электронной платёжной системе Киви, осуществлял получение данных денежных средств на свой счёт банковской карты электронной платёжной системы, обналичивание и передачу денежных средств, заведомо полученных от реализации наркотиков, тем самым способствовал совершению Б.1, действующим в группе с неустановленным лицом незаконного сбыта наркотических средств. При этом вид и размер наркотического средства, объективно подтверждается экспертными исследованиями, согласно выводам которых, подсудимый содействовал сбыту Б.1 наркотического средства метиловый эфир 3-метил-2-(1-бензил-1Н-индазол-3-карбоксамидо) бутановой кислоты и его производным в суммарном количестве 7,35 грамма, что относится к крупному размеру. Согласно постановлению Правительства Российской Федерации №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 и 229.1 Уголовного Кодекса Российской Федерации», крупным размером наркотических средств признан размер, превышающий 0,25 грамм данных наркотических. Поскольку ФИО1 содействовал Б.1, действующему в группе с иным лицом, реализовывать Б.2, Б.3 и ФИО12 в общей массе 7,35 грамм указанного наркотического средства, что значительно превышает установленный действующим законодательством крупный размер, то в действиях ФИО1 налицо и квалифицирующий признак пособничества в незаконном сбыте наркотических средств «в крупном размере». В ходе судебного следствия получил своё полное подтверждение в действиях ФИО1 и квалифицирующий признак «с использованием электронных или информационно-телекоммуникационных сетей (включая сеть "Интернет")», поскольку ФИО1, заведомо осведомленный о незаконном сбыте Б.1 наркотических средств посредством продажи их с использованием программ сети Интернет, содействовал в получении денежных средств Б.1 с использованием электронных платёжных систем «Visa QIWI Wallet» и переводе их на счёт своей пластиковой карты Сбербанка, использующейся так же в электронных платёжных системах. Принимая во внимание осведомленность ФИО1 о том, что Б.1 осуществляет распространение наркотических средств в группе с неустановленным следствием лицом, предварительно договорившись с ним об этом, осуществлял содействие сбыту наркотических средств, суд находит в действиях ФИО1 доказанным и такой квалифицирующий признак как пособничество в сбыте наркотических средств группой лиц по предварительному сговору. Учитывая, что ФИО1 были выполнены все необходимые действия по получению и передаче заведомо полученных от реализации наркотических средств денег Б.1, при этом Б.1 в группе с неустановленным лицом по предварительному сговору выполнил все необходимые действия по передаче потребителю наркотических средств, независимо от их фактического получения потребителем, как в случае с ФИО6 и проведении проверочной закупки, действия ФИО1 носят оконченный характер. Согласно заключения амбулаторной судебной психиатрической экспертизы № 538 от 05.05.2017 года, ФИО1 страдает психическим расстройством в форме синдрома зависимости от каннабиоидов, средней стадии, но степень выраженности выявленных психических расстройств не столь значительна, поэтому как во время совершения инкриминируемого ему деяния он мог, так и в настоящее время может осознавать фактический характер и общественную опасность своих действий и руководить ими. ( т.3 л.д.46-48) Обсуждая вопрос о вменяемости ФИО1, оценивая имеющееся заключение экспертизы, полностью соответствующее требованиям ст. 204 УПК РФ , принимая во внимание, что она проведена компетентными экспертами, выводы экспертизы последовательны и не противоречивы, основаны на данных, полученных из медицинской документации и при обследовании испытуемого, научно обоснованы, объективно подтверждаются исследованными в судебном заседании доказательствами, суд находит заключение экспертов достоверным и не вызывающим сомнений, в связи с чем, признает ФИО1 вменяемым как в момент совершения им преступления, так и в настоящее время. При назначении подсудимому ФИО1 вида и размера наказания, суд руководствуется требованиями законности, справедливости и соразмерности наказания содеянному, учитывает при этом конкретные обстоятельства дела, характер и степень общественной опасности совершенного преступления, в полной мере все данные о личности подсудимого, его роль в совершенном преступлении, влияние назначенного судом наказания на исправление ФИО1 С учетом фактических обстоятельств совершенного ФИО1 преступления, предусмотренного ч.5 ст. п. «г» ч. 4 ст. 228.1 УК РФ , степени его общественной опасности, требований ч.6 ст. 15 УК РФ , суд не находит оснований для изменения категории преступления на менее тяжкую. При определении вида и размера наказания, суд, руководствуясь требованиями ст.ст. и 60 УК РФ , учитывает обстоятельства и общественную опасность содеянного преступления, которое относится к категории умышленных особо тяжких преступлений; данные о личности подсудимого ФИО1, который совершил настоящее преступление будучи судимым за совершение преступления в сфере оборота наркотических средств, по месту жительства, согласно справке-характеристике УУП УМВД России по г. Сыктывкар (т. 4 л.д. 234), характеризуется положительно, согласно бытовой характеристике, выданной УУП ОП № «Танкодром» УМВД РФ по &lt;адрес&gt; (т. 4 л.д. 245), характеризуется удовлетворительно, к административной ответственности не привлекался, на учётах у психиатра и нарколога не состоит ( т.4 л.д. 235, 236), по месту учёбы, как следует их характеристики зам. директора ИЭ и УС Казанского государственного архитектурно-строительного Университета (т.4 л.д.246) и по месту работы, согласно характеристики исп. директора (т.4л.д.249), характеризуется положительно. Суд в действиях ФИО1 находит совокупность смягчающих наказание обстоятельств, к коим относит, согласно п. «и» ч.1 и ч.2 ст. 61 УК РФ , активное способствование раскрытию и расследованию преступления, выразившееся в предоставлении органам следствия информации о способе совершения преступления, суммах денежных средств, полученных от реализации наркотических средств, об исполнителе данного преступления, до этого не известной органам следствия, чистосердечное признание вины, раскаяние в совершенном преступлении, а так же состояние здоровья подсудимого, о чем свидетельствует медицинское заключение ( т. 4 л.д. 247). Отягчающих наказание обстоятельств, предусмотренных ст. 63 УК РФ , в действиях ФИО1 судом не установлено. Учитывая роль ФИО1 в совершенном преступлении, заключающуюся только в содействии Б.1 в получении денежных средств от незаконного оборота наркотических средств, без прямого участия в предложении наркотических средств к приобретению, переписке с потребителями наркотиков, их закладке в тайниках, активное содействие раскрытию группового преступления, а именно ФИО1 добровольно сообщил правоохранительным органам сведения о времени и суммах полученных им от Б.1 денежных средств, помимо известных следствию, что свидетельствует о полном раскаянии подсудимого в совершенном преступлении, наличие хронического заболевания, а так же положительные характеристики подсудимого, которые свидетельствуют о том, что ФИО1 встал на путь исправления, суд признаёт исключительными обстоятельствами, существенно уменьшающими степень общественной опасности совершенного преступления, дающими основания для применения ст. 64 УК РФ и назначения наказания ниже низшего предела, предусмотренного ч.4 ст. 228.1 УК РФ . Учитывая, что действия ФИО1 по содействию Б.1 в сбыте наркотических средств имели корыстный характер и были направлены на незаконное обогащение, суд находит достаточно оснований для назначения подсудимому ФИО1 дополнительного наказания в виде штрафа, предусмотренного санкцией ч.4 ст. 228.1 УК РФ . Принимая во внимание наличие в действиях ФИО1 совокупности смягчающих наказание обстоятельств, личность подсудимого, суд находит возможным при назначении наказания не назначать дополнительное наказание в виде лишения права занимать определенные должности или заниматься определенной деятельностью, предусмотренное санкцией ч.4 ст. 228.1 УК РФ . С учетом характера и степени общественной опасности содеянного, личности виновного ФИО1, принимая во внимание все обстоятельства по делу, смягчающие наказание обстоятельства и отсутствие отягчающих наказание обстоятельств, а также влияние назначенного наказания на жизнь и материальное положение подсудимого ФИО1, суд, руководствуясь ч.2 ст. 43 УК РФ , приходит к убеждению, что исправление ФИО1 возможно только в условиях изоляции его от общества и только наказание, связанное с лишением свободы подсудимому, будет являться справедливым, соответствующим характеру и степени общественной опасности содеянного, будет служить целям восстановления социальной справедливости, исправлению виновного и предупреждению совершения им новых преступлений и не находит оснований для применения положений ст. 73 УК РФ . Поскольку ФИО1 осужден за совершение особо тяжкого преступления, ранее не отбывал наказание в местах лишения свободы, суд назначает подсудимому отбывание наказания, согласно п. «в» ч. 1 ст. 58 УК РФ , в исправительной колонии строгого режима. В соответствии со ст. 81 УПК РФ , суд находит вещественные доказательства: &lt;данные изъяты&gt;&lt;данные изъяты&gt; &lt;данные изъяты&gt; &lt;данные изъяты&gt; &lt;данные изъяты&gt; &lt;данные изъяты&gt; &lt;данные изъяты&gt; &lt;данные изъяты&gt; Руководствуясь ст.ст. - 309 УПК РФ , суд ПРИГОВОРИЛ ФИО1 признать виновным в совершении преступления, предусмотренного ч.5 ст. п. «г» ч.4 ст. 228.1 УК РФ , и назначить наказание, с учётом требований ст. 64 УК РФ , в виде лишения свободы сроком на 6 лет со штрафом в размере 100000 (сто тысяч) рублей, без лишения права занимать определенные должности или заниматься определенной деятельностью, с отбыванием наказания в исправительной колонии строгого режима. Срок отбывания наказания ФИО1 исчислять с ДД.ММ.ГГГГ. Меру пресечения на период вступления приговора в законную силу ФИО1 изменить с подписки о невыезде на заключение под стражу. Взять ФИО1 под стражу в зале суда. Вещественные доказательства: &lt;данные изъяты&gt; &lt;данные изъяты&gt; &lt;данные изъяты&gt; &lt;данные изъяты&gt; &lt;данные изъяты&gt; &lt;данные изъяты&gt; &lt;данные изъяты&gt; Приговор может быть обжалован в Кировский областной суд в течение 10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им защитнику либо ходатайствовать перед судом о назначении защитника. В случае заявления ходатайства об участии в рассмотрении дела судом апелляционной инстанции выразить, своё желание в своей жалобе. Председательствующий О.А.Смертина Суд: Вятскополянский районный суд (Кировская область) (подробнее) Судьи дела: Смертина Оксана Анатольевна (судья) (подробнее) Последние документы по делу: Постановление от 18 декабря 2017 г. по делу № 1-116/2017 Приговор от 24 октября 2017 г. по делу № 1-116/2017 Приговор от 22 октября 2017 г. по делу № 1-116/2017 Приговор от 18 октября 2017 г. по делу № 1-116/2017 Приговор от 7 сентября 2017 г. по делу № 1-116/2017 Приговор от 30 июля 2017 г. по делу № 1-116/2017 Приговор от 3 мая 2017 г. по делу № 1-116/2017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