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Подписи от имени ФИО6 расположенные в строке «Генеральный директор» и в строке (грузоотправитель): - в транспортных накладных № БЖ-51, № БЖ-50, № БЖ-48, № БЖ-47, № БЖ-46, № БЖ-45, № БЖ-40, № БЖ-39, № БЖ-38, № БЖ-33, № БЖ-32, № БЖ-31, № БЖ-26, № БЖ-24, № БЖ-25 (все от 13.01.2015), № БЖ-84 от 15.01.2015, № БЖ-125 от 22.01.2015, № БЖ-342, № БЖ-341, № БЖ-340 от, №БЖ-339, № БЖ-338, № БЖ-337, № БЖ-336, № БЖ-335 (все от 27.02.2015), № БЖ-49 и № БЖ-50 от 17.12.2014 - исполнены не ФИО6, а иным лицом (лицами). 2.Подписи от имени ФИО57, расположенные в строке «Начальник котельной» в транспортных накладных: - № БЖ-51, № БЖ-48, № БЖ-47, № БЖ-46, № БЖ-45, № БЖ-40, № БЖ-39, № БЖ-38, № БЖ-33, № БЖ-32, № БЖ-31, № БЖ-26, № БЖ-24, № БЖ-25 - от 13.01.2015 в; № БЖ-84 от 15.01.2015; № БЖ-125 от 22.01.2015, № БЖ-342, № БЖ-341, № БЖ-340, № БЖ-339, № БЖ-338, № БЖ-337, № БЖ-336, № БЖ-335 - от 27.02.2015; № БЖ-49 и № БЖ-50 от 17.12.2014 - исполнены ФИО57 3.Подписи от имени ФИО41 расположенные в соответствующих строках с фамилией ФИО41- в транспортных накладных: - № БЖ-342, № БЖ-340, № БЖ-338, № БЖ-336 от 27.02.2015- исполнены не ФИО41, а иным лицом (лицами). 4.Подписи от имени ФИО11, расположенные в соответствующих строках с фамилией ФИО11 в транспортных накладных: - № БЖ-125 от 22.01.2015, № БЖ-341, № БЖ- 339, № БЖ-337, № БЖ-335 - от 27.02.2015 и в № БЖ-50 от 17.12.2014 - исполнены не ФИО11, а иным лицом (лицами). 5.Подписи от имени ФИО16, расположенные в соответствующих строках с фамилией ФИО16 в транспортной накладной № БЖ-49 от 17.12.2014, исполнены не ФИО16, а иным лицом. 6.Подписи от имени ФИО13, расположенные в соответствующих строках с фамилией ФИО13 в транспортных накладных: - № БЖ-51, № БЖ-50, № БЖ-48 - от 13.01.2015; № БЖ-84 от 15.01.2015 - исполнены не ФИО13, а иным лицом.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Подписи от имени ФИО21, расположенные в соответствующих строках с фамилией ФИО21 в транспортных накладных: - № БЖ-46, № БЖ-25 и № БЖ-39 от 13.01.2015; № БЖ-32 от 15.01.2015- исполнены не ФИО21, а иным лицом. 8.Подписи от имени ФИО22, расположенные в соответствующих строках с фамилией ФИО22 в транспортных накладных: - № БЖ-45, № БЖ-38 и № БЖ-24 - от 13.01.2015; № БЖ-31 от 15.01.2015 - исполнены не ФИО22, а иным лицом (лицами). 10.Оттиски круглой печати имеющие следующее содержание: верхняя строка «Общество с ограниченной ответственностью г, Владивосток», две разделительные звездочки в виде снежинки, в центре «ТАРГЕТ ЛОДЖИСТИК», «для документов», «ОГРН №». с исследуемыми оттисками круглой печати, расположенными в вышеуказанных транспортных накладных - исполнены подлинной мастичной круглой печатью ООО «ТАРГЕТ ЛОДЖИСТИК», клише печати которой представлен для получения образцов (том 19 л.д. 107-123). Из заключения эксперта № от 08.04.2016 года следует, что: 1.Подписи от имени ФИО6 расположенные в строке «Генеральный директор» и в строке (грузоотправитель) в транспортных накладных: - № БЖ-142, № БЖ-143 и № БЖ-144 - от 23.12.2014; № БЖ-4, № БЖ-8, № БЖ-11, БЖ-72, БЖ-74 - от 18.12.2014; № БЖ-145 от 26.12.2014; № БЖ-161, № БЖ-162, № БЖ-163, № БЖ-164, № БЖ-165, № БЖ-166, № БЖ-167 - от 27.01.201; № БЖ-266, № БЖ-267, № БЖ-269, № БЖ-271, № БЖ-273 - от 17.02.2015; № БЖ-91, № БЖ-92 от 21.01.2015; № БЖ-1; № БЖ-93 от 21.01.2015; № БЖ-159 и № БЖ-160 - от 27.01.2015; № БЖ-26, № БЖ-265, № БЖ-268, № БЖ-270, № БЖ-272, № БЖ-278 - от 17.02.2015; № БЖ-225 от 11.02.2015 - исполнены не ФИО6, а иным лицом (лицами). Подписи от имени ФИО11, расположенные в соответствующих строках с фамилией ФИО11 в транспортных накладных: - № БЖ-163, № БЖ-160, № БЖ- 159 -от 27.01.2015; № БЖ-272 от 17.02.2015, № БЖ-270, № БЖ- 268, № БЖ-265 и № БЖ-264 - от 17.02.2015, исполнены не ФИО11, а иным лицом (лицами). Подписи от имени ФИО16, расположенные в соответствующих строках с фамилией ФИО16. в транспортных накладных: - № БЖ-161, № БЖ-162 - от 27.01.2015; № БЖ-266, № БЖ-267, № БЖ-269, № БЖ-271 и № БЖ-273 - от 17.02.2015, исполнены не ФИО16, а иным лицом. Подписи от имени ФИО13., расположенные в соответствующих строках с фамилией ФИО13 в транспортных накладных: - № БЖ-91, № БЖ-92, № БЖ-93 - от 21.01.2015; № БЖ-1 от 12.01.2015; № БЖ-278 от 17.02.2015; № БЖ- 225 от 11.02.2015; № БЖ-4, № БЖ-8, № БЖ-11 - от 15.12.2014; № БЖ-72, № БЖ- 74 - от 18.12.201; № БЖ-145 от 26.12.2014; № БЖ-143, № БЖ-142 и № БЖ-144 - от 23.12.2014, исполнены не ФИО13, а иным лицом.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Подписи от имени ФИО73, расположенные в соответствующих строках с фамилией ФИО22 в транспортных накладных: - № БЖ-164, № БЖ-165 и № БЖ-167 - от 27.01.2015, исполнены не ФИО73, а иным лицом (лицами). 6.Подписи от имени ФИО58, расположенные в строках «начальник котельной» в транспортных накладных: - БЖ-159, БЖ – 160, БЖ-161, БЖ- 162, БЖ-163, БЖ-164, БЖ-165, БЖ-166, БЖ-167 – от 27.01.2015; БЖ-1 от 12.01.2015; БЖ-278; БЖ-273, БЖ-272, БЖ-271, БЖ-270, БЖ-269, БЖ-268, БЖ-267,БЖ-265, БЖ-264 – от 17.02.2015; БЖ-4, БЖ-8, БЖ-11 – от 15.12.2014; БЖ-72, БЖ-74 от 18.12.2014; БЖ-145, БЖ-144, БЖ-143, БЖ-142 – от 23.12.2014; БЖ-93, БЖ-92, БЖ-91 – от 21.01.2015 – выполнены ФИО58 7.Оттиски круглой печати имеющими следующее содержание: верхняя строка «Общество с ограниченной ответственностью г, Владивосток», две разделительные звездочки в виде снежинки, в центре «ТАРГЕТ ЛОДЖИСТИК», «для документов», «ОГРН &lt;***&gt;», с исследуемыми оттисками круглой печати, расположенными в вышеуказанных транспортных накладных, исполнены подлинной мастичной круглой печатью ООО «ТАРГЕТ ЛОДЖИСТИК», клише печати которой представлен для получения образцов (том 19 л.д. 144-163). Из заключения эксперта № от 14.04.2016 года, также следует, что: 1.Подписи от имени ФИО6 расположенные в транспортных накладных: - БЖ-20, БЖ-21, БЖ-22, БЖ-23, БЖ- 27, БЖ-28, БЖ-29, БЖ-30, БЖ-34, БЖ-35, БЖ-36, БЖ-37, БЖ-41, БЖ-42, БЖ-43, БЖ-44, БЖ-49 - от 13.01.2015; БЖ-181/1 - от 28.01.2015; БЖ-240, БЖ-241, БЖ-242, БЖ-243, БЖ-244, БЖ-245, БЖ-246, БЖ-247, от БЖ-248, БЖ-249, БЖ- 250 - от 12.02.2015; БЖ-289 -от 19.02.2015; БЖ-292 - от 20.02.2015; БЖ-366 от 03.03.2015 и ХБ-1136 - от 10.03.2015 в строках «Генеральный директор» и в строке (грузоотправитель), исполнены не ФИО6, а иным лицом (лицами). Подписи от имени ФИО11, расположенные в соответствующих строках с фамилией ФИО11 в транспортных накладных: - № ХБ-1136 - от 10.03.2015; № БЖ-250, № БЖ-247, № БЖ-244, № БЖ-241- от 12.02.2015; № БЖ-22, № БЖ-29, № БЖ-36 и № БЖ-43 - от 13.01.2015; исполнены не ФИО11, а иным лицом (лицами). Подпись от имени ФИО13, расположенная в соответствующих строках с фамилией ФИО13 в транспортной накладной № БЖ-49 - от 13.01.2015, исполнена не ФИО13, а иным лицом. Подписи от имени ФИО16, расположенные в соответствующих строках с фамилией ФИО16 в транспортных накладных: - № БЖ-366 - от 03.03.2015; № БЖ-249, № БЖ-246, № БЖ-243, № БЖ-240 - от 12.02.2015; № БЖ-20, № БЖ-27, № БЖ-34 и № БЖ-41 - от 13.01.2015, исполнены не ФИО16, а иным лицом.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Подписи от имени ФИО56 расположенные в строках «Начальник котельной ФИО56» в транспортных накладных: - БЖ-20, БЖ-21, БЖ- 22, БЖ-23, БЖ-27, БЖ-28, БЖ-29, БЖ-30, БЖ-34, БЖ-35, БЖ-36, БЖ-37, БЖ-41, БЖ-42, БЖ-43, БЖ-44 и БЖ-49 - от 13.01.2015, БЖ-181/1 - от 28.01.2015; БЖ-240, БЖ-241, БЖ-242, БЖ-243, БЖ-244, БЖ-245, БЖ-246, БЖ-247, от БЖ-248, БЖ-249 и БЖ-250 - от 12.02.2015; БЖ-289 - от 19.02.2015; БЖ-292 - от 20.02.2015; БЖ-366 - от 03.03.2015 и ХБ-1136 от 10.03.2015, исполнены ФИО56</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Подписи от имени ФИО74, расположенные в соответствующих строках с фамилией ФИО74 в транспортных накладных: - № БЖ-245, № БЖ-242, № БЖ-248 - от 12.02.2015; № БЖ-181/1 - от 28.01.2015, исполнены не ФИО74, а иным лицом.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Подписи от имени ФИО41, расположенные в соответствующих строках с фамилией ФИО41. в транспортных накладных: - № БЖ-21, № БЖ-28, № БЖ-35 и № БЖ-42 - от 13.01.2015, исполнены не ФИО41, а иным лицом.</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Подписи от имени ФИО18, расположенные в соответствующих строках с фамилией ФИО18 в транспортных накладных: - № БЖ-44, № БЖ- 37, № БЖ-30 и № БЖ-23 - от 13.01.2015, исполнены не ФИО18, а иным лицом.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Подписи от имени ФИО19, расположенные в соответствующих строках с фамилией ФИО19, в транспортных накладных: - № БЖ-292 от 20.02.2015 и № БЖ-289 от 19.02.2015, исполнены не ФИО19, а иным лицом. 10.Оттиски мастичной круглой печати ООО «ТАРГЕТ ЛОДЖИСТИК», расположенные в вышеуказанных транспортных накладных, на которых в верхней строке указано: «Общество с ограниченной ответственностью г.Владивосток», две разделительные звездочки в виде снежинки, в центре «ТАРГЕТ ЛОДЖИСТИК», «для документов», «ОГРН &lt;***&gt;» - исполнены подлинной мастичной круглой печатью ООО «ТАРГЕТ ЛОДЖИСТИК», клише печати которой представлен для получения образцов (том 19 л.д. 183-194). Таким образом, в судебном заседании установлено, что товарно-транспортные накладные: - БЖ-366, ХБ-1136, БЖ-35, БЖ-34, БЖ-44, БЖ-43, БЖ-27, БЖ-37, БЖ-36, БЖ-29, БЖ-28, БЖ-23, БЖ-30, БЖ-22, БЖ-21, БЖ-41, БЖ-49, БЖ-247, БЖ-246, БЖ-245, БЖ-244, БЖ-243, БЖ-242, БЖ-241, БЖ-240, БЖ-248, БЖ-249, БЖ-250, БЖ-292, БЖ-289, БЖ-181/1, БЖ-20, БЖ-42 о поставке угля на котельную №, подписанные начальником котельных ФИО56; - БЖ-342, БЖ-341, БЖ-340, БЖ-339, БЖ-338, БЖ-337, БЖ-336, БЖ-335, БЖ-49, БЖ-50, БЖ-51, БЖ-48, БЖ-50, БЖ-47, БЖ-46, БЖ-45, БЖ-40, БЖ-39, БЖ-38, БЖ-33, БЖ-32, БЖ-31, БЖ-26, БЖ-24, БЖ-25, БЖ-125, БЖ-84, по котельным №, подписанные начальником котельных ФИО57; - БЖ-92, БЖ-161, БЖ-162, БЖ-163, БЖ-91, БЖ-160, БЖ-159, БЖ-93, БЖ-1, БЖ-164, БЖ-165, БЖ-166, БЖ-167, БЖ-278, БЖ-272, БЖ-270, БЖ-268, БЖ-265, БЖ-264, БЖ-266, БЖ-267, БЖ-269, БЖ-271, БЖ-273, БЖ-225, БЖ-4, БЖ-8, БЖ-11, БЖ-72, БЖ-74, БЖ-145, БЖ-143, БЖ-142, БЖ-144, по котельным №, подписанные начальником котельных ФИО58 - являются фиктивными и уголь, марки ЗБПКО, указанные в данных накладных, на котельные Министерства обороны РФ – не поступал. Судом нет оснований сомневаться в заключении экспертов и специалистов, поскольку вышеизложенные заключения о том, что указанные товарно-транспортные накладные являются фиктивными, основаны на тщательном изучении и анализе всей бухгалтерской документации, представленной органами следствия специалистам и экспертам, в том числе и товарно-транспортных накладных, представленных органам следствия ОАО «РЭУ» «Хабаровский», ИП «ФИО66», а также изъятых в ходе обследования зданий, сооружений, помещений. Более того, в судебном заседании, допрошенные свидетели ФИО41, ФИО16, ФИО21, ФИО11, ФИО13 ФИО22, ФИО20, ФИО18, ФИО19, пояснили, что в ходе следствия, им предъявлялись накладные, в которых были указаны их фамилии, как водителей, возивших уголь на котельные МО РФ, вместе с тем, в части из этих накладных, подписи были выполнены не ими. Кроме того, допрошенная в судебном заседании свидетель ФИО4 пояснила, что она работала на складе, с которого направлялся уголь на котельные МО РФ, в том числе по г.Биробиджану и Биробиджанскому району и, с января 2015 года она стала отмечать товарно-транспортные накладные, по которым фактически уголь на котельные МО РФ не возились красной скобкой поскольку ей необходимо было отчитываться за списанный уголь перед руководителем – ФИО5. В судебном заседании и подсудимые ФИО56, ФИО57 и ФИО58 не отрицали факт подписания товарно-транспортных накладных по просьбе их руководителя – ФИО55, по которым реально уголь марки ЗБПКО на их котельные не поступал. Доводы подсудимых: ФИО58 о том, что им было списано по указанию ФИО55 только 300 тонн угля, а не 396,5 тонн, как ему вменяют органы следствия; ФИО57 о том, что им также было списано только 300 тонн угля, а не 386,5 тонн, как вменяют органы следствия; ФИО56 о том, что он списал по просьбе ФИО55 только 500 тонн угля, а не 508,5 тонн, как ему вменяют органы следствия – суд находит несостоятельными, данными с целью избежания более строгой ответственности, поскольку указанное опровергается исследованными в судебном заседании материалами дела, в том числе заключением по результатам проверки отдельных вопросов финансово-экономической и хозяйственной деятельности ЭРТ № «Биробиджанский» филиала ОАО «РЭУ» «Хабаровский» от 12.02.2016 года, заключением внештатного эксперта № 1 от 06.06.2016 года, согласно которым, количество угля марки ЗБПКО фактически не доставленного на котельную № (начальник ФИО56) составляет 508,5 тонн; на котельные № (начальник ФИО58) составляет 396,5 тонн; на котельные №№ и 11 (начальник ФИО57) составляет 386,5 тонн. Расхождение в количестве ТТН, которые отмечала ФИО4 красной скобкой в журнале с количеством ТТН, установленных специалистами и экспертами в ходе следствия как фиктивные, имеется в связи с тем, что как указала в судебном заседании свидетель ФИО4, она начала вести учет фиктивным ТТН после обращения к ней ФИО5 в январе 2015 года, а также в связи с тем, что она воспринимала сведения ФИО55 о том, сколько необходимо поставить на котельные угля, достоверными (в судебном заседании свидетель пояснила, что Далакишвили ей говорил только о реальных поставках угля), тогда как фактически, ФИО55 вводил свидетеля в заблуждение, поскольку как установлено в судебном заседании, именно он давал распоряжения Барану, ФИО64 и ФИО63 о количестве угля, который им необходимо списать. Также несостоятельными суд находи и доводы подсудимых о том, что уголь списывался ими с целью создания запаса в связи с наличием пережогов на котельных, поскольку как установлено в судебном заседании, списанный уголь реализовывался со склада, расположенного по &lt;адрес&gt; «а» в г.Биробиджане ЕАО (в границах участка почтовый адрес ориентира: ЕАО &lt;...&gt;) населению и организациям. Указанное подтверждается показаниями свидетелей ФИО2, ФИО24. ФИО27, ФИО29, ФИ30 ФИО47, ФИО8, ФИО46, ФИО34, ФИО26, ФИО35, ФИО32, ФИО33, ФИО36, ФИО51, ФИО37, ФИО21, ФИО44, ФИО45 и ФИО38, пояснивших в судебном заседании о том, что они осуществляли вывозку угля со склада, расположенного в районе Инфекционной больницы для себя, для населения и в различные организации. В судебном заседании из оглашенных в части показаний ФИО57, данных им в ходе предварительного расследования также установлено, что когда Далакишвили обратился к ФИО64 с предложением о списании угля он пояснял, что данный уголь пойдёт на продажу, что свидетельствует о корыстном умысле у ФИО55 при незаконном списании угля. Кроме того, в судебном заседании были исследованы документы, подтверждающие поставку с угольного склада, на котором деятельность осуществляло ООО «Таргет Лоджистик» в ФКУ «БВК» УФСИН России по ЕАО. Так, согласно государственному контракту № на поставки котельно-печного топлива (бурый уголь) от 14.04.2015 года, между ФКУ «Биробиджанская воспитательная колония УФСИН по ЕАО» и ООО «УгольДВ», согласно которому ООО «УгольДВ» обязался поставить в ФКУ «Биробиджанская воспитательная колония УФСИН по ЕАО» 100 тонн угля (том 8 л.д. 5-11). Из счета на оплату, выставленного ООО «УгольДВ» ФКУ «Биробиджанская воспитательная колония» УФСИН по ЕАО следует, что ООО «Уголь ДВ» выставило колонии счет за поставку угля марки ЗБПКО на сумму 221194,86 рублей (том 8 л.д. 16). Согласно журналу учета движения транспортных средств ФКУ «БВК» УФСИН России по ЕАО, 12.05.2015 года в ФКУ «Биробиджанская воспитательная колония УФСИН по ЕАО» автомобилем с государственным регистрационным знаком № было сделано 7 въездов на территорию БВК, при этом, фамилия водителя транспортного средства, указанная в журнале – ФИО9 (том 8 л.д. 14-15). В соответствии с актом приема-передачи к государственному контракту № на поставку котельно-печного топлива (бурый уголь) от 14.04.2015 года, заключенного между ФКУ «Биробиджанская воспитательная колония УФСИН по ЕАО» и ООО «УгольДВ», ООО «УгольДВ» поставило в ФКУ «Биробиджанская воспитательная колония УФСИН по ЕАО» 100 тонн угля по цене 221194,86 рублей (том 8 л.д. 12-13, 17). Согласно товарной накладной от 12.05.2015 года к государственному контракту № о поставки котельно-печного топлива (бурый уголь) от 14.04.2015 года, в ФКУ «Биробиджанская воспитательная колония» УФСИН по ЕАО поступило 100 тонн угля по цене 221194,86 рублей (том 8 л.д. 18). Согласно копиям транспортных накладных №№ Б-2, Б-3, Б-4, Б-5, Б-6, Б-7, 12.05.2015 года в ФКУ «Биробиджанская воспитательная колония УФСИН по ЕАО» автомобилем с государственным регистрационным знаком №, завезено 100 тонн угля, при этом водителем в данных накладных значится ФИО20, работающий у ИП «ФИО10» и осуществляющий перевозку угля со склада, расположенного в районе Инфекционной больницы, в котельные МО РФ (том 8 л.д. 19-31). Согласно корешка пропуска ФКУ «Биробиджанская воспитательная колония УФСИН по ЕАО» № от 12.05.2015 года он выписан на ФИО9 на завоз 100 тонн угля на автомобиле, г.р.з № (том 8 л.д. 32). Факт поставки угля со склада, расположенного по &lt;адрес&gt; в г.Биробиджане ЕАО в Биробиджанскую воспитательную колонию, подтверждается и протоколом осмотра диска DVD-R с записями ОРМ «Наблюдение», согласно которым, в ходе проведения ОРМ было установлено, что 12.05.2015 года в дневное время автомобиль «Скания» госномер А999НХ осуществлял перевозку угля с указанного склада на территорию Биробиджанской воспитательной колонии (том 46 л.д. 20-25, 39-43). Кроме того, факт незаконного вывоза угля со склада ООО «Таргет Лоджистик» на иные объекты, а не на котельные МО РФ, подтверждается также протоколом осмотра видеозаписи, находящейся на DVD-R диске от 02.06.2016 года, согласно которой, 08.06.2015 года с указанного склада автомобилями «Скания» госномер №, «Скания» госномер №, «Скания» госномер № перевозили уголь на кирпичный завод, а также в район &lt;адрес&gt; в г.Биробиджане (том 46 л.д. 26-38). При этом, опрошенный в судебном заседании путем использования видео-конференц связи свидетель ФИО12 суду пояснил, что складов на территории ЕАО в период с 2014 по 2015 года у ООО «УгольДВ», не было. Вместе с тем, согласно ответа и документации, представленной из редакции газеты «Ди Вох» следует, что в период с декабря по июнь 2014 года от имени ООО «Уголь ДВ» в указанной газете давались объявления о продаже угля ЗБПКО по цене 2500 рублей за 1 тонну с доставкой по городу, при этом в 2015 году данные объявления подавались сотрудником ООО «Таргет Лоджистик» ФИО4 (том 29 л.д. 55-61). Также в ходе предварительного расследования был осмотрен баннер, изъятый в ходе обыска на складе по &lt;адрес&gt; в г.Биробиджане 13.10.2015 года, на котором имеется надпись: «Уголь доставка по городу бесплатно, 8(914) 811-31-90, 2-04-74» (том 46 л.д. 147-150). Кроме того, опрошенный в качестве свидетеля ФИО28 также пояснил, что уголь по госконтракту, заключенному между ФГКУ «БВК» УФСИН России по ЕАО и ООО «УгольДВ», возился в мае 2015 года с угольного склада, расположенного в районе Инфекционной больницы. Из протоколов осмотра и прослушивания фонограмм аудиозаписи, полученных в результате оперативно-розыскных мероприятий «Прослушивание телефонных переговоров», проводимых в отношении подсудимых; осмотра справок-меморандумов по результатам данных ОРМ (т. том 48 л.д. 1-36, 37-71), а также исследования в судебном заседании самих справок-меморандумов с расшифровкой записи переговоров, содержащихся на дисках (компакт дисках): рег.№, №, №, №, №, №, №, № (том 47 л.д. 99-195), судом установлено, что уголь со склада, арендованного ООО «Таргет Лоджистик» реализовывался как населению, так и юридическим лицам. Указанное свидетельствует о том, что со склада ООО «Таргет Лоджистик», расположенного по адресу: &lt;адрес&gt; (в границах участка почтовый адрес ориентира: &lt;адрес&gt;) в период с декабря 2014 года по июнь 2015 года реализовывался уголь марки ЗБПКО, поставленный для нужд Министерства обороны, который списывался в том числе по фиктивным накладным и подсудимыми ФИО64, ФИО63 и Бараном по просьбе подсудимого Далакишвили. Доводы подсудимых и их защитников о том, что списанный уголь в дальнейшем поставлялся на другие котельные Министерства обороны, расположенные на территории ЕАО и г.Биробиджана, а также на котельные самих подсудимых, суд также находит несостоятельными, судебном заседании не представлено доказательств того, что именно списанный незаконно подсудимыми уголь (по транспортным накладным, указанным в приговоре суда), поставлялся на иные котельные. Более того, из показаний допрошенных в судебном заседании свидетелей, являвшихся в период с 2014 по 2015 год сотрудниками ИП «ФИО10», а также из показаний свидетелей ФИО13 и ФИО4 следует, что при перевозке угля со склада на котельные МО РФ, в обязательном порядке выписывались товарно-транспортные накладные, случаев отсутствия таких накладных – не было, поскольку в дороге могли остановить сотрудники ГИБДД и проверить законность перевозки угля. В судебном заседании ни подсудимые, ни их защитники не указали о наличии таких накладных как в материалах дела, так и в природе вообще. Оценивая показания свидетеля ФИО23 о том, что на его котельную завозился уголь с котельной № в объеме около 100 тонн, суд находит их несостоятельными, данными с целью помочь подсудимым избежать ответственности, поскольку каких-либо документов, подтверждающих данное обстоятельство, суду не представлено. Более того, в ходе предварительного расследования, опрошенный в качестве обвиняемого ФИО55 пояснял, что он дважды обращался к ФИО56 с просьбой списать по 50 тонн угля, якобы для котельных № и № и ФИО56 подписал накладные на данные 100 тонн угля, а затем списал уголь на своей котельной, при этом эти 100 тонн угля, на котельные № и №, не поступали. С данными показаниями подсудимый ФИО55 согласился в полном объеме. Кроме того, в судебном заседании подсудимые ФИО56 и ФИО55 поясняли, что на котельной № был большой пережог, в связи с чем, на данной котельной не хватало угля и, поэтому на данную котельную возился уголь из якобы созданного запаса; вместе с тем данные пояснения не согласуются с их же пояснениям о том, что с котельной № возили уголь на котельные №№ и 68 (при нехватке угля на котельной №). Более того, в судебном заседании исследовались протоколы осмотра документов, в том числе отчеты о поставке и движении топлива по ЭРТ с сентября 2014 года по июль 2015 года по котельным, начальниками которых являлись ФИО64, ФИО63 и Баран, в которых указан, в том числе, и расход угля, не поступившего на котельные (том 37 л.д. 1-29, 30-123, 124-179). Доводы подсудимых о том, что товарные накладные переподписывались в связи с тем, что в предыдущих имелись ошибки, не являются основанием для снижения объема обвинения в части списанного подсудимыми угля, поскольку объем угля, фактически не поставленный на котельные Министерства обороны РФ в г.Биробиджане и Биробиджанском районе был установлен в результате дачи внештатным экспертом 12.07.2015 года заключения, проведения проверки финансово-экономической и хозяйственной деятельности ЭРТ № 3 «Биробиджанский» филиала Акционерного общества «Ремонтно-эксплуатационное управление» -«Хабаровский» от 12.02.2016 года, а также в результате проведения бухгалтерской экспертизы внештатным экспертом 06.06.2016 года. Согласно данным заключениям, проверки проводились с учетом сравнения транспортных накладных ИП «ФИО10» (по которым выставлен и оплачен счет, что подтверждает поставку топлива) с представленными иными транспортными накладными, а также исследованными документами ОАО «ГУОВ», ОАО «РЭУ», филиала ОАО «РЭУ» «Хабаровский», ОАО «РЖД», ОАО «Угольная компания «Кузбассразрезуголь», ООО «Таргет Лоджистик», ООО «Уголь Торг», ООО «УгольДВ», транспортных накладных, сменных журналов и отчетов котельных №, а также иных документов, приведенных в данных заключениях. Т.е. специалистами проверялись все товарно-транспортные накладные, изъятые в ходе предварительного расследования у участников правоотношений, в том числе и те, на которые ссылаются подсудимые, как на переподписанные. Вместе с тем, в ходе сравнения всех накладных с документами, подтверждающими факт оплаты деятельности ИП «ФИО10» по доставке угля на котельные МО РФ, и были выявлены именно те накладные, по которым фактически уголь не поставлялся. По этим же основаниям несостоятельными являются и доводы подсудимых о том, что объем обвинения в части фиктивно списанного угля завышен в связи с тем, что уголь со склада возили не взвешивая фактически все машины, что грузили уголь «на глаз», считая по ковшам. Доводы подсудимых о том, что они могли списать большее количество угля, чем их просил ФИО55 в связи с тем, что подписывали большое количество накладных, суд также находит несостоятельными, данными с целью избежания более строгой ответственности, поскольку в судебном заседании как подсудимые, так и свидетели ФИО4 и ФИО11 пояснили, что на еженедельных планерках, проводимых ФИО55 в своем служебном кабинете, все начальники котельных сверяли свои данные по поставкам угля с данными, которые ФИО11 в течении недели вносила из представленных ей в течение недели транспортных накладных в таблицу, а также с данными, озвученными ФИО4, а затем подписывали накладные, которые не были подписаны. Указанное свидетельствует том, что подсудимые ФИО63, ФИО64 и Баран, вели учет поступившего топлива и, соответственно знали, сколько угля к ним на котельные поступило фактически, а сколько ими списывалось фиктивно. Боле того, факт списания подсудимыми ФИО63, ФИО64 и Бараном угля в большем количестве, чем просил их списать Далакишвил, свидетельствует лишь о попустительском отношении подсудимых к совершаемому ими деянию и к своим должностным инструкциям. Несостоятельными суд находит и доводы подсудимого ФИО55 о том, что запас угля он создавал в связи с большими теплопотерями ввиду износа теплосетей, котлов и оборудования котельных, плохого качества угля, поскольку в судебном заседании установлено, что ФИО55 только один раз – в декабре 2014 год обращался в адрес директора ОАО «РЭУ» с письмом о плохом состоянии угля, оставшегося от предыдущего отопительного сезона. Иные меры, в том числе требования о списании непригодного угля, требования о выделении денежных средств на ремонт котельных и теплотрасс, им приняты не были. В судебном заседании также установлено, что уголь списывался начальниками котельных Бараном, ФИО64 и ФИО63 – по просьбе начальника ЭРТ «Биробиджанский» филиала ОАО «РЭУ» «Хабаровский» ФИО55 за денежное вознаграждение. Указанное подтверждается как показаниями подсудимых ФИО55, ФИО58 и ФИО57, данными ими в судебном заседании, так и показаниями подсудимых, данными в ходе предварительного расследования. Так ФИО75 как в судебном заседании, так и в ходе проверки показаний на месте пояснял, что он передавал денежные средства в сумме 75000 рублей ФИО56 за списание последним 400 тонн угля, а в последующем также просил списать его 100 тонн угля безвозмездно; он же передавал денежные средства ФИО58 в сумме 100000 рублей за списание 300 тонн угля: 2 раза по 50 0000 рублей; и ФИО57 передавал 75000 рублей за списание 200 тонн угля и 50 000 рублей за списание последним 100 тонн угля. Подсудимые ФИО58 и ФИО57 также пояснили, как в судебном заседании, так и в ходе предварительного расследования при даче показаний в ходе проверки показаний на месте и в ходе очных ставок о том, что получали денежные средства от ФИО55 за списание угля: ФИО63 – 100 000 рублей за списание 300 тонн угля; ФИО64 – 125 000 рублей за списание 300 тонн угля. В судебном заседании подсудимый ФИО56 также пояснил, что списал 400 тонн угля по просьбе ФИО55 за денежное вознаграждение в размере 75000 рублей. Его пояснения подтверждаются и показаниями подсудимого ФИО55, изложенными выше, а также показаниями подсудимого ФИО64, который пояснил, что в один из дней в январе или феврале 2015 года он при разговоре с ФИО56 понял, что последний также получил денежные средства от ФИО55 за фиктивное списание угля. Оснований не доверять показаниям ФИО55 и ФИО57 в данной части у суда не имеется, поскольку они логичны, последовательны, не противоречат друг с другом. Вместе с тем, 108,5 тонн угля были списаны ФИО56 безвозмездно, в интересах ФИО55, пояснившего, что данный уголь будет направлен якобы на другие котельные. Однако, совершение ФИО56 действий по списанию данных 108,5 тонн угля, также носит незаконный характер, поскольку противоречит должностной инструкции, на основании которой ФИО56 осуществлял деятельность в качестве начальника котельной № ЭРТ «Биробиджанский» филиала «РЭУ» «Хабаровский» и договорам о полной материальной ответственности от 06.12.2012 года, 30.01.2014 года и 01.07.2014 года, заключенным между ОАО «РЭУ» и ФИО56 Доводы подсудимых ФИО57 и ФИО58 и ФИО56 о том, что денежные средства, переданные ФИО55 за фиктивно списанный уголь предназначались для ремонта их котельных, суд также находит несостоятельными, данными с целью избежания ответственности, поскольку и в судебном заседании и в ходе предварительного расследования, подсудимый ФИО55 указывал, что денежные средства он передавал подсудимым именно для того, чтобы последние списали фиктивно уголь, подлежащий завозу на их котельные. Более того, в судебном заседании подсудимые ФИО57 и ФИО58 не отрицали указанный факт, при этом пояснили, что часть денежных средств, переданным им ФИО55 за фиктивное списание угля, они потратили на личные нужды. Более того, в судебном заседании суду не представлено достоверных сведений о том, что именно денежные средства, переданные подсудимым ФИО55 подсудимым Барану, ФИО64 и ФИО63 за фиктивное списание угля, были потрачены последними на ремонт котельных. В судебном заседании по ходатайству стороны защиты были оглашены показания свидетелей ФИО41 и ФИО153 согласно которым, последние поясняли, что в 2014-2015 году денежные средства на ремонт котельных практически не выделались, что ФИО58 закупал материалы для ремонта котельных за свой счет, а именно: приобретал шаровые краны на котлы, фланцы, кисти, краску, гвозди, полиэтилен на стекла, металлические трубы на ограждение, горбыль дровяной; в последующем ФИО41 устанавливал со слесарем задвижки на котлы котельных №. Вместе с тем, показания указанных свидетелей не свидетельствуют о том, что денежные средства ФИО58 передавались ФИО55 на ремонт котельных и, что эти средства тратились ФИО63 именно на нужды котельных. Более того, как было указано ранее, денежные средства ФИО55 передавал подсудимым именно за фиктивное списание угля, а то обстоятельство, что со слов подсудимых ФИО63 и ФИО64 о том, что они тратили их в том числе на ремонт котельных, не является основанием для освобождения их от ответственности. Пояснения представителя потерпевшего в судебном заседании о том, что жалоб со стороны пользователей сетей, обслуживаемых ОАО «РЭУ» «Биробиджанский» - не поступало, что отопительный сезон 2014-2015 годов сорван не был, что факт хищения угля ОАО «РЭУ» выявлен не был - не является основанием для освобождения подсудимых от ответственности, поскольку, как было установлено в судебном заседании из пояснений свидетелей ФИО11, ФИО14, ФИО6 и ФИО5, ОАО «РЭУ» «Хабаровский» получали сведения по расходам угля на котельных МО РФ по г.Биробиджану и Биробиджанскому району с учетом умышленного списания подсудимыми угля, который на котельные фактически поставлен не был, но транспортные накладные на его поставку, ими подписаны были, а в дальнейшем данный уголь был расписан начальниками котельных, как потребленный. При этом, как пояснил свидетель ФИО14, данные о движении топлива начальники котельных в виде отчетов движения топлива, актов о списании топлива и выписок из журналов котельных установок, а в случае пережога, также предоставляли акты расследования и технические расчеты в обоснование перерасхода. Вместе с тем, в судебном заседании установлено, что с целью списания угля, не поставленного на котельные, начальниками котельных в журналах учета топлива занижалась среднесуточная температура воздуха и, следовательно, завышался объем расходуемого угля. В связи с указанными обстоятельствами, у сотрудников ОАО «РЭУ» «Хабаровский» не имелось возможности сомневаться в законности представленных им документов по расходованию угля на котельных МО РФ по г.Биробиджану и Биробиджанскому району. Таким образом, судом установлено, что ФИО55, являвшийся начальником ЭРТ «Биробиджанский» филиала ОАО «РЭУ» «Хабаровский» и выполнявший управленческие функции в коммерческой организации – филиале ОАО «РЭУ» «Хабаровский», в целях извлечения выгод и преимуществ для себя в виде получения прибыли за проданный уголь, принадлежащий МО РФ и, действовавший вопреки интересам общества, злоупотребив своими полномочиями, совершил коммерческий подкуп за совершение заведомо незаконных действий по списанию угля, принадлежащего МО РФ, в отношении подсудимых ФИО58, ФИО57 и ФИО56, являвшихся начальниками котельных ЭРТ «Биробиджанский» филиала «РЭУ» «Хабаровский» и, которые в соответствии с должностными инструкциями, также являлись лицами, выполнявшими управленческие функции в коммерческой организации. При этом, подсудимые ФИО56, ФИО58 и ФИО57, выполняя управленческие функции в коммерческой организации - ЭРТ «Биробиджанский» филиала «РЭУ» «Хабаровский», а именно, являясь начальниками котельных, используя свои служебные отношения, из корыстных побуждений, получили от ФИО55 денежные средства за совершение заведомо незаконных действий по списанию твердого котельного топлива – угля марки 3БПКО, принадлежащего МО РФ, а в дальнейшем, во исполнение договоренности незаконно, в нарушение должностной инструкции, на основании которой указанные лица осуществляли деятельность в качестве начальников котельных ЭРТ «Биробиджанский» филиала «РЭУ» «Хабаровский» и договорам о полной материальной ответственности, заключенным между ОАО «РЭУ» и подсудимыми, используя свои служебные полномочия вопреки законным интересам ОАО «РЭУ», в целях извлечения выгод и преимуществ для начальника ЭРТ «Биробиджанский» филиала ОАО «РЭУ» «Хабаровский» ФИО55, незаконно подписали транспортные накладные на поставку угля: ФИО56 – в количестве 400 тонн, ФИО76 - в количестве 386,5 тонн, ФИО58 – в количестве 396,5 тонн, которые в период с декабря 2014 года по май 2015 года указали в сменных журналах и ежемесячных отчетах о списании топлива, который реально на вверенную ему котельные № ЭРТ «Биробиджанский» филиала ОАО «РЭУ» «Хабаровский» поставлен не был, чем причинили существенный вред законным интересам и имущественный вред ОАО «РЭУ» (ФИО56 на сумму в размере 1339588 рублей, ФИО58 на сумму 1317694,89 рублей, ФИО57 в размере 1289022,49 рублей), а принимая во внимание, что единственным учредителем ОАО «РЭУ» является Российская Федерация - существенный вред охраняемым законом интересам государства. Кроме того, ФИО56, являясь начальником котельной № ЭРТ «Биробиджанский» филиала ОАО «РЭУ» «Хабаровский» и выполняя управленческие функции в указанной коммерческой организации, используя свои должностные полномочия вопреки интересам коммерческой организации, в период с января по март 2015 года, вопреки законным интересам ОАО «РЭУ», в целях извлечения выгод и преимуществ для начальника ЭРТ «Биробиджанский» филиала ОАО «РЭУ» «Хабаровский» ФИО55, совершил незаконные действия по списанию твердого котельного топлива – угля марки 3БПКО, подписав транспортные накладные на поставку угля в количестве 108,5 тонн, которые в период с декабря 2014 года по май 2015 года указал в сменном журнале и ежемесячных отчетах о списании топлива, но который реально на вверенную ему котельную № ЭРТ «Биробиджанский» филиала ОАО «РЭУ» «Хабаровский» поставлен не был, чем причинен существенный вред законным интересам и имущественный вред ОАО «РЭУ» на сумму в размере 363363,25 рублей, а принимая во внимание, что единственным учредителем ОАО «РЭУ» является Российская Федерация - существенный вред охраняемым законом интересам государства. Доводы подсудимого ФИО56 о том, что он частично возмещал причиненный его преступными действиями ущерб, суд находит несостоятельными, поскольку ни в судебном заседании, ни в ходе предварительного расследования, подсудимый не подтвердил данное обстоятельство документально. Оценивая исследованные доказательства в их совокупности, суд считает, что действия подсудимого ФИО55 подлежат квалификации: - по п. «б» ч. 2 ст. Уголовного кодекса Российской Федерации (в редакции Федерального закона от 07.12.2011 N 420-ФЗ, поскольку санкция ч. 2 ст. 204 УК РФ в данной редакции улучшает положение подсудимого по сравнению с редакцией от 03.07.2016 года № 324-ФЗ), как коммерческий подкуп, то есть незаконная передачу лицу, выполняющему управленческие функции в коммерческой организации, денег за совершение действий в интересах дающего, в связи с занимаемым этим лицом служебным положением; - по ч. 1 ст. Уголовного кодекса Российской Федерации, как злоупотребление полномочиями, т.е. использование лицом, выполняющим управленческие функции в коммерческой организации своих полномочий вопреки законным интересам этой организаций в целях извлечения выгод и преимуществ для себя, с причинением существенного вреда охраняемым законом интересам государства. Действия ФИО57 и ФИО58 подлежат квалификации: - по п. «в» ч. 7 ст. Уголовного кодекса Российской Федерации (в редакции Федерального закона от 03.07.2016 года № 324-ФЗ), как незаконное получение лицом, выполняющим управленческие функции в коммерческой организации, денег за совершение незаконных действий в интересах дающего, в связи с занимаемым этим лицом служебным положением; - по ч. 1 ст. Уголовного кодекса Российской Федерации, как злоупотребление полномочиями, т.е. использование лицом, выполняющим управленческие функции в коммерческой организации своих полномочий вопреки законным интересам этой организаций в целях извлечения выгод и преимуществ для иных лиц, с причинением существенного вреда охраняемым законом интересам государства. Действия ФИО56 подлежат квалификации: - по п. «в» ч. 7 ст. Уголовного кодекса Российской Федерации (в редакции Федерального закона от 03.07.2016 года № 324-ФЗ), как незаконное получение лицом, выполняющим управленческие функции в коммерческой организации, денег за совершение незаконных действий в интересах дающего, в связи с занимаемым этим лицом служебным положением; - по ч. 1 ст. Уголовного кодекса Российской Федерации (по эпизоду списания 400 тонн угля за денежное вознаграждение), как злоупотребление полномочиями, т.е. использование лицом, выполняющим управленческие функции в коммерческой организации своих полномочий вопреки законным интересам этой организаций в целях извлечения выгод и преимуществ для иных лиц, с причинением существенного вреда охраняемым законом интересам государства; - по ч. 1 ст. Уголовного кодекса Российской Федерации (по эпизоду списания 108,5 тонны угля безвозмездно), как злоупотребление полномочиями, т.е. использование лицом, выполняющим управленческие функции в коммерческой организации своих полномочий вопреки законным интересам этой организаций в целях извлечения выгод и преимуществ для иных лиц, с причинением существенного вреда охраняемым законом интересам государства. Существенный вред, причиненный подсудимыми ОАО «РЭУ» и государству, выразился в том, что подсудимыми незаконно списывался уголь, направленный для нужд Министерства обороны РФ, который в дальнейшем, после предъявления подсудимыми в ОАО «РЭУ» документов, не соответствующих фактическим данным, оплачивался из средств Федерального бюджета. Обстоятельствами, смягчающими наказание подсудимому ФИО55, по обоим составам преступлений, суд признает: активное способствование раскрытию и расследованию преступления, изобличение других участников преступлений, добровольное частичное возмещение имущественного ущерба, предусмотренные п. «и, к» ч. 1 ст. 61 УК РФ , а также признание вины, в том числе частичное по ч. 1 ст. 201 УК РФ , раскаяние в содеянном. Обстоятельствами, смягчающими наказание подсудимому ФИО57 по обоим составам преступлений, суд признает: активное способствование раскрытию и расследованию преступления, изобличение других участников преступлений, добровольное частичное возмещение имущественного ущерба, предусмотренные п. «и, к» ч. 1 ст. 61 УК РФ , а также признание вины, в том числе частичное по ч. 1 ст. 201 УК РФ , наличие явки с повинной и раскаяние в содеянном. Обстоятельствами, смягчающими наказание подсудимому ФИО58, по обоим составам преступлений, суд признает: активное способствование раскрытию и расследованию преступления, изобличение других участников преступлений, добровольное частичное возмещение имущественного ущерба, наличие на иждивении 1 малолетнего и 1 несовершеннолетнего детей, предусмотренные п. «г, и, к» ч. 1 ст. 61 УК РФ , а также признание вины, в том числе частичное по ч. 1 ст. 201 УК РФ и раскаяние в содеянном. С учетом того, что явка с повинной, данная ФИО58 (том 27 л.д. 69-73) не содержит сведения, указанные в том числе подсудимым ФИО58 в судебном заседании при даче показаний по существу дела, суд считает, что данная явка не может быть признана в качестве смягчающего наказание обстоятельства. Обстоятельством, смягчающим наказание подсудимому ФИО56 по всем трем преступлениям, суд признает наличие на его иждивении малолетнего ребенка, предусмотренное п. «г» ч. 1 ст. 61 УК РФ , признание вины, в том числе частичное по факту списания 108,5 тонн угля и, наличие явки с повинной в части списания 100 тонн угля. Обстоятельств, отягчающих ответственность всех подсудимых, в судебном заседании не установлено. С учетом фактических обстоятельств преступлений и степени их общественной опасности, оснований для изменения категории преступлений на менее тяжкие, в соответствии с ч. 6 ст. 15 УК РФ , суд не находит. При назначении наказания подсудимому ФИО55, суд учитывает характер и степень общественной опасности совершенных им преступлений, то есть их категорию, которые относятся к преступлениям средней тяжести (ст. ч. 1 УК РФ) и тяжким (ч.2 ст. 204 УК РФ в редакции от 04.05.2011 года №97-ФЗ), конкретные обстоятельства совершения преступлений (использование подсудимым своих должностных полномочий вопреки интересам ОАО «РЭУ», фактический размер причиненного ущерба, который подсудимым частично возмещен), наличие смягчающих и отсутствие отягчающих наказание обстоятельств; личность подсудимого, характеризующегося положительно, то обстоятельство, что подсудимый ФИО55 вину в совершении коммерческого подкупа признал в полном объеме, в совершении преступления предусмотренного ч. 1 ст. 201 УК РФ – частично, ранее не судим, а также учитывая влияние назначенного наказания на исправление осужденного и на условия жизни его семьи, принимая все указанные обстоятельства в совокупности, суд считает, что наказание ФИО55 по обоим преступлениям должно быть назначено в виде лишения свободы, с учетом требований ч. 1 ст. 62 УК РФ , с учетом положений ст. 73 УК РФ , так как приходит к выводу о возможности его исправления без отбывания реального наказания. Вместе с тем, учитывая, что ФИО55 преступления совершены в период нахождения им в должности начальника филиала ОАО «РЭУ» (т.е. в период выполнения им управленческих функций в коммерческой организации), вопреки законным интересам организации, с учетом характера и степени общественной опасности совершенных ФИО55 преступлений и его личности, суд считает необходимым, в соответствии с ч. 3 ст. 47 УК РФ назначить ФИО55 дополнительное наказание в виде лишения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Учитывая роль ФИО55 в совершении преступлений, а также его роль в совершении преступлений подсудимыми ФИО56, ФИО57 и ФИО58 (он, являясь руководителем ФИО64, ФИО63 и Барана, пользуясь своими полномочиями, фактически организовал совершение ими преступлений; контролировал их действия по выполнению договоренности), суд не может признать имеющиеся у него смягчающие вину обстоятельства исключительными, так как они существенно не снижают степень общественной опасности преступлений, поэтому положения ст. Уголовного кодекса Российской Федерации при назначении наказания ФИО55, применению не подлежат. При назначении наказания подсудимым ФИО57 и ФИО58, суд учитывает характер и степень общественной опасности совершенных ими преступлений, то есть их категорию, которые относятся к преступлениям средней тяжести (ст. ч. 1 УК РФ) и тяжким (ч. 7 ст. 204 УК РФ в редакции от 03.07.2016 №324-ФЗ), конкретные обстоятельства совершения преступлений (использование подсудимыми своих должностных полномочий вопреки интересам ОАО «РЭУ», фактический размер причиненного ущерба, который подсудимыми ФИО64 и ФИО63 частично возмещен), наличие смягчающих и отсутствие отягчающих наказание обстоятельств; личность подсудимых, характеризующихся положительно, то обстоятельство, что подсудимые вину в совершении коммерческого подкупа признали в полном объеме, в совершении преступления предусмотренного ч. 1 ст. 201 УК РФ – частично, ранее не судимы, а также учитывая влияние назначенного наказания на исправление осужденных и на условия жизни их семей, принимая все указанные обстоятельства в совокупности, суд считает, что наказание ФИО57 и ФИО58 должно быть назначено по обоим преступлениям в виде лишения свободы, а по ч. 7 ст. 204 УК РФ также и с лишением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С учетом указанных выше сведений о личности подсудимых и принимая во внимание фактические обстоятельства совершенных преступлений и степени их общественной опасности, с учетом принятия мер подсудимыми к погашению причиненного ущерба, наличия у них смягчающих вину обстоятельств, в том числе активного способствования раскрытию и расследованию преступлений, изобичение иных участников преступлений, суд считает возможным назначить им наказание с учетом требований ч. 1 ст. 62 УК РФ и с применением ст. 73 УК РФ в части основного наказания в виде лишения свободы. При назначении наказания подсудимому ФИО56, суд учитывает характер и степень общественной опасности совершенных им преступлений, то есть их категорию, которые относятся к преступлениям средней тяжести (ст. ч. 1 УК РФ) и тяжким (ч. 7 ст. 204 УК РФ в редакции от 03.07.2016 №324-ФЗ), конкретные обстоятельства совершения преступлений (использование подсудимым своих должностных полномочий вопреки интересам ОАО «РЭУ», фактический размер причиненного ущерба, который не возмещен в полном объеме и меры к возмещению подсудимым не принимались), наличие смягчающего и отсутствие отягчающих наказание обстоятельств; личность подсудимого, характеризующегося положительно, наличие у него заболевания в виде гипертонии, то обстоятельство, что подсудимый ФИО56 вину в совершении инкриминируемых ему преступлений признал (по ч. 7 ст. 204 УК РФ и ч. 1 ст. 201 УК РФ (по фиктивному списанию 400 тонн угля) - в полном объеме, по ч. 1 ст. 201 УК РФ (в части списания 108,5 тонн) - частично, в содеянном раскаивается, а также учитывая влияние назначенного наказания на исправление осужденного и на условия жизни его семьи, суд считает, что наказание ФИО56 должно быть назначено по ч. 1 ст. 201 УК РФ (по обоим эпизодам) в виде лишения свободы, а по ч. 7 ст. 204 УК РФ в виде лишения свободы и с лишением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С учетом указанных выше сведений о личности подсудимого, характеризующегося с положительной стороны, имеющего на иждивении малолетнего ребенка, в настоящее время трудоустроенного, и принимая во внимание фактические обстоятельства совершенных преступлений и степень их общественной опасности, признание Бараном вины по предъявленному обвинению и раскаяние в содеянном, суд считает возможным назначить ему наказание с учетом требований ч. 1 ст. 62 УК РФ и с применением ст. Уголовного кодекса Российской Федерации в части основанного наказания в виде лишения свободы. Учитывая все смягчающие для подсудимых ФИО57, ФИО58, и ФИО56 обстоятельства, учитывая, что они не судимы, положительно характеризуются, подсудимые Баран и ФИО63 имеют малолетних детей, а также учитывая их роль в совершении преступлений (с учетом роли подсудимого Далакишвили), руководствуясь принципом гуманизма, предусмотренным ст. 7 УК РФ , суд находит возможным, признать наличие у ФИО64, ФИО63 и Барана совокупности обстоятельств, смягчающих наказание, исключительными, и назначить им наказание по ч. 7 ст. 204 УК РФ в соответствии со ст. 64 УК РФ , ниже низшего предела. В целях обеспечения приговора, а также с учетом вышеприведенных данных о личностях подсудимых, суд считает необходимым до вступления приговора в законную силу меру пресечения в виде подписки о невыезде и надлежащем поведении в отношении ФИО77, ФИО57, ФИО56 и ФИО58 – оставить без изменения. Гражданский иск в сумме 3194668,60 рублей, заявленный представителем потерпевшего, подлежит частичному удовлетворению, а именно в сумме 3159668,59 рублей по следующим основаниям. Согласно исследованным материалам дела, сумма ущерба, причиненная неправомерными действиями подсудимых, составляет 4309668,63 рублей, из которых: - 1317694,89 рублей – ущерб, причиненный в результате незаконного списания угля подсудимым ФИО58; - 1289022,49 рублей - ущерб, причиненный в результате незаконного списания угля подсудимым ФИО57; - 1702951,25 рублей - ущерб, причиненный в результате незаконного списания угля подсудимым ФИО56 Указанные суммы рассчитаны в результате проведения проверки отдельных вопросов финансово-экономической деятельности ЭРТ № «Биробиджанский» филиала АО «РЭУ» «Хабаровский от 12.02.2016 года и проведения экспертизы № 1 от 06.06.2016 года, с учетом стоимости угля в периоды до 31.12.2014 года и с 01.01.2015 года. Оснований не доверять указанным расчетам, у суда не имеется, стороной защиты также не представлено обстоятельств, позволяющих усомниться в заключении данных специалистов. Из представленных суду материалов также следует, что в счет возмещения имущественного вреда, причиненного незаконными действиями подсудимых, подсудимым ФИО55 оплачено 1 000 000 рублей (чек-ордера от 19.05.2016 года и от 26.05.2016 года (том 25 л.д. 110, 112); подсудимым ФИО58 оплачено 50 000 рублей (чек-ордер от 26.05.2016 года (том 27 л.д. 213); подсудимым ФИО57 оплачено 100 000 рублей (чек-ордер от 25.05.2016 года (том 26 л.д. 191). Таким образом, с учетом требований положений ст. ст. 1064 , 1080 Гражданского кодекса Российской Федерации, с ФИО55 и ФИО56 в солидарном порядке подлежит взысканию в счет погашения причиненного АО «РЭУ» ущерба - 1369617,91 рублей (из расчета: 1702951,25 – 333333,34); с ФИО55 и ФИО58 в солидарном порядке подлежит взысканию в счет погашения АО «РЭУ» ущерба – 934361,56 (из расчета: 1317694,89-333333,33-50000); с ФИО55 и ФИО57 в солидарном порядке подлежит взысканию в счет погашения причиненного АО «РЭУ» ущерба – 855689,16 рублей (из расчета: 1289022,49 – 333333,33 – 100 000). Вещественные доказательства по делу по вступлению приговора в законную силу в соответствии со ст. 81 УПК РФ : 1). Справки по результатам проведения ОРМ «ПТП»: per. №, от 18.04.2016, на 3 (трех) листах, per. №, от 18.04.2016, на 1 (одном) листе,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1 (одном) листе, per. №, от 18.04.2016, на 2 (двух) листах, per. №, от 18.04.2016, на 2 (двух) листах, per. №, от 18.04.2016, на 2 (двух) листах, per. №, от 18.04.2016, на 2 (двух) листах, per. №, от 18.04.2016, на 2 (двух) листах, per. №, от 18.04.2016, на 5 (пяти) листах, per. №, от 18.04.2016, на 2 (двух) листах, per. №, от 18.04.2016, на 2 (двух) листах, per. №, от 18.04.2016, на 1 (одном) листе, per. №, от 18.04.2016, на 2 (двух) листах, per. №, от 18.04.2016, на 2 (двух) листах, per. №, от 18.04.2016, на 2 (двух) листах, per. №, от 18.04.2016, на 2 (двух) листах, per. №, от 18.04.2016, на 2 (двух) листах, per. №, от 18.04.2016, на 1 (одном) листе, per. №, от 18.04.2016, на 2 (двух) листах, per. №, от 18.04.2016, на 2 (двух) листа – хранящиеся в материалах дела, подлежат оставлению в материалах дела; 2). DVD-R диск с аудиофайлами по результатам проведения ОРМ «ПТП» от 8.04.2016 года, рег. №/CD –подлежат оставлению в материалах дела; 3). Бумажные конверты: - с CD диском с записью телефонных соединений абонентов ПАО «Мегафон»; - с CD диском с записью телефонных соединений абонентов ПАО «МТС»: - с CD диском с записью телефонных соединений абонентов ПАО «Вымпелком» - подлежат оставлению в материалах дела. 5). Автомобили: - «SCANIA», государственный регистрационный знак «№», ДД.ММ.ГГГГ года выпуска, номер шасси №; - «SCANIA», государственный регистрационный знак «№», ДД.ММ.ГГГГ года выпуска, номер шасси №; - «SCANIA», государственный регистрационный знак «№», ДД.ММ.ГГГГ года выпуска, номер шасси №- находящиеся на ответственном хранении у собственника ФИО1, подлежат оставлению у последней. 6). Автомобили: - «FOTON», государственный регистрационный знак «№», ДД.ММ.ГГГГ года выпуска, номер шасси №; - «FOTON», государственный регистрационный знак «№», ДД.ММ.ГГГГ года выпуска, номер шасси №; - «FOTON», государственный регистрационный знак «№», ДД.ММ.ГГГГ года выпуска, номер шасси № – находящиеся на ответственном хранении у собственника ФИО2, подлежат оставлению у последнего. 7). Автомобиль марки &lt;данные изъяты&gt;, № шасси №, государственный регистрационный знак № и металлический кузов синего цвета автомобиля марки &lt;данные изъяты&gt;, государственный регистрационный знак № - находящиеся на ответственном хранении собственника ФИО3, подлежат оставлению последнего. 8). Журналы учета движения путевых листов (Биробиджан) на период с 15.12.2014 г. по 13.07.2015 г. Всего в журнале 50 листов, 21 из которых имеют записи; - Журнал учета движения путевых листов (Бабстово) на период с 13.11.2014 г. по 20.02.2015 г. Всего в журнале 49 листов, 6 из которых имеют записи; Журналы учета количества и качества топлива котельной инв. № на 12-ти листах; Журналы учета топлива, среднесуточной температуры, а так же температуры на подаче и обработке теплоносителя по котельным ЭРТ № на 50-ти листах; Журналы учета топлива, среднесуточной температуры, а так же температуры на подаче и обработке теплоносителя по котельным ЭРТ № на 50-ти листах; Журналы учета движения топлива котельной № ЭРТ № «Биробиджанский» филиала ОАО «РЭУ» «Хабаровский». Всего в журнале 9 листов, 7 из которых имеют записи; Журналы учета движения топлива котельной № ЭРТ № «Биробиджанский» филиала ОАО «РЭУ» «Хабаровский» на 77 листах; Журналы учета движения топлива котельной № ЭРТ № «Биробиджанский» филиала ОАО «РЭУ» «Хабаровский» на 7 листах; - Сменный журнал котельной № ЭРТ № «Биробиджанский» филиал ОАО «РЭУ» «Хабаровский». Всего в журнале 372 листа, 120 из которых имеют записи; - Сменный журнал котельной № ЭРТ № «Биробиджанский» филиал ОАО «РЭУ» «Хабаровский». Всего в журнале 379 листов, 104 из которых имеют записи; - Сменный журнал котельной № ЭРТ № «Биробиджанский» филиал ОАО «РЭУ» «Хабаровский». Всего в журнале 371 лист, 102 из которых имеют записи; - Сменный журнал котельной № ЭРТ № «Биробиджанский» филиал ОАО «РЭУ» «Хабаровский». Всего в журнале 372 лист, 103 из которых имеют записи; - Сменный журнал котельной № ЭРТ № «Биробиджанский» филиал АО «РЭУ» «Хабаровский». Всего в журнале 373 листа, 104 из которых имеют записи; - Сменный журнал котельной № ЭРТ № «Биробиджанский» филиал ОАО «РЭУ» «Хабаровский». Всего в журнале 373 листа, 100 из которых имеют записи; - Сменный журнал котельной № ЭРТ № «Биробиджанский» филиал ОАО «РЭУ» «Хабаровский». Всего в журнале 376 листов, 144 из которых имеют записи; - Сменный журнал котельной № ЭРТ № «Биробиджанский» филиал ОАО «РЭУ» «Хабаровский». Всего в журнале 373 листа, 104 из которых имеют записи; - Оригиналы транспортных накладных на перевозку угля в котельную №, начальник котельной ФИО56 в количестве 33 штук с номерами: БЖ-366, ХБ-1136, БЖ-35, БЖ-34, БЖ-44, БЖ-43, БЖ-27, БЖ-37, БЖ-36, БЖ-29, БЖ-28, БЖ-23, БЖ-30, БЖ-22, БЖ-21, БЖ-41, БЖ-49, БЖ-247, БЖ-246, БЖ-245, БЖ-244, БЖ-243, БЖ-242, БЖ-241, БЖ-240, БЖ-248, БЖ-249, БЖ-250, БЖ-292, БЖ-289, БЖ-181/1, БЖ-20, БЖ-42; - Оригиналы транспортных накладных на перевозку угля в котельные №, 83, 339, 38, 31 начальник котельной ФИО58 в количестве 34 штук с номерами: БЖ-92, БЖ-161, БЖ-162, БЖ-163, БЖ-91, БЖ-160, БЖ-159, БЖ-93, БЖ-1, БЖ-164, БЖ-165, БЖ-166, БЖ-167, БЖ-278, БЖ-272, БЖ-270, БЖ-268, БЖ-265, БЖ-264, БЖ-266, БЖ-267, БЖ-269, БЖ-271, БЖ-273, БЖ-225, БЖ-4, БЖ-8, БЖ-11, БЖ-72, БЖ-74, БЖ-145, БЖ-143, БЖ-142, БЖ-144; - Оригиналы транспортных накладных на перевозку угля в котельные №, 11, начальник котельной ФИО57 в количестве 27 штук с номерами: БЖ-342, БЖ-341, БЖ-340, БЖ-339, БЖ-338, БЖ-337, БЖ-336, БЖ-335, БЖ-49, БЖ-50, БЖ-51, БЖ-48, БЖ-50, БЖ-47, БЖ-46, БЖ-45, БЖ-40, БЖ-39, БЖ-38, БЖ-33, БЖ-32, БЖ-31, БЖ-26, БЖ-24, БЖ-25, БЖ-125, БЖ-84; - Тетрадь общая в клетку на 72 листах, вертикальной формы без записей на обложке. Данная тетрадь имеет мягкую картонную обложку, синего цвета; Тетрадь розовая в клетку на 44 листах, без записей на обложке. Данная тетрадь имеет мягкую картонную обложку, розового цвета, на которой имеется только заводские типографические надписи; - Тетрадь общая в клетку на 76 листах, вертикальной формы без записей на обложке. Данная тетрадь имеет мягкую картонную обложку, зелено-синего цвета, на которой имеется только заводские типографические надписи и рисунок ландшафт местности; – полежат возвращению по принадлежности в ЭРТ «Биробиджанский» филиала АО «РЭУ» «Хабаровский». 9). Отчеты: - о поставке и движения топлива по ЭРТ № с сентября 2014 года по июль 2015 года начальника котельных ФИО56 на 85-ти листах; о поставке и движения топлива по ЭРТ № с сентября 2014 года по июль 2015 года начальника котельных ФИО58 на 263 листах; о поставке и движения топлива по ЭРТ с сентября 2014 года по июль 2015 года начальника котельных ФИО57 на 130 листах; о поставке и движения топлива по ЭРТ с сентября 2014 года по июль 2015 года начальника котельных ФИО42 на 230 листах; Отчетные документы - акты снятии остатка топлива по ЭРТ № за сентябрь на 54 листах формата А-4, октябрь на 74 листах формата А-4, ноябрь на 68 листах формата А-4, декабрь на 48 листах формата А-4 2014 года и январь на 34 листах формата А-4, февраль на 29 листах формата А-4, март на 30 листах формата А-4, апрель на 31 листах формата А-4, май на 30 листах формата А-4 2015 года; - подлежат возвращению по принадлежности в филиал АО «РЭУ» «Хабаровский». 10). Печать с оттисками ООО «Таргет Лоджистик» ОГРН № г.Владивосток, Для документов; печать синего цвета с оттисками ООО «ТАРГЕТ ЛОДЖИСТИСТИК» ОГРН № г.Владивосток, Для документов – вернуть в ООО «Таргет Лоджистик» - подлежит возвращению по принадлежности в ООО «Таргет Лоджистик»; 11). Печать черного цвета с оттисками ООО «УГОЛЬДВ» ОГРН №, ИНН № г. Владивосток – подлежит возвращению по принадлежности в ООО «УгольДВ». 12). Документы изъятые в ООО «УгольТорг», расположенный по адресу: &lt;адрес&gt;, которые запечатаны в конверт бумажную основу ярко коричневого цвета. Внутри конверта имеется 74 листа формата А-4 – подлежат возвращению по принадлежности в ООО «УгольТорг». 13). Отчетные документы которые запечатаны в конверт бумажную основу ярко коричневого цвета, которая заклеена и опечатана 3-мя мастичными печатями для пакетов «ВСО по Биробиджанскому гарнизону». На данном конверте имеются надписи, документы, изъятые 28.04.2016 в бухгалтерии ФКУ Биробиджанская ВК ЕАО на закупку, поставки и оплату угля в количестве 100 тонн 12.05.2015. Внутри конверта имеется 25 целых листов формата А-4 и 1-н пол листа формата А-4 – подлежат возвращению по принадлежности в ФКУ «Биробиджанская воспитательная колония» УФСИН России по ЕАО; 14). Копии транспортных накладных ООО «Техноконтроль» (ИП «ФИО10») и транспортных накладных ООО «Торговый дом «Сатурн» (ИП «ФИО66») (2 пакета) - хранящиеся при материалах уголовного дела, подлежат возвращению по принадлежности ИП «ФИО10»; 15). Оригиналы накладных ООО «Уголь-ДВ» на поставку угля марки 3БПКО на 95 листах – вернуть по принадлежности свидетелю ФИО8; 16). Вывеска из полимерного материала белого цвета с желтым фоном. На вывеске по центру имеется надпись черного цвета «Уголь доставка по городу бесплатно, №» - уничтожить; 17) Сотовый телефон марки &lt;данные изъяты&gt; черного цвета с сим-картой «МТС», подозреваемого ФИО9- подлежит возвращению ФИО9; 18). Бумажный файл красного цвета, в котором находится 1 DVD-R диск с пояснительной записью, выполненной от руки красителем черного цвета «рег. №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г. Биробиджана уг. дело №» Бумажный файл красного цвета, в котором находится 1 DVD-R диск с пояснительной записью, выполненной от руки красителем черного цвета «рег. №/ОД/нс от 22.06.15 в/ч 92431 (далее имеется подпись, выполненная красителем черного цвета) к №».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«Видеозапись вывоза угля со склада ДТУИО г. Биробиджана уг. дело №» Бумажный файл красного цвета,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г. Биробиджана уг. дело №» Бумажный файл красного цвета,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г. Биробиджана уг. дело №» Бумажный файл фиолетового цвета,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г. Биробиджана уг. дело №» Полимерный файл, в котором находится 1 DVD-R диск с пояснительной записью, выполненной от руки красителем черного цвета «рег. №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г. Биробиджана уг. дело №» Файл из прозрачного полимерного материала,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Биробиджана уг. дело №» Файл из прозрачного полимерного материала, в котором находится 2 DVD-R диска с пояснительными записями. На первом диске имеется пояснительная запись, выполненная красителем черного цвета «рег. №/ОД/нс от 22.06.15 в/ч № (далее имеется подпись, выполненная красителем черного цвета) к №». На втором диске имеется пояснительная запись, выполненная красителем черного цвета «рег. №/ОД/нс от 22.06.15 в/ч № (далее имеется подпись, выполненная красителем черного цвета) к №».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со склада ДТУИО Биробиджана уг. дело №» - подлежат уничтожению. Меры обеспечительного характера, принятые в ходе следствия в отношении имущества подсудимого о наложении ареста по постановлению Биробиджанского районного суда от 25.05.2016 года, а именно: - на имущество ФИО58 - автомобиль &lt;данные изъяты&gt;, ДД.ММ.ГГГГ года выпуска, цвет кузова &lt;данные изъяты&gt;, государственный регистрационный знак №, модель, № двигателя №, кузов №, находящийся на ответственном хранении у подсудимого ФИО58; - на имущество ФИО56: автомобиль &lt;данные изъяты&gt;, ДД.ММ.ГГГГ года выпуска, цвет кузова &lt;данные изъяты&gt;, государственный регистрационный знак № рус., модель, № двигателя №; - автомобиль &lt;данные изъяты&gt;, ДД.ММ.ГГГГ года выпуска, цвет кузова &lt;данные изъяты&gt;, государственный регистрационный знак №, модель, № двигателя №, № кузова № – находящиеся на ответственном хранении у подсудимого ФИО56; - на имущество ФИО57: автомобиль &lt;данные изъяты&gt; ДД.ММ.ГГГГ года выпуска, государственный регистрационный знак №, № кузова №, № двигателя №;- - гаражный бокс № площадью &lt;данные изъяты&gt; кв.м., расположенный в &lt;адрес&gt;; - гаражный бокс №, площадью &lt;данные изъяты&gt; кв.м., расположенный в &lt;адрес&gt;; - гаражный бокс №, площадью &lt;данные изъяты&gt; кв.м., расположенный в &lt;адрес&gt; – находящиеся на ответственном хранении у подсудимого ФИО57, - подлежат сохранению до момента возмещения подсудимыми суммы ущерба потерпевшему. На основании вышеизложенного и руководствуясь ст.ст. 307-309 Уголовно-процессуального кодекса Российской Федерации, суд - П Р И Г О В О Р И Л: Признать ФИО55 виновным в совершении преступлений, предусмотренных п. « б» ч. 2 ст. Уголовного кодекса Российской Федерации (в редакции Федерального закона от 07.12.2011 N 420-ФЗ), ч. 1 ст. Уголовного кодекса Российской Федерации и назначить ему наказание: - по п. «б» ч. 2 ст. 204 УК РФ , с учетом ч. 3 ст. 47 УК РФ - в виде лишения свободы на срок 3 (три) года 10 (десять) месяцев с лишением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 по ч. 1 ст. 201 УК РФ – в виде лишения свободы на срок 2 (два) года. Согласно ч. 3 ст. Уголовного кодекса Российской Федерации, путем частичного сложения наказаний, окончательно назначить ФИО55 наказание в виде 5 (пяти) лет лишения свободы с лишением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В соответствии со ст. 73 УК РФ , назначенное ФИО55 наказание в виде лишения свободы, считать условным, с испытательным сроком 4 (четыре) года 6 (шесть) месяцев, с возложением на него обязанностей: -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 один раз в месяц в день, установленный специализированным государственным органом, осуществляющим контроль за поведением условно осужденных, являться в данный орган для регистрации. Дополнительное наказание в виде лишения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в соответствии с ч. ч. 1 и 4 ст. 73 УК РФ подлежит исполнению реально в течение установленного судом срока. Меру пресечения ФИО55 в виде подписки о невыезде и надлежащем поведении, до вступления приговора в законную силу, оставить без изменения. Признать ФИО57 и ФИО58 каждого виновными в совершении преступлений, предусмотренных п. «в» ч. 7 ст. 204 УК РФ (в редакции Федерального закона от 03.07.2016 года № 324-ФЗ) и ч. 1 ст. 201 УК РФ и назначить каждому наказание: - по п. «в» ч. 7 ст. 204 УК РФ , с применением ст. 64 УК РФ в виде лишения свободы на срок 3 (три) года 6 (шесть) месяцев с лишением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 по ч. 1 ст. 201 УК РФ – в виде лишения свободы на срок 1 (один) год 6 (шесть) месяцев. На основании ч. 3 ст. 69 УК РФ по совокупности преступлений путем частичного сложения назначенных наказаний назначить ФИО57 и ФИО58 каждому окончательное наказание в виде 4 (четырех) лет 6 (шести) месяцев лишения свободы с лишением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В соответствии со ст. 73 УК РФ , назначенное ФИО57 и ФИО58 наказание в виде лишения свободы, считать условным, с испытательным сроком 4 (четыре) года каждому, с возложением на них обязанностей: -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 один раз в месяц в день, установленный специализированным государственным органом, осуществляющим контроль за поведением условно осужденных, являться в данный орган для регистрации. Дополнительное наказание в виде лишения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в соответствии с ч. ч. 1 и 4 ст. 73 УК РФ подлежит исполнению реально в течение установленного судом срока. Меру пресечения ФИО57 и ФИО58 в виде подписки о невыезде и надлежащем поведении, до вступления приговора в законную силу, оставить без изменения. Признать ФИО56 виновным в совершении преступлений, предусмотренных п. «в» ч. 7 ст. 204 УК РФ ( в редакции Федерального закона от 03.07.2016 года № 324-ФЗ), ч 1. ст. и ч. 1 ст. 201 УК РФ и назначить ему наказание: - по п. «в» ч. 7 ст. 204 УК РФ , с применением ст. 64 УК РФ в виде лишения свободы на срок 3 (три) года 6 (шесть) месяцев с лишением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 по ч. 1 ст. 201 УК РФ (по факту списания 400 тонн угля) – в виде лишения свободы на срок 1 (один) год 8 (восемь) месяцев. - по ч. 1 ст. 201 УК РФ (по факту списания 108,5 тонн угля) – в виде лишения свободы на срок 1 (один) год 6 (шесть) месяцев. На основании ч. 3 ст. 69 УК РФ по совокупности преступлений путем частичного сложения назначенных наказаний назначить ФИО56 окончательное наказание в виде 5 (пяти) лет лишения свободы с лишением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В соответствии со ст. 73 УК РФ , назначенное ФИО56 наказание в виде лишения свободы считать условным, с испытательным сроком 4 (четыре) года 6 (шесть) месяцев, с возложением на него обязанностей: -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 один раз в месяц в день, установленный специализированным государственным органом, осуществляющим контроль за поведением условно осужденных, являться в данный орган для регистрации. Дополнительное наказание в виде лишения права занимать должности, связанные с осуществлением организационно-распорядительных и административно-хозяйственных функций в коммерческих и государственных организациях сроком на 3 три года, в соответствии с ч. ч. 1 и 4 ст. 73 УК РФ подлежит исполнению реально в течение установленного судом срока. Меру пресечения ФИО56 в виде подписки о невыезде и надлежащем поведении, до вступления приговора в законную силу, оставить без изменения. Гражданский иск, заявленный потерпевшим Акционерным обществом «Ремонтно-эксплуатационное управление» удовлетворить частично. Взыскать в солидарном порядке с ФИО55 и ФИО56 в счет возмещения причиненного преступлением ущерба в пользу Акционерного общества «Ремонтно-эксплутационное управление» 1369617 (один миллион триста шестьдесят девять тысяч шестьсот семнадцать) рублей 91 (девяносто одну) копейку. Взыскать в солидарном порядке с ФИО55 и ФИО58 в счет возмещения причиненного преступлением ущерба в пользу Акционерного общества «Ремонтно-эксплутационное управление» 934361 (девятьсот тридцать четыре тысячи триста шестьдесят один) рубль 56 (пятьдесят шесть) копеек. Взыскать в солидарном порядке с ФИО55 и ФИО57 в счет возмещения причиненного преступлением ущерба в пользу Акционерного общества «Ремонтно-эксплутационное управление» 855689 (восемьсот пятьдесят пять тысяч шестьсот восемьдесят девять) рублей 16 (шестнадцать) копеек. Сохранить меры обеспечительного характера, принятые в ходе следствия в отношении имущества подсудимых о наложении ареста по постановлению Биробиджанского районного суда от 25.05.2016 года, а именно: - на принадлежащий подсудимому ФИО58 автомобиль &lt;данные изъяты&gt;, ДД.ММ.ГГГГ года выпуска, цвет кузова &lt;данные изъяты&gt;, государственный регистрационный знак №, модель, № двигателя №, кузов №, находящийся на ответственном хранении у подсудимого ФИО58; - на принадлежащие подсудимому ФИО56 автомобиль &lt;данные изъяты&gt;, ДД.ММ.ГГГГ года выпуска, цвет кузова белый, государственный регистрационный знак №, модель, № двигателя №, № и автомобиль &lt;данные изъяты&gt;, ДД.ММ.ГГГГ года выпуска, цвет кузова зеленый (зеленый/серый), государственный регистрационный знак №, модель, № двигателя №, № кузова № – находящиеся на ответственном хранении у подсудимого ФИО56; - на принадлежащие подсудимому ФИО57 автомобиль &lt;данные изъяты&gt; ДД.ММ.ГГГГ года выпуска, государственный регистрационный знак №, № кузова №, № двигателя №; гаражный бокс № площадью &lt;данные изъяты&gt; кв.м., расположенный в г. Биробиджане по адресу в &lt;адрес&gt;; гаражный бокс №, площадью &lt;данные изъяты&gt; кв.м., расположенный в г. Биробиджане по адресу &lt;адрес&gt;; на гаражный бокс №, площадью &lt;данные изъяты&gt; кв.м., расположенный в г. Биробиджане по адресу ул. Московская – находящиеся на ответственном хранении у подсудимого ФИО57 - до момента возмещения подсудимыми суммы ущерба потерпевшему. Вещественные доказательства по делу по вступлению приговора в законную силу в соответствии со ст. 81 УПК РФ : 1). Справки по результатам проведения ОРМ «ПТП»: per. №, от 18.04.2016, на 3 (трех) листах, per. №, от 18.04.2016, на 1 (одном) листе,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2 (двух) листах, per. №, от 18.04.2016, на 1 (одном) листе, per. №, от 18.04.2016, на 2 (двух) листах, per. №, от 18.04.2016, на 2 (двух) листах, per. №, от 18.04.2016, на 2 (двух) листах, per. №, от 18.04.2016, на 2 (двух) листах, per. №, от 18.04.2016, на 2 (двух) листах, per. №, от 18.04.2016, на 5 (пяти) листах, per. №, от 18.04.2016, на 2 (двух) листах, per. №, от 18.04.2016, на 2 (двух) листах, per. №, от 18.04.2016, на 1 (одном) листе, per. №, от 18.04.2016, на 2 (двух) листах, per. №, от 18.04.2016, на 2 (двух) листах, per. №, от 18.04.2016, на 2 (двух) листах, per. №, от 18.04.2016, на 2 (двух) листах, per. №, от 18.04.2016, на 2 (двух) листах, per. №, от 18.04.2016, на 1 (одном) листе, per. №, от 18.04.2016, на 2 (двух) листах, per. №, от 18.04.2016, на 2 (двух) листа – хранящиеся в материалах дела, хранить в материалах дела; 2). DVD-R диск с аудиофайлами по результатам проведения ОРМ «ПТП» от 8.04.2016 года, рег. №/CD – хранить в материалах дела; 3). Бумажные конверты: с CD диском с записью телефонных соединений абонентов ПАО «Мегафон»; с CD диском с записью телефонных соединений абонентов ПАО «МТС»; с CD диском с записью телефонных соединений абонентов ПАО «Вымпелком» - хранить в материалах дела. 5). Автомобили: - «SCANIA», государственный регистрационный знак «№», ДД.ММ.ГГГГ года выпуска, номер шасси №; - «SCANIA», государственный регистрационный знак «№», ДД.ММ.ГГГГ года выпуска, номер шасси №; - «SCANIA», государственный регистрационный знак «№», ДД.ММ.ГГГГ года выпуска, номер шасси №- находящиеся на ответственном хранении у собственника ФИО1, оставить у ФИО1. 6). Автомобили: - «FOTON», государственный регистрационный знак «№», ДД.ММ.ГГГГ года выпуска, номер шасси №; - «FOTON», государственный регистрационный знак «№», ДД.ММ.ГГГГ года выпуска, номер шасси №; - «FOTON», государственный регистрационный знак «№», ДД.ММ.ГГГГ года выпуска, номер шасси № – находящиеся на ответственном хранении у собственника, оставить у ФИО2. 7). Автомобиль марки «ЗИЛ ММ3554», № шасси №, государственный регистрационный знак № и металлический кузов синего цвета автомобиля марки «ЗИЛ ММ3554», государственный регистрационный знак № - находящиеся на ответственном хранении собственника, оставить у ФИО3. 8). Журналы учета движения путевых листов (Биробиджан) на период с 15.12.2014 г. по 13.07.2015 г. Всего в журнале 50 листов, 21 из которых имеют записи; - Журнал учета движения путевых листов (Бабстово) на период с 13.11.2014 г. по 20.02.2015 г. Всего в журнале 49 листов, 6 из которых имеют записи; Журналы учета количества и качества топлива котельной инв. № на 12-ти листах; Журналы учета топлива, среднесуточной температуры, а так же температуры на подаче и обработке теплоносителя по котельным ЭРТ № на 50-ти листах; Журналы учета топлива, среднесуточной температуры, а так же температуры на подаче и обработке теплоносителя по котельным ЭРТ № на 50-ти листах; Журналы учета движения топлива котельной № ЭРТ № «Биробиджанский» филиала ОАО «РЭУ» «Хабаровский». Всего в журнале 9 листов, 7 из которых имеют записи; Журналы учета движения топлива котельной № ЭРТ № «Биробиджанский» филиала ОАО «РЭУ» «Хабаровский» на 77 листах; Журналы учета движения топлива котельной № ЭРТ № «Биробиджанский» филиала ОАО «РЭУ» «Хабаровский» на 7 листах; - Сменный журнал котельной № ЭРТ № «Биробиджанский» филиал АО «РЭУ» «Хабаровский». Всего в журнале 372 листа, 120 из которых имеют записи; - Сменный журнал котельной № ЭРТ № «Биробиджанский» филиал АО «РЭУ» «Хабаровский». Всего в журнале 379 листов, 104 из которых имеют записи; - Сменный журнал котельной № ЭРТ № «Биробиджанский» филиал АО «РЭУ» «Хабаровский». Всего в журнале 371 лист, 102 из которых имеют записи; - Сменный журнал котельной № ЭРТ № «Биробиджанский» филиал АО «РЭУ» «Хабаровский». Всего в журнале 372 лист, 103 из которых имеют записи; - Сменный журнал котельной № ЭРТ № «Биробиджанский» филиал АО «РЭУ» «Хабаровский». Всего в журнале 373 листа, 104 из которых имеют записи; - Сменный журнал котельной № ЭРТ № «Биробиджанский» филиал АО «РЭУ» «Хабаровский». Всего в журнале 373 листа, 100 из которых имеют записи; - Сменный журнал котельной № ЭРТ № «Биробиджанский» филиал АО «РЭУ» «Хабаровский». Всего в журнале 376 листов, 144 из которых имеют записи; - Сменный журнал котельной № ЭРТ № «Биробиджанский» филиал АО «РЭУ» «Хабаровский». Всего в журнале 373 листа, 104 из которых имеют записи; - Оригиналы транспортных накладных на перевозку угля в котельную №, начальник котельной ФИО56 в количестве 33 штук с номерами: БЖ-366, ХБ-1136, БЖ-35, БЖ-34, БЖ-44, БЖ-43, БЖ-27, БЖ-37, БЖ-36, БЖ-29, БЖ-28, БЖ-23, БЖ-30, БЖ-22, БЖ-21, БЖ-41, БЖ-49, БЖ-247, БЖ-246, БЖ-245, БЖ-244, БЖ-243, БЖ-242, БЖ-241, БЖ-240, БЖ-248, БЖ-249, БЖ-250, БЖ-292, БЖ-289, БЖ-181/1, БЖ-20, БЖ-42; - Оригиналы транспортных накладных на перевозку угля в котельные №, 83, 339, 38, 31 начальник котельной ФИО58 в количестве 34 штук с номерами: БЖ-92, БЖ-161, БЖ-162, БЖ-163, БЖ-91, БЖ-160, БЖ-159, БЖ-93, БЖ-1, БЖ-164, БЖ-165, БЖ-166, БЖ-167, БЖ-278, БЖ-272, БЖ-270, БЖ-268, БЖ-265, БЖ-264, БЖ-266, БЖ-267, БЖ-269, БЖ-271, БЖ-273, БЖ-225, БЖ-4, БЖ-8, БЖ-11, БЖ-72, БЖ-74, БЖ-145, БЖ-143, БЖ-142, БЖ-144; - Оригиналы транспортных накладных на перевозку угля в котельные №, 11, начальник котельной ФИО57 в количестве 27 штук с номерами: БЖ-342, БЖ-341, БЖ-340, БЖ-339, БЖ-338, БЖ-337, БЖ-336, БЖ-335, БЖ-49, БЖ-50, БЖ-51, БЖ-48, БЖ-50, БЖ-47, БЖ-46, БЖ-45, БЖ-40, БЖ-39, БЖ-38, БЖ-33, БЖ-32, БЖ-31, БЖ-26, БЖ-24, БЖ-25, БЖ-125, БЖ-84; - Тетрадь общая в клетку на 72 листах, вертикальной формы без записей на обложке. Данная тетрадь имеет мягкую картонную обложку, синего цвета; Тетрадь розовая в клетку на 44 листах, без записей на обложке. Данная тетрадь имеет мягкую картонную обложку, розового цвета, на которой имеется только заводские типографические надписи; - Тетрадь общая в клетку на 76 листах, вертикальной формы без записей на обложке. Данная тетрадь имеет мягкую картонную обложку, зелено-синего цвета, на которой имеется только заводские типографические надписи и рисунок ландшафт местности; – возвратить по принадлежности в ЭРТ «Биробиджанский» филиала ОАО «РЭУ» «Хабаровский». 9). Отчеты: - о поставке и движения топлива по ЭРТ № с сентября 2014 года по июль 2015 года начальника котельных ФИО56 на 85-ти листах; о поставке и движения топлива по ЭРТ № с сентября 2014 года по июль 2015 года начальника котельных ФИО58 на 263 листах; о поставке и движения топлива по ЭРТ с сентября 2014 года по июль 2015 года начальника котельных ФИО57 на 130 листах; о поставке и движения топлива по ЭРТ с сентября 2014 года по июль 2015 года начальника котельных ФИО42 на 230 листах; Отчетные документы - акты снятии остатка топлива по ЭРТ № 4 за сентябрь на 54 листах формата А-4, октябрь на 74 листах формата А-4, ноябрь на 68 листах формата А-4, декабрь на 48 листах формата А-4 2014 года и январь на 34 листах формата А-4, февраль на 29 листах формата А-4, март на 30 листах формата А-4, апрель на 31 листах формата А-4, май на 30 листах формата А-4 2015 года; - возвратить по принадлежности в филиал ОАО «РЭУ» «Хабаровский». 10). Печать с оттисками ООО «Таргет Лоджистик» ОГРН № г.Владивосток, Для документов; печать синего цвета с оттисками ООО «ТАРГЕТ ЛОДЖИСТИСТИК» ОГРН № г.Владивосток, Для документов – вернуть в ООО «Таргет Лоджистик» - возвратить по принадлежности в ООО «Таргет Лоджистик»; 11). Печать черного цвета с оттисками ООО «УГОЛЬДВ» ОГРН №, ИНН № г. Владивосток – возвратить по принадлежности в ООО «УгольДВ». 12). Документы изъятые в ООО «УгольТорг», расположенный по адресу: &lt;адрес&gt;, которые запечатаны в конверт бумажную основу ярко коричневого цвета. Внутри конверта имеется 74 листа формата А-4 – возвратить по принадлежности в ООО «УгольТорг». 13). Отчетные документы которые запечатаны в конверт бумажную основу ярко коричневого цвета, которая заклеена и опечатана 3-мя мастичными печатями для пакетов «ВСО по Биробиджанскому гарнизону». На данном конверте имеются надписи, документы, изъятые 28.04.2016 в бухгалтерии ФКУ Биробиджанская ВК ЕАО на закупку, поставки и оплату угля в количестве 100 тонн 12.05.2015. Внутри конверта имеется 25 целых листов формата А-4 и 1-н пол листа формата А-4 – возвратить по принадлежности в ФКУ «Биробиджанская воспитательная колония» УФСИН России по ЕАО; 14). Копии транспортных накладных ООО «Техноконтроль» (ИП «ФИО10») и транспортных накладных ООО «Торговый дом «Сатурн» (ИП «ФИО66») (2 пакета) - хранящиеся при материалах уголовного дела, возвратить по принадлежности ИП «ФИО66»; 15). Оригиналы накладных ООО «Уголь-ДВ» на поставку угля марки 3БПКО на 95 листах – возвратить по принадлежности свидетелю ФИО8; 16). Вывеску из полимерного материала белого цвета с желтым фоном. На вывеске по центру имеется надпись черного цвета «Уголь доставка по городу бесплатно, 8(914) 811-31-90, 2-04-74» - уничтожить; 17) Сотовый телефон марки &lt;данные изъяты&gt; черного цвета с сим-картой «МТС», подозреваемого ФИО9- возвратить ФИО9; 18). Бумажный файл красного цвета,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г. Биробиджана уг. дело №» Бумажный файл красного цвета,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N 2008-22.06.15».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«Видеозапись вывоза угля со склада ДТУИО г. Биробиджана уг. дело №» Бумажный файл красного цвета,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г. Биробиджана уг. дело №» Бумажный файл красного цвета,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г. Биробиджана уг. дело №» Бумажный файл фиолетового цвета,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г. Биробиджана уг. дело №» Полимерный файл,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г. Биробиджана уг. дело №» Файл из прозрачного полимерного материала, в котором находится 1 DVD-R диск с пояснительной записью, выполненной от руки красителем черного цвета «рег. №/ОД/нс от 22.06.15 в/ч № (далее имеется подпись, выполненная красителем черного цвета) к N 2006-22.06.15».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 угольного склада ДТУИО Биробиджана уг. дело №» Файл из прозрачного полимерного материала, в котором находится 2 DVD-R диска с пояснительными записями. На первом диске имеется пояснительная запись, выполненная красителем черного цвета «рег. №/ОД/нс от 22.06.15 в/ч № (далее имеется подпись, выполненная красителем черного цвета) к №». На втором диске имеется пояснительная запись, выполненная красителем черного цвета «рег. № от 22.06.15 в/ч № (далее имеется подпись, выполненная красителем черного цвета) к №». Указанный файл опечатан оттиском печати «Для пакетов Войсковая часть №» и заверен подписями участвующих лиц. На файле имеется пояснительная запись, выполненная от руки красителем синего цвета «DVD-R диск с видеозаписью вывоза угля со склада ДТУИО Биробиджана уг. дело №» - уничтожить. Приговор может быть обжалован в апелляционном порядке в суд Еврейской автономной области в течение десяти суток со дня провозглашения. Осужденные вправе в течение 10 суток со дня вручения им копии апелляционного представления или апелляционной жалобы, затрагивающих их интересы, ходатайствовать о своем участии в рассмотрении уголовного дела судом апелляционной инстанции, о чем они должны указать в возражениях на апелляционное представление или апелляционную жалобу, в заявлении либо в своей апелляционной жалобе (в случае ее подачи). Осужденные вправе поручать осуществление своей защиты избранным ими защитникам либо ходатайствовать перед судом о назначении защитника. Осужденные вправе знакомиться с материалами уголовного дела и с протоколом судебного заседания, о чем должны заявить ходатайство в течение 3 суток с момента вручения им копии приговора. Судья И.А. Белоусова Суд: Биробиджанский районный суд Еврейской автономной области (Еврейская автономная область) (подробнее) Судьи дела: Белоусова Ирина Анатольевна (судья) (подробнее) Последние документы по делу: Приговор от 10 сентября 2017 г. по делу № 1-46/2017 Приговор от 29 июня 2017 г. по делу № 1-46/2017 Приговор от 10 марта 2017 г. по делу № 1-46/2017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Коммерческий подкуп Судебная практика по применению нормы ст. 204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