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Кассационное представление заместителя прокурора Калининградской области Фёдорова А.В.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 Черняховского городского суда Калининградской области от 25 апреля 2017 года в отношении ФИО5 в части назначения вида исправительного учреждения отменить, уголовное дело в этой части передать на новое судебное рассмотрение в порядке, предусмотренном ст. ст. , 399 УПК РФ , в тот же суд в ином составе суда. В остальном приговор оставить без изменения. Председательствующий В.И. Фалеев Суд: Калининградский областной суд (Калининградская область) (подробнее) Судьи дела: Семенова Оксана Вячеславовна (судья) (подробнее) Последние документы по делу: Постановление от 25 марта 2018 г. по делу № 1-30/2017 Постановление от 24 декабря 2017 г. по делу № 1-30/2017 Приговор от 2 августа 2017 г. по делу № 1-30/2017 Приговор от 9 июля 2017 г. по делу № 1-30/2017 Приговор от 23 мая 2017 г. по делу № 1-30/2017 Постановление от 10 мая 2017 г. по делу № 1-30/2017 Приговор от 3 мая 2017 г. по делу № 1-30/2017 Постановление от 1 мая 2017 г. по делу № 1-30/2017 Постановление от 27 апреля 2017 г. по делу № 1-30/2017 Приговор от 24 апреля 2017 г. по делу № 1-30/2017 Постановление от 4 апреля 2017 г. по делу № 1-30/2017 Постановление от 20 марта 2017 г. по делу № 1-30/2017 Постановление от 6 марта 2017 г. по делу № 1-30/2017 Приговор от 1 марта 2017 г. по делу № 1-30/2017 Приговор от 11 января 2017 г. по делу № 1-30/2017 Приговор от 11 января 2017 г. по делу № 1-30/2017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