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ЗАТО г.Североморск 17 января 2019 года Судья Североморского районного суда Мурманской области (Мурманская область, ЗАТО &lt;...&gt;) Бойко И.Б., рассмотрев жалобу *** ООО «***») ФИО4 на постановление административной комиссии Ленинского административного округа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