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01.02.2016 г. по ст.ст. 264.1 , 264.1 УК РФ , ч. 2 ст. 69 УК РФ к 300 часам обязательных работ с лишением права заниматься деятельностью, связанной с управлением транспортными средствами, на срок 2 года. Основное наказание не отбывалось, срок отбытия дополнительного наказания 12.02.2018 г.;</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16.03.2016 г. по ст. 264.1 УК РФ , ч. 5 ст. 69 УК РФ (по приговору от 01.02.2016 г.) к 350 часам обязательных работ с лишением права заниматься деятельностью, связанной с управлением транспортными средствами, на срок 2 года 6 месяцев. Основное наказание отбыто 22.07.2016, срок отбытия дополнительного наказания 28.09.2018 г.;</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22.03.2017 г. по ст. 264.1 УК РФ , ст. 70 УК РФ (по приговору от 16.03.2016 г.), ст. 73 УК РФ к 7 месяцам лишения свободы (условно с испытательным сроком на 1 год 6 месяцев) с лишением права заниматься деятельностью, связанной с управлением транспортными средствами, на срок 2 года 8 месяцев. По основному наказанию испытательный срок истек 22.10.2018 г., срок отбытия дополнительного наказания 03.12.2019 г., с мерой пресечения в виде подписки о невыезде и надлежащем поведении, обвиняемого в совершении преступления, предусмотренного ст. 264.1 УК РФ , УСТАНОВИЛ: ФИО1, находящийся в состоянии опьянения и имеющий судимость за совершение преступления, предусмотренного ст. 264.1 УК РФ , управлял автомобилем при следующих обстоятельствах, установленных судом. 13 декабря 2018 года около 21 часа 50 минут на участке местности около &lt;адрес&gt; в &lt;адрес&gt;&lt;адрес&gt; ФИО1, находящийся в состоянии опьянения, вызванном употреблением алкоголя, и судимый Улаганским районным судом Республики Алтай: 01.02.2016 г. по ст.ст. 264.1 , 264.1 УК РФ , ч. 2 ст. 69 УК РФ к 300 часам обязательных работ с лишением права заниматься деятельностью, связанной с управлением транспортными средствами, на срок 2 года; 16.03.2016 г. по ст. 264.1 УК РФ , ч. 5 ст. 69 УК РФ (по приговору от 01.02.2016 г.) к 350 часам обязательных работ с лишением права заниматься деятельностью, связанной с управлением транспортными средствами, на срок 2 года 6 месяцев; 22.03.2017 г. по ст. 264.1 УК РФ , ст. 70 УК РФ (по приговору от 16.03.2016 г.), ст. 73 УК РФ к 7 месяцам лишения свободы (условно с испытательным сроком на 1 год 6 месяцев) с лишением права заниматься деятельностью, связанной с управлением транспортными средствами, на срок 2 года 8 месяцев, осознавая общественную опасность своих действий, умышленно, в нарушение п.2.7 Правил дорожного движения Российской Федерации, запрещающего водителю управлять транспортным средством в состоянии опьянения (алкогольного, наркотического или иного), сел за руль автомобиля марки &lt;данные изъяты&gt;» с регистрационным знаком №, запустил его двигатель и управляя указанным автомобилем, не испытывая при этом крайней необходимости, совершил поездку с указанного участка местности до открытого участка местности, расположенного около &lt;адрес&gt; в &lt;адрес&gt;&lt;адрес&gt;, где в 22 часа 05 минут ДД.ММ.ГГГГ был остановлен сотрудниками ОГИБДД ОМВД России по &lt;адрес&gt; и отстранен от управления транспортным средством, ДД.ММ.ГГГГ в 23 часа 10 минут в Отделении МВД по &lt;адрес&gt; по &lt;адрес&gt;&lt;адрес&gt; ФИО1 освидетельствован на состояние алкогольного опьянения, по результатам освидетельствования у него установлено алкогольное опьянение (алкоголь в выдохе 0,900 мг/л, 1,80 promille), с чем ФИО1 согласился. Подсудимый ФИО1 как в ходе предварительного следствия, так и в судебном заседании вину в предъявленном ему обвинении по ст. 264.1 УК РФ признал полностью и заявил ходатайство о применении особого порядка судебного разбирательства. В судебном заседании подсудимый ФИО1 пояснил, что обвинение ему понятно, он согласен с предъявленным ему обвинением в полном объеме, поддерживает ходатайство о постановлении приговора без проведения судебного разбирательства, указанное ходатайство заявлено им добровольно и после консультации с защитником, последствия постановления приговора без проведения судебного разбирательства он осознает, эти последствия ему понятны. В судебном заседании установлено, что условия постановления приговора без проведения судебного разбирательства по данному уголовному делу соблюдены, ходатайство подсудимым заявлено по собственному волеизъявлению, добровольно и после консультации с защитником. С учетом позиции стороны защиты и государственного обвинителя, не возражающих против постановления приговора без проведения судебного разбирательства, суд признает обвинение, с которым согласился подсудимый ФИО1 обоснованным, подтверждающимся доказательствами, собранными по уголовному делу. Суд действия ФИО1 квалифицирует по ст. 264.1 УК РФ , как управление автомобилем лицом, находящимся в состоянии опьянения, имеющим судимость за совершение преступления, предусмотренного ст. 264.1 УК РФ . При назначении наказания, руководствуясь ч. 3 ст. 60 УК РФ , суд учитывает характер и степень общественной опасности совершенного преступления, личность виновного, обстоятельства смягчающие наказание, влияние назначенного наказания на исправление осужденного и на условия жизни его семьи. ФИО1 совершил преступление небольшой тяжести, направленное против безопасности движения. Подсудимый ФИО1 не работает, инвалидности не имеет, в браке не состоит, иждивенцев не имеет, на учете у врачей (терапевта, фтизиатра, психиатра, нарколога) не состоит, по месту жительства сельской администрацией и УУП ОУУП и ПДН ОМВД России по Улаганскому району характеризуется положительно. В судебном заседании из пояснений подсудимого ФИО1 установлено и сторонами не оспаривается, что он оказывает помощь матери ФИО6, ДД.ММ.ГГГГ &lt;данные изъяты&gt;. &lt;данные изъяты&gt; В судебном заседании также из пояснений подсудимого ФИО1 установлено и сторонами не оспаривается, что он ведет личное подсобное хозяйство, в котором имеет большое количество сельскохозяйственных животных. Обстоятельств, предусмотренных ст. 63 УК РФ и отягчающих наказание ФИО1, по уголовному делу не установлено. Суд при назначении наказания признает в соответствии со ст. 61 УК РФ и учитывает в качестве смягчающих наказание ФИО1 обстоятельств: признание вины; раскаяние в содеянном; наличие матери –инвалида, нуждающейся в его помощи и участии; ведение им личного подсобного хозяйства со сельскохозяйственными животными; положительные характеристики и иные особенности его личности. Вместе с тем, указанные смягчающие обстоятельства, как по отдельности, так и в своей совокупности, по мнению суда, не являются исключительными, поэтому оснований для применения ст. 64 УК РФ к ФИО1 и назначения ему более мягкого вида наказания или не применения дополнительного вида наказания суд не усматривает. С учетом характера и степени общественной опасности совершенного преступления, фактических обстоятельств преступления и личности ФИО1, имеющего судимость за аналогичные преступления, суд приходит к выводу о назначении ФИО1 наказания в виде лишения свободы с лишением права заниматься определенной деятельностью (деятельностью, связанной с управлением транспортными средствами) в пределах санкции ст. 264.1 УК РФ , что отвечает требованиям справедливости (ч. 1 ст. 6 УК РФ ), назначении справедливого наказания (ч. 1 ст. 60 УК РФ ) и предусмотренным ч. 2 ст. 43 УК РФ целям наказания (исправлению осужденного и предупреждению совершения новых преступлений), поскольку менее строгий вид наказания не сможет обеспечить достижение указанных целей. При этом суд учитывает, что наказание подсудимого не может превышать две трети максимального срока или размера наиболее строгого вида наказания при рассмотрении дела в особом порядке (ч. 5 ст. 62 УК РФ ). Оснований для применения положений ч. 1 ст. 62 УК РФ в отношении ФИО1 не имеется. ФИО1 осужден 22.03.2017 г. Улаганским районным судом Республики Алтай по ст. 264.1 УК РФ , ст. 70 УК РФ (по приговору от 16.03.2016 г.), ст. 73 УК РФ к 7 месяцам лишения свободы (условно с испытательным сроком на 1 год 6 месяцев) с лишением права заниматься деятельностью, связанной с управлением транспортными средствами, на срок 2 года 8 месяцев. Основное наказание отбыто полностью – испытательный срок истек 22.10.2018 г., дополнительное наказание отбыто частично – срок его отбытия 03.12.2019 г.20.12.2018 года. Преступление по настоящему приговору совершено ФИО1 после вынесения вышеприведенного приговора. В этой связи окончательное наказание ФИО1 следует назначить по правилам ст. 70 УК РФ , по совокупности приговоров, путем частичного присоединения к назначенному наказанию неотбытой части дополнительного наказания в виде лишения права заниматься деятельностью, связанной с управлением транспортными средствами. С учетом личности ФИО1, характеризующегося положительно, его поведения в период испытательного срока по приговору от 22.03.2017 г., его оценки совершенного деяния, совокупности смягчающих обстоятельств, отсутствия отягчающих обстоятельств, позиции сторон относительно наказания, суд приходит к выводу о возможности исправления осужденного без реального отбывания наказания применяет в отношении него ст. 73 УК РФ – условное осуждение, по основному наказанию, с возложением на ФИО1 с учетом его возраста, трудоспособности и состояния здоровья исполнение определенных обязанностей. Дополнительное наказание в силу ч. 4 ст. 73 УК РФ подлежит реальному и самостоятельному исполнению в порядке, предусмотренном ч. 2 ст. 71 УК РФ . Процессуальные издержки, предусмотренные ст. 131 УПК РФ , взысканию с подсудимого согласно ч. 10 ст. 316 УПК РФ не подлежат. Решая вопрос о вещественных доказательствах, суд исходит из требований ст. 81 УПК РФ , согласно которой &lt;данные изъяты&gt; – оставлению в распоряжении подсудимого ФИО1 На основании изложенного, руководствуясь ст. 316 УПК РФ , суд ПРИГОВОРИЛ: Признать ФИО1 виновным в совершении преступления, предусмотренного ст. 264.1 . УК РФ, и назначить ему наказание в виде лишения свободы сроком на 1 год с лишением права заниматься деятельностью, связанной с управлением транспортными средствами, на срок 2 года 6 месяцев. На основании ст. 70 УК РФ по совокупности приговоров к назначенному наказанию частично присоединить неотбытую часть дополнительного наказания по приговору Улаганского районного суда Республики Алтай от 22 марта 2017 года и окончательно назначить ФИО1 наказание в виде лишения свободы сроком на 1 год с лишением права заниматься деятельностью, связанной с управлением транспортными средствами, на срок 3 года. На основании ч. 3 ст. 73 УК РФ наказание в виде лишения свободы ФИО1 считать условным с испытательным сроком на 3 года, в течение которого условно осужденный должен своим поведением доказать свое исправление. Согласно ч. 5 ст. 73 УК РФ возложить на ФИО1 исполнение обязанностей: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осужденного; являться на регистрацию в указанный орган 1 раз в месяц в дни, установленные данным органом; не посещать места общественного питания (кафе, бары рестораны), в которых разрешены реализация и потребление алкогольной продукции, на территории муниципального образования «Улаганский район». В соответствии с ч. 2 ст. 71 УК РФ наказание ФИО1 в виде лишения права заниматься деятельностью, связанной с управлением транспортными средствами, исполнять реально и самостоятельно. Меру пресечения ФИО1 в виде подписки о невыезде и надлежащем поведении отменить по вступлении приговора в законную силу. По вступлении приговора в законную силу вещественные доказательства: DVD &lt;данные изъяты&gt; – оставить в распоряжении осужденного ФИО1 Приговор может быть обжалован в апелляционном порядке в Судебную коллегию по уголовным делам Верховного Суда Республики Алтай в течение десяти суток со дня его провозглашения, с соблюдением требований ст. 317 УПК РФ .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в течение 10 суток со дня вручения копии приговора и в тот же срок со дня вручения копии апелляционного представления или апелляционной жалобы, затрагивающих его интересы, о чем осужденному следует указать в своей жалобе либо в своих возражениях. Судья А.А. Кожабаева Суд: Улаганский районный суд (Республика Алтай) (подробнее) Судьи дела: Кожабаева Аолия Абилбековна (судья) (подробнее) Последние документы по делу: Постановление от 15 июля 2019 г. по делу № 1-12/2019 Приговор от 16 апреля 2019 г. по делу № 1-12/2019 Приговор от 25 февраля 2019 г. по делу № 1-12/2019 Приговор от 8 февраля 2019 г. по делу № 1-12/2019 Приговор от 4 февраля 2019 г. по делу № 1-12/2019 Постановление от 4 февраля 2019 г. по делу № 1-12/2019 Приговор от 28 января 2019 г. по делу № 1-12/2019 Приговор от 20 января 2019 г. по делу № 1-12/2019 Приговор от 16 января 2019 г. по делу № 1-12/2019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