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Начальник ШФ ГБУ РО «ПНД» ФИО7</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 о. зав. психиатрическим отделением № ФИО8 Комиссия подтвердила обоснованность решения о необходимости продолжения лечения пациента в условиях психиатрического стационара в недобровольном порядке в соответствии со ст.29 п. «а», «в» Закона РФ «О психиатрической помощи и гарантиях прав граждан при ее оказании». Врачебная комиссия считает, что лечение гражданина ФИО2 возможно только в стационарных условиях. Гр. ФИО2 от лечения категорически отказался, считает себя психически здоровым, «неправильно привезли сюда». Отказывается от приема медикаментов, критика к совершенному правонарушению отсутствует. На основании изложенного и в соответствии со ст. 29 п. «а», «в», ст. 32, ст. 33 Закона РФ «О психиатрической помощи и гарантиях прав граждан при ее оказании», просил суд: Вынести решение о недобровольной госпитализации гр.ФИО2. Представитель административного истца - Шахтинского филиала ГБУ &lt;адрес&gt; "Психоневрологический диспансер" в судебное заседание явилась, настаивала на удовлетворении административного искового заявления. Административный ответчик в судебное заседание явился, иск не признал. Представитель административного ответчика - адвокат в судебное заседание явился, пояснил, что возражает против удовлетворения административного иска. Представитель заинтересованного лица ДТСР Администрации г.ФИО9, действующая на основании доверенности, в судебное заседание явилась, просила удовлетворить иск. Выслушав стороны, заключение прокурора, полагавшего иск обоснованным и подлежащим удовлетворению, допросив врача-психиатра, свидетеля, изучив материалы дела, суд находит требования административного истца подлежащими удовлетворению. Как установлено в судебном заседании, иск подан по неопровергнутым ответчиком основаниям, изложенным выше в настоящем решении, из которых следует, что ФИО2, 06.12.1984г. р., проживающий: &lt;адрес&gt;, - инвалид 3 гр. по психическому заболеванию без срока переосвидетельствования, не работает, в ЦЗН не состоит. Был доставлен в приемное отделение Шахтинского филиала ГБУ РО «ПНД» 08.09.17г в 11 часов 00 минут машиной СМП в сопровождении сотрудников полиции по направлению психиатра ПНД по неотложным показаниям. При поступлении гр. ФИО2 подписал информированное письменное согласие на лечение в условиях психиатрического стационара, госпитализирован в психотделение № в добровольном порядке. Позже отказался от продолжения лечения. В обоснование иска истец представил мотивированное заключение (лд 4), из которого следует невозможность рассмотрения дела в зале суда, мотивированное заключение о необходимости пребывания в психиатрическом стационаре – лд 5. Допрошенный в судебном заседании свидетель ФИО10 дал показания, из которых следует, что он является отцом ФИО2, отношений у него с ним никаких. С 1997г. он получил инвалидность 3 группы, потом ее установили пожизненно. 2 года 8 месяцев назад состояние здоровья сына изменилось, он стал уходить из дома, периодически совершал кражи, периодически появлялся дома. Свидетель проживает по адресу прописки, он там же прописан. После смерти жены, он стал на глазах глупеть, резко ухудшилось его состояние здоровья, он стал свидетеля обвинять в смерти жены, приводя надуманные доводы. Дома он лекарства не принимает. От сотрудников полиции свидетелю стало известно, что он позвонил и сообщил о том, что заминирован дом. Не противоречат собранным доказательствам и показания врача - психиатра ФИО11, которая в судебном заседании пояснила, что родственником ФИО2 не является, отношения с ним служебные, она является врачом-психиатром. В 2013г. окончила Рязанский медицинский университет. Официально работает врачом-психиатром с ДД.ММ.ГГГГ, на сегодняшний день 3 года. ФИО2 ДД.ММ.ГГГГ. проходил стационарное лечение в учреждении психиатрического профиля по собственной инициативе, был выписан 06.09.2017г., а 08.09.2017г. поступил в отделение по скорой помощи в связи с правонарушением. С его слов он пошел домой к другу, который проживает в &lt;адрес&gt;, чтобы там проживать, но ему квартиру не открыли, тогда он позвонил и сообщил, что дом заминирован. Он привел в действие службы скорой помощи, пожарной, газовой, полиции, МЧС. Пояснил, что просто пошутил, он не имел ключа от квартиры и хотел, чтобы приехала полиция и открыла ему квартиру. Стал требовать, чтобы его выписали, на вопрос врача, что он будет делать, пояснил, что уедет в монастырь. Находясь в отделении, ФИО2 отказался принимать медикаменты, уклоняется, требует поменять ему назначенное лечение, критики у него нет. Говорит, что он просто пошутил, хотел войти в квартиру и жить там. Ответчик представляет непосредственно для себя опасность, так как у него нет критики, он страдает заболеванием - сахарный диабет, не принимает необходимые лекарства, а находясь в стационаре он лекарства принимает. Имеет место непредсказуемость поведения, он то соглашается лечиться, то отказывается. Сейчас он согласился и тут же просит его выписать. У него от отсутствия приема лекарства для лечения сахарного диабета у него может наступить кома. Имеется тенденция к ухудшению поведения, первый раз он проходил лечение добровольно, хотел увеличить группу инвалидности, первоначально критика у него была. ФИО2 уклоняется от приема лекарств. При установленном диагнозе у ФИО2 теоретически возможны сезонные обострения, но чаще всего это отсутствие приема лекарств. Согласно ч. 1 ст. 20 Федерального закона от ДД.ММ.ГГГГ N 323-ФЗ "Об основах охраны здоровья граждан в Российской Федерации"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 В соответствии с ч. 7 ст. 20 Федерального закона "Об основах охраны здоровья граждан в РФ" Информированное добровольное согласие на медицинское вмешательство или отказ от медицинского вмешательства оформляется в письменной форме, подписывается гражданином, одним из родителей или иным законным представителем, медицинским работником и содержится в медицинской документации пациента. Правовые, организационные и экономические принципы оказания психиатрической помощи в Российской Федерации установлены Федеральным законом от ДД.ММ.ГГГГ № "О психиатрической помощи и гарантиях прав граждан при ее оказании". Добровольность обращения за психиатрической помощью при наличии информированного согласия за некоторыми исключениями регламентирована положениями статьи 4 Закона. Основания для госпитализации в медицинскую организацию, оказывающую психиатрическую помощь в стационарных условиях, в недобровольном порядке предусмотрены положениями ст. 29 Закона. В силу ст.29 Закона РФ от 02.07.1992г. № "О психиатрической помощи и гарантиях прав граждан при ее оказании" лицо, страдающее психическим расстройством, может быть госпитализировано в психиатрический стационар без его согласия или без согласия его законного представителя до постановления судьи, если его обследование или лечение возможны только в стационарных условиях, а психическое расстройство является тяжелым и обусловливает: а) его непосредственную опасность для себя или окружающих, или б) его беспомощность, то есть неспособность самостоятельно удовлетворять основные жизненные потребности, или в) существенный вред его здоровью вследствие ухудшения психического состояния, если лицо будет оставлено без психиатрической помощи. В соответствии со ст. 32 Закона РФ "О психиатрической помощи и гарантиях прав граждан при ее оказании" (1) Лицо, помещенное в психиатрический стационар по основаниям, предусмотренным статьей 29 настоящего Закона, подлежит обязательному освидетельствованию в течение 48 часов комиссией врачей - психиатров психиатрического учреждения, которая принимает решение об обоснованности госпитализации. В случаях, когда госпитализация признается необоснованной и госпитализированный не выражает желания остаться в психиатрическом стационаре, он подлежит немедленной выписке. (2) Если госпитализация признается обоснованной, то заключение комиссии врачей - психиатров в течение 24 часов направляется в суд по месту нахождения психиатрического учреждения для решения вопроса о дальнейшем пребывании лица в нем. Согласно ст. 35 Закона РФ "О психиатрической помощи и гарантиях прав граждан при ее оказании" постановление судьи об удовлетворении заявления о госпитализации лица в психиатрический стационар является основанием для госпитализации и дальнейшего содержания лица в психиатрическом диспансере. При рассмотрении данного дела суд установил, и данные обстоятельства не опровергнуты ответчиком и его представителем, что ответчик является инвалидом третьей группы по психзаболеванию, не контролирует себя, нет критики к поведению, не оценивает последствия своих действий, т.е фактически без оказания медпомощи не социален. На фоне данного состояния ответчик сообщил о заминировании квартиры, в связи с чем к месту его жительства были вызваны сотрудники МВД, пожарной службы, СМП, газовой службы, МЧС – лд 8 (при этом хотя ответственность за заведомо ложное сообщение о готовящихся взрыве предусмотрена ст. 207 УК РФ , ответчик не отрицал данного звонка, сообщил что он пошутил с целью обеспечить доступ в не принадлежащую ему квартиру). Судом установлено и ответчик не отрицал, что самостоятельно необходимые лекарственные препараты он не принимает. Данные сведения подтверждаются и всеми собранными доказательствами. Из показаний лечащего врача следует, что исходя из состояния здоровья ответчика, без оказания квалифицированной медпомощи имеется тенденция к ухудшению поведения, нарастания опасности для себя и окружающих, а также ухудшения состояния здоровья ответчика. Таким образом, с учетом вышеперечисленных норм и установленных судом обстоятельств, суд полагает, что имеются основания, предусмотренные п. «а», «в» ст. 29 Закона РФ "О психиатрической помощи и гарантиях прав граждан при ее оказании". Судом в процессе рассмотрения дела и в результате личного общения с ответчиком установлена обоснованность описанного комиссией в заключении от 08.09.2017г(л.д.5) психического статуса. Руководствуясь ст.ст. 29, 34, 35 Закона РФ "О психиатрической помощи и гарантиях прав граждан при ее оказании", ст.ст. - 279 КАС РФ , суд, РЕШИЛ: разрешить госпитализацию ФИО2 в психиатрическое отделение в недобровольном порядке. Настоящее решение может быть обжаловано в Ростовский облсуд через Шахтинский годсуд в течение 10 дней, начиная с ДД.ММ.ГГГГ. Судья Галактионов Д.В. Суд: Шахтинский городской суд (Ростовская область) (подробнее) Судьи дела: Галактионов Дмитрий Викторович (судья) (подробнее) Последние документы по делу: Решение от 5 октября 2017 г. по делу № 2А-3833/2017 Решение от 11 сентября 2017 г. по делу № 2А-3833/2017 Решение от 6 июля 2017 г. по делу № 2А-3833/2017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