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Кострома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29 марта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