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корейскую заправку «Чим Чим» для хе из курицы 60 гр. 4 упаковки стоимостью по 45 рублей за 1 упаковку, а всего на сумму 180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кофе «MaximOriginal» 50 гр. 1 упаковку стоимостью 100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кофе «MaximOriginal» 150 гр.1 упаковку стоимостью 278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кофе «MaximOriginal» 500 гр. 1 упаковку стоимостью 800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кофе «Жокей Фаворит Арабика» 75 гр. 3 упаковки стоимостью по 127 рублей за 1 упаковку, а всего на сумму 381 рубль;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кофе «Жокей Империал Арабика» 75 гр. 1 упаковку стоимостью 127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кофе «Жокей Триумф Арабика» 75 гр. 3 упаковки стоимостью по 127 рублей за 1 упаковку, а всего на сумму 381 рубль;</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кофе «Черная карта» 75 гр. 1 упаковку стоимостью 124 рубля;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кофе «JacobsMonarch» 75 гр. 7 упаковок стоимостью по 136 рублей за 1 упаковку, а всего на сумму 952 рубля;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кофе «JardinColombiamedellin» 75 гр. 1 упаковку стоимостью 156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кофе «Nescafeclassiccrema» 70 гр. 1 упаковку стоимостью 143 рубля;</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кофе «Nescafeclassic» 100 гр. 1 упаковку стоимостью 138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кофе «Caf"e Pele» 100 гр. 9 упаковок стоимостью по 136 рублей за 1 упаковку, а всего на сумму 1224 рубля;</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кофе «GooddayCappuccino» 25 гр. 2 упаковки стоимостью по 15 рублей за 1 упаковку, а всего на сумму 30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какао «Nesquik» 250 гр. 1 упаковку стоимостью 146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чай пакетированный «PricessaNoori» 25 пакетиков 10 упаковок стоимостью по 44 рубля за 1 упаковку, а всего на сумму 440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чай листовой «Друг Шерхан» 100 гр. 14 упаковок стоимостью по 55 рублей за 1 упаковку, а всего на сумму 770 рублей;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кетчуп «Балтимор» Лечо 260 гр. 1 упаковку стоимостью 57 рублей;</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кетчуп «Персона» томатный 900 гр. 1 бутылку стоимостью 51 рубль;</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соус перцовый с чесноком и помидорами «Mivimex» 200 гр. 1 бутылку стоимостью 36 рублей;</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лук зеленый сушеный «Приправыч» 5 гр. 9 пачек стоимостью по 9 рублей за 1 пачку, а всего на сумму 81 рубль;</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перец черный молотый «Приправыч» 50 гр. 2 пачки стоимостью по 87 рублей за 1 пачку, а всего на сумму 174 рубля;</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приправу для гуляша «Магия востока» 15 гр. 3 пачки стоимостью по 9 рублей за 1 пачку, а всего на сумму 27 рублей;</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корицу молотую «Приправыч» 10 гр. 6 пачек стоимостью по 8 рублей за 1 пачку, а всего на сумму 48 рублей;</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приправу для шашлыка «Приправыч» 15 гр. 6 пачек стоимостью по 9 рублей за 1 пачку, а всего на сумму 54 рубля;</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приправу для борща «Приправыч» 15 гр. 3 пачки стоимостью по 9 рублей за 1 пачку, а всего на сумму 27 рублей;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приправу для рыбы «Приправыч» 15 гр. 3 пачки стоимостью по 9 рублей за 1 пачку, а всего на сумму 27 рублей;</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приправу для мясного фарша «Приправыч» 15 гр. 2 пачки стоимостью по 9 рублей за 1 пачку, а всего на сумму 18 рублей;</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приправу для плова «Приправыч» 15 гр. 3 пачки стоимостью по 12 рублей за 1 пачку, а всего на сумму 36 рублей;</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приправу для окорочков «Приправыч» 15 гр. 2 пачки стоимостью по 9 рублей за 1 пачку, а всего на сумму 18 рублей;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гвоздику целую «Магия востока» 10 гр. 7 пачек стоимостью по 37 рублей за 1 пачку, а всего на сумму 259 рублей;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лавровый лист «Приправыч» 20 гр. 4 пачки стоимостью по 19 рублей за 1 пачку, а всего на сумму 76 рублей;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вермишель на домашнем бульоне с грибами «Ролтон» 60 гр. 3 упаковки стоимостью по 13 рублей за 1 упаковку, а всего на сумму 39 рублей;</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вермишель на домашнем бульоне с курицей «Ролтон» 60 гр. 2 упаковки стоимостью по 13 рублей за 1 упаковку, а всего на сумму 26 рублей;</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лапшу с тушеную курицей и луком «Биг Ланч» 75 гр. 2 упаковки стоимостью по 14 рублей за 1 упаковку, а всего на сумму 28 рублей;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лапшу быстрого приготовления «BIGBON» 75 гр. 6 упаковок стоимостью по 20 рублей за 1 упаковку, а всего на сумму 120 рублей;</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лапшу быстрого приготовления «BIGBON» в тарелке 85 гр. 1 упаковку стоимостью 38 рублей;</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суп гороховый с копченостями «Приправыч» 60 гр. 9 пачек стоимостью по 17 рублей за 1 пачку, а всего на сумму 153 рубля;</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суп Азбука «Приправыч» 60 гр. 4 пачки стоимостью по 17 рублей за 1 пачку, а всего на сумму 68 рублей;</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суп Звездочка «Приправыч» 60 гр. 6 пачек стоимостью по 18 рублей за 1 пачку, а всего на сумму 108 рублей;</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суп вермишелевый с мясом «Приправыч» 60 гр. 4 пачки стоимостью по 15 рублей за 1 пачку, а всего на сумму 60 рублей;</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суп харчо «Приправыч» 70 гр. 7 пачек стоимостью по 22 рублей за 1 пачку, а всего на сумму 154 рубля;</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суп перловый с мясом «Приправыч» 60 гр. 7 пачек стоимостью по 16 рублей за 1 пачку, а всего на сумму 112 рублей;</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суп солянка «Приправыч» 60 гр. 10 пачек стоимостью по 22 рублей за 1 пачку, а всего на сумму 220 рублей;</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суп борщ «Приправыч» 60 гр. 7 пачек стоимостью по 25 рублей за 1 пачку, а всего на сумму 175 рублей;</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макаронные изделия «Алмак» 1 кг. 3 упаковки стоимостью по 50 рублей за 1 упаковку, а всего на сумму 150 рублей;</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крупу ячневую «Вишневый сад» 600 гр. 1 упаковку стоимостью 17 рублей;</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горох колотый «Алтайская сказка» 800 гр. 1 упаковку стоимостью 32 рубля;</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торт «Ночной город» 800 гр. 1 штуку стоимостью 300 рублей;</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торт «Парадиз» 800 гр. 1 штуку стоимостью 300 рублей;</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торт «Маковый» 800 гр. 1 штуку стоимостью 300 рублей;</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конфеты «JuicyLight» 1 кг. 1 упаковку стоимостью 143 рубля;</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конфеты «Харитоша» 1 кг. 1 упаковку стоимостью 178 рублей;</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конфеты «Глейс» со вкусом крем-брюле 1кг. 1 упаковку стоимостью 193 рубля;</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конфеты «Глейс» с шоколадным вкусом 1кг. 1 упаковку стоимостью 203 рубля;</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конфеты «Глейс» со сливочным вкусом 1кг. 1 упаковку стоимостью 193 рубля;</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конфеты «7 желаний» со вкусом творожка 1 кг. 1 упаковку стоимостью 150 рублей;</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конфеты «7 желаний» 1 кг. 1 упаковку стоимостью 150 рублей;</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конфеты «Золотая стрекоза» ассорти вкусов 1 кг. 1 упаковку стоимостью 164 рубля;</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карамель леденцовая «Солярики» 1 кг. 1 упаковку стоимостью 130 рублей;</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конфеты «Берри Арт» 1 кг. 1 упаковку стоимостью 172 рубля;</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конфеты «Ярче» семена подсолнечника 1 кг. 1 упаковку стоимостью 165 рублей;</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конфеты «Ловеста» со вкусом клубники со сливками 1 кг. 1 упаковку стоимостью 178 рублей;</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конфеты «Чио Рио» 1 кг. 1 упаковку стоимостью 286 рублей;</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конфеты «Евгеша» 1 кг. 1 упаковку стоимостью 190 рублей;</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жевательную резинку «fresboom» 5 гр. 5 штук стоимостью по 4 рублей за 1 штуку, а всего на сумму 20 рублей;</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мармелад жевательный «Гамми фрут» с кислым вкусом 20 гр. 1 упаковку стоимостью 31 рубль;</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мармеладный жевательный «Светофор» 14,7 гр. 3 упаковки стоимостью по 20 рублей за 1 упаковку, а всего на сумму 60 рублей;</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драже «MINT"S» со вкусом вишни 15 гр. 3 упаковки стоимостью по 22 рублей за 1 упаковку, а всего на сумму 66 рублей;</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драже «MINT"S» со вкусом апельсина15 гр. 1 упаковку стоимостью 22 рубля;</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шоколад молочный пористый «Воздушный» 85 гр. 2 штуки стоимостью по 70 рублей за 1 штуку, а всего на сумму 140 рублей;</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напиток «Любимый» Тропический микс 1,93 л. 1 упаковка стоимостью 98 рублей;</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яблочный нектар «Palma» Зеленое яблоко 200 мл. 2 упаковки стоимостью по 15 рублей за 1 упаковку, а всего на сумму 30 рублей;</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йогурт «Нежный» с соком персика 100 гр. 2 штуки стоимостью по 18 рублей за 1 штуку, а всего на сумму 36 рублей;</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йогурт «Fruttis» с грушей и ванилью 115 гр. 2 штуки стоимостью по 31 рубль за 1 штуку, а всего на сумму 62 рубля;</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продукт молокосодержащий сгущенный с сахаром вареный «Варенка» ФИО3 0,34 кг. 1 банку стоимостью 52 рубля;</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продукт молокосодержащий сгущенный с сахаром «Сгущенка» «ФИО3» 0,36 кг. 1 банку по стоимостью 43 рубля;</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консервы натуральные «Горошек зеленый» 400 гр. 1 банку стоимостью 53 рубля;</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плавленый сыр с ветчиной «Hochland» 1 упаковку стоимостью 23 рубля;</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мороженое «Salwadore» 130 гр. 2 штуки стоимостью по 48 рублей за 1 штуку, а всего на сумму 96 рублей;</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чебуреки 2 упаковки стоимостью по 146 рублей за 1 упаковку, а всего на сумму 292 рубля;</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сосиски 2,02 кг. стоимостью по 184 рублей за 1 кг., а всего на сумму 371 рубль 68 копеек;</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сосиски 0,916 кг. стоимостью по 185 рублей за 1 кг., а всего на сумму 169 рублей 46 копеек;</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купаты куриные 0,94 кг. стоимостью по 285 рублей за 1 кг., а всего на сумму 267 рублей 90 копеек;</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окорочка куриные 1,562 кг. стоимостью по 190 рублей за 1 кг., а всего на сумму 296 рублей 78 копеек;</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котлеты куриные 0,668 кг. стоимостью по 140 рублей за 1 кг., а всего на сумму 93 рубля 52 копейки;</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колбасу полукопченую «Сервелат Киевский» 400 гр. 1 палку стоимостью 139 рублей;</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водку «Проводница» 3 бутылки стоимостью по 230 рублей за 1 бутылку, а всего на сумму 690 рублей;</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губки «Чистюля» maxi универсальные 5 штук 1 упаковку стоимостью 28 рублей;</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салфетки «Чистюля» вискозные 3 штуки 1 упаковку стоимостью 35 рублей;</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салфетки «Чистюля» вискозные 5 штук 1 упаковку стоимостью по 60 рублей;</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крем после бритья «ARKOMENSensitive» 50 ml. 1 штуку стоимостью 75 рублей;</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туалетную воду для мужчин «GeoWEST» 85 мл. 1 штуку стоимостью 300 рублей;</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туалетную воду для женщин «Glam» 100 мл. 1 штуку стоимостью 180 рублей;</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туалетную воду для мужчин «TUAREGORIGINAL» 100 мл. 1 штуку стоимостью 216 рублей;</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туалетную воду для мужчин «Baks 5» 100 мл. 1 штуку стоимостью 170 рублей;</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туалетную воду для женщин «RedWilling» 100 мл. 1 штуку стоимостью 190 рублей;</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туалетную вода «1 Millionerdollar» 60 мл. 1 штуку стоимостью 110 рублей;</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зубную пасту «blend-a-med» анти-кариес свежая мята 50 мл. 1 штуку стоимостью 46 рублей;</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зубную пасту «Лесной бальзам» с экстрактом коры дуба и пихты на отваре трав 50 мл. 1 штуку стоимостью 44 рубля;</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зубную пасту «Colgate» тройное действие 50 мл. 1 штуку стоимостью 47 рублей;</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шампунь для волос «Женьшень» Для всей семьи 1000 мл. 1 бутылку стоимостью 48 рублей;</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шампунь «Shamtu » Для жирных волос 350 мл. 1 бутылку стоимостью 148 рублей;</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шампунь «Tumotei» роскошный объем 250 мл. 1 бутылку стоимостью 106 рублей;</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шампунь «Маленькая фея» Послушные локоны 240 мл. 1 бутылку стоимостью 121 рубль;</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ватные палочки «Visage» 100 штуки 1 пачку стоимостью 26 рублей;</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бальзам-ополаскиватель «Чистая линия» пшеница и лен для тонких и ослабленных волос 230 мл. 1 бутылку стоимостью 81 рублей;</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гель для душа «Camay» Романтик 250 мл. 1 бутылку стоимостью 118 рублей;</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гель для бритья «ARKOMENSensitive» 200 мл. 1 штуку стоимостью 137 рублей;</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краска для волос «Londa» светлый шатен 14 1 упаковку стоимостью 159 рублей;</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моментальный клей «Монолит» 3 гр. 8 штук стоимостью по 9 рублей за 1 штуку, а всего на сумму 72 рубля;</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зажигалка «Ангара» 1 штуку стоимостью 25 рублей;</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зажигалка «Luxlite» 2 штуки стоимостью по 25 рублей за 1 штуку, а всего на сумму 50 рублей;</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мыло «DURU» Greentea 4 штуки 1 упаковку стоимостью 125 рублей;</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мыло «Palmolive» натурэль освежающее 4 штуки стоимостью по 47 рублей за 1 штуку, а всего на сумму 188 рублей;</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крем-мыло «Dove» красота и уход 2 штуки стоимостью по 50 рублей за 1 штуку, а всего на сумму 100 рублей;</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крем-мыло «Лесная поляна» миндальное молоко 1 штуку стоимостью 20 рублей;</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крем-мыло «Лесная поляна» земляника 1 штуку стоимостью 20 рублей;</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жидкое крем-мыло «Детское» с экстрактом череды 280 гр. 1 бутылку стоимостью 65 рублей;</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крем для ног «Сто рецептов красоты» чудесная тыква смягчающий 2 штуки стоимостью по 59 рублей за 1 штуку, а всего на сумму 118 рублей;</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классические ежедневные прокладки «Милана» 40 штук 1 упаковку стоимостью 49 рублей;</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прокладки женские гигиенические ежедневные «BellaPantyClassicsoft» 20 штук 1 упаковку стоимостью 49 рублей;</w:t>
      </w:r>
    </w:p>
    <w:p>
      <w:pPr>
        <w:pStyle w:val="Heading3"/>
      </w:pPr>
      <w:r>
        <w:rPr>
          <w:rFonts w:ascii="Times New Roman" w:hAnsi="Times New Roman" w:eastAsia="Times New Roman" w:cs="Times New Roman"/>
          <w:b/>
          <w:i w:val="0"/>
          <w:sz w:val="22"/>
        </w:rPr>
        <w:t>Пункт 123. Правовой анализ</w:t>
      </w:r>
    </w:p>
    <w:p>
      <w:pPr>
        <w:spacing w:after="120" w:before="160"/>
        <w:ind w:firstLine="720"/>
        <w:jc w:val="both"/>
      </w:pPr>
      <w:r>
        <w:rPr>
          <w:rFonts w:ascii="Times New Roman" w:hAnsi="Times New Roman" w:eastAsia="Times New Roman" w:cs="Times New Roman"/>
          <w:b/>
          <w:i w:val="0"/>
          <w:sz w:val="22"/>
        </w:rPr>
        <w:t xml:space="preserve">123. </w:t>
      </w:r>
      <w:r>
        <w:rPr>
          <w:rFonts w:ascii="Times New Roman" w:hAnsi="Times New Roman" w:eastAsia="Times New Roman" w:cs="Times New Roman"/>
          <w:b w:val="0"/>
          <w:i w:val="0"/>
          <w:sz w:val="22"/>
        </w:rPr>
        <w:t>туалетную бумагу «Волна» 3 штуки стоимостью по 13 рублей за 1 штуку, а всего на сумму 39 рублей;</w:t>
      </w:r>
    </w:p>
    <w:p>
      <w:pPr>
        <w:pStyle w:val="Heading3"/>
      </w:pPr>
      <w:r>
        <w:rPr>
          <w:rFonts w:ascii="Times New Roman" w:hAnsi="Times New Roman" w:eastAsia="Times New Roman" w:cs="Times New Roman"/>
          <w:b/>
          <w:i w:val="0"/>
          <w:sz w:val="22"/>
        </w:rPr>
        <w:t>Пункт 124. Правовой анализ</w:t>
      </w:r>
    </w:p>
    <w:p>
      <w:pPr>
        <w:spacing w:after="120" w:before="160"/>
        <w:ind w:firstLine="720"/>
        <w:jc w:val="both"/>
      </w:pPr>
      <w:r>
        <w:rPr>
          <w:rFonts w:ascii="Times New Roman" w:hAnsi="Times New Roman" w:eastAsia="Times New Roman" w:cs="Times New Roman"/>
          <w:b/>
          <w:i w:val="0"/>
          <w:sz w:val="22"/>
        </w:rPr>
        <w:t xml:space="preserve">124. </w:t>
      </w:r>
      <w:r>
        <w:rPr>
          <w:rFonts w:ascii="Times New Roman" w:hAnsi="Times New Roman" w:eastAsia="Times New Roman" w:cs="Times New Roman"/>
          <w:b w:val="0"/>
          <w:i w:val="0"/>
          <w:sz w:val="22"/>
        </w:rPr>
        <w:t>туалетную бумагу «из Набережных челнов» 1 штуку стоимостью 16 рублей;</w:t>
      </w:r>
    </w:p>
    <w:p>
      <w:pPr>
        <w:pStyle w:val="Heading3"/>
      </w:pPr>
      <w:r>
        <w:rPr>
          <w:rFonts w:ascii="Times New Roman" w:hAnsi="Times New Roman" w:eastAsia="Times New Roman" w:cs="Times New Roman"/>
          <w:b/>
          <w:i w:val="0"/>
          <w:sz w:val="22"/>
        </w:rPr>
        <w:t>Пункт 125. Правовой анализ</w:t>
      </w:r>
    </w:p>
    <w:p>
      <w:pPr>
        <w:spacing w:after="120" w:before="160"/>
        <w:ind w:firstLine="720"/>
        <w:jc w:val="both"/>
      </w:pPr>
      <w:r>
        <w:rPr>
          <w:rFonts w:ascii="Times New Roman" w:hAnsi="Times New Roman" w:eastAsia="Times New Roman" w:cs="Times New Roman"/>
          <w:b/>
          <w:i w:val="0"/>
          <w:sz w:val="22"/>
        </w:rPr>
        <w:t xml:space="preserve">125. </w:t>
      </w:r>
      <w:r>
        <w:rPr>
          <w:rFonts w:ascii="Times New Roman" w:hAnsi="Times New Roman" w:eastAsia="Times New Roman" w:cs="Times New Roman"/>
          <w:b w:val="0"/>
          <w:i w:val="0"/>
          <w:sz w:val="22"/>
        </w:rPr>
        <w:t>календарь «Астрологический» 2019 Подсказки на каждый день 1 штуку стоимостью 39 рублей;</w:t>
      </w:r>
    </w:p>
    <w:p>
      <w:pPr>
        <w:pStyle w:val="Heading3"/>
      </w:pPr>
      <w:r>
        <w:rPr>
          <w:rFonts w:ascii="Times New Roman" w:hAnsi="Times New Roman" w:eastAsia="Times New Roman" w:cs="Times New Roman"/>
          <w:b/>
          <w:i w:val="0"/>
          <w:sz w:val="22"/>
        </w:rPr>
        <w:t>Пункт 126. Правовой анализ</w:t>
      </w:r>
    </w:p>
    <w:p>
      <w:pPr>
        <w:spacing w:after="120" w:before="160"/>
        <w:ind w:firstLine="720"/>
        <w:jc w:val="both"/>
      </w:pPr>
      <w:r>
        <w:rPr>
          <w:rFonts w:ascii="Times New Roman" w:hAnsi="Times New Roman" w:eastAsia="Times New Roman" w:cs="Times New Roman"/>
          <w:b/>
          <w:i w:val="0"/>
          <w:sz w:val="22"/>
        </w:rPr>
        <w:t xml:space="preserve">126. </w:t>
      </w:r>
      <w:r>
        <w:rPr>
          <w:rFonts w:ascii="Times New Roman" w:hAnsi="Times New Roman" w:eastAsia="Times New Roman" w:cs="Times New Roman"/>
          <w:b w:val="0"/>
          <w:i w:val="0"/>
          <w:sz w:val="22"/>
        </w:rPr>
        <w:t>календарь «Квартальный» 2019 Живописные подсолнухи 4 штуки стоимостью по 63 рубля за 1 штуку, а всего на сумму 252 рубля;</w:t>
      </w:r>
    </w:p>
    <w:p>
      <w:pPr>
        <w:pStyle w:val="Heading3"/>
      </w:pPr>
      <w:r>
        <w:rPr>
          <w:rFonts w:ascii="Times New Roman" w:hAnsi="Times New Roman" w:eastAsia="Times New Roman" w:cs="Times New Roman"/>
          <w:b/>
          <w:i w:val="0"/>
          <w:sz w:val="22"/>
        </w:rPr>
        <w:t>Пункт 127. Правовой анализ</w:t>
      </w:r>
    </w:p>
    <w:p>
      <w:pPr>
        <w:spacing w:after="120" w:before="160"/>
        <w:ind w:firstLine="720"/>
        <w:jc w:val="both"/>
      </w:pPr>
      <w:r>
        <w:rPr>
          <w:rFonts w:ascii="Times New Roman" w:hAnsi="Times New Roman" w:eastAsia="Times New Roman" w:cs="Times New Roman"/>
          <w:b/>
          <w:i w:val="0"/>
          <w:sz w:val="22"/>
        </w:rPr>
        <w:t xml:space="preserve">127. </w:t>
      </w:r>
      <w:r>
        <w:rPr>
          <w:rFonts w:ascii="Times New Roman" w:hAnsi="Times New Roman" w:eastAsia="Times New Roman" w:cs="Times New Roman"/>
          <w:b w:val="0"/>
          <w:i w:val="0"/>
          <w:sz w:val="22"/>
        </w:rPr>
        <w:t>цветную бумагу «Пифагор» 2 штуки стоимостью по 15 рублей за 1 штуку, а всего на сумму 30 рублей;</w:t>
      </w:r>
    </w:p>
    <w:p>
      <w:pPr>
        <w:pStyle w:val="Heading3"/>
      </w:pPr>
      <w:r>
        <w:rPr>
          <w:rFonts w:ascii="Times New Roman" w:hAnsi="Times New Roman" w:eastAsia="Times New Roman" w:cs="Times New Roman"/>
          <w:b/>
          <w:i w:val="0"/>
          <w:sz w:val="22"/>
        </w:rPr>
        <w:t>Пункт 128. Правовой анализ</w:t>
      </w:r>
    </w:p>
    <w:p>
      <w:pPr>
        <w:spacing w:after="120" w:before="160"/>
        <w:ind w:firstLine="720"/>
        <w:jc w:val="both"/>
      </w:pPr>
      <w:r>
        <w:rPr>
          <w:rFonts w:ascii="Times New Roman" w:hAnsi="Times New Roman" w:eastAsia="Times New Roman" w:cs="Times New Roman"/>
          <w:b/>
          <w:i w:val="0"/>
          <w:sz w:val="22"/>
        </w:rPr>
        <w:t xml:space="preserve">128. </w:t>
      </w:r>
      <w:r>
        <w:rPr>
          <w:rFonts w:ascii="Times New Roman" w:hAnsi="Times New Roman" w:eastAsia="Times New Roman" w:cs="Times New Roman"/>
          <w:b w:val="0"/>
          <w:i w:val="0"/>
          <w:sz w:val="22"/>
        </w:rPr>
        <w:t>цветную бумагу 4 штуки стоимостью по 18 рублей за 1 штуку, а всего на сумму 72 рубля;</w:t>
      </w:r>
    </w:p>
    <w:p>
      <w:pPr>
        <w:pStyle w:val="Heading3"/>
      </w:pPr>
      <w:r>
        <w:rPr>
          <w:rFonts w:ascii="Times New Roman" w:hAnsi="Times New Roman" w:eastAsia="Times New Roman" w:cs="Times New Roman"/>
          <w:b/>
          <w:i w:val="0"/>
          <w:sz w:val="22"/>
        </w:rPr>
        <w:t>Пункт 129. Правовой анализ</w:t>
      </w:r>
    </w:p>
    <w:p>
      <w:pPr>
        <w:spacing w:after="120" w:before="160"/>
        <w:ind w:firstLine="720"/>
        <w:jc w:val="both"/>
      </w:pPr>
      <w:r>
        <w:rPr>
          <w:rFonts w:ascii="Times New Roman" w:hAnsi="Times New Roman" w:eastAsia="Times New Roman" w:cs="Times New Roman"/>
          <w:b/>
          <w:i w:val="0"/>
          <w:sz w:val="22"/>
        </w:rPr>
        <w:t xml:space="preserve">129. </w:t>
      </w:r>
      <w:r>
        <w:rPr>
          <w:rFonts w:ascii="Times New Roman" w:hAnsi="Times New Roman" w:eastAsia="Times New Roman" w:cs="Times New Roman"/>
          <w:b w:val="0"/>
          <w:i w:val="0"/>
          <w:sz w:val="22"/>
        </w:rPr>
        <w:t>колготки «Milanosocks» 40 ден. 1 упаковку стоимостью 117 рублей;</w:t>
      </w:r>
    </w:p>
    <w:p>
      <w:pPr>
        <w:pStyle w:val="Heading3"/>
      </w:pPr>
      <w:r>
        <w:rPr>
          <w:rFonts w:ascii="Times New Roman" w:hAnsi="Times New Roman" w:eastAsia="Times New Roman" w:cs="Times New Roman"/>
          <w:b/>
          <w:i w:val="0"/>
          <w:sz w:val="22"/>
        </w:rPr>
        <w:t>Пункт 130. Правовой анализ</w:t>
      </w:r>
    </w:p>
    <w:p>
      <w:pPr>
        <w:spacing w:after="120" w:before="160"/>
        <w:ind w:firstLine="720"/>
        <w:jc w:val="both"/>
      </w:pPr>
      <w:r>
        <w:rPr>
          <w:rFonts w:ascii="Times New Roman" w:hAnsi="Times New Roman" w:eastAsia="Times New Roman" w:cs="Times New Roman"/>
          <w:b/>
          <w:i w:val="0"/>
          <w:sz w:val="22"/>
        </w:rPr>
        <w:t xml:space="preserve">130. </w:t>
      </w:r>
      <w:r>
        <w:rPr>
          <w:rFonts w:ascii="Times New Roman" w:hAnsi="Times New Roman" w:eastAsia="Times New Roman" w:cs="Times New Roman"/>
          <w:b w:val="0"/>
          <w:i w:val="0"/>
          <w:sz w:val="22"/>
        </w:rPr>
        <w:t>колготки «OmsaAttiva 20» 20 ден. 1 упаковку стоимостью 187 рублей;</w:t>
      </w:r>
    </w:p>
    <w:p>
      <w:pPr>
        <w:pStyle w:val="Heading3"/>
      </w:pPr>
      <w:r>
        <w:rPr>
          <w:rFonts w:ascii="Times New Roman" w:hAnsi="Times New Roman" w:eastAsia="Times New Roman" w:cs="Times New Roman"/>
          <w:b/>
          <w:i w:val="0"/>
          <w:sz w:val="22"/>
        </w:rPr>
        <w:t>Пункт 131. Правовой анализ</w:t>
      </w:r>
    </w:p>
    <w:p>
      <w:pPr>
        <w:spacing w:after="120" w:before="160"/>
        <w:ind w:firstLine="720"/>
        <w:jc w:val="both"/>
      </w:pPr>
      <w:r>
        <w:rPr>
          <w:rFonts w:ascii="Times New Roman" w:hAnsi="Times New Roman" w:eastAsia="Times New Roman" w:cs="Times New Roman"/>
          <w:b/>
          <w:i w:val="0"/>
          <w:sz w:val="22"/>
        </w:rPr>
        <w:t xml:space="preserve">131. </w:t>
      </w:r>
      <w:r>
        <w:rPr>
          <w:rFonts w:ascii="Times New Roman" w:hAnsi="Times New Roman" w:eastAsia="Times New Roman" w:cs="Times New Roman"/>
          <w:b w:val="0"/>
          <w:i w:val="0"/>
          <w:sz w:val="22"/>
        </w:rPr>
        <w:t>тетради школьные ученические в линейку 7 штук стоимостью по 7 рублей за 1 штуку, а всего на сумму 49 рублей;</w:t>
      </w:r>
    </w:p>
    <w:p>
      <w:pPr>
        <w:pStyle w:val="Heading3"/>
      </w:pPr>
      <w:r>
        <w:rPr>
          <w:rFonts w:ascii="Times New Roman" w:hAnsi="Times New Roman" w:eastAsia="Times New Roman" w:cs="Times New Roman"/>
          <w:b/>
          <w:i w:val="0"/>
          <w:sz w:val="22"/>
        </w:rPr>
        <w:t>Пункт 132. Правовой анализ</w:t>
      </w:r>
    </w:p>
    <w:p>
      <w:pPr>
        <w:spacing w:after="120" w:before="160"/>
        <w:ind w:firstLine="720"/>
        <w:jc w:val="both"/>
      </w:pPr>
      <w:r>
        <w:rPr>
          <w:rFonts w:ascii="Times New Roman" w:hAnsi="Times New Roman" w:eastAsia="Times New Roman" w:cs="Times New Roman"/>
          <w:b/>
          <w:i w:val="0"/>
          <w:sz w:val="22"/>
        </w:rPr>
        <w:t xml:space="preserve">132. </w:t>
      </w:r>
      <w:r>
        <w:rPr>
          <w:rFonts w:ascii="Times New Roman" w:hAnsi="Times New Roman" w:eastAsia="Times New Roman" w:cs="Times New Roman"/>
          <w:b w:val="0"/>
          <w:i w:val="0"/>
          <w:sz w:val="22"/>
        </w:rPr>
        <w:t>карандаши цветные деревянные «Совушка» 12 цветов 1 упаковку стоимостью 45 рублей;</w:t>
      </w:r>
    </w:p>
    <w:p>
      <w:pPr>
        <w:pStyle w:val="Heading3"/>
      </w:pPr>
      <w:r>
        <w:rPr>
          <w:rFonts w:ascii="Times New Roman" w:hAnsi="Times New Roman" w:eastAsia="Times New Roman" w:cs="Times New Roman"/>
          <w:b/>
          <w:i w:val="0"/>
          <w:sz w:val="22"/>
        </w:rPr>
        <w:t>Пункт 133. Правовой анализ</w:t>
      </w:r>
    </w:p>
    <w:p>
      <w:pPr>
        <w:spacing w:after="120" w:before="160"/>
        <w:ind w:firstLine="720"/>
        <w:jc w:val="both"/>
      </w:pPr>
      <w:r>
        <w:rPr>
          <w:rFonts w:ascii="Times New Roman" w:hAnsi="Times New Roman" w:eastAsia="Times New Roman" w:cs="Times New Roman"/>
          <w:b/>
          <w:i w:val="0"/>
          <w:sz w:val="22"/>
        </w:rPr>
        <w:t xml:space="preserve">133. </w:t>
      </w:r>
      <w:r>
        <w:rPr>
          <w:rFonts w:ascii="Times New Roman" w:hAnsi="Times New Roman" w:eastAsia="Times New Roman" w:cs="Times New Roman"/>
          <w:b w:val="0"/>
          <w:i w:val="0"/>
          <w:sz w:val="22"/>
        </w:rPr>
        <w:t>краски акварельные «Artspace» классические медовые 12 цветов 1 упаковку стоимостью 33 рубля;</w:t>
      </w:r>
    </w:p>
    <w:p>
      <w:pPr>
        <w:pStyle w:val="Heading3"/>
      </w:pPr>
      <w:r>
        <w:rPr>
          <w:rFonts w:ascii="Times New Roman" w:hAnsi="Times New Roman" w:eastAsia="Times New Roman" w:cs="Times New Roman"/>
          <w:b/>
          <w:i w:val="0"/>
          <w:sz w:val="22"/>
        </w:rPr>
        <w:t>Пункт 134. Правовой анализ</w:t>
      </w:r>
    </w:p>
    <w:p>
      <w:pPr>
        <w:spacing w:after="120" w:before="160"/>
        <w:ind w:firstLine="720"/>
        <w:jc w:val="both"/>
      </w:pPr>
      <w:r>
        <w:rPr>
          <w:rFonts w:ascii="Times New Roman" w:hAnsi="Times New Roman" w:eastAsia="Times New Roman" w:cs="Times New Roman"/>
          <w:b/>
          <w:i w:val="0"/>
          <w:sz w:val="22"/>
        </w:rPr>
        <w:t xml:space="preserve">134. </w:t>
      </w:r>
      <w:r>
        <w:rPr>
          <w:rFonts w:ascii="Times New Roman" w:hAnsi="Times New Roman" w:eastAsia="Times New Roman" w:cs="Times New Roman"/>
          <w:b w:val="0"/>
          <w:i w:val="0"/>
          <w:sz w:val="22"/>
        </w:rPr>
        <w:t>ручки шариковые «Фантазия» 6 штук 1 упаковку стоимостью по 39 рублей за 1 упаковку, а всего на сумму 39 рублей;</w:t>
      </w:r>
    </w:p>
    <w:p>
      <w:pPr>
        <w:pStyle w:val="Heading3"/>
      </w:pPr>
      <w:r>
        <w:rPr>
          <w:rFonts w:ascii="Times New Roman" w:hAnsi="Times New Roman" w:eastAsia="Times New Roman" w:cs="Times New Roman"/>
          <w:b/>
          <w:i w:val="0"/>
          <w:sz w:val="22"/>
        </w:rPr>
        <w:t>Пункт 135. Правовой анализ</w:t>
      </w:r>
    </w:p>
    <w:p>
      <w:pPr>
        <w:spacing w:after="120" w:before="160"/>
        <w:ind w:firstLine="720"/>
        <w:jc w:val="both"/>
      </w:pPr>
      <w:r>
        <w:rPr>
          <w:rFonts w:ascii="Times New Roman" w:hAnsi="Times New Roman" w:eastAsia="Times New Roman" w:cs="Times New Roman"/>
          <w:b/>
          <w:i w:val="0"/>
          <w:sz w:val="22"/>
        </w:rPr>
        <w:t xml:space="preserve">135. </w:t>
      </w:r>
      <w:r>
        <w:rPr>
          <w:rFonts w:ascii="Times New Roman" w:hAnsi="Times New Roman" w:eastAsia="Times New Roman" w:cs="Times New Roman"/>
          <w:b w:val="0"/>
          <w:i w:val="0"/>
          <w:sz w:val="22"/>
        </w:rPr>
        <w:t>ручки шариковые «Schreiber» 12 штук стоимостью по 7 рублей за 1 упаковку, а всего на сумму 84 рублей;</w:t>
      </w:r>
    </w:p>
    <w:p>
      <w:pPr>
        <w:pStyle w:val="Heading3"/>
      </w:pPr>
      <w:r>
        <w:rPr>
          <w:rFonts w:ascii="Times New Roman" w:hAnsi="Times New Roman" w:eastAsia="Times New Roman" w:cs="Times New Roman"/>
          <w:b/>
          <w:i w:val="0"/>
          <w:sz w:val="22"/>
        </w:rPr>
        <w:t>Пункт 136. Правовой анализ</w:t>
      </w:r>
    </w:p>
    <w:p>
      <w:pPr>
        <w:spacing w:after="120" w:before="160"/>
        <w:ind w:firstLine="720"/>
        <w:jc w:val="both"/>
      </w:pPr>
      <w:r>
        <w:rPr>
          <w:rFonts w:ascii="Times New Roman" w:hAnsi="Times New Roman" w:eastAsia="Times New Roman" w:cs="Times New Roman"/>
          <w:b/>
          <w:i w:val="0"/>
          <w:sz w:val="22"/>
        </w:rPr>
        <w:t xml:space="preserve">136. </w:t>
      </w:r>
      <w:r>
        <w:rPr>
          <w:rFonts w:ascii="Times New Roman" w:hAnsi="Times New Roman" w:eastAsia="Times New Roman" w:cs="Times New Roman"/>
          <w:b w:val="0"/>
          <w:i w:val="0"/>
          <w:sz w:val="22"/>
        </w:rPr>
        <w:t>одноразовые бритвы «Gillette 2» 8 штук стоимостью по 30 рублей за 1 упаковку, а всего на сумму 240 рублей;</w:t>
      </w:r>
    </w:p>
    <w:p>
      <w:pPr>
        <w:pStyle w:val="Heading3"/>
      </w:pPr>
      <w:r>
        <w:rPr>
          <w:rFonts w:ascii="Times New Roman" w:hAnsi="Times New Roman" w:eastAsia="Times New Roman" w:cs="Times New Roman"/>
          <w:b/>
          <w:i w:val="0"/>
          <w:sz w:val="22"/>
        </w:rPr>
        <w:t>Пункт 137. Правовой анализ</w:t>
      </w:r>
    </w:p>
    <w:p>
      <w:pPr>
        <w:spacing w:after="120" w:before="160"/>
        <w:ind w:firstLine="720"/>
        <w:jc w:val="both"/>
      </w:pPr>
      <w:r>
        <w:rPr>
          <w:rFonts w:ascii="Times New Roman" w:hAnsi="Times New Roman" w:eastAsia="Times New Roman" w:cs="Times New Roman"/>
          <w:b/>
          <w:i w:val="0"/>
          <w:sz w:val="22"/>
        </w:rPr>
        <w:t xml:space="preserve">137. </w:t>
      </w:r>
      <w:r>
        <w:rPr>
          <w:rFonts w:ascii="Times New Roman" w:hAnsi="Times New Roman" w:eastAsia="Times New Roman" w:cs="Times New Roman"/>
          <w:b w:val="0"/>
          <w:i w:val="0"/>
          <w:sz w:val="22"/>
        </w:rPr>
        <w:t>жидкость для снятия лака 100 мл. 1 штуку стоимостью 17 рублей;</w:t>
      </w:r>
    </w:p>
    <w:p>
      <w:pPr>
        <w:pStyle w:val="Heading3"/>
      </w:pPr>
      <w:r>
        <w:rPr>
          <w:rFonts w:ascii="Times New Roman" w:hAnsi="Times New Roman" w:eastAsia="Times New Roman" w:cs="Times New Roman"/>
          <w:b/>
          <w:i w:val="0"/>
          <w:sz w:val="22"/>
        </w:rPr>
        <w:t>Пункт 138. Правовой анализ</w:t>
      </w:r>
    </w:p>
    <w:p>
      <w:pPr>
        <w:spacing w:after="120" w:before="160"/>
        <w:ind w:firstLine="720"/>
        <w:jc w:val="both"/>
      </w:pPr>
      <w:r>
        <w:rPr>
          <w:rFonts w:ascii="Times New Roman" w:hAnsi="Times New Roman" w:eastAsia="Times New Roman" w:cs="Times New Roman"/>
          <w:b/>
          <w:i w:val="0"/>
          <w:sz w:val="22"/>
        </w:rPr>
        <w:t xml:space="preserve">138. </w:t>
      </w:r>
      <w:r>
        <w:rPr>
          <w:rFonts w:ascii="Times New Roman" w:hAnsi="Times New Roman" w:eastAsia="Times New Roman" w:cs="Times New Roman"/>
          <w:b w:val="0"/>
          <w:i w:val="0"/>
          <w:sz w:val="22"/>
        </w:rPr>
        <w:t>сигареты «Корона» 82 пачки стоимостью по 60 рублей за 1 пачку, а всего на сумму 4920 рублей;</w:t>
      </w:r>
    </w:p>
    <w:p>
      <w:pPr>
        <w:pStyle w:val="Heading3"/>
      </w:pPr>
      <w:r>
        <w:rPr>
          <w:rFonts w:ascii="Times New Roman" w:hAnsi="Times New Roman" w:eastAsia="Times New Roman" w:cs="Times New Roman"/>
          <w:b/>
          <w:i w:val="0"/>
          <w:sz w:val="22"/>
        </w:rPr>
        <w:t>Пункт 139. Правовой анализ</w:t>
      </w:r>
    </w:p>
    <w:p>
      <w:pPr>
        <w:spacing w:after="120" w:before="160"/>
        <w:ind w:firstLine="720"/>
        <w:jc w:val="both"/>
      </w:pPr>
      <w:r>
        <w:rPr>
          <w:rFonts w:ascii="Times New Roman" w:hAnsi="Times New Roman" w:eastAsia="Times New Roman" w:cs="Times New Roman"/>
          <w:b/>
          <w:i w:val="0"/>
          <w:sz w:val="22"/>
        </w:rPr>
        <w:t xml:space="preserve">139. </w:t>
      </w:r>
      <w:r>
        <w:rPr>
          <w:rFonts w:ascii="Times New Roman" w:hAnsi="Times New Roman" w:eastAsia="Times New Roman" w:cs="Times New Roman"/>
          <w:b w:val="0"/>
          <w:i w:val="0"/>
          <w:sz w:val="22"/>
        </w:rPr>
        <w:t>сигареты «Marlboro» 62 пачки стоимостью по 70 рублей за 1 пачку, а всего на сумму 4340 рублей;</w:t>
      </w:r>
    </w:p>
    <w:p>
      <w:pPr>
        <w:pStyle w:val="Heading3"/>
      </w:pPr>
      <w:r>
        <w:rPr>
          <w:rFonts w:ascii="Times New Roman" w:hAnsi="Times New Roman" w:eastAsia="Times New Roman" w:cs="Times New Roman"/>
          <w:b/>
          <w:i w:val="0"/>
          <w:sz w:val="22"/>
        </w:rPr>
        <w:t>Пункт 140. Правовой анализ</w:t>
      </w:r>
    </w:p>
    <w:p>
      <w:pPr>
        <w:spacing w:after="120" w:before="160"/>
        <w:ind w:firstLine="720"/>
        <w:jc w:val="both"/>
      </w:pPr>
      <w:r>
        <w:rPr>
          <w:rFonts w:ascii="Times New Roman" w:hAnsi="Times New Roman" w:eastAsia="Times New Roman" w:cs="Times New Roman"/>
          <w:b/>
          <w:i w:val="0"/>
          <w:sz w:val="22"/>
        </w:rPr>
        <w:t xml:space="preserve">140. </w:t>
      </w:r>
      <w:r>
        <w:rPr>
          <w:rFonts w:ascii="Times New Roman" w:hAnsi="Times New Roman" w:eastAsia="Times New Roman" w:cs="Times New Roman"/>
          <w:b w:val="0"/>
          <w:i w:val="0"/>
          <w:sz w:val="22"/>
        </w:rPr>
        <w:t>сигареты «Петр I» эталон компакт 6 пачек стоимостью по 95 рублей за 1 пачку, а всего на сумму 570 рублей;</w:t>
      </w:r>
    </w:p>
    <w:p>
      <w:pPr>
        <w:pStyle w:val="Heading3"/>
      </w:pPr>
      <w:r>
        <w:rPr>
          <w:rFonts w:ascii="Times New Roman" w:hAnsi="Times New Roman" w:eastAsia="Times New Roman" w:cs="Times New Roman"/>
          <w:b/>
          <w:i w:val="0"/>
          <w:sz w:val="22"/>
        </w:rPr>
        <w:t>Пункт 141. Правовой анализ</w:t>
      </w:r>
    </w:p>
    <w:p>
      <w:pPr>
        <w:spacing w:after="120" w:before="160"/>
        <w:ind w:firstLine="720"/>
        <w:jc w:val="both"/>
      </w:pPr>
      <w:r>
        <w:rPr>
          <w:rFonts w:ascii="Times New Roman" w:hAnsi="Times New Roman" w:eastAsia="Times New Roman" w:cs="Times New Roman"/>
          <w:b/>
          <w:i w:val="0"/>
          <w:sz w:val="22"/>
        </w:rPr>
        <w:t xml:space="preserve">141. </w:t>
      </w:r>
      <w:r>
        <w:rPr>
          <w:rFonts w:ascii="Times New Roman" w:hAnsi="Times New Roman" w:eastAsia="Times New Roman" w:cs="Times New Roman"/>
          <w:b w:val="0"/>
          <w:i w:val="0"/>
          <w:sz w:val="22"/>
        </w:rPr>
        <w:t>сигареты «Максим» классический красный 55 пачек стоимостью по 85 рублей за 1 пачку, а всего на сумму 4675 рублей;</w:t>
      </w:r>
    </w:p>
    <w:p>
      <w:pPr>
        <w:pStyle w:val="Heading3"/>
      </w:pPr>
      <w:r>
        <w:rPr>
          <w:rFonts w:ascii="Times New Roman" w:hAnsi="Times New Roman" w:eastAsia="Times New Roman" w:cs="Times New Roman"/>
          <w:b/>
          <w:i w:val="0"/>
          <w:sz w:val="22"/>
        </w:rPr>
        <w:t>Пункт 142. Правовой анализ</w:t>
      </w:r>
    </w:p>
    <w:p>
      <w:pPr>
        <w:spacing w:after="120" w:before="160"/>
        <w:ind w:firstLine="720"/>
        <w:jc w:val="both"/>
      </w:pPr>
      <w:r>
        <w:rPr>
          <w:rFonts w:ascii="Times New Roman" w:hAnsi="Times New Roman" w:eastAsia="Times New Roman" w:cs="Times New Roman"/>
          <w:b/>
          <w:i w:val="0"/>
          <w:sz w:val="22"/>
        </w:rPr>
        <w:t xml:space="preserve">142. </w:t>
      </w:r>
      <w:r>
        <w:rPr>
          <w:rFonts w:ascii="Times New Roman" w:hAnsi="Times New Roman" w:eastAsia="Times New Roman" w:cs="Times New Roman"/>
          <w:b w:val="0"/>
          <w:i w:val="0"/>
          <w:sz w:val="22"/>
        </w:rPr>
        <w:t>сигареты «Максим» классический серый 5 пачек стоимостью по 85 рублей за 1 пачку, а всего на сумму 425 рублей;</w:t>
      </w:r>
    </w:p>
    <w:p>
      <w:pPr>
        <w:pStyle w:val="Heading3"/>
      </w:pPr>
      <w:r>
        <w:rPr>
          <w:rFonts w:ascii="Times New Roman" w:hAnsi="Times New Roman" w:eastAsia="Times New Roman" w:cs="Times New Roman"/>
          <w:b/>
          <w:i w:val="0"/>
          <w:sz w:val="22"/>
        </w:rPr>
        <w:t>Пункт 143. Правовой анализ</w:t>
      </w:r>
    </w:p>
    <w:p>
      <w:pPr>
        <w:spacing w:after="120" w:before="160"/>
        <w:ind w:firstLine="720"/>
        <w:jc w:val="both"/>
      </w:pPr>
      <w:r>
        <w:rPr>
          <w:rFonts w:ascii="Times New Roman" w:hAnsi="Times New Roman" w:eastAsia="Times New Roman" w:cs="Times New Roman"/>
          <w:b/>
          <w:i w:val="0"/>
          <w:sz w:val="22"/>
        </w:rPr>
        <w:t xml:space="preserve">143. </w:t>
      </w:r>
      <w:r>
        <w:rPr>
          <w:rFonts w:ascii="Times New Roman" w:hAnsi="Times New Roman" w:eastAsia="Times New Roman" w:cs="Times New Roman"/>
          <w:b w:val="0"/>
          <w:i w:val="0"/>
          <w:sz w:val="22"/>
        </w:rPr>
        <w:t>сигареты «PhilipMorris» 10 пачек стоимостью по 95 рублей за 1 пачку, а всего на сумму 950 рублей;</w:t>
      </w:r>
    </w:p>
    <w:p>
      <w:pPr>
        <w:pStyle w:val="Heading3"/>
      </w:pPr>
      <w:r>
        <w:rPr>
          <w:rFonts w:ascii="Times New Roman" w:hAnsi="Times New Roman" w:eastAsia="Times New Roman" w:cs="Times New Roman"/>
          <w:b/>
          <w:i w:val="0"/>
          <w:sz w:val="22"/>
        </w:rPr>
        <w:t>Пункт 144. Правовой анализ</w:t>
      </w:r>
    </w:p>
    <w:p>
      <w:pPr>
        <w:spacing w:after="120" w:before="160"/>
        <w:ind w:firstLine="720"/>
        <w:jc w:val="both"/>
      </w:pPr>
      <w:r>
        <w:rPr>
          <w:rFonts w:ascii="Times New Roman" w:hAnsi="Times New Roman" w:eastAsia="Times New Roman" w:cs="Times New Roman"/>
          <w:b/>
          <w:i w:val="0"/>
          <w:sz w:val="22"/>
        </w:rPr>
        <w:t xml:space="preserve">144. </w:t>
      </w:r>
      <w:r>
        <w:rPr>
          <w:rFonts w:ascii="Times New Roman" w:hAnsi="Times New Roman" w:eastAsia="Times New Roman" w:cs="Times New Roman"/>
          <w:b w:val="0"/>
          <w:i w:val="0"/>
          <w:sz w:val="22"/>
        </w:rPr>
        <w:t>сигареты «Bond» 5 пачек стоимостью по 105 рублей за 1 пачку, а всего на сумму 525 рублей;</w:t>
      </w:r>
    </w:p>
    <w:p>
      <w:pPr>
        <w:pStyle w:val="Heading3"/>
      </w:pPr>
      <w:r>
        <w:rPr>
          <w:rFonts w:ascii="Times New Roman" w:hAnsi="Times New Roman" w:eastAsia="Times New Roman" w:cs="Times New Roman"/>
          <w:b/>
          <w:i w:val="0"/>
          <w:sz w:val="22"/>
        </w:rPr>
        <w:t>Пункт 145. Правовой анализ</w:t>
      </w:r>
    </w:p>
    <w:p>
      <w:pPr>
        <w:spacing w:after="120" w:before="160"/>
        <w:ind w:firstLine="720"/>
        <w:jc w:val="both"/>
      </w:pPr>
      <w:r>
        <w:rPr>
          <w:rFonts w:ascii="Times New Roman" w:hAnsi="Times New Roman" w:eastAsia="Times New Roman" w:cs="Times New Roman"/>
          <w:b/>
          <w:i w:val="0"/>
          <w:sz w:val="22"/>
        </w:rPr>
        <w:t xml:space="preserve">145. </w:t>
      </w:r>
      <w:r>
        <w:rPr>
          <w:rFonts w:ascii="Times New Roman" w:hAnsi="Times New Roman" w:eastAsia="Times New Roman" w:cs="Times New Roman"/>
          <w:b w:val="0"/>
          <w:i w:val="0"/>
          <w:sz w:val="22"/>
        </w:rPr>
        <w:t>блок спичек 10 коробков «Череповец ФЭСКО» 5 упаковок стоимостью по 15 рублей за 1 упаковку, а всего на сумму 75 рублей;</w:t>
      </w:r>
    </w:p>
    <w:p>
      <w:pPr>
        <w:pStyle w:val="Heading3"/>
      </w:pPr>
      <w:r>
        <w:rPr>
          <w:rFonts w:ascii="Times New Roman" w:hAnsi="Times New Roman" w:eastAsia="Times New Roman" w:cs="Times New Roman"/>
          <w:b/>
          <w:i w:val="0"/>
          <w:sz w:val="22"/>
        </w:rPr>
        <w:t>Пункт 146. Правовой анализ</w:t>
      </w:r>
    </w:p>
    <w:p>
      <w:pPr>
        <w:spacing w:after="120" w:before="160"/>
        <w:ind w:firstLine="720"/>
        <w:jc w:val="both"/>
      </w:pPr>
      <w:r>
        <w:rPr>
          <w:rFonts w:ascii="Times New Roman" w:hAnsi="Times New Roman" w:eastAsia="Times New Roman" w:cs="Times New Roman"/>
          <w:b/>
          <w:i w:val="0"/>
          <w:sz w:val="22"/>
        </w:rPr>
        <w:t xml:space="preserve">146. </w:t>
      </w:r>
      <w:r>
        <w:rPr>
          <w:rFonts w:ascii="Times New Roman" w:hAnsi="Times New Roman" w:eastAsia="Times New Roman" w:cs="Times New Roman"/>
          <w:b w:val="0"/>
          <w:i w:val="0"/>
          <w:sz w:val="22"/>
        </w:rPr>
        <w:t>махровые носки «Fute» размер 23-25 4 пары стоимостью по 48 рублей за 1 пару, а всего на сумму 192 рубля;</w:t>
      </w:r>
    </w:p>
    <w:p>
      <w:pPr>
        <w:pStyle w:val="Heading3"/>
      </w:pPr>
      <w:r>
        <w:rPr>
          <w:rFonts w:ascii="Times New Roman" w:hAnsi="Times New Roman" w:eastAsia="Times New Roman" w:cs="Times New Roman"/>
          <w:b/>
          <w:i w:val="0"/>
          <w:sz w:val="22"/>
        </w:rPr>
        <w:t>Пункт 147. Правовой анализ</w:t>
      </w:r>
    </w:p>
    <w:p>
      <w:pPr>
        <w:spacing w:after="120" w:before="160"/>
        <w:ind w:firstLine="720"/>
        <w:jc w:val="both"/>
      </w:pPr>
      <w:r>
        <w:rPr>
          <w:rFonts w:ascii="Times New Roman" w:hAnsi="Times New Roman" w:eastAsia="Times New Roman" w:cs="Times New Roman"/>
          <w:b/>
          <w:i w:val="0"/>
          <w:sz w:val="22"/>
        </w:rPr>
        <w:t xml:space="preserve">147. </w:t>
      </w:r>
      <w:r>
        <w:rPr>
          <w:rFonts w:ascii="Times New Roman" w:hAnsi="Times New Roman" w:eastAsia="Times New Roman" w:cs="Times New Roman"/>
          <w:b w:val="0"/>
          <w:i w:val="0"/>
          <w:sz w:val="22"/>
        </w:rPr>
        <w:t>носки мужские «PossRis» размер 25-27 2 пары стоимостью по 51 рублю за 1 пару, а всего на сумму 102 рубля;</w:t>
      </w:r>
    </w:p>
    <w:p>
      <w:pPr>
        <w:pStyle w:val="Heading3"/>
      </w:pPr>
      <w:r>
        <w:rPr>
          <w:rFonts w:ascii="Times New Roman" w:hAnsi="Times New Roman" w:eastAsia="Times New Roman" w:cs="Times New Roman"/>
          <w:b/>
          <w:i w:val="0"/>
          <w:sz w:val="22"/>
        </w:rPr>
        <w:t>Пункт 148. Правовой анализ</w:t>
      </w:r>
    </w:p>
    <w:p>
      <w:pPr>
        <w:spacing w:after="120" w:before="160"/>
        <w:ind w:firstLine="720"/>
        <w:jc w:val="both"/>
      </w:pPr>
      <w:r>
        <w:rPr>
          <w:rFonts w:ascii="Times New Roman" w:hAnsi="Times New Roman" w:eastAsia="Times New Roman" w:cs="Times New Roman"/>
          <w:b/>
          <w:i w:val="0"/>
          <w:sz w:val="22"/>
        </w:rPr>
        <w:t xml:space="preserve">148. </w:t>
      </w:r>
      <w:r>
        <w:rPr>
          <w:rFonts w:ascii="Times New Roman" w:hAnsi="Times New Roman" w:eastAsia="Times New Roman" w:cs="Times New Roman"/>
          <w:b w:val="0"/>
          <w:i w:val="0"/>
          <w:sz w:val="22"/>
        </w:rPr>
        <w:t>мужские носки «Touch» размер 41-42 1 пару стоимостью 49 рублей;</w:t>
      </w:r>
    </w:p>
    <w:p>
      <w:pPr>
        <w:pStyle w:val="Heading3"/>
      </w:pPr>
      <w:r>
        <w:rPr>
          <w:rFonts w:ascii="Times New Roman" w:hAnsi="Times New Roman" w:eastAsia="Times New Roman" w:cs="Times New Roman"/>
          <w:b/>
          <w:i w:val="0"/>
          <w:sz w:val="22"/>
        </w:rPr>
        <w:t>Пункт 149. Правовой анализ</w:t>
      </w:r>
    </w:p>
    <w:p>
      <w:pPr>
        <w:spacing w:after="120" w:before="160"/>
        <w:ind w:firstLine="720"/>
        <w:jc w:val="both"/>
      </w:pPr>
      <w:r>
        <w:rPr>
          <w:rFonts w:ascii="Times New Roman" w:hAnsi="Times New Roman" w:eastAsia="Times New Roman" w:cs="Times New Roman"/>
          <w:b/>
          <w:i w:val="0"/>
          <w:sz w:val="22"/>
        </w:rPr>
        <w:t xml:space="preserve">149. </w:t>
      </w:r>
      <w:r>
        <w:rPr>
          <w:rFonts w:ascii="Times New Roman" w:hAnsi="Times New Roman" w:eastAsia="Times New Roman" w:cs="Times New Roman"/>
          <w:b w:val="0"/>
          <w:i w:val="0"/>
          <w:sz w:val="22"/>
        </w:rPr>
        <w:t>пену монтажную «GunPurFoam» 1000 мл. 1 штуку стоимостью 354 рубля;</w:t>
      </w:r>
    </w:p>
    <w:p>
      <w:pPr>
        <w:pStyle w:val="Heading3"/>
      </w:pPr>
      <w:r>
        <w:rPr>
          <w:rFonts w:ascii="Times New Roman" w:hAnsi="Times New Roman" w:eastAsia="Times New Roman" w:cs="Times New Roman"/>
          <w:b/>
          <w:i w:val="0"/>
          <w:sz w:val="22"/>
        </w:rPr>
        <w:t>Пункт 150. Правовой анализ</w:t>
      </w:r>
    </w:p>
    <w:p>
      <w:pPr>
        <w:spacing w:after="120" w:before="160"/>
        <w:ind w:firstLine="720"/>
        <w:jc w:val="both"/>
      </w:pPr>
      <w:r>
        <w:rPr>
          <w:rFonts w:ascii="Times New Roman" w:hAnsi="Times New Roman" w:eastAsia="Times New Roman" w:cs="Times New Roman"/>
          <w:b/>
          <w:i w:val="0"/>
          <w:sz w:val="22"/>
        </w:rPr>
        <w:t xml:space="preserve">150. </w:t>
      </w:r>
      <w:r>
        <w:rPr>
          <w:rFonts w:ascii="Times New Roman" w:hAnsi="Times New Roman" w:eastAsia="Times New Roman" w:cs="Times New Roman"/>
          <w:b w:val="0"/>
          <w:i w:val="0"/>
          <w:sz w:val="22"/>
        </w:rPr>
        <w:t>кондиционер для белья «Легко» аромат моря 1000 мл. 1 бутылку стоимостью 44 рубля;</w:t>
      </w:r>
    </w:p>
    <w:p>
      <w:pPr>
        <w:pStyle w:val="Heading3"/>
      </w:pPr>
      <w:r>
        <w:rPr>
          <w:rFonts w:ascii="Times New Roman" w:hAnsi="Times New Roman" w:eastAsia="Times New Roman" w:cs="Times New Roman"/>
          <w:b/>
          <w:i w:val="0"/>
          <w:sz w:val="22"/>
        </w:rPr>
        <w:t>Пункт 151. Правовой анализ</w:t>
      </w:r>
    </w:p>
    <w:p>
      <w:pPr>
        <w:spacing w:after="120" w:before="160"/>
        <w:ind w:firstLine="720"/>
        <w:jc w:val="both"/>
      </w:pPr>
      <w:r>
        <w:rPr>
          <w:rFonts w:ascii="Times New Roman" w:hAnsi="Times New Roman" w:eastAsia="Times New Roman" w:cs="Times New Roman"/>
          <w:b/>
          <w:i w:val="0"/>
          <w:sz w:val="22"/>
        </w:rPr>
        <w:t xml:space="preserve">151. </w:t>
      </w:r>
      <w:r>
        <w:rPr>
          <w:rFonts w:ascii="Times New Roman" w:hAnsi="Times New Roman" w:eastAsia="Times New Roman" w:cs="Times New Roman"/>
          <w:b w:val="0"/>
          <w:i w:val="0"/>
          <w:sz w:val="22"/>
        </w:rPr>
        <w:t>чистящее отбеливающее средство «Белизна» 0,9 кг. 1 бутылку стоимостью по 19 рублей за 1 бутылку, а всего на сумму 19 рублей;</w:t>
      </w:r>
    </w:p>
    <w:p>
      <w:pPr>
        <w:pStyle w:val="Heading3"/>
      </w:pPr>
      <w:r>
        <w:rPr>
          <w:rFonts w:ascii="Times New Roman" w:hAnsi="Times New Roman" w:eastAsia="Times New Roman" w:cs="Times New Roman"/>
          <w:b/>
          <w:i w:val="0"/>
          <w:sz w:val="22"/>
        </w:rPr>
        <w:t>Пункт 152. Правовой анализ</w:t>
      </w:r>
    </w:p>
    <w:p>
      <w:pPr>
        <w:spacing w:after="120" w:before="160"/>
        <w:ind w:firstLine="720"/>
        <w:jc w:val="both"/>
      </w:pPr>
      <w:r>
        <w:rPr>
          <w:rFonts w:ascii="Times New Roman" w:hAnsi="Times New Roman" w:eastAsia="Times New Roman" w:cs="Times New Roman"/>
          <w:b/>
          <w:i w:val="0"/>
          <w:sz w:val="22"/>
        </w:rPr>
        <w:t xml:space="preserve">152. </w:t>
      </w:r>
      <w:r>
        <w:rPr>
          <w:rFonts w:ascii="Times New Roman" w:hAnsi="Times New Roman" w:eastAsia="Times New Roman" w:cs="Times New Roman"/>
          <w:b w:val="0"/>
          <w:i w:val="0"/>
          <w:sz w:val="22"/>
        </w:rPr>
        <w:t>стиральный порошок «Deny» Тотал стойкий цвет 450 гр. 2 пачки стоимостью по 49 рублей за 1 пачку, а всего на сумму 98 рублей;</w:t>
      </w:r>
    </w:p>
    <w:p>
      <w:pPr>
        <w:pStyle w:val="Heading3"/>
      </w:pPr>
      <w:r>
        <w:rPr>
          <w:rFonts w:ascii="Times New Roman" w:hAnsi="Times New Roman" w:eastAsia="Times New Roman" w:cs="Times New Roman"/>
          <w:b/>
          <w:i w:val="0"/>
          <w:sz w:val="22"/>
        </w:rPr>
        <w:t>Пункт 153. Правовой анализ</w:t>
      </w:r>
    </w:p>
    <w:p>
      <w:pPr>
        <w:spacing w:after="120" w:before="160"/>
        <w:ind w:firstLine="720"/>
        <w:jc w:val="both"/>
      </w:pPr>
      <w:r>
        <w:rPr>
          <w:rFonts w:ascii="Times New Roman" w:hAnsi="Times New Roman" w:eastAsia="Times New Roman" w:cs="Times New Roman"/>
          <w:b/>
          <w:i w:val="0"/>
          <w:sz w:val="22"/>
        </w:rPr>
        <w:t xml:space="preserve">153. </w:t>
      </w:r>
      <w:r>
        <w:rPr>
          <w:rFonts w:ascii="Times New Roman" w:hAnsi="Times New Roman" w:eastAsia="Times New Roman" w:cs="Times New Roman"/>
          <w:b w:val="0"/>
          <w:i w:val="0"/>
          <w:sz w:val="22"/>
        </w:rPr>
        <w:t>стиральный порошок «Биолан» белые цветы автомат 350 гр. 2 пачки стоимостью по 31 рублей за 1 пачку, а всего на сумму 62 рубля;</w:t>
      </w:r>
    </w:p>
    <w:p>
      <w:pPr>
        <w:pStyle w:val="Heading3"/>
      </w:pPr>
      <w:r>
        <w:rPr>
          <w:rFonts w:ascii="Times New Roman" w:hAnsi="Times New Roman" w:eastAsia="Times New Roman" w:cs="Times New Roman"/>
          <w:b/>
          <w:i w:val="0"/>
          <w:sz w:val="22"/>
        </w:rPr>
        <w:t>Пункт 154. Правовой анализ</w:t>
      </w:r>
    </w:p>
    <w:p>
      <w:pPr>
        <w:spacing w:after="120" w:before="160"/>
        <w:ind w:firstLine="720"/>
        <w:jc w:val="both"/>
      </w:pPr>
      <w:r>
        <w:rPr>
          <w:rFonts w:ascii="Times New Roman" w:hAnsi="Times New Roman" w:eastAsia="Times New Roman" w:cs="Times New Roman"/>
          <w:b/>
          <w:i w:val="0"/>
          <w:sz w:val="22"/>
        </w:rPr>
        <w:t xml:space="preserve">154. </w:t>
      </w:r>
      <w:r>
        <w:rPr>
          <w:rFonts w:ascii="Times New Roman" w:hAnsi="Times New Roman" w:eastAsia="Times New Roman" w:cs="Times New Roman"/>
          <w:b w:val="0"/>
          <w:i w:val="0"/>
          <w:sz w:val="22"/>
        </w:rPr>
        <w:t>стиральный порошок «Пемос» активная пена ручная стирка 350 гр. 2 пачки стоимостью по 42 рубля за 1 пачку, а всего на сумму 84 рубля;</w:t>
      </w:r>
    </w:p>
    <w:p>
      <w:pPr>
        <w:pStyle w:val="Heading3"/>
      </w:pPr>
      <w:r>
        <w:rPr>
          <w:rFonts w:ascii="Times New Roman" w:hAnsi="Times New Roman" w:eastAsia="Times New Roman" w:cs="Times New Roman"/>
          <w:b/>
          <w:i w:val="0"/>
          <w:sz w:val="22"/>
        </w:rPr>
        <w:t>Пункт 155. Правовой анализ</w:t>
      </w:r>
    </w:p>
    <w:p>
      <w:pPr>
        <w:spacing w:after="120" w:before="160"/>
        <w:ind w:firstLine="720"/>
        <w:jc w:val="both"/>
      </w:pPr>
      <w:r>
        <w:rPr>
          <w:rFonts w:ascii="Times New Roman" w:hAnsi="Times New Roman" w:eastAsia="Times New Roman" w:cs="Times New Roman"/>
          <w:b/>
          <w:i w:val="0"/>
          <w:sz w:val="22"/>
        </w:rPr>
        <w:t xml:space="preserve">155. </w:t>
      </w:r>
      <w:r>
        <w:rPr>
          <w:rFonts w:ascii="Times New Roman" w:hAnsi="Times New Roman" w:eastAsia="Times New Roman" w:cs="Times New Roman"/>
          <w:b w:val="0"/>
          <w:i w:val="0"/>
          <w:sz w:val="22"/>
        </w:rPr>
        <w:t>обувь мужскую ПВХ размер 45 1 пару стоимостью 772 рублей;</w:t>
      </w:r>
    </w:p>
    <w:p>
      <w:pPr>
        <w:pStyle w:val="Heading3"/>
      </w:pPr>
      <w:r>
        <w:rPr>
          <w:rFonts w:ascii="Times New Roman" w:hAnsi="Times New Roman" w:eastAsia="Times New Roman" w:cs="Times New Roman"/>
          <w:b/>
          <w:i w:val="0"/>
          <w:sz w:val="22"/>
        </w:rPr>
        <w:t>Пункт 156. Правовой анализ</w:t>
      </w:r>
    </w:p>
    <w:p>
      <w:pPr>
        <w:spacing w:after="120" w:before="160"/>
        <w:ind w:firstLine="720"/>
        <w:jc w:val="both"/>
      </w:pPr>
      <w:r>
        <w:rPr>
          <w:rFonts w:ascii="Times New Roman" w:hAnsi="Times New Roman" w:eastAsia="Times New Roman" w:cs="Times New Roman"/>
          <w:b/>
          <w:i w:val="0"/>
          <w:sz w:val="22"/>
        </w:rPr>
        <w:t xml:space="preserve">156. </w:t>
      </w:r>
      <w:r>
        <w:rPr>
          <w:rFonts w:ascii="Times New Roman" w:hAnsi="Times New Roman" w:eastAsia="Times New Roman" w:cs="Times New Roman"/>
          <w:b w:val="0"/>
          <w:i w:val="0"/>
          <w:sz w:val="22"/>
        </w:rPr>
        <w:t>обувь женскую «Eva» размер 37-38 1 пару стоимостью 771 рубль;</w:t>
      </w:r>
    </w:p>
    <w:p>
      <w:pPr>
        <w:pStyle w:val="Heading3"/>
      </w:pPr>
      <w:r>
        <w:rPr>
          <w:rFonts w:ascii="Times New Roman" w:hAnsi="Times New Roman" w:eastAsia="Times New Roman" w:cs="Times New Roman"/>
          <w:b/>
          <w:i w:val="0"/>
          <w:sz w:val="22"/>
        </w:rPr>
        <w:t>Пункт 157. Правовой анализ</w:t>
      </w:r>
    </w:p>
    <w:p>
      <w:pPr>
        <w:spacing w:after="120" w:before="160"/>
        <w:ind w:firstLine="720"/>
        <w:jc w:val="both"/>
      </w:pPr>
      <w:r>
        <w:rPr>
          <w:rFonts w:ascii="Times New Roman" w:hAnsi="Times New Roman" w:eastAsia="Times New Roman" w:cs="Times New Roman"/>
          <w:b/>
          <w:i w:val="0"/>
          <w:sz w:val="22"/>
        </w:rPr>
        <w:t xml:space="preserve">157. </w:t>
      </w:r>
      <w:r>
        <w:rPr>
          <w:rFonts w:ascii="Times New Roman" w:hAnsi="Times New Roman" w:eastAsia="Times New Roman" w:cs="Times New Roman"/>
          <w:b w:val="0"/>
          <w:i w:val="0"/>
          <w:sz w:val="22"/>
        </w:rPr>
        <w:t>аппарат инверторный сварочный АИС-190 1 штуку 5900 рублей;</w:t>
      </w:r>
    </w:p>
    <w:p>
      <w:pPr>
        <w:pStyle w:val="Heading3"/>
      </w:pPr>
      <w:r>
        <w:rPr>
          <w:rFonts w:ascii="Times New Roman" w:hAnsi="Times New Roman" w:eastAsia="Times New Roman" w:cs="Times New Roman"/>
          <w:b/>
          <w:i w:val="0"/>
          <w:sz w:val="22"/>
        </w:rPr>
        <w:t>Пункт 158. Правовой анализ</w:t>
      </w:r>
    </w:p>
    <w:p>
      <w:pPr>
        <w:spacing w:after="120" w:before="160"/>
        <w:ind w:firstLine="720"/>
        <w:jc w:val="both"/>
      </w:pPr>
      <w:r>
        <w:rPr>
          <w:rFonts w:ascii="Times New Roman" w:hAnsi="Times New Roman" w:eastAsia="Times New Roman" w:cs="Times New Roman"/>
          <w:b/>
          <w:i w:val="0"/>
          <w:sz w:val="22"/>
        </w:rPr>
        <w:t xml:space="preserve">158. </w:t>
      </w:r>
      <w:r>
        <w:rPr>
          <w:rFonts w:ascii="Times New Roman" w:hAnsi="Times New Roman" w:eastAsia="Times New Roman" w:cs="Times New Roman"/>
          <w:b w:val="0"/>
          <w:i w:val="0"/>
          <w:sz w:val="22"/>
        </w:rPr>
        <w:t>карты оплаты Билайн 48 штук стоимостью по 120 рублей за 1 штуку, а всего на сумму 5760 рублей;</w:t>
      </w:r>
    </w:p>
    <w:p>
      <w:pPr>
        <w:pStyle w:val="Heading3"/>
      </w:pPr>
      <w:r>
        <w:rPr>
          <w:rFonts w:ascii="Times New Roman" w:hAnsi="Times New Roman" w:eastAsia="Times New Roman" w:cs="Times New Roman"/>
          <w:b/>
          <w:i w:val="0"/>
          <w:sz w:val="22"/>
        </w:rPr>
        <w:t>Пункт 159. Выводы</w:t>
      </w:r>
    </w:p>
    <w:p>
      <w:pPr>
        <w:spacing w:after="120" w:before="160"/>
        <w:ind w:firstLine="720"/>
        <w:jc w:val="both"/>
      </w:pPr>
      <w:r>
        <w:rPr>
          <w:rFonts w:ascii="Times New Roman" w:hAnsi="Times New Roman" w:eastAsia="Times New Roman" w:cs="Times New Roman"/>
          <w:b/>
          <w:i w:val="0"/>
          <w:sz w:val="22"/>
        </w:rPr>
        <w:t xml:space="preserve">159. </w:t>
      </w:r>
      <w:r>
        <w:rPr>
          <w:rFonts w:ascii="Times New Roman" w:hAnsi="Times New Roman" w:eastAsia="Times New Roman" w:cs="Times New Roman"/>
          <w:b w:val="0"/>
          <w:i w:val="0"/>
          <w:sz w:val="22"/>
        </w:rPr>
        <w:t>денежные средства на сумму 8560 рублей, а всего имущества на общую сумму 59238 рублей 34 копейки. Вышеперечисленное имущество, сложенное в 5 полимерных мешков ФИО1 за 4 раза руками перенес из помещения магазина «&lt;данные изъяты&gt; ФИО2 №1 на территорию своего домовладения, где спрятал, тем самым с похищенным имуществом с места преступления скрылся и распорядился им по своему усмотрению, доведя свой преступный умысел до конца. В результате своими преступными действиями ФИО1 причинил потерпевшему ФИО2 №1 материальный ущерб на общую сумму 59238 рублей 34 копейки. Подсудимый ФИО1 виновным себя признал, и в соответствии со ст. 51 Конституции РФ от дачи показаний отказался. Так, из оглашенных показаний на предварительном следствии в качестве подозреваемого, обвиняемого ФИО1 установлено, что ДД.ММ.ГГГГ он совместно со своей сожительницей Свидетель №3 находился дома и употреблял спиртное. После того, как Свидетель №3 опьянев легла спать, он находясь в состоянии алкогольного опьянения решил взломать двери или окно магазина расположенного в &lt;адрес&gt; № и похитить из него различные продукты питания и спиртное, чтобы использовать похищенное в личных целях или в дальнейшем продать, а вырученными денежными средствами распорядиться по своему усмотрению. После чего он взяв с собой 3 пустых полимерных мешка и металлический лом пошел в сторону магазина. ДД.ММ.ГГГГ около 01 часа 15 минут он подошел к магазину, убедившись, что за ним никто не наблюдает, попытался проникнуть в данный магазин, через оконный проем выставив руками один фрагмент остекления, а второй фрагмент остекления он разбил принесенным с собой металлическим ломом. Затем он попытался взломать металлическую решетку металлическим ломом, но взломать её у него не получилось. После чего он на входной двери магазина, с помощью металлического лома взломал два навесных замка и через дверной проем зашел внутрь магазина. Находясь в магазине, он стал складывать в принесенные с собой три полимерных мешка, а также в найденные им в магазине 2 полимерных мешка, находящиеся в магазине продукты питания, спиртное, сигареты, а также сварочный аппарат и другое ценное имущество, но какое именно он уже не помнит, так как находился в состоянии сильного алкогольного опьянения. Похищенное имущество он за 3 или 4 раза перенес в 5 полимерных мешках к себе домой. Также на территорию своего домовладения он принес свой металлический лом. После чего он разбудил свою сожительницу Свидетель №3, которой рассказал о совершенном им преступлении. Затем он вместе со Свидетель №3 часть похищенного им имущества из магазина употребил в пищу, а остальное имущество он вынес на территорию своего домовладения и закопал в снег. ДД.ММ.ГГГГ в утреннее время к нему домой приехали сотрудники полиции, которые обнаружили на территории его домовладения похищенное им из магазина имущество и изъяли его. Он добровольно, без какого либо оказания на него психического и физического давления рассказал о совершенном им преступлении и собственноручно написал явку с повинной. Куда могли деться денежные средства разменной монетой и карточки оплаты сотовой связи «Билайн», которые он похитил из магазина он не знает, скорее всего он их потерял, когда шел к своему дому, так как находился в состоянии сильного алкогольного опьянения. (л.д. 102-103, 110-11, 119-120). Несмотря на признание вины подсудимым, его вина в совершении преступления при изложенных выше в приговоре обстоятельствах, подтверждается его показаниями в судебном заседании, показаниями потерпевшего и свидетелей, данных на предварительном следствии и в судебном заседании и другими доказательствами, исследованными в судебном заседании. Так, согласно явки с повинной, ФИО1 добровольно сообщил о том, как он незаконно проник в помещение магазина «&lt;данные изъяты&gt; ФИО2 №1, через дверной проем и совершил хищения товароматериальных ценностей из помещения магазина &lt;данные изъяты&gt;» принадлежащих ИП «ФИО2 №1», расположенному в &lt;адрес&gt; №&lt;адрес&gt; в период времени с 20 часов 00 минут ДД.ММ.ГГГГ по 08 часов 50 минут ДД.ММ.ГГГГ (л.д. 22). Из оглашенных показаний на предварительном следствии в качестве потерпевшего ФИО2 №1 установлено, что он является индивидуальным предпринимателем и имеет в собственности магазин «&lt;данные изъяты&gt; расположенный по адресу: &lt;адрес&gt;. Магазин арендован у потребительского общества «&lt;данные изъяты&gt; В магазине «&lt;данные изъяты&gt; в должности продавцов работает Свидетель №1 и Свидетель №4 Ключи от запирающих устройств, входной двери магазина имеются у продавцов. Охранная и пожарная сигнализация в магазине отсутствует. Имеется ночное освещение снаружи магазина. Оконные проемы магазина помимо двойных застекленных рам оборудованы металлическими решетками, дверной проем магазина оборудован деревянной дверью оббитой металлической жестью. Так, ДД.ММ.ГГГГ в магазине «&lt;данные изъяты&gt; была рабочая смена Свидетель №1 ДД.ММ.ГГГГ около 09 часов 03 минут он находился у себя дома, в это время ему на сотовый телефон позвонила Свидетель №1 и рассказала, что ДД.ММ.ГГГГ около 20 часов 05 минут она закрыла магазин и ушла к себе домой. ДД.ММ.ГГГГ, около 08 часов 50 минут, она пришла на работу и увидела, что на входных дверях запирающее устройство, в виде металлических замков, имели повреждения. Двойная рама на оконном проеме была разбита, а решетка погнута. Он сказал ей позвонить сотрудникам полиции, а сам поехал в магазин. Когда он подъехал к магазину, около входа в магазин находились сотрудники полиции, которые пригласили зайти в магазин и осмотреть обстановку в магазине. Зайдя в магазин он обнаружил, что в магазине нарушена обстановка вещей, а также из магазина были похищены товароматериальные ценности. Через некоторое время ему на сотовый телефон позвонил их участковый Свидетель №5 и сообщил, что мешки с товаром были найдены на территории домовладения ФИО1, проживающего по адресу: &lt;адрес&gt;. ДД.ММ.ГГГГ после проведенной ревизии в магазине «&lt;данные изъяты&gt; была выявлена недостача товара и денежных средств, на общую сумму 59238 рублей 34 коп., что является для него существенным. Из магазина также были похищены два полимерных мешка, которые ценности для него не представляют. Ущерб, причиненный ему в результате сломанных двух навесных замков и разбитого фрагмента остекления оконной рамы является для него не существенным. Часть товара ему возвращена сотрудниками полиции у ФИО1 Таким образом, ему был возмещен ущерб на сумму 38263 рублей 34 коп., ущерб не возмещен на сумму 20975 рублей (л.д. 29-30, 31-37). Из оглашенных показаний на предварительном следствии в качестве свидетеля Свидетель №1 установлено, что она работает в продуктовом магазине «&lt;данные изъяты&gt; продавцом, который принадлежит индивидуальному предпринимателю ФИО2 №1 Также продавцом в магазине работает Свидетель №4 ДД.ММ.ГГГГ в магазине «&lt;данные изъяты&gt; была её рабочая смена, около 20 часов 05 минут, она закрыла магазин и ушла к себе домой. ДД.ММ.ГГГГ, около 08 часов 50 минут, она пошла на работу в магазин. Когда она подходила к магазину то увидела, что свет у магазина не горит, на входных дверях запирающее устройство, в виде металлических замков, повреждены. Двойная рама на оконном проеме была разбита, а решетка погнута. После чего, она позвонила ФИО2 №1 и сообщила о том, что в магазин кто-то проник. Тогда ФИО2 №1 сказал ей позвонить в полицию и сообщить о случившемся. После того, как она позвонила в полицию, она стала ждать около магазина приезда сотрудников полиции. После приезда сотрудников полиции, её пригласили зайти в магазин и осмотреть обстановку в магазине. Зайдя в магазин она обнаружила, что в магазине нарушена обстановка вещей, а также из магазина были похищены товароматериальные ценности. Сумма ущерба приблизительно составляет около 50 000 рублей. Позже ей стало известно, что в магазин «&lt;данные изъяты&gt; незаконно проник и похитил товароматериальные ценности ФИО1 местный житель. После проведенной ревизии в магазине была выявлена недостача товароматериальных ценностей и денежных средств на общую сумму 59238 рублей 34 копейки (л.д. 64-66, 67-74). Из оглашенных показаний на предварительном следствии в качестве свидетеля Свидетель №2 установлено, что сожительствует с ФИО1 ДД.ММ.ГГГГ около 24 часов 00 минут она легла спать. После чего, в ночное время, ДД.ММ.ГГГГ, её разбудил ФИО1, показал ей на мешки и пояснил, что он совершил хищение продуктов питания, спиртного, сигарет и другого имущества из магазина &lt;данные изъяты&gt;» расположенного на окраине деревни. Они с ним вместе стали разгребать мешки с содержимым внутри. После чего, всё похищенное они снова сложили в мешки, которые ФИО1 вынес на улицу и закопал в снегу около дома. ДД.ММ.ГГГГ утром к ним приехали сотрудники полиции и в ограде их домовладения обнаружили под снегом мешки с похищенным товаром из магазина «&lt;данные изъяты&gt; (л.д. 76). Согласно сообщению поступившего в 09 часов 10 минут от ДД.ММ.ГГГГ от Свидетель №1,в &lt;адрес&gt; №, неизвестные проникли в магазин «&lt;данные изъяты&gt; «ФИО2 №1», сорвали замок разбили стекло (л.д. 3). Согласно заявлению ФИО2 №1 от ДД.ММ.ГГГГ,он просит привлечь к уголовной ответственности лиц, которые в период времени с 20 часов 00 минут ДД.ММ.ГГГГ по 08 часов 50 минут ДД.ММ.ГГГГ путем срыва дверных запоров незаконно проникли в помещение магазина «&lt;данные изъяты&gt; расположенного в &lt;адрес&gt;, откуда тайно похитили товароматериальные ценности (л.д. 4). Согласно протоколу осмотра места происшествия от ДД.ММ.ГГГГ, было осмотрено место совершенного ФИО1, преступления - хищения имущества принадлежащего ИП «ФИО2 №1» из помещения магазина «&lt;данные изъяты&gt; расположенного в &lt;адрес&gt;, №, &lt;адрес&gt; в период времени с 20 часов 00 минут ДД.ММ.ГГГГ по 08 часов 50 минут ДД.ММ.ГГГГ (л.д. 5-10). Согласно протоколу осмотра места происшествия от ДД.ММ.ГГГГ, в &lt;адрес&gt; №&lt;адрес&gt;, в ходе которого у ФИО1 были изъяты похищенные им из магазина «&lt;данные изъяты&gt; «ФИО2 №1» товароматериальные ценности, 5 полимерных мешков и металлический лом (л.д. 13-21). Согласно протоколу осмотра предметов от ДД.ММ.ГГГГ, были осмотрены, изъятые в ходе осмотра места происшествия от ДД.ММ.ГГГГ у ФИО1: 5 полимерных мешков, металлический лом, и похищенные им из магазина «&lt;данные изъяты&gt; «ФИО2 №1» товароматериальные ценности, а именно: корейская заправка «Чим Чим» для хе из курицы 60 гр. 4 упаковки; кофе «MaximOriginal»50 гр. 1 упаковка; кофе «MaximOriginal» 150 гр.1 упаковка; кофе «MaximOriginal» 500 гр. 1 упаковка; кофе «Жокей Фаворит Арабика» 75 гр.3 упаковки; кофе «Жокей Империал Арабика» 75 гр.1 упаковка; кофе «Жокей Триумф Арабика» 75 гр. 3 упаковки; кофе «Черная карта» 75 гр. 1 упаковка; кофе «JacobsMonarch» 75 гр. 7 упаковок; кофе «JardinColombiamedellin» 75 гр. 1 упаковка; кофе «Nescafeclassiccrema» 70 гр. 1 упаковка; кофе «Nescafeclassic» 100 гр. 1 упаковка; кофе «Caf"e Pele» 100 гр. 3 упаковки; кофе «GooddayCappuccino» 25 гр. 2 упаковки; какао «Nesquik» 250 гр. 1 упаковка; чай пакетированный «PricessaNoori» 25 пакетиков 10 упаковок; чай листовой «Друг Шерхан» 100 гр. 4 упаковки; кетчуп «Балтимор» Лечо 260 гр. 1 упаковка; кетчуп «Персона» томатный 900 гр. 1 бутылка; соус перцовый с чесноком и помидорами «Mivimex» 200 гр. 1 бутылка; лук зеленый сушеный «Приправыч» 5 гр. 9 пачек; перец черный молотый «Приправыч» 50 гр. 2 пачки; приправа для гуляша «Магия востока» 15 гр. 3 пачки; корица молотая «Приправыч» 10 гр. 6 пачек; приправа для шашлыка «Приправыч» 15 гр. 6 пачек; приправа для борща «Приправыч» 15 гр. 3 пачки; приправа для рыбы «Приправыч» 15 гр. 3 пачки; приправа для мясного фарша «Приправыч» 15 гр. 2 пачки; приправа для плова «Приправыч» 15 гр. 3 пачки; приправа для окорочков «Приправыч» 15 гр. 2 пачки; гвоздика целая «Магия востока» 10 гр. 7 пачек; лавровый лист «Приправыч» 20 гр. 4 пачки; вермишель на домашнем бульоне с грибами «Ролтон» 60 гр. 3 упаковки; вермишель на домашнем бульоне с курицей «Ролтон» 60 гр. 2 упаковки; лапша с тушеной курицей и луком «Биг Ланч» 75 гр. 2 упаковки; лапша быстрого приготовления «BIGBON» 75 гр. 6 упаковок; лапша быстрого приготовления «BIGBON» в тарелке 85 гр. 1 упаковка; суп гороховый с копченостями «Приправыч» 60 гр. 9 пачек; суп Азбука «Приправыч» 60 гр. 4 пачки; суп Звездочка «Приправыч» 60 гр. 6 пачек; суп вермишелевый с мясом «Приправыч» 60 гр. 4 пачки; суп харчо «Приправыч» 70 гр. 7 пачек; суп перловый с мясом «Приправыч» 60 гр. 7 пачек; суп солянка «Приправыч» 60 гр. 10 пачек; суп борщ «Приправыч» 60 гр. 7 пачек; макаронные изделия «Алмак» 1 кг. 3 упаковки; крупа ячневая «Вишневый сад» 600 гр. 1 упаковка; горох колотый «Алтайская сказка» 800 гр. 1 упаковка; конфеты «Juicy Light» 1 кг. 1 упаковка; конфеты «Харитоша» 1 кг. 1 упаковка; конфеты «Глейс» со вкусом крем-брюле 1кг. 1 упаковка; конфеты «Глейс» с шоколадным вкусом 1кг. 1 упаковка; конфеты «Глейс» со сливочным вкусом 1кг. 1 упаковка; конфеты «7 желаний» со вкусом творожка 1 кг. 1 упаковка; конфеты «7 желаний» 1 кг. 1 упаковка; конфеты «Золотая стрекоза» ассорти вкусов 1 кг. 1 упаковка; карамель леденцовая «Солярики» 1 кг. 1 упаковка; конфеты «Берри Арт» 1 кг. 1 упаковка; конфеты «Ярче» семена подсолнечника 1 кг. 1 упаковка; конфеты «Ловеста» со вкусом клубники со сливками 1 кг. 1 упаковка; конфеты «Чио Рио» 1 кг. 1 упаковка; конфеты «Евгеша» 1 кг. 1 упаковка; жевательная резинка «fres boom» 5 гр. 5 штук; мармелад жевательный «Гамми фрут» с кислым вкусом 20 гр. 1 упаковка; мармеладный жевательный «Светофор» 14,7 гр. 3 упаковки; драже «MINT"S» со вкусом вишни 15 гр. 3 упаковки; драже «MINT"S» со вкусом апельсина15 гр. 1 упаковка; шоколад молочный пористый «Воздушный» 85 гр. 2 штуки; напиток «Любимый» Тропический микс 1,93 л 1 упаковка; яблочный нектар «Palma» Зеленое яблоко 200 мл. 2 упаковки; йогурт «Нежный» с соком персика 100 гр. 2 штуки; йогурт «Fruttis» с грушей и ванилью 115 гр. 2 штуки; продукт молокосодержащий сгущенный с сахаром вареный «Варенка» ФИО3 0,34 кг. 1 банка; продукт молокосодержащий сгущенный с сахаром «Сгущенка» «ФИО3» 0,36 кг. 1 банка; консервы натуральные «Горошек зеленый» 400 гр. 1 банка; плавленый сыр с ветчиной «Hochland» 1 упаковка; мороженое «Salwadore» 130 гр. 2 штуки; чебуреки 2 упаковки; сосиска 2,02 кг.; сосиска 0,916 кг.; купаты куриные 0,94 кг.; окорочка куриные 1,562 кг.; котлеты куриные 0,668 кг.; губки «Чистюля» maxi универсальные 5 штук 1 упаковка; салфетки «Чистюля» вискозные 3 штуки 1 упаковка; салфетки «Чистюля» вискозные 5 штук 1 упаковка; крем после бритья «ARKOMENSensitive» 50 ml. 1 штука; туалетная вода для мужчин «Geo WEST» 85 мл. 1 штука; туалетная вода для женщин «Glam» 100 мл. 1 штука; туалетная вода для мужчин «TUAREG ORIGINAL» 100 мл. 1 штука; туалетная вода для мужчин «Baks 5» 100 мл. 1 штука; туалетная вода для женщин «Red Willing» 100 мл. 1 штука; туалетная вода «1 Millionerdollar» 60 мл. 1 штука; зубная паста «blend-a-med» анти-кариес свежая мята 50 мл. 1 штука; зубная паста «Лесной бальзам» с экстрактом коры дуба и пихты на отваре трав 50 мл. 1 штука; зубная паста «Colgate»тройное действие 50 мл. 1 штука; шампунь для волос «Женьшень» Для всей семьи 1000 мл. 1 бутылка; шампунь «Shamtu » Для жирных волос 350 мл. 1 бутылка; шампунь «Tumotei» роскошный объем 250 мл. 1 бутылка; шампунь «Маленькая фея» Послушные локоны 240 мл. 1 бутылка; ватные палочки «Visage» 100 штуки 1 пачка; бальзам-ополаскиватель «Чистая линия» пшеница и лен для тонких и ослабленных волос 230 мл. 1 бутылка; гель для душа «Camay» Романтик 250 мл. 1 бутылка; гель для бритья «ARKO MEN Sensitive» 200 мл. 1 штука; краска для волос «Londa» светлый шатен 14 1 упаковка; моментальный клей «Монолит» 3 гр. 8 штук; зажигалка «Ангара» 1 штука; зажигалка «Luxlite» 2 штуки; мыло «DURU» Greentea 4штуки; мыло «Palmolive» натурэль освежающее 4 штуки; крем-мыло «Dove» красота и уход 2 штуки; крем-мыло «Лесная поляна» миндальное молоко 1 штука; крем-мыло «Лесная поляна» земляника 1 штука; жидкое крем-мыло «Детское» с экстрактом череды 280 гр. 1 бутылка; крем для ног «Сто рецептов красоты» чудесная тыква смягчающий 2 штуки; классические ежедневные прокладки «Милана» 40 штуки 1 упаковка; прокладки женские гигиенические ежедневные «Bella Panty Classic soft» 20 штуки 1 упаковка; туалетная бумага «Волна» 3 штуки; туалетная бумага «из Набережных челнов» 1 штука; календарь «Астрологический» 2019 Подсказки на каждый день 1 штука; календарь «Квартальный» 2019 Живописные подсолнухи 4 штуки; цветная бумага «Пифагор» 2 штуки; цветная бумага 4 штуки; колготки «Milano socks» 40 ден. 1 упаковка; колготки «Omsa Attiva 20» 20 ден. 1 упаковка; тетрадь школьная ученическая в линейку 7 штук; карандаши цветные деревянные «Совушка» 12 цветов 1 упаковка; краски акварельные «Art space» классические медовые 12 цветов 1 упаковка; ручки шариковые «Фантазия» 6 штуки 1 упаковка; ручки шариковые «Schreiber» 12 штук; одноразовая бритва «Gillette 2» 8 штук; жидкость для снятия лака 100 мл. 1 штука; сигареты «Корона» 82 пачки; сигареты «Marlboro» 62 пачки; сигареты «Петр I» эталон компакт 6 пачки; сигареты «Максим» классический красный 5 пачки; сигареты «Максим» классический серый 5 пачки; сигареты «Philip Morris» 10 пачки; сигареты «Bond» 5 пачки; блок спичек 10 коробков «Череповец ФЭСКО» 5 упаковок; махровые носки «Fute» размер 23-25 4 пары; носки мужские «PossRis» размер 25-27 2 пары; мужские носки «Touch» размер 41-42 1 пара; пена монтажная «Gun Pur Foam» 1000 мл. 1 штука; кондиционер для белья «Легко» аромат моря 1000 мл. 1 бутылка; чистящее отбеливающее средство «Белизна» 0,9 кг. 1 бутылка; стиральный порошок «Deny» Тотал стойкий цвет 450 гр. 2 пачки; стиральный порошок «Биолан» белые цветы автомат 350 гр. 2 пачки; стиральный порошок «Пемос» активная пена ручная стирка 350 гр. 2 пачки; обувь мужская ПВХ размер 45 1 пара; обувь женская «Eva» размер 37-38 1 пара; аппарат инверторный сварочный АИС-190 1 штука, 5 мешков из полимерного материала белого цвета без каких-либо надписей, металлический лом. Осмотренные товароматериальные ценности были признаны по уголовному делу вещественными доказательствами (л.д. 77-86, 87-89). Согласно инвентаризационной описи товарно-материальных ценностей от ДД.ММ.ГГГГ, из помещения магазина «&lt;данные изъяты&gt; «ФИО2 №1», расположенного в &lt;адрес&gt;, №&lt;адрес&gt; похищено товарно-материальных ценностей на общую сумму 59238 рублей 34 копейки, а именно: корейская заправка «Чим Чим» для хе из курицы 60 гр. 4 упаковки по 45 рублей за 1 упаковку, а всего на сумму 180 рублей; кофе «MaximOriginal»50 гр. 1 упаковка по 100 рублей за 1 упаковку, а всего на сумму 100 рублей; кофе «MaximOriginal» 150 гр.1 упаковка по 278 рублей за 1 упаковку, а всего на сумму 278 рублей; кофе «MaximOriginal» 500 гр. 1 упаковка по 800 рублей за 1 упаковку, а всего на сумму 800 рублей; кофе «Жокей Фаворит Арабика» 75 гр.3 упаковки по 127 рублей за 1 упаковку, а всего на сумму 381 рубль; кофе «Жокей Империал Арабика» 75 гр.1 упаковка по 127 рублей за 1 упаковку, а всего на сумму 127 рублей; кофе «Жокей Триумф Арабика» 75 гр. 3 упаковки по 127 рублей за 1 упаковку, а всего на сумму 381 рубль; кофе «Черная карта» 75 гр. 1 упаковка по 124 рублей за 1 упаковку, а всего на сумму 124 рубля; кофе «JacobsMonarch» 75 гр. 7 упаковок по 136 рублей за 1 упаковку, а всего на сумму 952 рубля; кофе «JardinColombiamedellin» 75 гр. 1 упаковка по 156 рублей за 1 упаковку, а всего на сумму 156 рублей; кофе «Nescafeclassiccrema» 70 гр. 1 упаковка по 143 рубля за 1 упаковку, а всего на сумму 143 рубля; кофе «Nescafeclassic» 100 гр. 1 упаковка по 138 рублей за 1 упаковку, а всего на сумму 138 рублей; кофе «Caf"e Pele» 100 гр. 9 упаковок по 136 рублей за 1 упаковку, а всего на сумму 1224 рублей; кофе «GooddayCappuccino» 25 гр. 2 упаковки по 15 рублей за 1 упаковку, а всего на сумму 30 рублей; какао «Nesquik» 250 гр. 1 упаковка по 146 рублей за 1 упаковку, а всего на сумму 146 рублей; чай пакетированный «PricessaNoori» 25 пакетиков 10 упаковок по 44 рублей за 1 упаковку, а всего на сумму 440 рублей; чай листовой «Друг Шерхан» 100 гр. 14 упаковок по 55 рублей за 1 упаковку, а всего на сумму 770 рублей; кетчуп «Балтимор» Лечо 260 гр. 1 упаковка по 57 рублей за 1 упаковку, а всего на сумму 57 рублей; кетчуп «Персона» томатный 900 гр. 1 бутылка по 51 рублей за 1 бутылку, а всего на сумму 51 рубль; соус перцовый с чесноком и помидорами «Mivimex» 200 гр. 1 бутылка по 36 рублей за 1 бутылку, а всего на сумму 36 рублей; лук зеленый сушеный «Приправыч» 5 гр. 9 пачек по 9 рублей за 1 пачку, а всего на сумму 81 рубль; перец черный молотый «Приправыч» 50 гр. 2 пачки по 87 рублей за 1 пачку, а всего на сумму 174 рубля; приправа для гуляша «Магия востока» 15 гр. 3 пачки по 9 рублей за 1 пачку, а всего на сумму 27 рублей; корица молотая «Приправыч» 10 гр. 6 пачек по 8 рублей за 1 пачку, а всего на сумму 48 рублей; приправа для шашлыка «Приправыч» 15 гр. 6 пачек по 9 рублей за 1 пачку, а всего на сумму 54 рубля; приправа для борща «Приправыч» 15 гр. 3 пачки по 9 рублей за 1 пачку, а всего на сумму 27 рублей; приправа для рыбы «Приправыч» 15 гр. 3 пачки по 9 рублей за 1 пачку, а всего на сумму 27 рублей; приправа для мясного фарша «Приправыч» 15 гр. 2 пачки по 9 рублей за 1 пачку, а всего на сумму 18 рублей; приправа для плова «Приправыч» 15 гр. 3 пачки по 12 рублей за 1 пачку, а всего на сумму 36 рублей; приправа для окорочков «Приправыч» 15 гр. 2 пачки по 9 рублей за 1 пачку, а всего на сумму 18 рублей; гвоздика целая «Магия востока» 10 гр. 7 пачек по 37 рублей за 1 пачку, а всего на сумму 259 рублей; лавровый лист «Приправыч» 20 гр. 4 пачки по 19 рублей за 1 пачку, а всего на сумму 76 рублей; вермишель на домашнем бульоне с грибами «Ролтон» 60 гр. 3 упаковки по 13 рублей за 1 упаковку, а всего на сумму 39 рублей; вермишель на домашнем бульоне с курицей «Ролтон» 60 гр. 2 упаковки по 13 рублей за 1 упаковку, а всего на сумму 26 рублей; лапша с тушеной курицей и луком «Биг Ланч» 75 гр. 2 упаковки по 14 рублей за 1 упаковку, а всего на сумму 28 рублей; лапша быстрого приготовления «BIGBON» 75 гр. 6 упаковки по 20 рублей за 1 упаковку, а всего на сумму 120 рублей; лапша быстрого приготовления «BIGBON» в тарелке 85 гр. 1 упаковка по 38 рублей за 1 упаковку, а всего на сумму 38 рублей; суп гороховый с копченостями «Приправыч» 60 гр. 9 пачек по 17 рублей за 1 пачку, а всего на сумму 153 рубля; суп Азбука «Приправыч» 60 гр. 4 пачки по 17 рублей за 1 пачку, а всего на сумму 68 рублей; суп Звездочка «Приправыч» 60 гр. 6 пачек по 18 рублей за 1 пачку, а всего на сумму 108 рублей; суп вермишелевый с мясом «Приправыч» 60 гр. 4 пачки по 15 рублей за 1 пачку, а всего на сумму 60 рублей; суп харчо «Приправыч» 70 гр. 7 пачек по 22 рублей за 1 пачку, а всего на сумму 154 рубля; суп перловый с мясом «Приправыч» 60 гр. 7 пачек по 16 рублей за 1 пачку, а всего на сумму 112 рублей; суп солянка «Приправыч» 60 гр. 10 пачек по 22 рублей за 1 пачку, а всего на сумму 220 рублей; суп борщ «Приправыч» 60 гр. 7 пачек по 25 рублей за 1 пачку, а всего на сумму 175 рублей; макаронные изделия «Алмак» 1 кг. 3 упаковки по 50 рублей за 1 упаковку, а всего на сумму 150 рублей; крупа ячневая «Вишневый сад» 600 гр. 1 упаковка по 17 рублей за 1 упаковку, а всего на сумму 17 рублей; горох колотый «Алтайская сказка» 800 гр. 1 упаковка по 32 рублей за 1 упаковку, а всего на сумму 32 рубля; торт «Ночной город» 800 гр. 1 штука по 300 рублей за 1 штуку, а всего на сумму 300 рублей; торт «Парадиз» 800 гр. 1 штука по 300 рублей за 1 штуку, а всего на сумму 300 рублей; торт «Маковый» 800 гр. 1 штука по 300 рублей за 1 штуку, а всего на сумму 300 рублей; конфеты «JuicyLight» 1 кг. 1 упаковка по 143 рублей за 1 упаковку, а всего на сумму 143 рубля; конфеты «Харитоша» 1 кг. 1 упаковка по 178 рублей за 1 упаковку, а всего на сумму 178 рублей; конфеты «Глейс» со вкусом крем-брюле 1кг. 1 упаковка по 193 рубля за 1 упаковку, а всего на сумму 193 рубля; конфеты «Глейс» с шоколадным вкусом 1кг. 1 упаковка по 203 рубля за 1 упаковку, а всего на сумму 203 рубля; конфеты «Глейс» со сливочным вкусом 1кг. 1 упаковка по 193 рубля за 1 упаковку, а всего на сумму 193 рубля; конфеты «7 желаний» со вкусом творожка 1 кг. 1 упаковка по 150 рублей за 1 упаковку, а всего на сумму 150 рублей; конфеты «7 желаний» 1 кг. 1 упаковка по 150 рублей за 1 упаковку, а всего на сумму 150 рублей; конфеты «Золотая стрекоза» ассорти вкусов 1 кг. 1 упаковка по 164 рублей за 1 упаковку, а всего на сумму 164 рубля; карамель леденцовая «Солярики» 1 кг. 1 упаковка по 130 рублей за 1 упаковку, а всего на сумму 130 рублей; конфеты «Берри Арт» 1 кг. 1 упаковка по 172 рубля за 1 упаковку, а всего на сумму 172 рубля; конфеты «Ярче» семена подсолнечника 1 кг. 1 упаковка по 165 рублей за 1 упаковку, а всего на сумму 165 рублей; конфеты «Ловеста» со вкусом клубники со сливками 1 кг. 1 упаковка по 178 рублей за 1 упаковку, а всего на сумму 178 рублей; конфеты «Чио Рио» 1 кг. 1 упаковка по 286 рублей за 1 упаковку, а всего на сумму 286 рублей; конфеты «Евгеша» 1 кг. 1 упаковка по 190 рублей за 1 упаковку, а всего на сумму 190 рублей; жевательная резинка «fresboom» 5 гр. 5 штук по 4 рублей за 1 штуку, а всего на сумму 20 рублей; мармелад жевательный «Гамми фрут» с кислым вкусом 20 гр. 1 упаковка по 31 рубль за 1 упаковку, а всего на сумму 31 рубль; мармеладный жевательный «Светофор» 14,7 гр. 3 упаковки по 20 рублей за 1 упаковку, а всего на сумму 60 рублей; драже «MINT"S» со вкусом вишни 15 гр. 3 упаковки по 22 рублей за 1 упаковку, а всего на сумму 66 рублей; драже «MINT"S» со вкусом апельсина15 гр. 1 упаковка по 22 рубля за 1 упаковку, а всего на сумму 22 рубля; шоколад молочный пористый «Воздушный» 85 гр. 2 штуки по 70 рублей за 1 штуку, а всего на сумму 140 рублей; напиток «Любимый» Тропический микс 1,93 л 1 упаковка по 98 рублей за 1 упаковку, а всего на сумму 98 рублей; яблочный нектар «Palma» Зеленое яблоко 200 мл. 2 упаковки по 15 рублей за 1 упаковку, а всего на сумму 30 рублей; йогурт «Нежный» с соком персика 100 гр. 2 штуки по 18 рублей за 1 штуку, а всего на сумму 36 рублей; йогурт «Fruttis» с грушей и ванилью 115 гр. 2 штуки по 31 рубль за 1 штуку, а всего на сумму 62 рубля; продукт молокосодержащий сгущенный с сахаром вареный «Варенка» ФИО3 0,34 кг. 1 банка по 52 рублей за 1 банку, а всего на сумму 52 рубля; продукт молокосодержащий сгущенный с сахаром «Сгущенка» «ФИО3» 0,36 кг. 1 банка по 43 рубля за 1 банку, а всего на сумму 43 рубля; консервы натуральные «Горошек зеленый» 400 гр. 1 банка по 53 рубля за 1 банку, а всего на сумму 53 рубля; плавленый сыр с ветчиной «Hochland» 1 упаковка по 23 рубля за 1 упаковку, а всего на сумму 23 рубля; мороженое «Salwadore» 130 гр. 2 штуки по 48 рублей за 1 штуку, а всего на сумму 96 рублей; чебуреки 2 упаковки по 146 рублей за 1 упаковку, а всего на сумму 292 рубля; сосиска 2,02 кг. по 184 рублей за 1 кг., а всего на сумму 371 рубль 68 копеек; сосиска 0,916 кг. по 185 рублей за 1 кг., а всего на сумму 169 рублей 46 копеек; купаты куриные 0,94 кг. по 285 рублей за 1 кг., а всего на сумму 267 рублей 90 копеек; окорочка куриные 1,562 кг. по 190 рублей за 1 кг., а всего на сумму 296 рублей 78 копеек; котлеты куриные 0,668 кг. по 140 рублей за 1 кг., а всего на сумму 93 рубля 52 копейки; колбаса полукопченая «Сервелат Киевский» 400 гр. 1 палка по 139 рублей за 1 палку, а всего на сумму 139 рублей; водка «Проводница» 3 бутылки по 230 рублей за 1 бутылку, а всего на сумму 690 рублей; губки «Чистюля» maxi универсальные 5 штук 1 упаковка по 28 рублей за 1 упаковку, а всего на сумму 28 рублей; салфетки «Чистюля» вискозные 3 штуки 1 упаковка по 35 рублей за 1 упаковку, а всего на сумму 35 рублей; салфетки «Чистюля» вискозные 5 штук 1 упаковка по 60 рублей за 1 упаковку, а всего на сумму 60 рублей; крем после бритья «ARKOMENSensitive» 50 ml. 1 штука по 75 рублей за 1 штуку, а всего на сумму 75 рублей; туалетная вода для мужчин «GeoWEST» 85 мл. 1 штука по 300 рублей за 1 штуку, а всего на сумму 300 рублей; туалетная вода для женщин «Glam» 100 мл. 1 штука по 180 рублей за 1 штуку, а всего на сумму 180 рублей; туалетная вода для мужчин «TUAREGORIGINAL» 100 мл. 1 штука по 216 рублей за 1 штуку, а всего на сумму 216 рублей; туалетная вода для мужчин «Baks 5» 100 мл. 1 штука по 170 рублей за 1 штуку, а всего на сумму 170 рублей; туалетная вода для женщин «RedWilling» 100 мл. 1 штука по 190 рублей за 1 штуку, а всего на сумму 190 рублей; туалетная вода «1 Millionerdollar» 60 мл. 1 штука по 110 рублей за 1 штуку, а всего на сумму 110 рублей; зубная паста «blend-a-med» анти-кариес свежая мята 50 мл. 1 штука по 46 рублей за 1 штуку, а всего на сумму 46 рублей; зубная паста «Лесной бальзам» с экстрактом коры дуба и пихты на отваре трав 50 мл. 1 штука по 44 рубля за 1 штуку, а всего на сумму 44 рубля; зубная паста «Colgate»тройное действие 50 мл. 1 штука по 47 рублей за 1 штуку, а всего на сумму 47 рублей; шампунь для волос «Женьшень» Для всей семьи 1000 мл. 1 бутылка по 48 рублей за 1 бутылку, а всего на сумму 48 рублей; шампунь «Shamtu » Для жирных волос 350 мл. 1 бутылка по 148 рублей за 1 бутылку, а всего на сумму 148 рублей; шампунь «Tumotei» роскошный объем 250 мл. 1 бутылка по 106 рублей за 1 бутылку, а всего на сумму 106 рублей; шампунь «Маленькая фея» Послушные локоны 240 мл. 1 бутылка по 121 рубль за 1 бутылку, а всего на сумму 121 рубль; ватные палочки «Visage» 100 штуки 1 пачка по 26 рублей за 1 пачку, а всего на сумму 26 рублей; бальзам-ополаскиватель «Чистая линия» пшеница и лен для тонких и ослабленных волос 230 мл. 1 бутылка по 81 рублей за 1 бутылку, а всего на сумму 81 рублей; гель для душа «Camay» Романтик 250 мл. 1 бутылка по 118 рублей за 1 бутылку, а всего на сумму 118 рублей; гель для бритья «ARKOMENSensitive» 200 мл. 1 штука по 137 рублей за 1 штуку, а всего на сумму 137 рублей; краска для волос «Londa» светлый шатен 14 1 упаковка по 159 рублей за 1 упаковку, а всего на сумму 159 рублей; моментальный клей «Монолит» 3 гр. 8 штук по 9 рублей за 1 штуку, а всего на сумму 72 рубля; зажигалка «Ангара» 1 штука по 25 рублей за 1 штуку, а всего на сумму 25 рублей; зажигалка «Luxlite» 2 штуки по 25 рублей за 1 штуку, а всего на сумму 50 рублей; мыло «DURU» Greentea 4штуки 1 упаковка по 125 рублей за 1 упаковку, а всего на сумму 125 рублей; мыло «Palmolive» натурэль освежающее 4 штуки по 47 рублей за 1 штуку, а всего на сумму 188 рублей; крем-мыло «Dove» красота и уход 2 штуки по 50 рублей за 1 штуку, а всего на сумму 100 рублей; крем-мыло «Лесная поляна» миндальное молоко 1 штука по 20 рублей за 1 штуку, а всего на сумму 20 рублей; крем-мыло «Лесная поляна» земляника 1 штука по 20 рублей за 1 штуку, а всего на сумму 20 рублей; жидкое крем-мыло «Детское» с экстрактом череды 280 гр. 1 бутылка по 65 рублей за 1 бутылку, а всего на сумму 65 рублей; крем для ног «Сто рецептов красоты» чудесная тыква смягчающий 2 штуки по 59 рублей за 1 штуку, а всего на сумму 118 рублей; классические ежедневные прокладки «Милана» 40 штуки 1 упаковка по 49 рублей за 1 упаковку, а всего на сумму 49 рублей; прокладки женские гигиенические ежедневные «BellaPantyClassicsoft» 20 штуки 1 упаковка по 49 рублей за 1 упаковку, а всего на сумму 49 рублей; туалетная бумага «Волна» 3 штуки по 13 рублей за 1 штуку, а всего на сумму 39 рублей; туалетная бумага «из Набережных челнов» 1 штука по 16 рублей за 1 штуку, а всего на сумму 16 рублей; календарь «Астрологический» 2019 Подсказки на каждый день 1 штука по 39 рублей за 1 штуку, а всего на сумму 39 рублей; календарь «Квартальный» 2019 Живописные подсолнухи 4 штуки по 63 рублей за 1 штуку, а всего на сумму 252 рубля; цветная бумага «Пифагор» 2 штуки по 15 рублей за 1 штуку, а всего на сумму 30 рублей; цветная бумага 4 штуки по 18 рублей за 1 штуку, а всего на сумму 72 рубля; колготки «Milanosocks» 40 ден. 1 упаковка по 117 рублей за 1 упаковку, а всего на сумму 117 рублей; колготки «OmsaAttiva 20» 20 ден. 1 упаковка по 187 рублей за 1 упаковку, а всего на сумму 187 рублей; тетрадь школьная ученическая в линейку 7 штук по 7 рублей за 1 штуку, а всего на сумму 49 рублей; карандаши цветные деревянные «Совушка» 12 цветов 1 упаковка по 45 рублей за 1 упаковку, а всего на сумму 45 рублей; краски акварельные «Artspace» классические медовые 12 цветов 1 упаковка по 33 рубля за 1 упаковку, а всего на сумму 33 рубля; ручки шариковые «Фантазия» 6 штуки 1 упаковка по 39 рублей за 1 упаковку, а всего на сумму 39 рублей; ручки шариковые «Schreiber» 12 штук по 7 рублей за 1 упаковку, а всего на сумму 84 рублей; одноразовая бритва «Gillette 2» 8 штук по 30 рублей за 1 упаковку, а всего на сумму 240 рублей; жидкость для снятия лака 100 мл. 1 штука по 17 рублей за 1 штуку, а всего на сумму 17 рублей; сигареты «Корона» 82 пачки по 60 рублей за 1 пачку, а всего на сумму 4920 рублей; сигареты «Marlboro» 62 пачки по 70 рублей за 1 пачку, а всего на сумму 4340 рублей; сигареты «Петр I» эталон компакт 6 пачки по 95 рублей за 1 пачку, а всего на сумму 570 рублей; сигареты «Максим» классический красный 55 пачки по 85 рублей за 1 пачку, а всего на сумму 4675 рублей; сигареты «Максим» классический серый 5 пачки по 85 рублей за 1 пачку, а всего на сумму 425 рублей; сигареты «PhilipMorris» 10 пачки по 95 рублей за 1 пачку, а всего на сумму 950 рублей; сигареты «Bond» 5 пачки по 105 рублей за 1 пачку, а всего на сумму 525 рублей; блок спичек 10 коробков «Череповец ФЭСКО» 5 упаковок по 15 рублей за 1 упаковку, а всего на сумму 75 рублей; махровые носки «Fute» размер 23-25 4 пары по 48 рублей за 1 пару, а всего на сумму 192 рубля; носки мужские «PossRis» размер 25-27 2 пары по 51 рубль за 1 пару, а всего на сумму 102 рубля; мужские носки «Touch» размер 41-42 1 пара по 49 рублей за 1 пару, а всего на сумму 49 рублей; пена монтажная «GunPurFoam» 1000 мл. 1 штука по 354 рублей за 1 штуку, а всего на сумму 354 рубля; кондиционер для белья «Легко» аромат моря 1000 мл. 1 бутылка по 44 рубля за 1 бутылку, а всего на сумму 44 рубля; чистящее отбеливающее средство «Белизна» 0,9 кг. 1 бутылка по 19 рублей за 1 бутылку, а всего на сумму 19 рублей; стиральный порошок «Deny» Тотал стойкий цвет 450 гр. 2 пачки по 49 рублей за 1 пачку, а всего на сумму 98 рублей; стиральный порошок «Биолан» белые цветы автомат 350 гр. 2 пачки по 31 рублей за 1 пачку, а всего на сумму 62 рубля; стиральный порошок «Пемос» активная пена ручная стирка 350 гр. 2 пачки по 42 рубля за 1 пачку, а всего на сумму 84 рубля; обувь мужская ПВХ размер 45 1 пара по 772 рублей за 1 пару, а всего на сумму 772 рублей; обувь женская «Eva» размер 37-38 1 пара по 771 рублей за 1 пару, а всего на сумму 771 рубль; аппарат инверторный сварочный АИС-190 1 штука по 5900 рублей за 1 штуку, а всего на сумму 5900 рублей; карты оплаты Билайн 48 штук по 120 рублей за 1 штуку, а всего на сумму 5760 рублей; денежные средства на сумму 8560 рублей (л.д. 38-49). Таким образом, оценив представленные доказательства, исследованные в судебном заседании, с точки зрения относимости, допустимости и достоверности, каждое в отдельности и в совокупности, тщательно исследовав обстоятельства дела, учитывая способ совершения преступлений, суд считает вину подсудимого в совершении преступления при обстоятельствах подробно указанных в приговоре, установленной и доказанной. Суд квалифицирует преступные деяния ФИО1 по п. «б» ч.2 ст. 158 УК РФ , - как кража, то есть тайное хищение чужого имущества, совершенная с незаконным проникновением в помещение. При определении вида и размера наказания суд учитывает характер и степень общественной опасности преступления, личность подсудимого и другие обстоятельства, предусмотренные положением статей , , ч. 1 и ст. 68 УК РФ . Оснований для изменения категории совершенного преступления на менее тяжкую, в порядке ч.6 ст. 15 УК РФ судом не установлено, поскольку подсудимым совершено преступление относящееся к категории преступления средней тяжести. Подсудимый вину признал, раскаялся в содеянном, активно способствовал раскрытию преступления, сделал явку с повинной (л.д. 22), потерпевшему материальный ущерб возместил частично (л. д. 92), имеет хроническое заболевание,что суд признает обстоятельствами, смягчающими наказание. Обстоятельством, отягчающим наказание суд признаёт рецидив преступлений (л.д.). По месту жительства Администрацией сельсовета характеризуется удовлетворительно, УУП ОУУП и ПДН МО МВД России «Троицкий» характеризуется отрицательно, злоупотребляет спиртными напитками, живет за счет случайных заработков, к административной ответственности за нарушение общественного порядка в 2018 году не привлекался, приводов в отдел полиции не имел, на профилактические беседы не реагирует, должных выводов не делает (л.д. 186, 187). В соответствии с требованиями ст. 6 УПК РФ одним из принципов уголовного судопроизводства является уголовное преследование и назначение виновным справедливого наказания. На основании ст. 6 УК РФ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 Суд учитывает общественную значимость дела, а также соображения относительно целесообразности и эффективности публичного уголовного преследования, при этом считает, что наказание, применяемое к подсудимому, совершившему преступление должно быть справедливым, то есть соответствовать характеру и степени общественной опасности преступления, обстоятельствам его совершения и личности виновного. ФИО1 ранее судим за совершение преступлений относящихся к категории средней тяжести и тяжких преступлений, судимость не снята и не погашена в установленным законом порядке. После освобождения из мест лишения свободы, на путь исправления не встал, в короткий срок после освобождения от отбывания наказания вновь совершил умышленное преступление средней тяжести, по месту жительства характеризуется отрицательно, а поэтому суд приходит к выводу, что приведенные выше обстоятельства свидетельствует об устойчивой преступной направленности ФИО1 и его нежелании встать на путь исправления в связи с чем, полагает справедливым и соразмерным содеянному назначить наказание, за совершённые деяния только в виде реального лишения свободы, поскольку считает, что его исправление возможно только при реальной изоляции от общества. Оснований для применения к подсудимому ст. 73 УК РФ , учитывая конкретные обстоятельства дела, личность подсудимого и совершенные им преступления, суд не находит, а также оснований для замены наказания в виде лишения свободы на принудительные работы с учетом положений части 1 статьи 53.1 УК РФ . При назначении наказания подсудимому, суд не находит оснований для применения правил, предусмотренных ч. 3 ст. 68 УК РФ , в том числе и исключительных обстоятельств, предусмотренных положением ст. 64 УК РФ , существенно уменьшающих степень общественной опасности совершенного преступления. С учетом обстоятельств совершения преступления и личности подсудимого, назначая наказание в виде лишения свободы, суд определяет отбывание наказания ФИО1 в исправительной колонии строгого режима в соответствии с п. "в" ч. 1 ст. 58 УК РФ . С учётом личности, состояния здоровья и материального положения подсудимого, дополнительное наказание предусмотренное по ч.2 ст. 158 УК РФ в виде ограничения свободы, суд считает возможным не назначать. В соответствии с ч. 1 ст. 132 УПК РФ , учитывая материальное положение подсудимого его трудоспособный возраст, состояние здоровья, позволяющее заниматься трудовой деятельностью, суд полагает взыскать в доход федерального бюджета процессуальные издержки по оплате услуг назначенного адвоката на предварительном следствии в размере 3415 рублей 50 копеек (л.д. 200) и в суде за 1 день из расчета (900*15% = 1035 рублей 00 копеек), итого 4450 рублей 50 копеек, поскольку, оснований для освобождения подсудимого от их уплаты, не находит. На основании изложенного, руководствуясь ст. - 309 УПК РФ , суд приговорил: Признать ФИО1 виновным в совершении преступления, предусмотренного п. «б» ч. 2 ст. 158 УК РФ и назначить наказание в виде двух лет шести месяцев лишения свободы с отбыванием наказания в исправительной колонии строгого режима. Меру пресечения осужденному ФИО1 в виде заключение под стражу оставить прежней, до вступления приговора в законную силу, срок отбытия наказания исчислять с ДД.ММ.ГГГГ. Зачесть в срок отбытия наказания время содержания под стражей, в качестве меры пресечения с ДД.ММ.ГГГГ по ДД.ММ.ГГГГ, включительно. На основании п. "а" ч. 3.1 ст. 72 УК РФ (в редакции Федерального закона от 03.07.2018 г. N 186-ФЗ), с учетом требований ч. 3.2 ст. 72 УК РФ , зачесть в срок лишения свободы время содержания ФИО1 под стражей с ДД.ММ.ГГГГ по день вступления приговора в законную силу, из расчета 1 день содержания под стражей за один день отбывания наказания в исправительной колонии строгого режима. Взыскать с ФИО1 в доход государства процессуальные издержки в размере 4450 рублей 50 копеек. Вещественные доказательства по делу: корейская заправка «Чим Чим» для хе из курицы 60 гр. 4 упаковки; кофе «MaximOriginal»50 гр. 1 упаковка; кофе «MaximOriginal» 150 гр.1 упаковка; кофе «MaximOriginal» 500 гр. 1 упаковка; кофе «Жокей Фаворит Арабика» 75 гр.3 упаковки; кофе «Жокей Империал Арабика» 75 гр.1 упаковка; кофе «Жокей Триумф Арабика» 75 гр. 3 упаковки; кофе «Черная карта» 75 гр. 1 упаковка; кофе «JacobsMonarch» 75 гр. 7 упаковок; кофе «JardinColombiamedellin» 75 гр. 1 упаковка; кофе «Nescafeclassiccrema» 70 гр. 1 упаковка; кофе «Nescafeclassic» 100 гр. 1 упаковка; кофе «Caf"e Pele» 100 гр. 3 упаковки; кофе «GooddayCappuccino» 25 гр. 2 упаковки; какао «Nesquik» 250 гр. 1 упаковка; чай пакетированный «PricessaNoori» 25 пакетиков 10 упаковок; чай листовой «Друг Шерхан» 100 гр. 4 упаковки; кетчуп «Балтимор» Лечо 260 гр. 1 упаковка; кетчуп «Персона» томатный 900 гр. 1 бутылка; соус перцовый с чесноком и помидорами «Mivimex» 200 гр. 1 бутылка; лук зеленый сушеный «Приправыч» 5 гр. 9 пачек; перец черный молотый «Приправыч» 50 гр. 2 пачки; приправа для гуляша «Магия востока» 15 гр. 3 пачки; корица молотая «Приправыч» 10 гр. 6 пачек; приправа для шашлыка «Приправыч» 15 гр. 6 пачек; приправа для борща «Приправыч» 15 гр. 3 пачки; приправа для рыбы «Приправыч» 15 гр. 3 пачки; приправа для мясного фарша «Приправыч» 15 гр. 2 пачки; приправа для плова «Приправыч» 15 гр. 3 пачки; приправа для окорочков «Приправыч» 15 гр. 2 пачки; гвоздика целая «Магия востока» 10 гр. 7 пачек; лавровый лист «Приправыч» 20 гр. 4 пачки; вермишель на домашнем бульоне с грибами «Ролтон» 60 гр. 3 упаковки; вермишель на домашнем бульоне с курицей «Ролтон» 60 гр. 2 упаковки; лапша с тушеной курицей и луком «Биг Ланч» 75 гр. 2 упаковки; лапша быстрого приготовления «BIGBON» 75 гр. 6 упаковок; лапша быстрого приготовления «BIGBON» в тарелке 85 гр. 1 упаковка; суп гороховый с копченостями «Приправыч» 60 гр. 9 пачек; суп Азбука «Приправыч» 60 гр. 4 пачки; суп Звездочка «Приправыч» 60 гр. 6 пачек; суп вермишелевый с мясом «Приправыч» 60 гр. 4 пачки; суп харчо «Приправыч» 70 гр. 7 пачек; суп перловый с мясом «Приправыч» 60 гр. 7 пачек; суп солянка «Приправыч» 60 гр. 10 пачек; суп борщ «Приправыч» 60 гр. 7 пачек; макаронные изделия «Алмак» 1 кг. 3 упаковки; крупа ячневая «Вишневый сад» 600 гр. 1 упаковка; горох колотый «Алтайская сказка» 800 гр. 1 упаковка; конфеты «Juicy Light» 1 кг. 1 упаковка; конфеты «Харитоша» 1 кг. 1 упаковка; конфеты «Глейс» со вкусом крем-брюле 1кг. 1 упаковка; конфеты «Глейс» с шоколадным вкусом 1кг. 1 упаковка; конфеты «Глейс» со сливочным вкусом 1кг. 1 упаковка; конфеты «7 желаний» со вкусом творожка 1 кг. 1 упаковка; конфеты «7 желаний» 1 кг. 1 упаковка; конфеты «Золотая стрекоза» ассорти вкусов 1 кг. 1 упаковка; карамель леденцовая «Солярики» 1 кг. 1 упаковка; конфеты «Берри Арт» 1 кг. 1 упаковка; конфеты «Ярче» семена подсолнечника 1 кг. 1 упаковка; конфеты «Ловеста» со вкусом клубники со сливками 1 кг. 1 упаковка; конфеты «Чио Рио» 1 кг. 1 упаковка; конфеты «Евгеша» 1 кг. 1 упаковка; жевательная резинка «fres boom» 5 гр. 5 штук; мармелад жевательный «Гамми фрут» с кислым вкусом 20 гр. 1 упаковка; мармеладный жевательный «Светофор» 14,7 гр. 3 упаковки; драже «MINT"S» со вкусом вишни 15 гр. 3 упаковки; драже «MINT"S» со вкусом апельсина15 гр. 1 упаковка; шоколад молочный пористый «Воздушный» 85 гр. 2 штуки; напиток «Любимый» Тропический микс 1,93 л 1 упаковка; яблочный нектар «Palma» Зеленое яблоко 200 мл. 2 упаковки; йогурт «Нежный» с соком персика 100 гр. 2 штуки; йогурт «Fruttis» с грушей и ванилью 115 гр. 2 штуки; продукт молокосодержащий сгущенный с сахаром вареный «Варенка» ФИО3 0,34 кг. 1 банка; продукт молокосодержащий сгущенный с сахаром «Сгущенка» «ФИО3» 0,36 кг. 1 банка; консервы натуральные «Горошек зеленый» 400 гр. 1 банка; плавленый сыр с ветчиной «Hochland» 1 упаковка; мороженое «Salwadore» 130 гр. 2 штуки; чебуреки 2 упаковки; сосиска 2,02 кг.; сосиска 0,916 кг.; купаты куриные 0,94 кг.; окорочка куриные 1,562 кг.; котлеты куриные 0,668 кг.; губки «Чистюля» maxi универсальные 5 штук 1 упаковка; салфетки «Чистюля» вискозные 3 штуки 1 упаковка; салфетки «Чистюля» вискозные 5 штук 1 упаковка; крем после бритья «ARKOMENSensitive» 50 ml. 1 штука; туалетная вода для мужчин «Geo WEST» 85 мл. 1 штука; туалетная вода для женщин «Glam» 100 мл. 1 штука; туалетная вода для мужчин «TUAREG ORIGINAL» 100 мл. 1 штука; туалетная вода для мужчин «Baks 5» 100 мл. 1 штука; туалетная вода для женщин «Red Willing» 100 мл. 1 штука; туалетная вода «1 Millionerdollar» 60 мл. 1 штука; зубная паста «blend-a-med» анти-кариес свежая мята 50 мл. 1 штука; зубная паста «Лесной бальзам» с экстрактом коры дуба и пихты на отваре трав 50 мл. 1 штука; зубная паста «Colgate»тройное действие 50 мл. 1 штука; шампунь для волос «Женьшень» Для всей семьи 1000 мл. 1 бутылка; шампунь «Shamtu » Для жирных волос 350 мл. 1 бутылка; шампунь «Tumotei» роскошный объем 250 мл. 1 бутылка; шампунь «Маленькая фея» Послушные локоны 240 мл. 1 бутылка; ватные палочки «Visage» 100 штуки 1 пачка; бальзам-ополаскиватель «Чистая линия» пшеница и лен для тонких и ослабленных волос 230 мл. 1 бутылка; гель для душа «Camay» Романтик 250 мл. 1 бутылка; гель для бритья «ARKO MEN Sensitive» 200 мл. 1 штука; краска для волос «Londa» светлый шатен 14 1 упаковка; моментальный клей «Монолит» 3 гр. 8 штук; зажигалка «Ангара» 1 штука; зажигалка «Luxlite» 2 штуки; мыло «DURU» Greentea 4штуки; мыло «Palmolive» натурэль освежающее 4 штуки; крем-мыло «Dove» красота и уход 2 штуки; крем-мыло «Лесная поляна» миндальное молоко 1 штука; крем-мыло «Лесная поляна» земляника 1 штука; жидкое крем-мыло «Детское» с экстрактом череды 280 гр. 1 бутылка; крем для ног «Сто рецептов красоты» чудесная тыква смягчающий 2 штуки; классические ежедневные прокладки «Милана» 40 штуки 1 упаковка; прокладки женские гигиенические ежедневные «Bella Panty Classic soft» 20 штуки 1 упаковка; туалетная бумага «Волна» 3 штуки; туалетная бумага «из Набережных челнов» 1 штука; календарь «Астрологический» 2019 Подсказки на каждый день 1 штука; календарь «Квартальный» 2019 Живописные подсолнухи 4 штуки; цветная бумага «Пифагор» 2 штуки; цветная бумага 4 штуки; колготки «Milano socks» 40 ден. 1 упаковка; колготки «Omsa Attiva 20» 20 ден. 1 упаковка; тетрадь школьная ученическая в линейку 7 штук; карандаши цветные деревянные «Совушка» 12 цветов 1 упаковка; краски акварельные «Art space» классические медовые 12 цветов 1 упаковка; ручки шариковые «Фантазия» 6 штуки 1 упаковка; ручки шариковые «Schreiber» 12 штук; одноразовая бритва «Gillette 2» 8 штук; жидкость для снятия лака 100 мл. 1 штука; сигареты «Корона» 82 пачки; сигареты «Marlboro» 62 пачки; сигареты «Петр I» эталон компакт 6 пачки; сигареты «Максим» классический красный 5 пачки; сигареты «Максим» классический серый 5 пачки; сигареты «Philip Morris» 10 пачки; сигареты «Bond» 5 пачки; блок спичек 10 коробков «Череповец ФЭСКО» 5 упаковок; махровые носки «Fute» размер 23-25 4 пары; носки мужские «PossRis» размер 25-27 2 пары; мужские носки «Touch» размер 41-42 1 пара; пена монтажная «Gun Pur Foam» 1000 мл. 1 штука; кондиционер для белья «Легко» аромат моря 1000 мл. 1 бутылка; чистящее отбеливающее средство «Белизна» 0,9 кг. 1 бутылка; стиральный порошок «Deny» Тотал стойкий цвет 450 гр. 2 пачки; стиральный порошок «Биолан» белые цветы автомат 350 гр. 2 пачки; стиральный порошок «Пемос» активная пена ручная стирка 350 гр. 2 пачки; обувь мужская ПВХ размер 45 1 пара; обувь женская «Eva» размер 37-38 1 пара; аппарат инверторный сварочный АИС-190 1 штука, - оставить у собственника ФИО2 №1; 5 мешков из полимерного материала белого цвета без каких-либо надписей, металлический лом, хранящиеся в комнате хранения вещественных доказательств МО МВД России «Троицкий»,- уничтожить после вступления приговора в законную силу. Приговор может быть обжалован в апелляционном порядке в Алтайский краевой суд в течение 10 суток со дня провозглашения, а осужденным, содержащимся под стражей, в тот же срок -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апелляционной жалобе осужденного. Осужденный вправе знакомиться с протоколом судебного заседания по его письменному ходатайству, которое должно быть подано не позднее трех суток со дня окончания судебного заседания, и подавать на него письменные замечания в течение трех суток со дня ознакомления с протоколом судебного заседания. В случае принесения апелляционной жалобы или апелляционного представления, затрагивающих интересы осужденного, он вправе подать свои возражения в письменном виде и иметь возможность участвовать в рассмотрении дела судом апелляционной инстанции, о чем он должен также указать в своих возражениях в письменном виде. Председательствующий: Ткаченко В.В. Суд: Троицкий районный суд (Алтайский край) (подробнее) Судьи дела: Ткаченко Владимир Васильевич (судья) (подробнее) Последние документы по делу: Приговор от 23 января 2019 г. по делу № 1-128/2018 Приговор от 21 января 2019 г. по делу № 1-128/2018 Приговор от 7 ноября 2018 г. по делу № 1-128/2018 Приговор от 17 сентября 2018 г. по делу № 1-128/2018 Приговор от 17 сентября 2018 г. по делу № 1-128/2018 Приговор от 11 сентября 2018 г. по делу № 1-128/2018 Приговор от 23 июля 2018 г. по делу № 1-128/2018 Приговор от 20 февраля 2018 г. по делу № 1-128/2018 Приговор от 20 февраля 2018 г. по делу № 1-128/2018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