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социального найма жилого помещения может быть расторгнут в любое время по соглашению сторон.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Расторжение договора социального найма жилого помещения по требованию наймодателя допускается в судебном порядке в случае: 1) невнесения нанимателем платы за жилое помещение и (или) коммунальные услуги в течение более шести месяцев; 2) разрушения или повреждения жилого помещения нанимателем или другими гражданами, за действия которых он отвечает; 3) систематического нарушения прав и законных интересов соседей, которое делает невозможным совместное проживание в одном жилом помещении; 4) использования жилого помещения не по назначению.</w:t>
      </w:r>
    </w:p>
    <w:p>
      <w:pPr>
        <w:pStyle w:val="Heading3"/>
      </w:pPr>
      <w:r>
        <w:rPr>
          <w:rFonts w:ascii="Times New Roman" w:hAnsi="Times New Roman" w:eastAsia="Times New Roman" w:cs="Times New Roman"/>
          <w:b/>
          <w:i w:val="0"/>
          <w:sz w:val="22"/>
        </w:rPr>
        <w:t>Пункт 5.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 социального найма жилого помещения прекращается в связи с утратой (разрушением) жилого помещения, со смертью одиноко проживавшего нанимателя. По смыслу пояснений ФИО1 на разрешение суда поставлено требование о расторжении договора социального найма, а не о его прекращении. В качестве основания для расторжения договора социального найма представитель ответчика приводит доводы о неисполнении им обязанности по оплате коммунальных услуг, обосновав свою позицию сведениями о задолженности, а также справкой о том, что плату за найм помещения ответчик не вносит. Вместе с тем, с августа 2016 года ФИО2 находится в розыске, на момент рассмотрения данного дела, сведений о его местонахождении не имеется, он признан безвестно отсутствующим. По мнению суда, указанные обстоятельства не свидетельствуют о его добровольном выезде из жилого помещения и не могут свидетельствовать об умышленном неисполнении обязательств по оплате коммунальных услуг. Акты обследования квартиры, предоставленные судом и подтверждающие отсутствие ФИО2 по месту проживания, датированы 17.11.2017г., 19.06.2018г., 09.10.2018г., т.е. периодом его нахождения в розыске. Согласно разъяснениям, содержащимся в пункте 32 постановления Пленума Верховного Суда Российской Федерации от 2 июля 2009 г. N 14 "О некоторых вопросах, возникших в судебной практике при применении Жилищного кодекса Российской Федерации", при временном отсутствии нанимателя жилого помещения и (или) членов его семьи, включая бывших членов семьи, за ними сохраняются все права и обязанности по договору социального найма жилого помещения (статья 71 ЖК РФ ). Если отсутствие в жилом помещении указанных лиц не носит временного характера, то заинтересованные лица (наймодатель, наниматель, члены семьи нанимателя) вправе потребовать в судебном порядке признания их утратившими право на жилое помещение на основании части 3 статьи 83 ЖК РФ в связи с выездом в другое место жительства и расторжения тем самым договора социального найма. Разрешая споры о признании нанимателя, члена семьи нанимателя или бывшего члена семьи нанимателя жилого помещения утратившими право пользования жилым помещением по договору социального найма вследствие их постоянного отсутствия в жилом помещении по причине выезда из него, судам надлежит выяснять: по какой причине и как долго ответчик отсутствует в жилом помещении, носит ли его выезд из жилого помещения вынужденный характер (конфликтные отношения в семье, расторжение брака) или добровольный, временный (работа, обучение, лечение и т.п.) или постоянный (вывез свои вещи, переехал в другой населенный пункт, вступил в новый брак и проживает с новой семьей в другом жилом помещении и т.п.), не чинились ли ему препятствия в пользовании жилым помещением со стороны других лиц, проживающих в нем, приобрел ли ответчик право пользования другим жилым помещением в новом месте жительства, исполняет ли он обязанности по договору по оплате жилого помещения и коммунальных услуг и др. (пункт 32 постановления Пленума). В соответствии с требованиями ч. 1 ст. 40 Конституции РФ, каждый имеет право на жилище. Никто не может быть произвольно лишен жилища. Оценив предоставленные доказательства в их совокупности, суд приходит к выводу, что представителем истца не предоставлено доказательств утраты ответчиком права пользования жилым помещением при установленных обстоятельствах его отсутствия по месту проживания. Признание решением суда ответчика безвестно отсутствующим, отсутствие у него регистрации в спорной квартире само по себе не может являться основанием для признания его утратившим право пользования жилым помещением, не предполагает утрату его прав на спорное жилое помещение. При отсутствии доказательств того, что ФИО2 не проживает в спорной квартире по неуважительной причине, доказательств того, что он добровольно и в одностороннем порядке отказался от осуществления прав и обязанностей по договору социального найма, у суда нет оснований полагать, что право ФИО4 по пользованию спорной квартирой не сохранилось. Судом установлено, что квартира была предоставлена ответчику при расселении из ветхого и аварийного жилья, сведений о том, что ответчик имеет иное постоянное место жительства, в материалах дела не имеется. Из уведомления Управления Росреестра следует, что зарегистрированных прав ФИО2 на жилое помещение не имеется. При этом суд учитывает, что у Администрации городского поселения имеется возможность для принятия мер по сохранности муниципального жилья – спорной квартиры, поскольку решен вопрос по временному проживанию в квартире семьи, попавшей под наводнение, что не является спорным обстоятельством. С учетом изложенного, суд полагает заявленные требования не обоснованными и не подлежащими удовлетворению. Руководствуясь ст. ст. , 198 ГПК РФ , суд Р Е Ш И Л: В удовлетворении требований Администрации городского поселения «Шилкинское» к ФИО2 о прекращении договора социального найма, признании утратившими право пользования жилым помещением - отказать. Решение суда может быть обжаловано в Забайкальский краевой суд путем подачи жалобы через Шилкинский районный суд в апелляционном порядке в течение месяца со дня его изготовления в окончательной форме. Мотивированное решение изготовлено 22 января 2019 года Судья И.П. Сатина Решение не вступило в законную силу. Подлинник документа подшит в материалы гражданского дела № 2-84/2019 Шилкинского районного суда Забайкальского края. Суд: Шилкинский районный суд (Забайкальский край) (подробнее) Судьи дела: Сатина И.П. (судья) (подробнее) Последние документы по делу: Решение от 21 января 2019 г. по делу № 2-1298/2018 Решение от 26 сентября 2018 г. по делу № 2-1298/2018 Показать все документы по этому делу Судебная практика по: Утративший право пользования жилым помещением Судебная практика по применению норм ст. 79, 83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