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Вина ФИО2 по факту кражи имущества у потерпевшей ФИО6 №5 помимо его признательных показаний также подтверждается: Оглашенными показаниями потерпевшей ФИО6 №5, из которых следует, что у нее в собственности имеется одноэтажный дачный дом, расположенный по адресу: Красноярский край, &lt;адрес&gt;, платформа Камас, СНТ «Полянка», уч. 73, который полностью пригоден для проживания во все периоды времени, так как оснащен печью, светом и спальными местами. Территория дачного участка огорожена забором из штакетника, калитка не запирается. Практически каждые выходные она ездит на дачу, протапливает печь и ночует там. &lt;дата&gt; в ходе телефонного разговора с председателем СНТ «Полянка» ФИО12, ей стало известно о том, что в переулке в районе ее дома и дома ее соседки ФИО6 №6 имеются следы. Узнав об этом, они с ФИО6 №6 приехали на дачу, где она увидела, что деревянная входная дверь заперта на замок, повреждений не имеет, однако стекло в окне из веранды в помещение дома разбито, при этом в доме был беспорядок. Осмотрев вещи, она обнаружила, что из дома пропал утепленный синтепоном болоньевый жилет черного цвета с белой опушкой на капюшоне из искусственного меха (особой приметой жилета является небольшое подпаленное пятно в правой нижней части) и новые пассатижи с ручками красного цвета. В результате кражи принадлежащего ей имущества, ей был причинен материальный ущерб на сумму, установленную заключением эксперта, который значительным для нее не является, с результатами товароведческой судебной экспертизы о стоимости похищенного у нее имущества она согласна (т. 3 л.д. 185-186, 189-194, 199-201); Оглашенные показания свидетеля ФИО13 свидетельствуют о том, в собственности у его матери ФИО6 №5 имеется дачный участок с жилым домом, расположенный по адресу: Красноярский край, &lt;адрес&gt;, платформа Камас, СНТ «Полянка», участок №. &lt;дата&gt; его мать вместе со своей соседкой с садового участка № ФИО6 №6 поехали на дачу и со слов матери ему известно, что в ее дачный дом проникли, разбив стекло в окне на веранде дома, похитив из дома утепленный жилет и пассатижи (т. 3 л.д. 218-219, 220-223); Из оглашенных показаний свидетеля ФИО12 (председателя СНТ) следует, что в СНТ «Полянка» платформа Камас, которое расположено между &lt;адрес&gt; и &lt;адрес&gt; в &lt;адрес&gt; Красноярского края, у него имеется садовый участок №, где он постоянно проживает и ведет подсобное хозяйство. В первых числах декабря 2017 года, он ехал в &lt;адрес&gt; и когда проезжал мимо участков № и 73 в СНТ «Полянка», заметил дорожку следов в снегу. Сам он на эти участки заходить не стал, но позвонил хозяйке участка № ФИО6 №5 и сообщил про следы, попросив ее приехать. Спустя какое-то время, он зашел к ФИО6 №5 и увидел, что у нее было выставлено окно (т. 3 л.д. 226-227); Показаниями свидетеля ФИО11, допрошенной судом и приведенными выше. Из оглашенных показаний свидетеля ФИО14 следует, что ее сын ФИО2 прописан и проживает по в &lt;адрес&gt;. &lt;дата&gt; в утреннее время сын поехал в Красноярск к ее дочери ФИО11, в связи с чем, она дала ему на дорогу денег и сумку с едой. Около 14 часов 00 минут ей позвонила ее дочь ФИО11 и сообщила, что ФИО7 не приехал. &lt;дата&gt; в дневное время ей позвонили сотрудники полиции и сообщили, что ФИО2 нашелся и его везут в отдел полиции «Березовский». Примерно &lt;дата&gt;, ей позвонил сын и сказал, что находится в полиции. В тот же день ее дочь забрала брата к себе домой. От дочери ей стало известно, что ФИО2 в течение всего времени с момента его пропажи находился в СНТСН «Акварель» и проникал в чужие дома без разрешения собственников (т.4 л.д. 169-172); Оглашенные показания участкового уполномоченного УУПиДН МО МВД России «Березовский» ФИО15, допрошенного следователем в качестве свидетеля, свидетельствуют о том, что &lt;дата&gt; к нему обратился ФИО2, который изъявил желание признаться в совершенных им преступлениях и в ходе личной беседы пояснил ему, что в начале декабре 2017 года, через окно проник в дачный дом, расположенный по адресу участок № СНТ «Полянка» платформа «Камас» &lt;адрес&gt;, где совершил кражу инструмента и вещей. Данный факт ФИО2 собственноручно отразил в протоколе явки с повинной, полученной им без оказания какого-либо воздействия на ФИО2 (т. 4 л.д. 204-206); Участковый уполномоченный полиции ОУУПиПДН МО МВД России «Березовский» ФИО16, будучи допрошенным в ходе предварительного расследования в качестве свидетеля показал, что &lt;дата&gt; в отдел полиции был доставлен ФИО2, у которого при себе имелись гвоздодер и нож, которые были изъяты у ФИО2 в связи с подозрением, что данные предметы являлись орудиями, с помощью которых ФИО2 проникал в чужие дома. (т. 4 л.д. 207-209). Виновность подсудимого ФИО2 в краже имущества у ФИО6 №5 объективно подтверждается и исследованными документальными доказательствами, которые оценены судом в соответствии со ст. 88 УПК РФ , являются относимыми, допустимыми и получены с соблюдением требований УПК РФ, а именно: - заявлением ФИО6 №5 от &lt;дата&gt;, в котором она просит привлечь к уголовной ответственности неустановленное лицо, совершившее из принадлежащего ей дачного дома, расположенного по адресу: Красноярский край, &lt;адрес&gt;, платформа Камас, СНТ «Полянка», уч. 73, кражу ее имущества. (т. 3 л.д. 134); - протоколом явки с повинной от &lt;дата&gt;, из которого следует, что ФИО2 сообщил о совершенной им краже инструментов и вещей из дачного дома, расположенного по адресу: Красноярский край, &lt;адрес&gt;, СНТ «Полянка», платформа Камас, участок №. (т.3 л.д. 153); - протоколом проверки показаний на месте подозреваемого ФИО2 (с фототаблицей) от &lt;дата&gt;, проведенной в присутствии защитника, согласно которого ФИО2 указал на дом, расположенный по адресу: Красноярский край, &lt;адрес&gt;, СНТ «Полянка», платформа Камас, участок №, в котором он совершил хищение имущества, а именно болоньевый жилет и пассатижи (т. 4 л.д. 152-157); - протоколом осмотра места происшествия от &lt;дата&gt; (с фототаблицей), из которого следует, что предметом осмотра являлся дачный дом, расположенный по адресу: Красноярский край, &lt;адрес&gt;, СНТ «Полянка», платформа Камас, участок №. (т. 3 л.д. 135-142); - заключением оценочной (товароведческой) судебной экспертизы № от &lt;дата&gt;, которым определено, что рыночная стоимость имущества по состоянию на период с &lt;дата&gt; по &lt;дата&gt; составила: жилета, утепленного синтепоном черного цвета с белой опушкой - 500 рублей, новых пассатижей - 530 рублей (т. 3 л.д. 167-174); - протоколом выемки от &lt;дата&gt; (с фототаблицей), согласно которого у свидетеля ФИО16 изъят гвоздодер и нож, которые были ранее изъяты последним у ФИО2 (т. 4 л.д. 212-216); - протоколом признания и приобщения в качестве иных документов по делу от &lt;дата&gt; копии свидетельства о государственной регистрации права &lt;адрес&gt; от &lt;дата&gt;, из которого следует, что за ФИО6 №5 зарегистрировано право собственности на земельный участок, расположенный по адресу: Красноярский край, &lt;адрес&gt;, в районе ж/д пл. Камас, участок №; копии договора купли-продажи от &lt;дата&gt;, согласно которого ФИО6 №5 приобрела у ФИО17 земельный участок, расположенный по адресу: Красноярский край, &lt;адрес&gt;, в районе ж/д пл. Камас, участок №. (т. 3 л.д. 195-197,198). Таким образом, анализируя исследованные доказательства в их совокупности и каждое в отдельности, оценивая их, суд считает, что вина ФИО2 во вменяемом ему преступлении, полностью нашла свое подтверждение в судебном заседании, и квалифицирует его действия по данному преступлению (по факту кражи имущества потерпевшей ФИО6 №5) по п. «а» ч.3 ст. 158 УК РФ – кража, то есть хищение чужого имущества, совершенная с незаконным проникновением в жилище.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Вина ФИО2 по факту кражи имущества у потерпевшей ФИО6 №6 помимо его признательных показаний также подтверждается: Оглашенными показаниями потерпевшей ФИО6 №6, из которых следует, что у нее в собственности имеется дачный участок с одноэтажным домом, расположенный по адресу: Красноярский край, &lt;адрес&gt;, платформа Камас, СНТ «Полянка», участок №. Данный дом пригоден для проживания в любое время года, в связи с чем в зимний период времени она иногда приезжает на дачу. &lt;дата&gt; ей позвонила соседка по даче ФИО6 №5 и рассказала, что председатель их СНТ заметил следы, ведущие к ее дому. Вместе с ФИО6 №5 они приехали на дачу и еще издалека она заметила, что в окне ее дачного дома выставлено стекло, которое в треснутом виде стояло под окном, замки дверей повреждений не имели. Также на участке, около выставленного окна, она нашла окурок сигареты, который положила на лавку, так как у нее в семье никто не курит. Зайдя в дом, она увидела на кухне разбросанные продукты питания. Осмотрев вещи, она обнаружила, что из дома похищен топор с красной ручкой, ручной фонарик в прорезиненном корпусе черного цвета, 1 литр сгущенного молока в бутылке, 5 пачек лапши быстрого приготовления «Доширак» в мягких упаковках, 2 банки консервов «Сайра», 2 банки печени «Минтая», 2 банки мясных консервов. В результате кражи ей причинен материальный ущерб в размере, установленном заключением экспертизы, с которой она согласна. Кроме того, пропала бутылка домашнего вина (пятилитровый бутыль, в котором находилось около 3-х литров вина), данное вино она не оценивает, в причиненный ущерб не включает. С результатом товароведческой судебной экспертизы о стоимости похищенного у нее имущества согласна (т. 4 л.д. 90-91; т. 4 л.д. 92-94, т. 4 л.д. 100-105; т. 4 л.д. 114-116); Оглашенными показаниями потерпевшей ФИО6 №5, приведенными выше (т.3 л.д. 185-186, 189-194); Оглашенными показаниями свидетеля ФИО18(оперуполномоченного ОУР МО МВД России «Березовский»), из которых следует, что &lt;дата&gt; в дежурную часть МО МВД России «Березовский» обратилась ФИО6 №6 с заявлением по факту совершенной из ее дачного дома кражи, расположенного на участке № СНТ «Полянка» пл. &lt;адрес&gt; Красноярского края. С целью проверки на причастность к совершению данного преступления в МО МВД России «Березовский» был доставлен ФИО2, который изначально свою причастность к данной краже отрицал, в связи с чем, им у доставленного ФИО2 были изъяты образцы эпителия, так как при проведении осмотра места происшествия был изъят окурок сигареты, не принадлежащий заявителю ФИО6 №6 (т. 4 л.д. 126-127); Оглашенными показаниями свидетеля ФИО12 (председателя СНТ), приведенными выше (т. 4 л.д. 128-129); Оглашенными показаниями свидетеля ФИО15 (участкового уполномоченного УУПиДН МО МВД России «Березовский») из которых следует, что &lt;дата&gt; ФИО2, который изъявил желание признаться в совершенных им преступлениях и пояснил, что в начале декабря 2017 года шел пешком от станции Камарчаги через лес в сторону Красноярска, заблудился и сбился с пути. После чего вышел на платформу «Камас» СНТ «Полянка» &lt;адрес&gt; Красноярского края, где проникал в дома (т. 4 л.д. 204-206); Показаниями свидетеля ФИО11, допрошенной судом и приведенными выше. Оглашенными показаниями свидетеля ФИО14, приведенными выше (том 4 л.д. 169-174). Виновность подсудимого ФИО2 в краже имущества у ФИО6 №6 объективно подтверждается и исследованными документальными доказательствами, которые оценены судом в соответствии со ст. 88 УПК РФ , являются относимыми, допустимыми и получены с соблюдением требований УПК РФ, а именно: - заявлением ФИО6 №6 от &lt;дата&gt;, в котором она просит привлечь к уголовной ответственности неустановленное лицо, совершившее кражу из принадлежащего ей дачного дома, расположенного по адресу: Красноярский край, &lt;адрес&gt;, платформа Камас, СНТ «Полянка, участок № (т. 4 л.д. 2); -протоколом осмотра места происшествия от &lt;дата&gt; (с фототаблицей), из которого следует, что предметом осмотра являлся дачный дом, расположенный по адресу: Красноярский край, &lt;адрес&gt;, СНТ «Полянка», платформа Камас, участок №, в ходе осмотра зафиксирована обстановке на месте преступления, изъят окурок сигареты (т. 4 л.д. 3-8); - протоколом выемки от &lt;дата&gt; у свидетеля ФИО18 бумажного конверта с образцами эпителия ротовой полости ФИО2(т. 4 л.д. 19-20); - заключением судебно-биологической экспертизы № от &lt;дата&gt;, из которого следует, что на окурке сигареты, представленном на исследование, обнаружены следы человека мужского генетического пола, которые произошли от ФИО2 (т. 4 л.д. 39-43); - заключением оценочной (товароведческой) судебной экспертизы №- |09/18 от &lt;дата&gt;, которым определена рыночная стоимость имущества по состоянию на период с &lt;дата&gt; по &lt;дата&gt;: топора с красной ручкой - 609 руб. 50 коп., фонарика ручного в прорезиненном корпусе черного цвета длиной около 30 см - 450 рублей, 1 литра сгущенного молока в бутылке - 131 руб. 90 коп., 5 пачек лапши быстрого приготовления «Доширак» - 87 руб. 45 коп., 2 банки консервы «Сайра» -154 руб. 06 коп., 2 банки консервы «печени минтая» - 163 руб. 54 коп., 2 банки мясных консервов – 188 руб. 72 коп. (т. 4 л.д. 67-79); -протоколом признания и приобщения в качестве иных документов по делу от &lt;дата&gt; копии свидетельства о государственной регистрации I права &lt;адрес&gt;, из которого следует, что ФИО6 №6 является собственником земельного участка №, расположенного по адресу: Красноярский край, &lt;адрес&gt;, СНТ «Полянка»; копии договора купли-продажи от &lt;дата&gt;, согласно которого ФИО19 продала ФИО6 №6 земельный участок №, расположенный по адресу: Красноярский край, &lt;адрес&gt;, СНТ «Полянка» (т. 4 л.д. 106-108,109). - протоколом явки с повинной от &lt;дата&gt;, из которого следует, что ФИО2 сообщил о совершенной им краже инструментов и продуктов питания из дачного дома, расположенного по адресу: Красноярский край, Березовский I район, СНТ «Полянка», платформа Камас, участок №.(т. 4 л.д. 137); Таким образом, анализируя исследованные доказательства в их совокупности и каждое в отдельности, оценивая их, суд считает, что вина ФИО2 во вменяемом ему преступлении, полностью нашла свое подтверждение в судебном заседании, и квалифицирует его действия по данному преступлению (по факту кражи имущества потерпевшей ФИО6 №6) по п. «а» ч.3 ст. 158 УК РФ – кража, то есть хищение чужого имущества, совершенная с незаконным проникновением в жилище.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Вина ФИО2 по факту незаконного проникновения в жилище потерпевшей ФИО6 №4 и умышленного уничтожения и повреждения имущества, принадлежащего ФИО6 №4 помимо признательных показаний самого подсудимого также подтверждается: Оглашенными показаниями потерпевшей ФИО6 №4, из которых следует, что нее в собственности имеется двухэтажный дом, расположенный по адресу: Красноярский край, &lt;адрес&gt;, СНТСН «Акварель», &lt;адрес&gt;, который пригоден для круглогодичного проживания, так как в нем имеется печное отопление, вода и бытовая утварь. В данном доме они с мужем постоянно проживают весной, летом и осенью, а зимой ездят на выходные. Вход в дом осуществляется через веранду, вход в которую оборудован деревянной дверью, усиленной металлом. Входная дверь в сам дом не запирается. Примерно &lt;дата&gt; они с мужем уехали из дома и она закрыла входную дверь веранды на врезной замок, забрав ключи с собой. &lt;дата&gt; они с мужем после звонка соседки ФИО21 о том, что у них в доме разбиты стекла, приехали на дачу, где она увидела три разбитых окна, в том числе и деревянные, двойные, распашные рамы, одинаковым размером 95x110 см, в каждой раме стояли стекла таким же размером, 12 разбитых стекол в окне на веранде размером 30x40 см. каждое. Стоимость поврежденных окон (стекол и рам) оценивает в 16 000 рублей. В доме она также обнаружила полный беспорядок. Пластиковый навесной шкаф белого цвета размером 60x80 см., оснащенный двустворчатой дверцей, который ранее висел на стене в кухонной комнате, был разломан и лежал на полу, восстановлению не подлежит, оценивает его в 1000 рублей. На полу в кухне лежала разбитая посуда, а именно: фаянсовые тарелки в количестве 15 шт. (6 глубоких, 9 мелких), приобретались набором, в настоящее время оценивает их в 500 рублей; 6 фаянсовых кружек объемом 0,25 литра каждая, стоимость всех кружек в настоящее время оценивает в 400 рублей; стеклянная сахарница с крышкой объемом 0,5 литра бордового цвета, ее оценивает в 80 рублей. Также на кухонном полу она увидела разбитый светильник-бра из стекла фиолетового цвета, который раньше висел на стене над столом, приобретался около 10 лет назад, за какую сумму не помнит, в настоящее время оценивает его в 250 рублей. По полу были разбросаны продукты, вскрыты пакеты с мукой и крупой, которые материальной ценности для нее не представляют. В комнате было разбито зеркало, состоящее из трех частей, две части зеркала размером 25x160 см каждая, третья часть - размером 45x160 см, данное зеркало приобреталось давно, когда именно она не помнит, в настоящее время оценивает его в 600 рублей. Ни из дома, ни с территории участка ничего не пропало. В конце декабря 2017 года ее вызвали на допрос в следственный отдел по &lt;адрес&gt;, где она узнала, что на дачу проник и повредил принадлежащее ей имущество ФИО2, с которым она не знакома, что его побудило так поступить, ей не известно. Действиями ФИО2 ей причинен материальный ущерб в размере 15 995 рублей, что с учетом доходов ее семьи (порядка 27 000 в месяц), является для нее значительным ущербом. С оценкой эксперта о стоимости 3 окон (рам и стекол), указанной в заключении эксперта № от &lt;дата&gt; согласна. ФИО2 ни она, ни ее муж не знают и своего разрешения на его нахождение в своем доме не давали. После того как ФИО2 незаконно проник в дом, они с мужем не смогли найти свой гвоздодер, но прибыв на допрос в кабинете следователя она увидела их гвоздодер (т. 2 л.д. 116-119, т.2л.д. 134-136, т. 3 л.д. 3-6; т. 3 л.д. 9-10); Оглашенными показаниями свидетеля ФИО20, из которых следует, что у его жены имеется дом, расположенный по адресу: Красноярский край, &lt;адрес&gt;, СНТСН «Акварель», &lt;адрес&gt;, пригодный для круглогодичного проживания, в котором они с женой постоянно проживают весной, летом и осенью, а зимой ездят на выходные. &lt;дата&gt; супруге позвонила соседка по даче ФИО21 и сообщила, что их дом кто-то разрушил. Приехав на следующий день на дачу, они обнаружили, что три разбитых окна, в том числе деревянные, двойные, распашные рамы, размером 95x110 см, в каждой раме стояли стекла таким же размером. Кроме того, были разбиты стекла в окне на веранде в количестве 12 шт. размером 30x40 см. каждое, рама целая. Шкаф, который ранее висел на стене в кухне, расположенный сразу при входе в дом, был разломан и лежал на полу со сломанными креплениями. На полу в кухне лежала разбитая посуда, разбитый светильник - бра из стекла фиолетового цвета, который раньше висел на стене над столом. Кроме того, были вскрыты пакеты с мукой и крупой. В комнате было разбито зеркало, состоящее из трех частей. Ни из дома, ни с территории участка ничего не пропало. Подручными материалами они закрыли окна, прибрались и уехали домой. В конце декабря 2017 года супругу вызвали на допрос в следственный отдел по &lt;адрес&gt;, во время допроса она узнала, что на дачу проник и повредил принадлежащее им имущество ФИО2 Он с ним не знаком, никогда не встречался, разрешения на пребывание в доме не давал, конфликтов с ним не было. Что его побудило так поступить, ему не известно.(т. 2 л.д. 148-151, т. 3 л.д. 30-33); Показаниями свидетеля ФИО11, допрошенной судом и приведенными выше. Показаниями потерпевшей ФИО6 №2, допрошенной судом, из которых следует, что у нее в собственности имеется жилой дом, расположенный по &lt;адрес&gt; СНТСН «Акварель» &lt;адрес&gt;. &lt;дата&gt; в вечернее время, ей позвонила соседка по даче ФИО22 и рассказала ей, что в ее дом кто-то проник, в связи с чем они с мужем приехали в СНТСН «Акварель» и, подходя к своему дому, она увидела, что в доме ее соседки ФИО6 №4, расположенном напротив их дома, разбиты окна. Оглашенными показаниями свидетеля ФИО21 (соседки по даче), из которых следует, что у нее в собственности имеется дача по &lt;адрес&gt; СНТСН «Акварель». В декабре 2017 года она находилась на даче и увидела, что на даче ее соседки ФИО6 №4 выбиты окна, о чем она в телефонном режиме рассказала ФИО6 №4 (т. 2 л.д. 155-158); Оглашенными показаниями свидетеля ФИО24 (казака в Енисейском казачьем войске), из которых следует, что их организация занимается охраной общественного порядка в дачных массивах на добровольной основе, осуществляя обход территории СНТ. Примерно &lt;дата&gt; он совместно с ФИО23 осуществлял обход в СНТСН «Акварель» и обнаружил, что многие дачи имеют следы проникновения, в связи с чем, они стали обходить все дома, куда вели следы неизвестного им человека и &lt;дата&gt; при обходе одного из домов, в комнате под кроватью увидели молодого человека, которого задержали. Парень пояснил, что его зовут ФИО2, он приехал из &lt;адрес&gt; и с &lt;дата&gt; жил то в лесу, то в домах в СНТСН «Акварель». По приезду в Казачий хутор, им были вызваны сотрудники полиции МО МВД России «Березовский», которые забрали ФИО2 в полицию (т. 4 л.д. 179-181; т.4 л.д. 185-188) Оглашенными показаниями свидетеля ФИО23 (казака Енисейского казачьего войска), из которых следует, что &lt;дата&gt; он совместно с ФИО24 осуществлял объезд СНТСН «Акварель», когда обнаружил одинаковые следы обуви возле нескольких домов. &lt;дата&gt; при обходе возле одного из домов, они увидели те же следы обуви, которые вели в дом. Войдя с ФИО24 в данный дом, они увидели в комнате под кроватью молодого человека, который представился ФИО2 и пояснил, что с &lt;дата&gt; жил в домах в СНТСН «Акварель». ФИО24 позвонил матери ФИО2, по номеру телефона, который ему продиктовал сам ФИО2 и пояснил ей, что ее сын задержан за то, что проникал в чужие дома, после чего они передали ФИО2 сотрудникам полиции (т. 4 л.д. 199-201); Оглашенными показаниями свидетеля ФИО16 (участкового уполномоченного полиции ОУУПиПДН МО МВД России «Березовский»), из которых следует, что &lt;дата&gt; в отдел полиции был доставлен ФИО2, который находясь в СНТСН «Акварель» &lt;адрес&gt; Красноярского края незаконно проникал в чужие дома. При себе у ФИО2 находились гвоздодер и нож. Он понимал, что ФИО2 вероятнее всего мог вскрывать двери гвоздодером, который имелся у него при себе в рюкзаке, а выставлять окна при помощи ножа, который также находился при нем, поэтому он изъял данные предметы у ФИО2 (т. 4 л.д. 207-209); Оглашенными показаниями свидетеля ФИО14, приведенными выше (том 4 л.д. 169-174); Оглашенными показаниями эксперта ФИО25, из которых следует, что рыночная стоимость имущества, указанная в заключении эксперта № от &lt;дата&gt;, не изменится, если период определения стоимости будет изменен с &lt;дата&gt; по &lt;дата&gt;. В вышеуказанный период рыночная стоимость имущества с учетом износа будет составлять 15 995 рублей, так как срок эксплуатации имущества указан в годах, а не месяцах (т. 3 л.д. 20-22). Виновность подсудимого ФИО2 в незаконном проникновении в жилище ФИО6 №4 и умышленном уничтожении и повреждении имущества, принадлежащего ФИО6 №4 объективно подтверждается и исследованными документальными доказательствами, которые оценены судом в соответствии со ст. 88 УПК РФ , являются относимыми, допустимыми и получены с соблюдением требований УПК РФ, а именно: - заявлением ФИО6 №4 от &lt;дата&gt;, зарегистрированном в следственном отделе по &lt;адрес&gt; ГСУ СК России по Красноярскому краю в КРСП № от &lt;дата&gt;, из которого следует, что ФИО6 №4 просит привлечь ФИО2 к установленной законом ответственности за незаконное проникновение в ее жилище, принадлежащее ей на праве собственности, расположенное по адресу: Красноярский край, &lt;адрес&gt;, СНТСН «Акварель», &lt;адрес&gt;. (т. 2 л.д. 83); - заявлением ФИО6 №4 от &lt;дата&gt;, зарегистрированное в КУСП № от &lt;дата&gt;, согласно которого ФИО6 №4 просит привлечь к уголовной ответственности неизвестное ей лицо, которое выбило 3 окна, разбило настенный шкаф с посудой и продуктами, настенный трельяж, а также незаконно проникло в ее дом, расположенный по адресу: Красноярский край, &lt;адрес&gt;, СНТСН «Акварель», &lt;адрес&gt;. (т. 2 л.д. 86); - протоколом осмотра места происшествия от &lt;дата&gt; (с фототаблицей), из которого следует, то объектом осмотра являлся дом, расположенный адресу: Красноярский край, &lt;адрес&gt;, СНТСН «Акварель», &lt;адрес&gt;, зафиксирована обстановка на месте происшествия (т. 2 л.д. 88-98); - протоколом признания и приобщения в качестве иных доказательств по делу от &lt;дата&gt; копии свидетельства о государственной регистрации права № от &lt;дата&gt; на жилой дом, расположенный по адресу: Красноярский край, &lt;адрес&gt;, СНТСН «Акварель», 29, принадлежащий ФИО6 №4; копии свидетельства о государственной регистрации права серия 24 ЕИ № от &lt;дата&gt; на земельный участок, расположенный по адресу: Красноярский край, &lt;адрес&gt;, СНТСН «Акварель», уч. 29, принадлежащий ФИО6 №4 на праве собственности.(т. 2 л.д. 120-121, 122); - заключением эксперта № от &lt;дата&gt;, согласно которого рыночная стоимость деревянных рам размером 95x110 см в количестве 6 штук, оконных стекол размером 95x110 см в количестве 6 штук по состоянию на &lt;дата&gt; с учетом износа составляла 12 879 рублей (т. 2 л.д. 200-203); - заключением эксперта № от &lt;дата&gt;, которым установлена рыночная стоимость имущества ФИО6 №4, поврежденного ФИО2, которая по состоянию на &lt;дата&gt; с учетом износа составила: деревянных рам размером 95x110 см в количестве 6 штук - 11418 руб., оконных стекол размером 95x110 см в количестве 6 штук - 1461 руб., оконного стекла размером 30x40 см - 648 руб., кухонного навесного шкафа - 781 руб., тарелок фаянсовых в количестве 15 штук - 450 руб., 6 фаянсовых кружек - 400 руб., сахарницы - 45 руб., светильника-бра - 292 руб., зеркала - 500 руб., всего 15 995 рублей (т. 2 л.д. 226-230); - протоколом проверки показаний на месте от &lt;дата&gt; (с фототаблицей), из которого следует, что свидетель ФИО24 указал на дом, расположенный по адресу: Красноярский край, &lt;адрес&gt;, Садовое общество «Эласт» возле станции Шушун, в котором им был задержан ФИО2(т. 4 л.д. 189-194); - протоколом выемки от &lt;дата&gt; у свидетеля ФИО16 гвоздодера и ножа, которые были ранее изъяты последним у ФИО42 (т. 4 л.д. 212-216); - протоколом проверки показаний на месте подозреваемого ФИО2 от &lt;дата&gt; (с фототаблицей), проведенной в присутствии защитника, в ходе которой ФИО2 указал на дом, расположенный по адресу: Красноярский край, &lt;адрес&gt;, СНТСН «Акварель», &lt;адрес&gt;, в который он незаконно проник, а также показал способ незаконного проникновения в дом. (т. 5 л.д. 95-108). Таким образом, анализируя исследованные доказательства в их совокупности и каждое в отдельности, оценивая их, суд считает, что вина ФИО2 во вменяемых ему преступлениях, полностью нашла свое подтверждение в судебном заседании, и квалифицирует его действия по факту проникновения в жилище ФИО6 №4 по ч.1 ст. 139 УК РФ – незаконное проникновение в жилище, совершенное помимо воли проживающего в нем лица и по факту повреждения и уничтожения имущества ФИО6 №4 по ч.1 ст. 167 УК РФ – умышленное уничтожение и повреждение чужого имущества, если это деяние повлекло причинение значительного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Вина ФИО2 по факту незаконного проникновения в жилище потерпевшей ФИО6 №2 помимо признательных показаний самого подсудимого также подтверждается: Показаниями потерпевшей ФИО6 №2, допрошенной судом, из которых следует, что у нее в собственности имеется жилой дом, расположенный по &lt;адрес&gt; СНТСН «Акварель» &lt;адрес&gt;, который пригоден для круглогодичного проживания, так как в нем имеется все необходимое: печь, кровати, электричество, бытовая утварь. В жилом доме они с семьей постоянно проживают весной, летом и осенью, а зимой ездят туда на выходных. К дому пристроена веранда, которая находятся под одной крышей с домом, вход на веранду оборудован деревянной дверью, которая запирается на ключ. &lt;дата&gt; в вечернее время, ей позвонила соседка по даче ФИО22 и рассказала ей, что в ее дом кто-то проник, в связи с чем они с мужем приехали в СНТСН «Акварель» и увидели, что от калитки в дом ведут следы, дверь дома открыта. На веранде и дома имелись грязные следы от обуви, судя по размеру, мужские. В доме на полу она увидела разбитую кружку возле порога, в остальном порядок нарушен не был, из дома ничего не пропало. От следователя она узнала, что в ее дом незаконно проник ФИО2, которого ни она, ни ее муж не знают и своего разрешения находиться в своем доме не давали. Повреждения замка и керамической кружки не повлекли для нее никакого материального ущерба. Оглашенными показаниями свидетеля ФИО26, из которых следует, что у его жены имеется жилой дом, расположенный по адресу: Красноярский край, &lt;адрес&gt;, СНТСН «Акварель», &lt;адрес&gt;, который пригоден для круглогодичного проживания. &lt;дата&gt; в вечернее время его жене позвонила соседка по даче ФИО22, сообщив, что в их дом кто-то проник. Приехав &lt;дата&gt; в СНТСН «Акварель, они увидели, что входная дверь веранды открыта, замок поврежден, но порядок на веранде и в доме нарушен не был, из дома ничего не пропало, только была разбита одна кружка и взломан замок. ФИО2 ни он, ни его жена не знают, своего согласия на нахождение в доме ему не давали (т. 1 л.д. 189-192); Оглашенными показаниями свидетеля ФИО22 (соседки по даче), из которых следует, что ее муж является собственником земельного участка с домом, расположенного по адресу: Красноярский край, &lt;адрес&gt;, СНТСН «Акварель», &lt;адрес&gt; состоит в совете правления СНТСН «Акварель», ввиду чего у него имеется список всех проживающих в СНТСН «Акварель» людей, а также номера их телефонов. &lt;дата&gt; от казаков ее муж узнал о том, что многие дома имеют следы проникновения. Среди названных казаками адресов был дом ФИО6 №2, которой она сообщила о случившемся. Позднее от ФИО6 №2 ей стало известно, что дверь в доме была взломана и имелись следы проникновения (т. 1 л.д. 195-199); Оглашенными показаниями свидетеля ФИО24 приведенными выше (т. 4 л.д. 179-181; т.4 л.д. 185-188); Оглашенными показаниями свидетеля ФИО23, приведенными выше (т. 4 л.д. 199-201); Оглашенными показаниями свидетеля ФИО16, приведенными выше (том 4 л.д. 207-209); Показаниями свидетеля ФИО11, приведенными выше; Оглашенными показаниями свидетеля ФИО14, приведенными выше (том 4 л.д. 169-174); Виновность подсудимого ФИО2 в незаконном проникновении в жилище ФИО6 №2 объективно подтверждается и исследованными документальными доказательствами, которые оценены судом в соответствии со ст. 88 УПК РФ , являются относимыми, допустимыми и получены с соблюдением требований УПК РФ, а именно: - заявлением ФИО6 №2 от &lt;дата&gt;, зарегистрированном в следственном отделе по &lt;адрес&gt; ГСУ СК России по Красноярскому краю в КРСП № от &lt;дата&gt;, в котором она просит привлечь ФИО2 к установленной законом ответственности за незаконное проникновение в ее жилище, принадлежащее ей на праве собственности, расположенное по адресу: Красноярский край, &lt;адрес&gt;, СНТСН «Акварель», &lt;адрес&gt;. (т. 1 л.д. 131); - заявлением ФИО6 №2 от &lt;дата&gt;, зарегистрированном в КУСП МО МВД России «Березовский» за № от &lt;дата&gt;, согласно которого ФИО6 №2 просит привлечь к уголовной ответственности неизвестное ей лицо, которое в период времени с &lt;дата&gt; по &lt;дата&gt; незаконно без ее разрешения проникло в принадлежащий ей дом путем взлома замка в СНТСН «Акварель», &lt;адрес&gt;. (т. 1 л.д. 134); -протоколом проверки показаний на месте подозреваемого ФИО2 от &lt;дата&gt; (с фототаблицей), проведенной в присутствии защитника, в ходе которого ФИО2 указал на дом, расположенный по адресу: Красноярский край, &lt;адрес&gt;, СНТСН «Акварель», &lt;адрес&gt;, в который он незаконно проник, а также показал способ незаконного проникновения в дом. (т. 5 л.д. 95-108); - протоколом осмотра места происшествия от &lt;дата&gt; (с фототаблицей), из которого следует, что осмотрен дом, расположенный адресу: Красноярский край, &lt;адрес&gt;, СНТСН «Акварель», &lt;адрес&gt;, зафиксирована обстановка на месте происшествия (том № л.д. 135-143); - протоколом проверки показаний на месте от &lt;дата&gt; (с фототаблицей), согласно которому свидетель ФИО24 указал на дом, расположенный по адресу: Красноярский край, &lt;адрес&gt;, Садовое общество «Эласт» возле станции Шушун, в котором им был задержан ФИО2(т. 4 л.д. 189-194); - протоколом проверки показаний на месте от &lt;дата&gt;, согласно которому свидетель ФИО24 указал на дом, расположенный по адресу: Красноярский край, &lt;адрес&gt;, Садовое общество «Эласт» возле станции Шушун, в котором им был задержан ФИО2(т. 4 л.д. 189-194); - протоколом выемки от &lt;дата&gt;, согласно которому у свидетеля ФИО16 изъят гвоздодер и нож, которые были ранее изъяты последним у ФИО2 (т. 4 л.д. 212-216); - постановлением о признании и приобщении в качестве иных документов по делу от &lt;дата&gt; копии договора купли-продажи дома и земельного участка от &lt;дата&gt;, копии свидетельства о государственной регистрации права на жилое строение от &lt;дата&gt; №, копии свидетельства о государственной регистрации права на земельный участок от &lt;дата&gt; №. (т. 1 л.д. 166-168, 169-170). Таким образом, анализируя исследованные доказательства в их совокупности и каждое в отдельности, оценивая их, суд считает, что вина ФИО2 во вменяемом ему преступлении, полностью нашла свое подтверждение в судебном заседании, и квалифицирует его действия по данному преступлению (по факту проникновения в жилище ФИО6 №2) по ч.1 ст. 139 УК РФ – незаконное проникновение в жилище, совершенное помимо воли проживающего в нем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Вина ФИО2 по факту незаконного проникновения в жилище потерпевшей ФИО6 №3 помимо признательных показаний подсудимого также подтверждается: Оглашенными показаниями потерпевшей ФИО6 №3, из которых следует, что у нее в собственности имеется одноэтажный дом с пристроенной верандой, расположенный в СНТСН «Акварель» по &lt;адрес&gt;. Дом пригоден для постоянного проживания и они с мужем постоянно проживают в нем весной, летом и осенью, а зимой приезжают туда на выходные. Вход в дом осуществляется через веранду, оборудованную деревянной дверью, которая запирается на навесной замок, ключ от которого есть только у нее и ее мужа. &lt;дата&gt; ей позвонила соседка по даче Ольга и сообщила, что возле их дома кто-то ходил, при этом калитка в заборе открыта. &lt;дата&gt; они с мужем поехали в СНТСН «Акварель» и увидели, что калитка в заборе открыта, однако входная дверь веранды, запирающаяся на навесной замок, имела повреждения в виде отщипов древесины, так как неизвестное лицо проникло в ее дом путем излома металлических планок, на которые крепится навесной замок. Одна планка осталась на месте, при этом на ней висел защелкнутый навесной замок, а вторая лежала на крыльце дома. Когда они вошли в дом, то увидели там беспорядок. У шкафов, в которых хранится посуда, постельные принадлежности, были открыты дверцы, на полу возле входа лежали осколки от трех разбитых кружек и части разбитого электрического чайника, который был полностью расколот и пришел в негодность. Кружки она оценивает в 150 рублей, электрический чайник в 500 рублей. Причиненный имущественный ущерб оценивает в 650 рублей. При этом пропало 6 пачек лапши «Доширак» общей стоимостью примерно около 100 рублей. Данный ущерб не является для нее значительным (т. 2 л.д.27-30; т. 2 л.д. 52-54); Оглашенными показаниями свидетеля ФИО27, из которых следует, что, что у его жены имеется одноэтажный дом, расположенный в СНТСН «Акварель» по &lt;адрес&gt;. Часть забора с одной стороны возле калитки выполнена из штакетника, остальную часть забора составляет сетка - рабица. В заборе со стороны центральной улицы имеется деревянная калитка, которую легко может открыть посторонний человек. Вход в дом осуществляется через веранду, дверь на которую закрывается на навесной замок, ключ от которого находится у него и его жены. До того, как в их дом проникли, в доме был порядок. &lt;дата&gt; от соседки по имени Ольга его жена узнала о том, что в их дом кто-то проник, в связи с чем &lt;дата&gt; они с женой поехали в СНТСН «Акварель» и увидели открытую калитку в заборе. Входная дверь была открыта путем излома металлических планок, на которых висел навесной замок, однако в самом доме был беспорядок. У шкафов были открыты дверцы, на полу возле входа лежали осколки от трех разбитых кружек и части разбитого электрического чайника, при этом пропали 6 пачек лапши «Доширак» От следователя они узнали, что в их дом незаконно проник ФИО2, которого ни он, ни его супруга не знают, разрешения находится в своем доме, не давали, приходить туда не разрешали (т. 2 л.д. 62-65; т. 2 л.д. 70-73); Оглашенными показаниями свидетеля ФИО28 (соседки по даче), из которых следует, что у ее мужа в собственности имеется земельный участок с домом, расположенный по адресу: Красноярский край, &lt;адрес&gt;, СНТСН «Акварель», &lt;адрес&gt;. &lt;дата&gt; она вместе со своим мужем и ребенком приехали в свой дом и через некоторое время от казаков он узнала, что в дом ее соседки ФИО6 №3, расположенный по адресу: Красноярский край, &lt;адрес&gt;, СНТСН «Акварель», &lt;адрес&gt;, кто-то проник. С улицы они с мужем увидели, что возле дома ФИО6 №3 было много натоптанных следов, калитка в заборе была открыта, о чем она в телефонном режиме сообщила ФИО6 №3 (т. 2 л.д. 74-76); Оглашенными показаниями свидетеля ФИО24 приведенными выше, (т. 4 л.д. 179-181; т.4 л.д. 185-188); Оглашенными показаниями свидетеля ФИО23 приведенными выше (т. 4 л.д. 199-201); Оглашенными показаниями свидетеля ФИО16, приведенными выше (том 4 л.д. 207-209); Вышеприведенными показаниями свидетелями ФИО29, допрошенной судом; Оглашенными показаниями свидетеля ФИО14, приведенными выше (том 4 л.д. 169-174). Виновность подсудимого ФИО2 в незаконном проникновении в жилище ФИО6 №3 объективно подтверждается и исследованными документальными доказательствами, которые оценены судом в соответствии со ст. 88 УПК РФ , являются относимыми, допустимыми и получены с соблюдением требований УПК РФ, а именно: - заявлением ФИО6 №3 от &lt;дата&gt;, зарегистрированным в КУСП № МО МВД России «Березовский», согласно которого она просит привлечь к уголовной ответственности неизвестное ей лицо, которое в период времени с &lt;дата&gt; по &lt;дата&gt; взломав замок, незаконно проник в принадлежащий ей дачный дом в СНТСН «Акварель», &lt;адрес&gt;. (т. 2 л.д. 6); -заявлением ФИО6 №3 от &lt;дата&gt;, зарегистрированным в следственном отделе по &lt;адрес&gt; ГСУ СК России по Красноярскому краю в КРСП № от &lt;дата&gt;, в котором она просит привлечь ФИО2 к установленной законом ответственности за незаконное проникновение в ее жилище, принадлежащее на праве собственности, расположенное по адресу: Красноярский край, &lt;адрес&gt;, СНТСН «Акварель», &lt;адрес&gt;.(т. 2 л.д. 3); - протоколом осмотра места происшествия от &lt;дата&gt; (с фототаблицей), из которого следует, что осмотрен дом, расположенный адресу: Красноярский край, &lt;адрес&gt;, СНТСН «Акварель», &lt;адрес&gt;, зафиксирована обстановка на месте происшествия (т. 2 л.д. 9-15); - протоколом признания и приобщения в качестве иных документов по делу от &lt;дата&gt; копии договора купли-продажи земельного участка № от &lt;дата&gt;, копия свидетельства на право собственности на землю серии РФ-ХХХШ № от &lt;дата&gt;, копия свидетельства о государственной регистрации права серия 24 ЕК № от &lt;дата&gt; на земельный участок (т. 2 л.д. 31-36, 37-38). - протоколом проверки показаний на месте от &lt;дата&gt; (с фототаблицей), из которого следует, что свидетель ФИО24 указал на дом, расположенный по адресу: Красноярский край, &lt;адрес&gt;. Садовое общество «Эласт» возле станции Шушун, в котором им был задержан ФИО2(т. 4 л.д. 189-194); - протоколом выемки от &lt;дата&gt;, согласно которому у свидетеля ФИО16 изъят гвоздодер и нож, которые были ранее изъяты последним у ФИО2 (т. 4 л.д. 212-216); - протоколами осмотра и приобщения в качестве вещественных доказательств по делу гвоздодера и ножа в кобуре (т. 4 л.д. 217-222, 223-224); - протоколом проверки показаний на месте подозреваемого ФИО2 от &lt;дата&gt; (с фоттотаблицей), проведенной в присутствии защитника, согласно которого ФИО2 указал на дом, расположенный по адресу: Красноярский край, &lt;адрес&gt;, СНТСН «Акварель», Высотная, &lt;адрес&gt;, в который он незаконно проник, а также показал способ незаконного проникновения в дом (т. 5 л.д. 95-108); Таким образом, анализируя исследованные доказательства в их совокупности и каждое в отдельности, оценивая их, суд считает, что вина ФИО2 во вменяемом ему преступлении, полностью нашла свое подтверждение в судебном заседании, и квалифицирует его действия по данному преступлению (по факту проникновения в жилище ФИО6 №3) по ч.1 ст. 139 УК РФ – незаконное проникновение в жилище, совершенное помимо воли проживающего в нем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Вина ФИО2 по факту незаконного проникновения в жилище потерпевшей ФИО6 №1 подтверждается: Оглашенными показаниями потерпевшей ФИО6 №1, из которых следует, что она вместе со своей сестрой ФИО5 являются собственниками земельного участка с расположенным на нем двухэтажным жилым домом по адресу: Красноярский край, &lt;адрес&gt;, СНТСН «Акварель», участок №. Однако фактически домом пользуется только она и ее семья, постоянно проживая в доме с весны по осень. Вход в дом осуществляется через веранду, которая оборудована деревянной дверью, закрывающейся на навесной замок. В сам дом со стороны веранды также имеется деревянная дверь, которая запирается на ключ. &lt;дата&gt; они с мужем уехали в &lt;адрес&gt;, при этом ни входная дверь веранды, ни входные двери в дом, ни замки не были повреждены. &lt;дата&gt; ее мужу позвонил сосед по даче ФИО30 и сообщил, что в их дом проникли, а также что в их доме разбито окно. &lt;дата&gt; они с мужем приехали в СНТ и обнаружили, что калитка и входная дверь заперты, дверь веранды и замок повреждений не имели. Дверь самого дома, которая закрывается на ключ, также была закрыта, повреждений не имела. При этом к стене дома, выходящей на центральную дорогу, прислонена чужая деревянная лестница, два стекла окна, расположенного на противоположной стене дома от калитки, выставлены, а перемычка, находящаяся между ними, сломана. Одно выставленное стекло находилось возле лестницы, второе они не обнаружили. Порядок на веранде и внутри дома нарушен не был. Ничего из дома похищено не было. От следователя она узнала, что в их дом незаконно проник ФИО2, которого ни она, ни ее муж не знают, разрешения находиться в их доме не давали. Весной 2018 года они вернули лестницу соседям (т. 3 л.д. 93-97; т. 3 л.д. 105-107); Показаниями свидетеля ФИО31, который будучи допрошенный судом показал, что у его жены и ее сестры в общей долевой собственности имеется земельный участок с жилым домом, расположенный по адресу: Красноярский край, &lt;адрес&gt;, СНТСН «Акварель», участок 34, однако фактически данным домом пользуется только их семья, в доме они постоянно проживают с весны по осень, а в зимнее время приезжают туда периодически. Дом огорожен деревянным забором, выполненным из досок, в заборе имеется деревянная калитка, которая запирается на щеколду, расположенную с внутренней стороны калитки. К дому пристроена веранда, через которую осуществляется вход в дом. Дверь веранды закрывается на навесной замок. Также в сени дома со стороны веранды имеется деревянная дверь, которая запирается на ключ. В сам дом ведет еще одна деревянная дверь, которая не имеет запорных устройств. Когда &lt;дата&gt; они уезжали из дома, то входную дверь веранды и самого дома закрыли на ключи, которые забрали с собой. Забор, ограждающий их участок, невысокий и через него можно легко перелезть и попасть на территорию их участка. &lt;дата&gt; примерно до обеда ее ему позвонил сосед по земельному участку ФИО30 и сообщил, что их дом имеет следы проникновения. В связи с этим &lt;дата&gt; они приехали на дачу и обнаружили, что калитка, входная дверь веранды и дверь самого дома заперты, повреждений не имели. Также они обнаружили, что к стене дома, прислонена чужая деревянная лестница, два стекла окна, расположенного на противоположной стене дома от калитки, выставлены, а перемычка, находящаяся между ними, сломана. Одно выставленное стекло лежало в снегу возле лестницы, второе они не обнаружили. В доме, с той стороны, где находится окно, через которое незнакомый им гражданин проник в их дом, имеется тумба, на которой в коробке хранятся болты и шурупы, часть которых лежала на полу. На столе стояло две банки тушенки, одна банка была кем-то открыта с помощью ножа, вторая - целая. В целом же порядок в доме нарушен не был, печь не топилась, постели также оставались в нетронутом виде. Ничего из дома похищено не было. От следователя он узнал, что в их дом незаконно проник ФИО2 Данного гражданина ни он, ни его жена не знают, разрешения находиться в их доме ему не давали, приходить туда не разрешали; Оглашенными показаниями свидетеля ФИО5, из которых следует, что у нее и ее сестры ФИО6 №1 в общей долевой собственности имеется земельный участок с домом, расположенный по адресу: Красноярский край, &lt;адрес&gt;, СНТСН «Акварель», участок №. Однако фактически в данном доме она не проживает, своих вещей там не имеет, по сложившемуся порядку, домом пользуется ее сестра со своей семьей. Примерно в конце декабря 2017 года от мужа сестры ФИО32 она узнала, что в их дом незаконно проникли путем выставления стекол, при этом из дома ничего похищено не было. От следователя она узнала, что в их дом незаконно проник ФИО2, которого она не знает, разрешения находиться в ее доме не давала (т. 3 л.д. 126-128); Оглашенными показаниями свидетеля ФИО30 (соседа по даче), из которых следует, что у него имеется дачный дом, расположенный по адресу: Красноярский край, &lt;адрес&gt;, СНТСН «Акварель», участок 36. Напротив его дома расположен дом семьи ФИО43. &lt;дата&gt; он приехал к себе в дачный дом и на одной из улиц СНТСН встретил казаков, занимающихся охраной их дачных домов. От казаков ему стало известно, что в некоторые дачные дома, находящиеся в их СНТСН, кто-то незаконно проник. У него самого в доме была взломана дверь, но ничего ценного из дома не пропало, поэтому заявление он писать не стал, так как дачный дом не является его жилищем, постоянно он в нем не проживает. После этого он пошел в дом к соседу ФИО31 и увидел, что к окну дома приставлена лестница, в окне отсутствовали стекла. О произошедшем он сообщил ФИО33 (т. 3 л.д. 129-131); Оглашенными вышеприведенными показаниями свидетеля ФИО24 (том 4 л.д. 179-181, 185-188); Оглашенными вышеприведенными показаниями свидетеля ФИО34 (том 4 л.д. 199-201); Оглашенными вышеприведенными оказаниями свидетеля ФИО16 (том 4 л.д. 207-209); Вышеприведенными показаниями свидетеля ФИО11, допрошенной судом; Оглашенными вышеприведенными показаниями свидетеля ФИО14 (том 4 л.д. 169-174); Виновность подсудимого ФИО2 в незаконном проникновении в жилище ФИО6 №1 объективно подтверждается и исследованными документальными доказательствами, которые оценены судом в соответствии со ст. 88 УПК РФ , являются относимыми, допустимыми и получены с соблюдением требований УПК РФ, а именно: -заявлением ФИО6 №1 от &lt;дата&gt;, зарегистрированным в следственном отделе по &lt;адрес&gt; ГСУ СК России по Красноярскому краю в КРСП № от &lt;дата&gt;, согласно которого она просит привлечь ФИО2 к установленной законом ответственности за незаконное проникновение в ее жилище, принадлежащее ей на праве собственности, расположенное по адресу: Красноярский край, &lt;адрес&gt;, СНТСН «Акварель», уч. 34.(т. 3 л.д. 49); - заявлением ФИО6 №1 от &lt;дата&gt;, зарегистрированным &lt;дата&gt; в КУСП № МО МВД России «Березовский», согласно которого ФИО6 №1 просит привлечь к уголовной ответственности неизвестное ей лицо, которое в период с &lt;дата&gt; по &lt;дата&gt; проникло в принадлежащий ей дачный дом, расположенный по адресу: СНТСН «Акварель», уч. &lt;адрес&gt; Красноярского края (т. 3 л.д. 55); - протоколом осмотра места происшествия от &lt;дата&gt; (с фототаблицей), из которого следует, что предметом осмотра являлся дом, расположенный адресу: Красноярский край, &lt;адрес&gt;, СНТСН «Акварель», участок 34, зафиксировано место незаконного проникновения в дом.(т. 3 л.д. 58-60); - протоколом явки с повинной от &lt;дата&gt;, в котором ФИО2 признается в совершении незаконного проникновения в жилище ФИО6 №1, расположенное по адресу: Красноярский край, &lt;адрес&gt;, СНТСН «Акварель», &lt;адрес&gt;, указывает способ незаконного проникновения (т. 3 л.д. 61-62); - протоколом дополнительного осмотра места происшествия от &lt;дата&gt; (с фототаблицей), согласно которому осмотрен дом, расположенный адресу: Красноярский край, &lt;адрес&gt;, СНТСН «Акварель», &lt;адрес&gt;, зафиксирована обстановка в доме (т. 3 л.д. 79-88); - протоколом проверки показаний на месте от &lt;дата&gt; (с фототаблицей), из которого следует, что свидетель ФИО24 указал на дом, расположенный по адресу: Красноярский край, &lt;адрес&gt;, Садовое общество «Эласт» возле станции Шушун, в котором им был задержан ФИО2(т. 4 л.д. 189-194); -протоколом выемки от &lt;дата&gt;, согласно которому у свидетеля ФИО16 изъят гвоздодер и нож, которые были ранее изъяты последним у ФИО2(т. 4 л.д. 212-216); - протоколом проверки показаний на месте от &lt;дата&gt; (с фототаблицей), проведенной в присутствии защитника, согласно которому ФИО2 указал на дом, расположенный по адресу: Красноярский край, &lt;адрес&gt;, СНТСН «Акварель», участок 34, в который он незаконно проник, а также показал способ незаконного проникновения в дом (т. 5 л.д. 95-108); - протоколом признания и приобщения в качестве иных документов по делу от &lt;дата&gt; копии договора купли-продажи от &lt;дата&gt;, согласно которому собственниками земельного участка, расположенного по адресу: Красноярский край, &lt;адрес&gt;, СНТСН «Акварель», уч. №, являются ФИО6 №1 и ФИО4; копии свидетельства о государственной регистрации права серия 24 ЕИ № на земельный участок, расположенный по адресу: Красноярский край, &lt;адрес&gt;, СНТСН «Акварель», уч. №, принадлежащий ФИО6 №1 на праве собственности; копия свидетельства о государственной регистрации права серия 24 ЕИ № на земельный участок, расположенный по адресу Красноярский край, &lt;адрес&gt;, СНТСН «Акварель», уч. №, принадлежащий ФИО5 на праве собственности (т. 3 л.д. 98-100,101-102). Таким образом, анализируя исследованные доказательства в их совокупности и каждое в отдельности, оценивая их, суд считает, что вина ФИО2 во вменяемом ему преступлении, полностью нашла свое подтверждение в судебном заседании, и квалифицирует его действия по данному преступлению (по факту проникновения в жилище ФИО6 №1) по ч.1 ст. 139 УК РФ – незаконное проникновение в жилище, совершенное помимо воли проживающего в нем лица. Согласно заключения стационарной комплексной психолого-психиатрической судебной экспертизы № от &lt;дата&gt;, ФИО2 хроническим психическим расстройством, временным психическим расстройством, слабоумием и иным болезненным состоянием психики не страдает, а обнаруживает инфантильное расстройство личности (по МКБ - 10 F 60.81). В материалах уголовного дела, на момент совершения инкриминируемого ему деяния, не содержится сведений о наличии у ФИО2 хронического психического расстройства, какого-либо временного психического расстройства (в том числе слабоумия, либо иного болезненного состоянии психики), которое лишало бы его возможности осознавать фактический характер и общественную опасность своих действий и руководить ими. В материалах уголовного дела на момент совершения инкриминируемого ему деяния, также не содержится сведений о наличии у подэкспертного таких признаков психического расстройства, которые могли лишать его способности в полной мере осознавать фактический характер и общественную опасность своих действий и руководить ими. По своему психическому состоянию в настоящее время ФИО2 может правильно воспринимать обстоятельства, имеющие значение для уголовного дела, и давать о них показания, а также самостоятельно защищать свои права и законные интересы в уголовном судопроизводстве. В применении к нему принудительных мер медицинского характера не нуждается. Подэкспертный ФИО2 алкоголизмом и наркоманией не страдает, в лечении и реабилитации не нуждается (т. 5 л.д. 64-68). Обоснованность вышеуказанного заключения и выводов эксперта у суда сомнений не вызывают, поскольку они основаны на объективном обследовании подсудимого, всестороннем анализе данных об его личности, и полностью подтверждаются последовательным поведением подсудимого, как в момент совершения противоправных действий, так и в суде, поэтому суд признает ФИО2 вменяемым и ответственным за свои действия, в связи с этим, ФИО2 подлежит уголовной ответственности на общих условиях, установленных ст. 19 УК РФ. При определении вида и размера наказания, подлежащего назначению ФИО2, суд учитывает характер и степень общественной опасности совершенных преступлений, относящихся к категории преступлений небольшой тяжести и тяжких, данные о личности подсудимого, который вину признал полностью, в содеянном раскаялся, активно способствовал раскрытию и расследованию преступлений (по всем преступлениям), на учете у врача-психиатра не состоит, по месту жительства характеризуется удовлетворительно, ранее не судим, заявлял ходатайство о постановлении приговора в особом порядке, написал явки с повинной по трем преступлениям. Обстоятельствами, смягчающими наказание ФИО2 в порядке ст. 61 УК РФ суд признает полное признание вины, раскаяние в содеянном, состояние здоровья, активное способствование раскрытию и расследованию преступления (по всем преступлениям), явки с повинной (по преступлениям в отношении потерпевшей ФИО6 №5, ФИО6 №6 и ФИО6 №1), добровольное возмещение имущественного ущерба, причиненного в результате преступления (по преступлениям в отношении ФИО6 №5, ФИО6 №6, ФИО6 №3, по факту повреждения и уничтожения имущества ФИО6 №4). Отягчающих наказание обстоятельств, предусмотренных ст. 63 УК РФ судом не установлено. Оснований для изменения категории совершенных тяжких преступлений суд не усматривает, принимая во внимание фактические обстоятельства дела, характер и степень общественной опасности совершенных преступных деяний, данные о личности подсудимого. На основании изложенного, принимая во внимание конкретные обстоятельства дела, совершение ФИО2 семи преступлений, два из которых относятся к категории тяжких, изложенные выше данные о его личности, смягчающие и отсутствие отягчающих наказание обстоятельств, влияние назначенного наказания на исправление подсудимого и условия жизни его семьи, суд приходит к выводу о том, что исправление ФИО2 возможно без реального отбывания наказания, в связи с чем, считает необходимым назначить подсудимому наказание по тяжким преступлениям (по п. «а» ч.3 ст. 158 УК РФ ) в виде лишения свободы, в пределах санкции статьи, без назначения дополнительного наказания в виде ограничения свободы и штрафа, с применением ч.1 ст. 62 УК РФ , по ч.1 ст. 139 УК РФ (по всем преступлениям) и по ч.1 ст. 167 УК РФ в виде исправительных работ. Окончательное наказание ФИО2 подлежит назначению по правилам ч.3 ст. 69 УК РФ с применением ч.1 ст. 71 УК РФ (одному дню лишения свободы соответствуют три дня исправительных работ), ст. 73 УК РФ . Поскольку в суде не установлены в отношении виновного исключительные обстоятельства, существенно уменьшающие степень общественной опасности преступлений, суд не находит оснований для применения в отношении ФИО2 ст. 64 УК РФ . Гражданские иски потерпевших ФИО6 №3 и ФИО6 №4 в силу ч.3 ст. 250 УПК РФ суд оставляет без рассмотрения, ввиду того, что гражданские истцы в суд не явились, о рассмотрении гражданского иска в свое отсутствие не ходатайствовали, при этом в судебном заседании прокурор не поддержал заявленые иски, поскольку в материалах дела имеются сведения о добровольном возмещении причиненного материального вреда подсудимым до судебного заседания (т.2 л.д. 80 и т.3 л.д. 46). Подсудимый ФИО2 подтвердил, что причиненный им материальный ущерб возмещен потерпевшим в полном объеме. Оставление судом гражданских исков без рассмотрения не препятствует потерпевшим в последующем предъявлению и рассмотрению их в порядке гражданского судопроизводства. При решении вопроса о вещественных доказательствах, суд руководствуется положениями ст.ст. - 82 УПК РФ . На основании изложенного и, руководствуясь ст.ст. - , - , - 310 УПК РФ , суд П Р И Г О В О Р И Л: Признать ФИО2 виновным в совершении преступлений, предусмотренных п. «а» ч.3 ст. 158 УК РФ , п. «а» ч.3 ст. 158 УК РФ , ч.1 ст. 167 УК РФ , ч.1 ст. 139 УК РФ , ч.1 ст. 139 УК РФ , ч.1 ст. 139 УК РФ , ч.1 ст. 139 УК РФ и назначить ему наказание: - по п. «а» ч.3 ст. 158 УК РФ (кража у потерпевшей ФИО6 №5) в виде лишения свободы на срок 1 год 6 месяцев, - по п. «а» ч.3 ст. 158 УК РФ (кража у потерпевшей ФИО6 №6) в виде лишения свободы на срок 1 год 6 месяцев, - по ч.1 ст. 139 УК РФ (проникновение в жилище ФИО6 №4) в виде исправительных работ на срок 6 месяцев с удержанием из заработной платы в доход государства 10% ежемесячно, - по ч.1 ст. 167 УК РФ (повреждение и уничтожение имущества ФИО6 №4) в виде исправительных работ на срок 5 месяцев с удержанием из заработной платы в доход государства 10% ежемесячно, - по ч.1 ст. 139 УК РФ (проникновение в жилище ФИО6 №2) в виде исправительных работ на срок 6 месяцев с удержанием из заработной платы в доход государства 10% ежемесячно, - по ч.1 ст. 139 УК РФ (проникновение в жилище ФИО6 №3) в виде исправительных работ на срок 5 месяцев с удержанием из заработной платы в доход государства 10% ежемесячно, - по ч.1 ст. 139 УК РФ (проникновение в жилище ФИО6 №1) в виде исправительных работ на срок 5 месяцев с удержанием из заработной платы в доход государства 10% ежемесячно. На основании ч.3 ст. 69 УК РФ , с применением ст. 71 УК РФ , по совокупности преступлений, путем частичного сложения назначенных наказаний, окончательно назначить ФИО2 наказание в виде лишения свободы на срок 3 (три) года. В соответствии со ст. 73 УК РФ назначенное ФИО2 наказание считать условным, с испытательным сроком 2 (два) года. В силу ч.5 ст. 73 УК РФ возложить на ФИО2 следующие обязанности: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являться в указанный орган на регистрацию ежемесячно в дни, установленные эти органом. Меру пресечения ФИО2 в виде подписки о невыезде и надлежащем поведении оставить без изменения до вступления приговора в законную силу, после вступления приговора в законную силу - отменить Гражданские иски потерпевших ФИО6 №3 и ФИО6 №4 оставить без рассмотрения. В соответствии с ч.2 ст. 309 УПК РФ за ФИО6 №3 и ФИО6 №4 признать право на удовлетворение гражданского иска в порядке гражданского судопроизводства. Вещественные доказательства по делу: разбитую кружку, накладной замок, нож в кобуре, бумажный конверт с окурком сигареты, бумажный конверт с образцами эпителия ротовой полости ФИО2, хранящиеся при материалах уголовного дела -уничтожить; гвоздодер, хранящийся у потерпевшей ФИО6 №4 –оставить по принадлежности. Приговор может быть обжалован в апелляционном порядке в Красноярский краевой суд с подачей жалобы через Березовский районный суд Красноярского края в течение 10 суток со дня провозглашения, а осужденным, содержащимся под стражей, – в тот же срок со дня получения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о чем должно быть указано в подаваемой жалобе, а в случае подачи представления прокурором или жалобы иным лицом – в возражениях на таковые либо в отдельном ходатайстве. Председательствующий Е.С. Воронова Суд: Березовский районный суд (Красноярский край) (подробнее) Судьи дела: Воронова Е.С. (судья) (подробнее) Последние документы по делу: Приговор от 20 февраля 2019 г. по делу № 1-263/2018 Приговор от 21 января 2019 г. по делу № 1-263/2018 Приговор от 4 октября 2018 г. по делу № 1-263/2018 Приговор от 22 июля 2018 г. по делу № 1-263/2018 Приговор от 16 июля 2018 г. по делу № 1-263/2018 Приговор от 22 мая 2018 г. по делу № 1-263/2018 Показать все документы по этому делу Судебная практика по: По кражам Судебная практика по применению нормы ст. 158 УК РФ По поджогам Судебная практика по применению нормы ст. 167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