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сентября 2017года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