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августа 2016 года в дневное время ФИО1, находился в торговом павильоне «Спортмакс64», на первом этаже здания торгового центра «Оранжевый базар», расположенного по адресу: &lt;...&gt;, где у него возник преступный умысел, направленный на тайное хищение чужого имущества. После чего, в вышеуказанное время ФИО1, реализуя свой вышеназванный преступный умысел, пользуясь тем, что за его действиями никто не наблюдает, из торгового павильона «Спортмакс64», находящегося на первом этаже здания торгового центра «Оранжевый базар», совершил тайное хищение велосипеда «STELS NAVIGATOR-500» стоимостью 9374 руб., принадлежащего Потерпевший №3 С похищенным велосипедом ФИО1 с места совершения преступления скрылся, обратив его в свою собственность и распорядившись им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 октября 2016 в дневное время ФИО1, находился в гипермаркете «МАГНИТ» АО «Тандер», расположенном по адресу: &lt;...&gt; где у него возник преступный умысел, направленный на тайное хищение бутылки коньяка. После чего, в вышеуказанное время ФИО1, реализуя свой вышеназванный преступный умысел, пользуясь тем, что за его действиями никто не наблюдает, с полки стеллажа из вино-водочного отдела гипермаркета «МАГНИТ» АО «Тандер», совершил тайное хищение бутылки коньяка «Хеннесси ХО» объемом 0,7 л (Франция) стоимостью 7638 руб. 27 коп., принадлежащей АО «Тандер». Затем ФИО1 с места совершения преступления скрылся, обратив похищенную бутылку коньяка в свою собственность, распорядившись ей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14 октября 2016 года в дневное время ФИО1, находился в гипермаркете «МАГНИТ» АО «Тандер», расположенном по адресу: &lt;...&gt;, где у него возник преступный умысел, направленный на тайное хищение бутылки коньяка. После чего, в вышеуказанное время ФИО1, реализуя свой вышеназванный преступный умысел, пользуясь тем, что за его действиями никто не наблюдает, с полки стеллажа из вино-водочного отдела гипермаркета «МАГНИТ» АО «Тандер», совершил тайное хищение бутылки коньяка «Хеннесси ХО» объемом 0,7 л (Франция) стоимостью 8290 руб. 40 коп., принадлежащей АО «Тандер». Затем ФИО1 с места совершения преступления скрылся, обратив похищенную бутылку коньяка в свою собственность, распорядившись ей по своему усмотрению.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20 октября 2016 года в дневное время ФИО1, ФИО2, ФИО3, ФИО2, находились в гипермаркете «МАГНИТ» АО «Тандер», расположенном по адресу: &lt;...&gt;, где между ними возник преступный умысел, направленный на тайное хищение товарно-материальных ценностей из указанного магазина, группой лиц по предварительному сговору. После чего, в вышеуказанное время ФИО1, ФИО2, ФИО3, ФИО2, действуя согласованно между собою, то есть группой лиц по предварительному сговору, реализуя свой вышеназванный преступный умысел, пользуясь тем, что за их действиями никто не наблюдает, из вышеуказанного гипермаркета «МАГНИТ» совершили тайное хищение одной бутылки коньяка «Хеннесси ВСОП» (подарочная упаковка) 40%, емкостью 1 л. (Jas Hennessy&amp;Co) стоимостью 4110 руб. 80 коп., одной упаковки кассет для станка, в которой находились 2 кассеты для бритвенного станка ЖИЛЛЕТ МАК 3 Сенситив, стоимостью 242 руб. 95 коп., две упаковки кассет для станка, в которой находились 4 кассеты для бритвенного станка ЖИЛЛЕТ МАК 3, по цене 459 руб. 14 коп. за одну на общую сумму 918 руб., 28 коп., две упаковки кассет для станка, в которой находились 8 кассет для бритвенного станка ЖИЛЛЕТ МАК 3, по цене 825 руб. 68 коп. за одну, на общую сумму 1651 руб. 36 коп., шесть упаковок кассет для станка, в котором находились 4 кассеты для бритвенного станка ЖИЛЛЕТ Фьюжн ПроГлайд, по цене 897 руб. 69 коп. за одну, на общую сумму 5386 руб. 14 коп., девять упаковок кассет для станка, в котором находились 4 кассеты для бритвенного станка ЖИЛЛЕТ Фьюжн ПроГлайд Пауэр, по цене 1012 руб. 11 коп. за одну, на общую сумму 9108 руб. 99 коп., девять упаковок кассет для станка, в котором находились 2 кассеты для бритвенного станка ЖИЛЛЕТ Фьюжн ПроФильд, по цене 559 руб. 92 коп. за одну, на общую сумму 5039 руб. 28 коп., а всего имущества, принадлежащего АО «Тандер» на общую сумму 26457 руб. 80 коп. Затем подсудимые с места совершения преступления скрылись, обратив товарно-материальные ценности в свою собственность, распорядившись ими по своему усмотрению.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22 октября 2016 года в дневное время ФИО1, ФИО2, ФИО3, находились в гипермаркете «МАГНИТ» АО «Тандер», расположенном по адресу: &lt;...&gt; «и», где между ними возник преступный умысел, направленный на тайное хищение товарно-материальных ценностей из указанного магазина, группой лиц по предварительному сговору. После чего, в вышеуказанное время ФИО1, ФИО2, ФИО3, действуя согласованно между собою, то есть группой лиц по предварительному сговору, реализуя свой вышеназванный преступный умысел, пользуясь тем, что за их действиями никто не наблюдает, из вышеуказанного гипермаркета «МАГНИТ» совершили тайное хищение двух упаковок кассет для станка, в котором находились 4 кассеты для бритвенного станка ЖИЛЛЕТ Фьюжн Кассеты для станка, по цене 731 руб. 08 коп. за один, на общую сумму 1462 руб. 16 коп., двух упаковок кассет для станка, в которой находились 12 кассет для бритвенного станка ЖИЛЛЕТ МАК 3, по цене 1180 руб. 88 коп. за один, на общую сумму 2361 руб., 76 коп., двух упаковок кассет для станка, в котором находились 8 кассет для бритвенного станка ЖИЛЛЕТ Фьюжн ПроГлайд Пауэр, по цене 1701 руб. 52 коп. за один, на общую сумму 3403 руб. 04 коп., одной упаковки кассет для станка, в котором находились 8 кассет для бритвенного станка ЖИЛЛЕТ Фьюжн Пауэр, стоимостью 1481 руб. 46 коп.; двух упаковок кассет для станка, в котором находились 4 кассеты для бритвенного станка ЖИЛЛЕТ Фьюжн ПроГлайд Пауэр, по цене 889 руб. 67 коп. за одну, на общую сумму 1779 руб. 34 коп., одной упаковки кассет для станка, в котором находились 2 кассеты для бритвенного станка ЖИЛЛЕТ Фьюжн ПроГлайд Пауэр, стоимостью 476 руб. 41 коп., одной упаковки кассет для станка, в котором находились 2 кассеты для бритвенного станка ЖИЛЛЕТ Фьюжн ПроГлайд, стоимостью 376 руб., 94 коп., а всего имущества, принадлежащего АО «Тандер» на общую сумму 11341 руб. 13 коп. Затем подсудимые с места совершения преступления скрылись, обратив товарно-материальные ценности в свою собственность, распорядившись ими по своему усмотрению.</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22 октября 2016 года в вечернее время ФИО1, находился в гипермаркете «РАДУГА» ООО «Ашан», расположенном по адресу: &lt;...&gt; где у него возник преступный умысел, направленный на тайное хищение товарно-материальных ценностей из указанного магазина. После чего, в вышеуказанное время ФИО1, реализуя свой вышеназванный преступный умысел, пользуясь тем, что за его действиями никто не наблюдает, из гипермаркета «РАДУГА» ООО «Ашан», совершил тайное хищение семи сменных кассет для бритвенных станков ЖИЛЛЕТ Фьюжн ПроГлайд по цене 981 руб. 88 коп. за одну, на общую сумму 6873 руб. 16 коп., двух сменных кассет для бритвенных станков ЖИЛЛЕТ МАК 3 по цене 801 руб. 01 коп. за одну, на общую сумму 1602 руб. 02 коп., 8 коробок шоколадных конфет «Мерси молочный», по цене 242 руб. 33 коп. за одну, на сумму 1938 руб. 64 коп., 9 коробок шоколадных конфет «Мерси Ассорти» по цене 242 руб. 33 коп., на сумму 2180 руб. 97 коп., а всего имущества, принадлежащего ООО «АШАН» на общую сумму 12594 руб. 79 коп. Затем ФИО1 с места совершения преступления скрылся, обратив похищенные товарно-материальные ценности в свою собственность, распорядившись ими по своему усмотрению.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29 октября 2016 года в обеденное время ФИО1, ФИО2, находились в гипермаркете «МАГНИТ» АО «Тандер», расположенном по адресу: &lt;...&gt;, где между ними возник преступный умысел, направленный на тайное хищение товарно-материальных ценностей из указанного магазина, группой лиц по предварительному сговору. После чего, в вышеуказанное время ФИО1, ФИО2, действуя согласованно между собою, то есть группой лиц по предварительному сговору, реализуя свой вышеназванный преступный умысел, пользуясь тем, что за их действиями никто не наблюдает, из гипермаркета «МАГНИТ», совершили тайное хищение 1 упаковки влажных салфеток «Топ гир» стоимостью 28 руб. 50 коп., флакона с чистящим средством «Тирет Турбо» стоимостью 219 руб. 56 коп., 12 коробок конфет «Мерси» по цене 242 руб. 33 коп. за штуку, на общую сумму 2 907 руб. 96 коп., 14 плиток шоколада «Вдохновение» по цене 59 руб. 34 коп., на общую сумму 830 руб. 76 коп., а всего имущества, принадлежащего АО «Тандер»» на общую сумму 3986 руб. 78 коп. Однако, ФИО1 и ФИО2, не смогли довести свой преступный умысел до конца, то есть распорядиться похищенным по своему усмотрению, по не зависящим от них обстоятельствам, поскольку их преступные действия были обнаружены сотрудниками службы экономической безопасности гипермаркета «Магнит», которые задержали ФИО1, выносящего похищенное имущество.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хищения велосипеда, принадлежащего ФИО8 Подсудимый ФИО1 по данному факту свою вину признал, отказавшись от дачи показаний, воспользовавшись правом, предусмотренным ст. 51 Конституции РФ. Допрошенный в качестве подозреваемого (т. 1 л.д. 73-75) ФИО1, дал показания аналогичные описательной части приговора, указав, что он 30 августа 2016 года, находясь в торговом центре «Оранжевый базар», тайно похитил велосипед, который впоследствии продал неизвестному мужчине. Кроме полного признания подсудимым своей вины, она подтверждается: - показаниями потерпевшего ФИО8, оглашенными в порядке ст. 281 УПК РФ , согласно которым он является индивидуальным предпринимателем, осуществляет реализацию спортивного инвентаря и спортивного питания в магазине «СпортМакс64», расположенном в торговом центре «Оранжевый базар» по адресу: &lt;...&gt;. 30 августа 2016 года в послеобеденное время ему позвонил продавец ФИО9 и сообщил о хищении велосипеда из магазина. По прибытию в магазин он действительно обнаружил пропажу нового велосипеда «Stels Navigator-500» стоимостью 9374 рубля (т. 1 л.д. 16-19, 113-114). - показаниями свидетеля ФИО9, оглашенными в порядке ст. 281 УПК РФ , подтвердившего показания потерпевшего ФИО8 (т. 1 л.д. 45-48). - протоколом осмотра места происшествия от 30 августа 2016 года, согласно которому осмотрено помещение магазина «СпортМакс64», расположенное в торговом центре «Оранжевый базар» в &lt;...&gt;, из которого 30 августа 2016 года совершено хищение велосипеда «Stels Navigator-500». К протоколу осмотру места происшествия прилагается схема, фототаблица (т. 1 л.д. 4-9); - товарной накладной № 61 от 30 августа 2016 года ИП ФИО8, согласно которой стоимость похищенного велосипеда марки «Stels Navigator-500» составляет 9374 рубля (т. 1 л.д. 12); - протоколом осмотра места происшествия от 31 августа 2016 года, согласно которому у потерпевшего ФИО8 изъят DVD-R диск с имеющимися на нем скопированными видеофайлами с камер видеонаблюдения торгового центра «Оранжевый базар», свидетельствующими о факте хищения велосипеда у ФИО8 (т. 1 л.д. 49-50); - протоколом осмотра предметов от 05 мая 2017 года, согласно которому в присутствии обвиняемого ФИО1 был произведен осмотр DVD-R диска, в ходе которого ФИО1 давались пояснения по поводу видеофайлов, зафиксировавших факт хищения им велосипеда (т. 1 л.д. 139-148); - протоколом осмотра предметов от 24 июня 2017 года, которым осмотрена детализация абонентского номера, находящегося в пользовании у ФИО1, в результате чего подтвержден факт пребывания ФИО1 в месте совершения кражи (т. 7 л.д. 52-87). Таким образом, оценивая совокупность, представленных в судебное заседание доказательств, суд приходит к выводу о том, что вина ФИО1 в тайном хищении велосипеда «Stels Navigator-500» стоимостью 9374 рубля, принадлежащего ФИО8, полностью доказана. Действия подсудимого по данному факту суд квалифицирует по ч. 1 ст. 158 УК РФ – кража, то есть тайное хищение чужого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хищения бутылки коньяка «Хеннесси» из гипермаркета «Магнит» АО «Тандер», расположенного по адресу: &lt;...&gt;. Подсудимый ФИО1 по данному факту свою вину признал, отказавшись от дачи показаний, воспользовавшись правом, предусмотренным ст. 51 Конституции РФ. Допрошенный в качестве подозреваемого (т. 4 л.д. 201-203) ФИО1, дал показания аналогичные описательной части приговора, указав, что он 14 октября 2016 года, находясь в гипермаркете «Магнит» совершил хищение бутылки коньяка «Хеннесси ХО» емкостью 0,7 литра. Кроме полного признания подсудимым своей вины, она подтверждается: - показаниями потерпевшего ФИО4, указавшего, что он состоит в должности руководителя службы экономической безопасности АО «Тандер» группы гипермаркетов «Магнит». 6 ноября 2016 года по результатам проведения ревизии была заведена инвентаризация, поскольку был выявлен факт отсутствия коньяка «Хеннесси ХО» 40%, подарочная упаковка, 0,7 л (производство Франция) – закупочной стоимостью 7638 руб. 27 коп. При детальном осмотре видеозаписи он зафиксировал выход ФИО1 не через антикражные рамки, а через сервисную службу, что позволило ему свободно вынести похищенный коньяк (т. 4 л.д.148-150, 236-243). - показаниями свидетеля ФИО27, подтвердившего показания потерпевшего Потерпевший №2 (т. 4 л.д. 151-153). - протоколом осмотра места происшествия от 21 декабря 2016 года, согласно которому осмотрен гипермаркет «Магнит», расположенный по адресу: &lt;...&gt;, в результате чего изъят диск с видеозаписью факта хищения бутылки коньяка от 14 октября 2016 года (т. 4 л.д. 139-140). - протоколом осмотра предметов от 25 января 2017 года, в ходе которого осмотрен диск, содержащий видеозаписи от 14 октября 2016 года торгового помещения гипермаркета «Магнит», расположенного по адресу: &lt;...&gt;, где зафиксирован факт пребывания ФИО1 (т. 4 л.д. 154). - протоколом осмотра предметов от 24 июня 2017 года, которым осмотрена детализация абонентского номера, находящегося в пользовании у ФИО1, в результате чего подтвержден факт пребывания ФИО1 в месте совершения кражи (т. 7 л.д. 52-87) - товарной накладной от 02 марта 2014 года, согласно которой в гипермаркет «Магнит», расположенный по адресу: &lt;...&gt; поступила бутылка коньяка «Хеннесси ХО» 40 % (подарочная упаковка) емкостью 0,7 л. (т. 4 л.д. 128); - инвентаризационной описью от 06 ноября 2016 года, согласно которой выявлена недостача в гипермаркете «Магнит», расположенном по адресу: &lt;...&gt; коньяка «Хеннесси ХО» 40 % (подарочная упаковка) емкостью 0,7 л стоимостью 7638 руб. 27 коп., принадлежащей АО «Тандер» (т. 4 л.д. 130-133); - сличительной ведомостью от 06 ноября 2016 года, согласно которой выявлена недостача в гипермаркете «Магнит», расположенном по адресу: &lt;...&gt; коньяка «Хеннесси ХО» 40 % (подарочная упаковка) емкостью 0,7 л стоимостью 7638 руб. 27 коп., принадлежащей АО «Тандер» (т. 4 л.д.134-137). Таким образом, оценивая совокупность, представленных в судебное заседание доказательств, суд приходит к выводу о том, что вина ФИО1 в тайном хищении бутылки коньяка «Хеннесси ХО» емкостью 0,7 л стоимостью 7638 руб. 27 коп., принадлежащей АО «Тандер» из гипермаркета «Магнит», расположенном по адресу: &lt;...&gt; полностью доказана. Действия подсудимого по данному факту суд квалифицирует по ч. 1 ст. 158 УК РФ – кража, то есть тайное хищение чужого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хищения бутылки коньяка «Хеннесси» из гипермаркета «Магнит» АО «Тандер», расположенного по адресу: &lt;...&gt;. Подсудимый ФИО1 по данному факту свою вину признал, отказавшись от дачи показаний, воспользовавшись правом, предусмотренным ст. 51 Конституции РФ. Допрошенный в качестве подозреваемого (т. 4 л.д. 201-203) ФИО1, дал показания аналогичные описательной части приговора, указав, что он 14 октября 2016 года, находясь в гипермаркете «Магнит» совершил хищение бутылки коньяка «Хеннесси ХО» емкостью 0,7 литра. Кроме полного признания подсудимым своей вины, она подтверждается: - показаниями потерпевшего ФИО5, указавшего, что он состоит в должности начальника службы безопасности в гипермаркете «Магнит» АО «Тандер», расположенного по адресу: &lt;...&gt;. 19 декабря 2016 года ему от сотрудников полиции стало известно, что поступила явка с повинной ФИО1, который сознался в совершении кражи коньяка из его гипермаркета. Действительно, по результатам проведенной ревизии от 24 октября 2016 года была выявлена недостача одной бутылки коньяка «Хеннесси ХО» объемом 0,7 л (Франция) стоимостью 8290 руб. 40 коп., принадлежащей АО «Тандер». Им был просмотрен архив видеозаписи от 14 октября 2016 года, в ходе чего установлено, что действительно 14 октября 2016 года в гипермаркете находился ФИО1, который был ему известен по фото. - показаниями свидетеля ФИО28, оглашенными в порядке ст. 281 УПК РФ , подтвердившего показания потерпевшего Потерпевший №5 (т. 4 л.д. 192-194). - протоколом осмотра места происшествия от 21 декабря 2016 года, согласно которому осмотрен гипермаркет «Магнит», расположенный по адресу: &lt;...&gt;, в результате чего изъят диск с видеозаписью факта хищения бутылки коньяка от 14 октября 2016 года (т. 4 л.д. 142-173); - протоколом осмотра предметов от 25 января 2017 года, согласно которому осмотрен диск, содержащий видеозаписи от 14 октября 2016 года торгового помещения гипермаркета «Магнит», расположенного по адресу: &lt;...&gt;, где зафиксирован факт пребывания ФИО1 (т. 4 л.д. 154); - протоколом осмотра предметов от 24 июня 2017 года, согласно которому осмотрена детализация абонентского номера, находящегося в пользовании у ФИО1, в результате чего подтвержден факт пребывания ФИО1 в месте совершения (т. 7 л.д. 52-87) - товарной накладной от 02 марта 2014 года, согласно которой в гипермаркет «Магнит», расположенном по адресу: &lt;...&gt; поступила бутылка коньяка «Хеннесси ХО» 40 % (подарочная упаковка) емкостью 0,7 л стоимостью 8290 руб. 40 коп. (т. 4 л.д. 181-182); - инвентаризационной описью от 24 октября 2016 года, согласно которой выявлена недостача в гипермаркете «Магнит», расположенном по адресу: &lt;...&gt; бутылки коньяка «Хеннесси ХО» 40 % (подарочная упаковка) емкостью 0,7 л стоимостью 8290 руб. 40 коп., принадлежащей АО «Тандер» (т. 4 л.д. 178-179). Таким образом, оценивая совокупность, представленных в судебное заседание доказательств, суд приходит к выводу о том, что вина ФИО1 в тайном хищении бутылки коньяка «Хеннесси ХО» емкостью 0,7 л стоимостью 8290 руб. 40 коп., принадлежащей АО «Тандер» из гипермаркета «Магнит», расположенном по адресу: &lt;...&gt; полностью доказана. Действия подсудимого по данному факту суд квалифицирует по ч. 1 ст. 158 УК РФ – кража, то есть тайное хищение чужого имущества.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факту хищения ТМЦ из гипермаркета «Магнит» АО «Тандер», расположенного по адресу : &lt;...&gt;. Подсудимые ФИО1, ФИО2, ФИО3, ФИО2 по данному факту свою вину признали полностью, дав показания аналогичные описательной части приговора, указав, что действительно 20 октября 2016 года совершили тайное хищение товарно-материальных ценностей из магазина «Магнит», расположенного в г. Ртищево. Кроме полного признания подсудимыми своей вины, она подтверждается: - показаниями потерпевшего ФИО6, указавшего, что он состоит в должности специалиста по видеонаблюдению службы экономической безопасности АО «Тандер» гипермаркета «Магнит Семейный», расположенного по адресу: &lt;...&gt;. 22 октября 2016 года он находился на своем рабочем месте, примерно в обеденное время от директора гипермаркета Свидетель №6 ему стало известно о том, что на полке в торговом зале отсутствует коньяк «Хеннесси» стоимостью 7490 рублей. Он с Свидетель №6 стал просматривать видеоархив видеонаблюдения камер и было выявлено, что 20 октября 2016 года около 11.48 к полке стеллажа с вино-водочной продукцией подошли двое парней, один был в синей безрукавке, в вязанной шапочке черного цвета, в кроссовках белого цвета, второй – без головного убора, пониже ростом, в черной куртке. Впоследствии ему были показаны фототаблицы в цветном изображении, где на первой фототаблице имелось фото парня, со слов следователя ему известно, что это ФИО3, именно он находился в гипермаркете «Магнит Семейный» 20.10.2016 в 11.48 час. около полки стеллажа с вино-водочной продукцией. На второй фототаблице имелось фотоизображение ФИО2 Он опознал парня, который был вместе с ФИО3 На третьей фототаблице имелось фотоизображение ФИО2, он опознал третьего парня, который зашел вместе с ФИО3 и ФИО2 в гипермаркет «Магнит Семейный». Просмотром видеозаписи было установлено, что 20 октября 2016 года в 11.20 на территорию парковочной площадки гипермаркета «Магнит Семейный» заехала автомашина &lt;данные изъяты&gt; регистрационный номер «№», в кузове серого цвета, из салона автомашины вышли ФИО10 Эм., ФИО3, ФИО10 Эл. Сразу же по поведению указанных лиц было понятно, что они устанавливают наличие видеокамер. В дальнейшем был зафиксирован механизм хищения названными лицами товарно-материальных ценностей из магазина. Также видеокамерами был зафиксирован ФИО1, у которого на спине был рюкзак. Было видно, что рюкзак практически плоский, то есть пустой. Далее видеосъемкой было зафиксировано, что ФИО1 вышел свободно из помещения торгового зала на улицу, при этом антикражные рамки не сработали, по какой причине сказать не может, но думает, что, скорее всего рюкзак ФИО1 имел внутри алюминиевую пленку, типа фольги для запекания, что может позволить приглушить сигнал рамок. Сразу о факте хищения он не сообщил в полицию, поскольку детально делал выборку из архива видеозаписи, это потребовало время. 23 октября 2016 года они провели ревизию остатков товара, поскольку видеосъемкой было тяжело зафиксировать количество похищенных кассет для бритвенных станков. По результатам проведения ревизии было установлено, что в гипермаркете «Магнит Семейный» установлено отсутствие следующего товара: коньяка Хеннесси ВСОП п/у 40% 1 л (Jas Hennessy&amp;Co) имеющего закупочную стоимость 4110 руб. 80 коп., одной упаковки кассет для станка, в которой находятся 2 кассеты для бритвенного станка ЖИЛЛЕТ МАК 3 Сенситив, имеющего закупочную стоимость – 242 руб. 95 коп., двух упаковок кассет для станка, в которой находятся 4 кассеты для бритвенного станка ЖИЛЛЕТ МАК 3, имеющего закупочную стоимость – 459 руб. 14 коп., на сумму 918 руб., 28 коп., двух упаковок кассет для станка, в которой находятся 8 кассеты для бритвенного станка ЖИЛЛЕТ МАК 3, имеющего закупочную стоимость – 825 руб. 68 коп. на сумму 1651 руб. 36 коп., шести упаковок кассет для станка, в котором находятся 4 кассеты для бритвенного станка ЖИЛЛЕТ Фьюжн ПроГлайд, имеющего закупочную стоимость – 897 руб. 69 коп., на сумму 5386 руб. 14 коп., девяти упаковок кассет для станка, в котором находятся 4 кассеты для бритвенного станка ЖИЛЛЕТ Фьюжн ПроГлайд Пауэр, имеющего закупочную стоимость – 1012 руб. 11 коп., на сумму 9108 руб. 99 коп., девять упаковок кассет для станка, в котором находятся 2 кассеты для бритвенного станка ЖИЛЛЕТ Фьюжн ПроФильд, имеющего закупочную стоимость – 559 руб. 92 коп., на сумму 5039 руб. 28 коп. Общая сумма ущерба составила – 26457 руб. 80 коп. - показаниями свидетеля ФИО11, оглашенными в порядке ст. 281 УПК РФ , подтвердившего показания потерпевшего ФИО6 (т. 4 л.д. 90-95). - показаниями свидетеля ФИО12, оглашенными в порядке ст. 281 УПК РФ , подтвердившей показания потерпевшего ФИО6 (т. 4 л.д. 100-109). - протоколом осмотра места происшествия от 31 октября 2016 года, в ходе которого был изъят диск с видеозаписями факта хищения ТМЦ от 20 октября 2016 года (т. 1 л.д. 195-196); - протоколом осмотра предметов от 16-17 марта 2017 года с участием потерпевшего ФИО6 (с фототаблицей), которым осмотрен диск, содержащий видеозаписи от 20 октября 2016 года торгового помещения гипермаркета «Магнит», расположенного по адресу: &lt;...&gt; и прилегающей территории, где зафиксирован факт пребывания ФИО1, ФИО3, ФИО2, ФИО2 в гипермаркете, а также их совместных действий по совершению тайного хищения товарно-материальных ценностей из гипермаркета (т. 3 л.д. 240-248, т. 4 л.д. 1-82); - протоколом осмотра места происшествия от 15 марта 2017 года с фототаблицей, а именно каб. 31 МО МВД России «Ртищевский» Саратовской области, в котором находится ФИО3, в ходе которого проведено его фотографирование (т. 3 л.д. 209-211); - протокол осмотра места происшествия от 15 марта 2017 года с фототаблицей, а именно каб. 31 МО МВД России «Ртищевский» Саратовской области, в котором находится ФИО2, в ходе которого проведено его фотографирование (т. 3 л.д. 212-214); - протоколом осмотра места происшествия от 16 марта 2017 года с фототаблицей, а именно каб. 31 МО МВД России «Ртищевский» Саратовской области, в котором находится ФИО2, в ходе которого проведено его фотографирование (т. 3 л.д. 220-222); - протоколом осмотра предметов от 24 июня 2017 года, которым осмотрены листы формата А4, находящиеся в материалах уголовного дела № 212952, содержащие в себе детализацию абонентских номеров: - 8987-369-80-59 – пользователь ФИО2, - 8909-341-38-57 – пользователь ФИО2, - 8987-369-51-55 и 89198364485 – пользователь ФИО3; - два диска, содержащие детализацию следующих абонентских номеров: - 8 9093413857 – пользователь ФИО2, - 8 9873591655, 8 9873698059 – пользователь ФИО2, - 8 9198353830 – пользователь ФИО1, в результате чего подтвержден факт пребывания ФИО1, ФИО2, ФИО2, ФИО3 в месте совершения кражи (т. 7 л.д. 52-87); - товарными накладными, согласно которым в гипермаркет «Магнит», расположенный по адресу: &lt;...&gt; поступили: коньяк Хеннесси ВСОП п/у 40% 1 л (Jas Hennessy&amp;Co), по цене 4110 руб. 80 коп.; 1 упаковка кассет для станка, в которой находятся 2 кассеты для бритвенного станка ЖИЛЛЕТ МАК 3 Сенситив, по цене 242 руб. 95 коп.; 2 упаковки кассет для станка, в которой находятся 4 кассеты для бритвенного станка ЖИЛЛЕТ МАК 3, по цене 459 руб. 14 коп., на сумму 918 руб., 28 коп.; 2 упаковки кассет для станка, в которой находятся 8 кассеты для бритвенного станка ЖИЛЛЕТ МАК 3, по цене 825 руб. 68 коп. на сумму 1651 руб. 36 коп.; 6 упаковок кассет для станка, в котором находятся 4 кассеты для бритвенного станка ЖИЛЛЕТ Фьюжн ПроГлайд, по цене 897 руб. 69 коп., на сумму 5386 руб. 14 коп.; 9 упаковок кассет для станка, в котором находятся 4 кассеты для бритвенного станка ЖИЛЛЕТ Фьюжн ПроГлайд Пауэр, по цене 1012 руб. 11 коп., на сумму 9108 руб. 99 коп.; 9 упаковок кассет для станка, в котором находятся 2 кассеты для бритвенного станка ЖИЛЛЕТ Фьюжн ПроФильд, по цене 559 руб. 92 коп., на сумму 5039 руб. 28 коп. (т. 1 л.д. 181-194); - актом проведения инвентаризации от 23 октября 2016 года, согласно которому выявлена недостача в гипермаркете «Магнит», расположенного по адресу: &lt;...&gt;: коньяка Хеннесси ВСОП п/у 40% 1 л (Jas Hennessy&amp;Co) имеющего закупочную стоимость 4110 руб. 80 коп.; одной упаковки кассет для станка, в которой находятся 2 кассеты для бритвенного станка ЖИЛЛЕТ МАК 3 Сенситив, имеющего закупочную стоимость – 242 руб. 95 коп.; двух упаковок кассет для станка, в которой находятся 4 кассеты для бритвенного станка ЖИЛЛЕТ МАК 3, имеющего закупочную стоимость – 459 руб. 14 коп., на сумму 918 руб., 28 коп.; двух упаковок кассет для станка, в которой находятся 8 кассеты для бритвенного станка ЖИЛЛЕТ МАК 3, имеющего закупочную стоимость – 825 руб. 68 коп. на сумму 1651 руб. 36 коп.; шести упаковок кассет для станка, в котором находятся 4 кассеты для бритвенного станка ЖИЛЛЕТ Фьюжн ПроГлайд, имеющего закупочную стоимость – 897 руб. 69 коп., на сумму 5386 руб. 14 коп.; девяти упаковок кассет для станка, в котором находятся 4 кассеты для бритвенного станка ЖИЛЛЕТ Фьюжн ПроГлайд Пауэр, имеющего закупочную стоимость – 1012 руб. 11 коп., на сумму 9108 руб. 99 коп.; девяти упаковок кассет для станка, в котором находятся 2 кассеты для бритвенного станка ЖИЛЛЕТ Фьюжн ПроФильд, имеющего закупочную стоимость – 559 руб. 92 коп., на сумму 5039 руб. 28 коп., общая сумма составила – 26457 руб. 80 коп. (т. 1 л.д. 180). Оценив совокупность, представленных в судебное заседание доказательств, суд приходит к выводу о том, что вина ФИО1, ФИО2, ФИО3, ФИО2 в тайном хищении товарно-материальных ценностей из гипермаркета «Магнит» АО «Тандер», расположенного по адресу: &lt;...&gt; на общую сумму 26457 руб. 80 коп., полностью доказана. Действия каждого из подсудимых, а именно ФИО1, ФИО2, ФИО3, ФИО2 суд квалифицирует по п. «а» ч. 2 ст. 158 УК РФ , как кража, то есть тайное хищение чужого имущества, совершенная группой лиц по предварительному сговору, поскольку в судебном заседании было установлено, что подсудимые 20 октября 2016 года в дневное время, действуя согласованно, то есть группой лиц по предварительному сговору, из гипермаркета «Магнит» г. Ртищево тайно похитили товарно-материальные ценности на общую сумму 26457 руб. 80 коп.</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факту хищения ТМЦ из гипермаркета «Магнит» АО «Тандер», расположенного по адресу: &lt;...&gt; «и». Подсудимые ФИО1, ФИО2, ФИО3 по данному факту свою вину признали полностью, дав показания аналогичные описательной части приговора, указав, что действительно 22 октября 2016 года совершили тайное хищение товарно-материальных ценностей из магазина «Магнит», расположенного в г. Петровске. Кроме полного признания подсудимыми своей вины, она подтверждается: - показаниями потерпевшего ФИО13, оглашенными в порядке ст. 281 УПК РФ , согласно которым он состоит в должности директора АО «Тандер» гипермаркета «Магнит Семейный», расположенного по адресу &lt;...&gt; «и». Ему известно, что 22 октября 2016 года из указанного магазина была совершена кража товарно-материальных ценностей, о чем свидетельствует инвентаризация от 22 октября 2016 года. Так по результатам инвентаризации было установлено, что отсутствует следующий товар: две упаковки кассет для станка, в котором находятся 4 кассеты для бритвенного станка ЖИЛЛЕТ Фьюжн Кассеты для станка, имеющего закупочную стоимость – 731 руб. 08 коп., на сумму 1462 руб. 16 коп., две упаковки кассет для станка, в которой находятся 12 кассет для бритвенного станка ЖИЛЛЕТ МАК 3, имеющего закупочную стоимость – 1180 руб. 88 коп., на сумму 2361 руб., 76 коп., две упаковки кассет для станка, в котором находятся 8 кассет для бритвенного станка ЖИЛЛЕТ Фьюжн ПроГлайд Пауэр, имеющего закупочную стоимость – 1701 руб. 52 коп., на сумму 3403 руб. 04 коп., одна упаковка кассет для станка, в котором находятся 8 кассет для бритвенного станка ЖИЛЛЕТ Фьюжн Пауэр, имеющего закупочную стоимость – 1481 руб. 46 коп., две упаковки кассет для станка, в котором находятся 4 кассеты для бритвенного станка ЖИЛЛЕТ Фьюжн ПроГлайд Пауэр, имеющего закупочную стоимость – 889 руб. 67 коп., на сумму 1779 руб. 34 коп., одна упаковка кассет для станка, в котором находятся 2 кассеты для бритвенного станка ЖИЛЛЕТ Фьюжн ПроГлайд Пауэр, имеющего закупочную стоимость – 476 руб. 41 коп., одна упаковка кассет для станка, в котором находятся 2 кассеты для бритвенного станка ЖИЛЛЕТ Фьюжн ПроГлайд, имеющего закупочную стоимость – 376 руб., 94 коп. Таким образом, АО «Тандер» был причинен общий ущерб – 11341 руб. 13 коп. (т. 5 л.д.135-138). - показаниями свидетеля ФИО14, оглашенными в порядке ст. 281 УПК РФ , согласно которым он состоит в должности специалиста по видеонаблюдению службы экономической безопасности АО «Тандер» гипермаркета «Магнит Семейный», расположенного по адресу &lt;...&gt; «и». 22 октября 2016 года он находился на своем рабочем месте и наблюдал за мониторами системы видеонаблюдения. Восстановив по просмотру архива видеозаписи, последовательность действий ФИО3 и ФИО10 Эл., он установил, что 22 октября 2016 года в 11.39 на парковку гипермаркета приехала автомашина Приора в кузове черного цвета, после чего из данного автомобиля вышли ФИО3 и ФИО10 Эл. При более тщательном просмотре поведения ФИО3 и ФИО10 Эльчина во время нахождения внутри помещения гипермаркета он увидел, что они ходили по всему гипермаркету, поднимали головы в стороны видеокамер, он понял, что они выискивали «мертвую зону». В итоге они ее обнаружили, а именно над ящиками с фруктами. Впоследствии ФИО10 Э. сразу же позвонил по телефону и затем в помещение гипермаркета пришел ФИО1 По действиям данных парней было видно, что ФИО3 все время стоит лицом к камере и постоянно берет какие-то фрукты, в это время за его спиною находятся ФИО1, а также ФИО10 Эл. По видеозаписи видно, что когда ФИО1 заходит за спину ФИО3, то рюкзак застегнут, а в какой-то период он поворачивается и рюкзак попадает в зону обзора видеокамеры, то рюкзак расстегнут. Затем ФИО3 и ФИО10 Эл. пошли далее по торговому месту, а ФИО1 тем временем вышел из гипермаркета через первый ряд, то есть минуя прохода между кассовыми лентами, где у них имеются антикражные рамки, на выходе имелись муляжные антикражные рамки, но на тот период похищенные кассеты не были снабжены аллармами (т. 5 л.д. 141-147). - показаниями свидетеля ФИО15, оглашенными в порядке ст. 281 УПК РФ , подтвердившего показания свидетеля ФИО14 (т. 5 л.д. 93-94.). - показаниями свидетеля ФИО16, оглашенными в порядке ст. 281 УПК РФ , подтвердившего показания свидетеля ФИО14 (т. 5 л.д. 151-155). - показаниями свидетеля ФИО17, оглашенными в порядке ст. 281 УПК РФ , подтвердившего показания свидетеля ФИО14 (т. 5 л.д. 156-160). - показаниями свидетеля ФИО18, оглашенными в порядке ст. 281 УПК РФ , подтвердившего показания свидетеля ФИО14 (т. 5 л.д. 161-164). - протоколом осмотра места происшествия от 22 октября 2016 года, в ходе которого осмотрен гипермаркет «Магнит», расположенный по адресу: &lt;...&gt; «и», и изъят диск с видеозаписями факта хищения ТМЦ от 22 октября 2016 года, а также изъяты 2 коробки конфет «Мерси», 4 упаковки со сменными кассетами для бритвенных станков (т. 5 л.д. 5-8); - протоколом осмотра предметов от 19 июня 2017 года с участием свидетеля ФИО14 (с фототаблицей), которым осмотрен диск, содержащий видеозаписи от 22 октября 2016 года торгового помещения гипермаркета «Магнит», расположенного по адресу: &lt;...&gt; «и» и прилегающей территории, где зафиксирован факт пребывания ФИО1, ФИО3, ФИО2 в гипермаркете, а также их совместных действий по совершению тайного хищения товарно-материальных ценностей из гипермаркета, а также фотографии данного факта (т. 5 л.д. 165-197); - протоколом осмотра места происшествия от 15 марта 2017 года с фототаблицей, а именно каб. 31 МО МВД России «Ртищевский» Саратовской области, в котором находится ФИО3, в ходе которого проведено его фотографирование (т. 3 л.д. 209-211); - протоколом осмотра места происшествия от 15 марта 2017 года с фототаблицей, а именно каб. 31 МО МВД России «Ртищевский» Саратовской области, в котором находится ФИО2, в ходе которого проведено его фотографирование (т. 3 л.д. 212-214); - протоколом осмотра предметов от 24 июня 2017 года, которым осмотрены листы формата А4, находящиеся в материалах уголовного дела № 212952, содержащие в себе детализацию абонентских номеров: - 8987-369-80-59 – пользователь ФИО2, - 8909-341-38-57 – пользователь ФИО2, - 8987-369-51-55 и 89198364485 – пользователь ФИО3; - два диска, содержащие детализацию следующих абонентских номеров: - 8 9093413857 – пользователь ФИО2, - 8 9873591655, 8 9873698059 – пользователь ФИО2, - 8 9198353830 – пользователь ФИО1, в результате чего подтвержден факт пребывания ФИО1, ФИО2, ФИО3 в месте совершения кражи (т. 7 л.д. 52-87); - заключением эксперта № 131 от 03 ноября 2016 года, согласно которому на четырех упаковках с кассетами для бритвы «Жиллет Фьюжн» имеются следы рук в количестве 7 штук, пригодные для идентификации личности, на двух упаковках шоколада «Мерси» имеются следы рук в количестве 5 штук, пригодные для идентификации личности (т. 5 л.д. 74-78); - заключением эксперта № 75 от 21 марта 2017 года, согласно которому 3 следа пальцев рук, изъятых с поверхности упаковок конфет «Мерси» оставлены ФИО2, один след пальцев рук, изъятый с поверхности упаковок конфет «Мерси» оставлен ФИО3 (т. 5 л.д. 109-116); - товарными накладными, согласно которым в гипермаркет «Магнит», расположенный по адресу: &lt;...&gt; «и» поступили: две упаковки кассет для станка, в котором находятся 4 кассеты для бритвенного станка ЖИЛЛЕТ Фьюжн Кассеты для станка, по цене 731 руб. 08 коп., на сумму 1462 руб. 16 коп.; две упаковки кассет для станка, в которой находятся 12 кассет для бритвенного станка ЖИЛЛЕТ МАК 3, по цене 1180 руб. 88 коп., на сумму 2361 руб., 76 коп.; две упаковки кассет для станка, в котором находятся 8 кассет для бритвенного станка ЖИЛЛЕТ Фьюжн ПроГлайд Пауэр, по цене 1701 руб. 52 коп., на сумму 3403 руб. 04 коп.; одна упаковка кассет для станка, в котором находятся 8 кассет для бритвенного станка ЖИЛЛЕТ Фьюжн Пауэр, по цене 1481 руб. 46 коп.; две упаковки кассет для станка, в котором находятся 4 кассеты для бритвенного станка ЖИЛЛЕТ Фьюжн ПроГлайд Пауэр, по цене 889 руб. 67 коп., на сумму 1779 руб. 34 коп.; одна упаковка кассет для станка, в котором находятся 2 кассеты для бритвенного станка ЖИЛЛЕТ Фьюжн ПроГлайд Пауэр, по цене 476 руб. 41 коп.; одна упаковка кассет для станка, в котором находятся 2 кассеты для бритвенного станка ЖИЛЛЕТ Фьюжн ПроГлайд, по цене 376 руб., 94 коп., а всего на сумму 11.341 руб. 13 коп. (т. 5 л.д. 16-31); - инвентаризационной описью от 22 октября 2016 года, согласно которой выявлена недостача в гипермаркете «Магнит», расположенного по адресу: &lt;...&gt; «и»: двух упаковок кассет для станка, в котором находятся 4 кассеты для бритвенного станка ЖИЛЛЕТ Фьюжн Кассеты для станка, по цене 731 руб. 08 коп., на сумму 1462 руб. 16 коп.; двух упаковок кассет для станка, в которой находятся 12 кассет для бритвенного станка ЖИЛЛЕТ МАК 3, по цене 1180 руб. 88 коп., на сумму 2361 руб., 76 коп.; двух упаковок кассет для станка, в котором находятся 8 кассет для бритвенного станка ЖИЛЛЕТ Фьюжн ПроГлайд Пауэр, по цене 1701 руб. 52 коп., на сумму 3403 руб. 04 коп.; одной упаковки кассет для станка, в котором находятся 8 кассет для бритвенного станка ЖИЛЛЕТ Фьюжн Пауэр, по цене 1481 руб. 46 коп.; двух упаковок кассет для станка, в котором находятся 4 кассеты для бритвенного станка ЖИЛЛЕТ Фьюжн ПроГлайд Пауэр, по цене 889 руб. 67 коп., на сумму 1779 руб. 34 коп.; одной упаковки кассет для станка, в котором находятся 2 кассеты для бритвенного станка ЖИЛЛЕТ Фьюжн ПроГлайд Пауэр, по цене 476 руб. 41 коп.; одной упаковки кассет для станка, в котором находятся 2 кассеты для бритвенного станка ЖИЛЛЕТ Фьюжн ПроГлайд, по цене 376 руб., 94 коп., а всего на сумму 11.341 руб. 13 коп. (т. 5 л.д. 33-35); - сличительной ведомостью результатов инвентаризации ТМЦ от 22 октября 2016 года, согласно которой выявлена недостача в гипермаркете «Магнит», расположенного по адресу: &lt;...&gt; «и»: двух упаковок кассет для станка, в котором находятся 4 кассеты для бритвенного станка ЖИЛЛЕТ Фьюжн Кассеты для станка, по цене 731 руб. 08 коп., на сумму 1462 руб. 16 коп.; двух упаковок кассет для станка, в которой находятся 12 кассет для бритвенного станка ЖИЛЛЕТ МАК 3, по цене 1180 руб. 88 коп., на сумму 2361 руб., 76 коп.; двух упаковок кассет для станка, в котором находятся 8 кассет для бритвенного станка ЖИЛЛЕТ Фьюжн ПроГлайд Пауэр, по цене 1701 руб. 52 коп., на сумму 3403 руб. 04 коп.; одной упаковки кассет для станка, в котором находятся 8 кассет для бритвенного станка ЖИЛЛЕТ Фьюжн Пауэр, по цене 1481 руб. 46 коп.; двух упаковок кассет для станка, в котором находятся 4 кассеты для бритвенного станка ЖИЛЛЕТ Фьюжн ПроГлайд Пауэр, по цене 889 руб. 67 коп., на сумму 1779 руб. 34 коп.; одной упаковки кассет для станка, в котором находятся 2 кассеты для бритвенного станка ЖИЛЛЕТ Фьюжн ПроГлайд Пауэр, по цене 476 руб. 41 коп.; одной упаковки кассет для станка, в котором находятся 2 кассеты для бритвенного станка ЖИЛЛЕТ Фьюжн ПроГлайд, по цене 376 руб., 94 коп., а всего на сумму 11341 руб. 13 коп. (т. 5 л.д. 32). Оценив совокупность, представленных в судебное заседание доказательств, суд приходит к выводу о том, что вина ФИО1, ФИО3, ФИО2 в тайном хищении товарно-материальных ценностей из гипермаркета «Магнит» АО «Тандер», расположенного по адресу: &lt;...&gt; «и» на общую сумму 11341 руб. 13 коп., полностью доказана. Действия каждого из подсудимых, а именно ФИО1, ФИО3, ФИО2 суд квалифицирует по п. «а» ч. 2 ст. 158 УК РФ , как кража, то есть тайное хищение чужого имущества, совершенная группой лиц по предварительному сговору, поскольку в судебном заседании было установлено, что подсудимые 22 октября 2016 года в обеденное время, действуя согласованно, то есть группой лиц по предварительному сговору, из гипермаркета «Магнит» г. Петровска тайно похитили товарно-материальные ценности на общую сумму 11341 руб. 13 коп.,.</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факту хищения ТМЦ из гипермаркета «Наша Радуга» ООО «АШАН», расположенного по адресу: &lt;...&gt;. Подсудимый ФИО1 по данному факту свою вину признал, отказавшись от дачи показаний, воспользовавшись правом, предусмотренным ст. 51 Конституции РФ. Допрошенный в качестве подозреваемого (т. 6 л.д. 31-33) ФИО1, дал показания аналогичные описательной части приговора, указав, что 22 октября 2016 года совершил хищение товарно-материальных ценностей из магазина «Наша Радуга» в г. Пенза. Кроме полного признания подсудимым своей вины, она подтверждается: - показаниями потерпевшего ФИО19, оглашенными в порядке ст. 281 УПК РФ , согласно которым он состоит в должности бригадира отдела по предотвращению внештатных ситуаций гипермаркета «Наша Радуга», принадлежащего ООО «АШАН», данный гипермаркет расположен по адресу: &lt;...&gt;. 23 октября 2016 года сотрудниками гипермаркета была проведена ревизия в отделах, а именно в отделе шоколада и в отделе бритвенных принадлежностей, по результатам ревизии было установлена недостача товара, а именно: семи сменных кассет для бритвенных станков «Gillette Fusion Proglide» стоимостью 981 руб. 88 коп. за одну, на сумму 6873 руб. 16 коп., двух сменных кассет для бритвенных станков «Gillette Mach 3» стоимостью 801 руб. 01 коп. за одну, на сумму 1602 руб. 02 коп., 17 коробок шоколадных конфет «Мерси», из них 8 коробок «Мерси молочный», 9 коробок «Мерси Ассорти» по цене 242 руб. 33 коп., на сумму 4119 руб. 61 коп., а всего имущества, принадлежащего ООО «АШАН» на общую сумму 12594 руб. 79 коп. Со слов следователя ему известно, что именно ФИО1 сознался в совершении кражи бритвенных сменных кассет, а также коробок с конфетами «Мерси» (т. 6 л.д. 3-4, 78-83). - показаниями свидетеля Свидетель №5, оглашенными в порядке ст. 281 УПК РФ , подтвердившего показания потерпевшего ФИО19 (т. 6 л.д. 93-97). - показаниями свидетеля Свидетель №9, оглашенными в порядке ст. 281 УПК РФ , подтвердившей показания потерпевшего ФИО19 (т. 6 л.д. 98-101). - показаниями свидетеля Свидетель №12, оглашенными в порядке ст. 281 УПК РФ , подтвердившей показания потерпевшего ФИО19 (т. 6 л.д. 102-105). - показаниями свидетеля ФИО30, оглашенными в порядке ст. 281 УПК РФ , подтвердившего показания потерпевшего ФИО19 (т. 6 л.д. 106-109). - показаниями свидетеля ФИО31, оглашенными в порядке ст. 281 УПК РФ , подтвердившего показания потерпевшего ФИО19 (т. 6 л.д. 110-113). - протоколом осмотра места происшествия от 23 октября 2016 года, в ходе которого осмотрен гипермаркет «Наша Радуга», расположенный по адресу: &lt;...&gt;, и изъято 2 диска с видеозаписью факта нахождения ФИО1 в гипермаркете 22 октября 2016 года (т. 5 л.д. 207-212); - протоколом осмотра предметов от 04 июля 2017 года, которым осмотрены 2 диска, содержащих видеозаписи от 22 октября 2016 года торгового помещения гипермаркета «Наша Радуга», расположенного по адресу: &lt;...&gt;, с участием потерпевшего ФИО19 (т. 6 л.д. 85-86); - протокол осмотра предметов от 24 июня 2017 года, которым осмотрена детализация абонентского номера, находящегося в пользовании у ФИО1, в результате чего подтвержден факт пребывания ФИО1 в месте совершения кражи (т. 7 л.д. 52-87); - товарными накладными, согласно которым в гипермаркет «Наша Радуга», расположенный по адресу: &lt;...&gt; поступил следующий товар: семь сменных кассет для бритвенных станков «Gillette Fusion Proglide» стоимостью 981 руб. 88 коп. за одну, на сумму 6873 руб. 16 коп.; две сменные кассеты для бритвенных станков «Gillette Mach 3» стоимостью 801 руб. 01 коп. за одну, на сумму 1602 руб. 02 коп.; 17 коробок шоколадных конфет «Мерси», из них 8 коробок «Мерси молочный», 9 коробок «Мерси Ассорти» по цене 242 руб. 33 коп., на общую сумму 4119 руб. 61 коп., а всего на сумму 12594 руб. 79 коп. (т. 5 л.д. 218-225, 227-229); - актом инвентаризации от 23 октября 2016 года, согласно которому выявлена недостача в гипермаркете «Наша Радуга», расположенного по адресу: &lt;...&gt; следующего товара: семи сменных кассет для бритвенных станков «Gillette Fusion Proglide» стоимостью 981 руб. 88 коп. за одну, на сумму 6873 руб. 16 коп.; двух сменных кассет для бритвенных станков «Gillette Mach 3» стоимостью 801 руб. 01 коп. за одну, на сумму 1602 руб. 02 коп.; 17 коробок шоколадных конфет «Мерси», из них 8 коробок «Мерси молочный», 9 коробок «Мерси Ассорти» по цене 242 руб. 33 коп., на общую сумму 4119 руб. 61 коп., а всего на сумму 12594 руб. 79 коп. (т. 5 л.д. 217, 226). Таким образом, оценивая совокупность, представленных в судебное заседание доказательств, суд приходит к выводу о том, что вина ФИО1 в тайном хищении товарно-материальных ценностей, принадлежащих ООО «АШАН» из гипермаркета «Наша Радуга» на общую сумму 12594 руб. 79 коп., полностью доказана. Действия подсудимого по данному факту суд квалифицирует по ч. 1 ст. 158 УК РФ – кража, то есть тайное хищение чужого имущества.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факту покушения на хищение ТМЦ из гипермаркета «Магнит» АО «Тандер», расположенного по адресу: &lt;...&gt;. Подсудимые ФИО1, ФИО2 по данному факту свою вину признали полностью, дав показания аналогичные описательной части приговора, указав, что действительно 29 октября 2016 года совершили покушение на тайное хищение товарно-материальных ценностей из магазина «Магнит», расположенного в г. Балаково. Не смогли довести преступление до конца, поскольку ФИО1 был задержан сотрудниками безопасности магазина. Кроме полного признания подсудимыми своей вины, она подтверждается: - показаниями потерпевшего ФИО4, указавшего, что он состоит в должности руководителя службы экономической безопасности АО «Тандер» группы гипермаркетов «Магнит». 29 октября 2016 года около 13 часов ему позвонил старший специалист по видеонаблюдения СЭБ – ФИО20, и сказал, что ими выявлены находящиеся в этот момент в гипермаркете лица, схожие с лицами, причастными к хищению ТМЦ произошедших ранее. Он зашел в зал и увидел ФИО10 Эл. и ФИО1 Он понял, что данные лица похищают товар из гипермаркета, он сразу же позвонил сотруднику внутреннего распорядка ФИО21, чтобы он обратил внимание на парня с рюкзаком, у которого находился неоплаченный товар. Вскоре он увидел, что ФИО1 вышел из торгового зала, не оплатив товар на кассе, после чего направился к выходу из гипермаркета, где его остановил ФИО21 Сразу после этого были вызваны сотрудники полиции, которые произвели личный досмотр данного гражданина, и изъяли у него коробки с конфетами «Мерси» в количестве 12 штук, плитки шоколада «Вдохновение» в количестве 14 штук, флакон с чистящим средством «Тирет Турбо», упаковку с влажными салфетками «Топ гир». Данный товар является собственностью АО «Тандер». Таким образом, из гипермаркета «Магнит» ФИО1 пытался похитить товар на общую сумму 3986 рублей 78 копеек. Впоследствии он стал просматривать архив видеозаписи, в ходе чего по действиям ФИО10 Эл. было видно, что он в тележку поставил предварительно объемный товар – свернутый коврик, затем сложил в данную тележку коробки конфет «Мерси», шоколадки «Вдохновенье», положил автомобильные влажные салфетки и чистящее средство. Именно этот перечень товара был впоследствии изъят сотрудниками полиции при производстве досмотра ФИО1 - показаниями свидетеля ФИО20, подтвердившего показания потерпевшего ФИО4 - показаниями свидетеля ФИО22, подтвердившего показания потерпевшего ФИО4 - протоколом очной ставки между потерпевшим ФИО4 и обвиняемым ФИО1, в ходе которой ФИО4 уличил ФИО1 и ФИО2 в покушении на кражу из гипермаркета «Магнит» влажных салфеток, флакона чистящего средства, шоколадок, коробок конфет (т. 7 л.д. 21-23); - протоколом очной ставки между потерпевшим ФИО4 и подозреваемым ФИО2, в ходе которой ФИО4 уличил ФИО1 и ФИО2 в покушении на кражу из гипермаркета «Магнит» влажных салфеток, флакона чистящего средства, шоколадок, коробок конфет (т. 7 л.д. 24-26); - протоколом осмотра места происшествия от 29 октября 2016 года, в ходе которого осмотрен гипермаркет «Магнит», расположенный по адресу: &lt;...&gt;, в результате чего изъят диск с видеозаписью факта хищения товарно-материальных ценностей от 29 октября 2016 года (т. 6 л.д. 129-133); - протоколом личного досмотра и досмотра вещей ФИО1 от 29 октября 2016 года, при котором находился рюкзак темного цвета со вставками серого цвета, на момент досмотра в рюкзаке находятся упаковка влажных салфеток «Топ гир», флакон с чистящим средством «Тирет Турбо», 12 коробок конфет «Мерси», 14 штук плиток шоколада «Вдохновение» (т. 6 л.д. 163-164); - протоколом осмотра предметов от 23 марта 2017 года, которым осмотрен диск, содержащий видеозаписи от 29 октября 2016 года торгового помещения гипермаркета «Магнит», расположенного по адресу: &lt;...&gt;, с участием потерпевшего ФИО4, которым при просмотре диска даны пояснения (т. 7 л.д. 27-29); - протоколом осмотра предметов от 24 июня 2017 года, которым осмотрены листы формата А4, находящиеся в материалах уголовного дела № 212952, содержащие в себе детализацию абонентских номеров: - № – пользователь ФИО2, - № – пользователь ФИО2, - № и № – пользователь ФИО3; - два диска, содержащие детализацию следующих абонентских номеров: - № – пользователь ФИО2, - №, № – пользователь ФИО2, - № – пользователь ФИО1, в результате чего подтвержден факт пребывания ФИО1, ФИО2 в месте совершения кражи (т. 7 л.д. 52-87); - товарными накладными, согласно которым в гипермаркет «Магнит», расположенный по адресу: &lt;...&gt; поступили: влажные салфетки «Топ гир» стоимостью 28 рублей 50 копеек, флакон с чистящим средством «Тирет Турбо» стоимостью 219 рублей 56 копеек, 12 коробок конфет «Мерси» по цене 242 рубля 33 копейки за штуку, на сумму 2 907 рублей 96 копеек, 14 штук плиток «Вдохновение» по цене 59 рублей 34 копейки, на сумму 830 рублей 76 копеек, а всего на общую сумму 3986 рублей 78 копеек (т. 6 л.д. 138-154); - инвентаризационной описью от 01 ноября 2016 года, согласно которой выявлена недостача в гипермаркете «Магнит», расположенном по адресу: &lt;...&gt; следующего товара: влажных салфеток «Топ гир» стоимостью 28 рублей 50 копеек, флакона с чистящим средством «Тирет Турбо» стоимостью 219 рублей 56 копеек, 12 коробок конфет «Мерси» по цене 242 рубля 33 копейки за штуку, на сумму 2 907 рублей 96 копеек, 14 штук плиток «Вдохновение» по цене 59 рублей 34 копейки, на сумму 830 рублей 76 копеек, а всего на общую сумму 3986 рублей 78 копеек (т. 6 л.д. 159-161); - сличительной ведомостью результатов инвентаризации ТМЦ от 01 ноября 2016 года, согласно которой выявлена недостача в гипермаркете «Магнит», расположенном по адресу: &lt;...&gt; следующего товара: влажных салфеток «Топ гир» стоимостью 28 рублей 50 копеек, флакона с чистящим средством «Тирет Турбо» стоимостью 219 рублей 56 копеек, 12 коробок конфет «Мерси» по цене 242 рубля 33 копейки за штуку, на сумму 2 907 рублей 96 копеек, 14 штук плиток «Вдохновение» по цене 59 рублей 34 копейки, на сумму 830 рублей 76 копеек, а всего на общую сумму 3986 рублей 78 копеек (т. 6 л.д. 155-158). Таким образом, оценивая совокупность, представленных в судебное заседание доказательств, суд приходит к выводу о том, что вина ФИО1, ФИО2 в покушение на тайное хищение товарно-материальных ценностей из гипермаркета «Магнит» АО «Тандер», расположенного по адресу: &lt;...&gt; на общую сумму 3986 руб. 78 коп., полностью доказана. Действия каждого из подсудимых ФИО1 и ФИО2 суд квалифицирует по ч. 3 ст. – п. «а» ч. 2 ст. 158 УК РФ , как покушение на кражу, то есть умышленные действия лица непосредственно направленные на совершение тайного хищения чужого имущества, группой лиц по предварительному сговору, если при этом преступление не было доведено до конца по не зависящим от этого лица обстоятельствам. Квалификация действий подсудимых подтверждается тем обстоятельством, что они 29 октября 2016 года, находясь в торговом зале гипермаркета «Магнит» г. Балаково совершили покушение на тайное хищение ТМЦ на общую сумму 3986 руб. 78 коп. Однако, не смогли довести свой преступный умысел до конца, то есть распорядиться похищенным по своему усмотрению, по не зависящим от них обстоятельствам, так как подсудимый ФИО1 с похищенным имуществом был задержан сотрудниками службы экономической безопасности гипермаркета «Магнит». При назначении наказания суд учитывает характер и степень общественной опасности преступлений, личности виновных, их состояние здоровья, все обстоятельства, предусмотренные ст. 60 УК РФ , а также влияние назначенного наказания на исправление осужденных. Подсудимый ФИО1 свою вину признал полностью, в содеянных деяниях раскаялся, в материалах дела имеются его явки с повинной (т. 1 л.д. 58 – по факту хищения велосипеда от 30 августа 2016 года, т. 4 л.д. 120 – по факту хищения бутылки коньяка «Хеннесси ХО» стоимостью 7638 руб. 27 коп., т. 4 л.д. 156 – по факту хищения бутылки коньяка «Хеннесси ХО» стоимостью 8290 руб. 40 коп.). По всем 7-ми фактам хищения чужого имущества добровольно возместил часть имущественного ущерба, причиненного в результате преступлений. Кроме того, суд учитывает состояние здоровья подсудимого. Данные обстоятельства, суд признает обстоятельствами, смягчающими наказание ФИО1 Однако он ранее судим. Обстоятельств, отягчающих его наказание, предусмотренных ст. 63 УК РФ , суд не усматривает. Принимая во внимание совокупность данных обстоятельств, а также тот факт, что ФИО1 совершил 7 фактов хищения чужого имущества, суд приходит к выводу о том, что предусмотренные ст. 43 УК РФ цели наказания могут быть достигнуты при назначении подсудимому наказания в виде реального лишения свободы с отбыванием наказания в ИК общего режима, по фактам хищения велосипеда от 30 августа 2016 года, хищения бутылки коньяка «Хеннесси ХО» стоимостью 7638 руб. 27 коп., хищения бутылки коньяка «Хеннесси ХО» стоимостью 8290 руб. 40 коп., с учетом требований ч. 1 ст. 62 УК РФ , а по факту покушения на тайное хищение ТМЦ из гипермаркета «Магнит» г. Балаково 29 октября 2016 года, с учетом требований ч. 3 ст. 66 УК РФ . Совокупность обстоятельств, смягчающих наказание ФИО1 приводит суд к выводу о нецелесообразности назначения дополнительного вида наказания (по фактам хищения имущества из гипермаркетов «Магнит» г. Ртищево, г. Петровска, г. Балаково, то есть преступлений, предусмотренных ч. 2 ст. 158 УК РФ ) в виде ограничения свободы. Учитывая характер и обстоятельства, совершенных ФИО1 преступлений, суд приходит к выводу о нецелесообразности применения положения ч. 6 ст. 15 УК РФ . Подсудимый ФИО2 свою вину признал полностью, в содеянных деяниях раскаялся, на иждивении имеет малолетнего ребенка ДД.ММ.ГГГГ года рождения. По всем 3-м фактам хищения чужого имущества добровольно возместил часть имущественного ущерба, причиненного в результате преступлений. Кроме того, суд учитывает состояние здоровья подсудимого. Данные обстоятельства, суд признает обстоятельствами, смягчающими наказание ФИО2 Однако он ранее судим. Обстоятельством, отягчающим его наказание, согласно п. «а» ч. 1 ст. 63 УК РФ является рецидив преступлений. Принимая во внимание совокупность данных обстоятельств, суд приходит к выводу о том, что предусмотренные ст. 43 УК РФ цели наказания могут быть достигнуты при назначении подсудимому наказания в виде реального лишения свободы. Однако, учитывая совокупность обстоятельств, смягчающих его наказание, с учетом требований, предусмотренных ч. 3 ст. 68 УК РФ , то есть менее 1/3 части максимального срока наиболее строгого вида наказания, по факту покушения на тайное хищение ТМЦ из гипермаркета «Магнит» г. Балаково от 29 октября 2016 года, с учетом требований ч. 3 ст. 66 УК РФ . Совокупность обстоятельств, смягчающих наказание ФИО2, приводит суд к выводу о нецелесообразности назначения дополнительного вида наказания в виде ограничения свободы. Подсудимый ФИО3 свою вину признал полностью, в содеянных деяниях раскаялся, добровольно возместил часть имущественного ущерба, причиненного в результате преступлений. Кроме того, суд учитывает состояние здоровья подсудимого. Данные обстоятельства, суд признает обстоятельствами, смягчающими наказание ФИО3 Однако он ранее судим. Обстоятельством, отягчающим его наказание, согласно п. «а» ч. 1 ст. 63 УК РФ является рецидив преступлений. Принимая во внимание совокупность данных обстоятельств, суд приходит к выводу о том, что предусмотренные ст. 43 УК РФ цели наказания могут быть достигнуты при назначении подсудимому наказания в виде реального лишения свободы. Однако, учитывая совокупность обстоятельств, смягчающих его наказание, с учетом требований, предусмотренных ч. 3 ст. 68 УК РФ , то есть менее 1/3 части максимального срока наиболее строгого вида наказания. Совокупность обстоятельств, смягчающих наказание ФИО3, приводит суд к выводу о нецелесообразности назначения дополнительного вида наказания в виде ограничения свободы. Подсудимый ФИО2 свою вину признал полностью, в содеянном деянии раскаялся, на иждивении имеет малолетнего ребенка ДД.ММ.ГГГГ года рождения, добровольно возместил часть имущественного ущерба, причиненного в результате преступления. Кроме того, суд учитывает состояние здоровья подсудимого. Данные обстоятельства, суд признает обстоятельствами, смягчающими наказание ФИО2 Однако он ранее судим. Обстоятельством, отягчающим его наказание, согласно п. «а» ч. 1 ст. 63 УК РФ является рецидив преступлений. Принимая во внимание совокупность данных обстоятельств, суд приходит к выводу о том, что предусмотренные ст. 43 УК РФ цели наказания могут быть достигнуты при назначении подсудимому наказания в виде реального лишения свободы. Однако, учитывая совокупность обстоятельств, смягчающих его наказание, с учетом требований, предусмотренных ч. 3 ст. 68 УК РФ , то есть менее 1/3 части максимального срока наиболее строгого вида наказания. Совокупность обстоятельств, смягчающих наказание ФИО2, приводит суд к выводу о нецелесообразности назначения дополнительного вида наказания в виде ограничения свободы. Гражданский иск представителя потерпевшего ФИО6 о взыскании с ФИО1, ФИО2, ФИО3, ФИО2 материального ущерба, причиненного преступлением в размере 26457 руб. 80 коп. подлежит частичному удовлетворению в размере 16457 руб. 80 коп., учитывая, что часть ущерба по данному факту в размере 10000 рублей добровольно возмещена всеми подсудимыми, которые данные исковые требования признали полностью. Гражданские иски представителя потерпевшего ФИО4 о взыскании с ФИО1 материального ущерба, причиненного преступлением в размере 8290 руб. 40 коп. и 7638 руб. 27 коп. подлежат удовлетворению в полном объеме, поскольку вина ФИО1 по данным фактам доказана и сам подсудимый указанные исковые требования признает полностью. Гражданский иск представителя потерпевшего ФИО4 о взыскании с ФИО1 и ФИО2 материального ущерба, причиненного преступлением в размере 3986 руб. 78 коп. подлежит удовлетворению в полном объеме, поскольку их вина по данному факту доказана. Руководствуясь ст.ст. - 309 УПК РФ , суд приговорил: ФИО1 признать виновным в совершении преступлений, предусмотренных ч. 1 ст. , ч. 1 ст. , ч. 1 ст. , п. «а» ч. 2 ст. , п. «а» ч. 2 ст. , ч. 1 ст. , ч. 3 ст. – п. «а» ч. 2 ст. 158 УК РФ и назначить ему наказание в виде лишения свободы: - по ч. 1 ст. 158 УК РФ - по факту хищения велосипеда стоимостью 9374 рубля - сроком на 6 (шесть) месяцев; - по ч. 1 ст. 158 УК РФ - по факту хищения коньяка «Хеннесси ХО» стоимостью 7638 рублей 27 копеек - сроком на 6 (шесть) месяцев; - по ч. 1 ст. 158 УК РФ - по факту хищения коньяка «Хеннесси ХО» стоимостью 8290 рублей 40 копеек - сроком на 6 (шесть) месяцев; - по п. «а» ч. 2 ст. 158 УК РФ - по факту хищения ТМЦ из магазина «Магнит» г. Ртищево на общую сумму 26457 рублей 80 копеек - сроком на 11 (одиннадцать) месяцев; - по п. «а» ч. 2 ст. 158 УК РФ - по факту хищения ТМЦ из магазина «Магнит» г. Петровска на общую сумму 11341 рубль 13 копеек - сроком на 11 (одиннадцать) месяцев; - по ч. 1 ст. 158 УК РФ - по факту хищения ТМЦ из магазина «Ашан» г. Пенза – сроком на 7 (семь) месяцев; - по ч. 3 ст. - п. «а» ч. 2 ст. 158 УК РФ - сроком на 8 (восемь) месяцев. На основании ч. 2 ст. 69 УК РФ по совокупности преступлений путем частичного сложения назначенных наказаний окончательно назначить ФИО1 наказание в виде лишения свободы сроком на 1 (один) год с отбыванием наказания в исправительной колонии общего режима. Срок отбывания наказания ФИО1 исчислять с 18 сентября 2017 года, зачесть в срок отбытия наказания время содержания под стражей с 31 октября 2016 года по 28 апреля 2017 года включительно. Меру пресечения до вступления приговора в законную силу в отношении ФИО1 изменить с подписки о невыезде на заключение под стражу, взяв его под стражу немедленно в зале суда. ФИО7 признать виновным в совершении преступлений, предусмотренных п. «а» ч. 2 ст. , п. «а» ч. 2 ст. , ч. 3 ст. – п. «а» ч. 2 ст. 158 УК РФ и назначить ему наказание в виде лишения свободы: - по п. «а» ч. 2 ст. 158 УК РФ - по факту хищения ТМЦ из магазина «Магнит» г. Ртищево на общую сумму 26457 рублей 80 копеек - сроком на 11 (одиннадцать) месяцев; - по п. «а» ч. 2 ст. 158 УК РФ - по факту хищения ТМЦ из магазина «Магнит» г. Петровска на общую сумму 11341 рубль 13 копеек - сроком на 11 (одиннадцать) месяцев; - по ч. 3 ст. - п. «а» ч. 2 ст. 158 УК РФ - сроком на 8 (восемь) месяцев. На основании ч. 2 ст. 69 УК РФ по совокупности преступлений путем частичного сложения назначенных наказаний окончательно назначить ФИО2 наказание в виде лишения свободы сроком на 1 (один) год 3 (три) месяца с отбыванием наказания в исправительной колонии строгого режима. Срок отбывания наказания ФИО2 исчислять с 18 сентября 2017 года, зачесть в срок отбытия наказания время содержания под стражей с 04 ноября 2016 года по 03 марта 2017 года включительно. Меру пресечения до вступления приговора в законную силу в отношении ФИО2 изменить с подписки о невыезде на заключение под стражу, взяв его под стражу немедленно в зале суда. ФИО3 признать виновным в совершении преступлений, предусмотренных п. «а» ч. 2 ст. , п. «а» ч. 2 ст. 158 УК РФ и назначить ему наказание в виде лишения свободы: - по п. «а» ч. 2 ст. 158 УК РФ - по факту хищения ТМЦ из магазина «Магнит» г. Ртищево на общую сумму 26457 рублей 80 копеек - сроком на 11 (одиннадцать) месяцев; - по п. «а» ч. 2 ст. 158 УК РФ - по факту хищения ТМЦ из магазина «Магнит» г. Петровска на общую сумму 11341 рубль 13 копеек - сроком на 11 (одиннадцать) месяцев. На основании ч. 2 ст. 69 УК РФ по совокупности преступлений путем частичного сложения назначенных наказаний окончательно назначить ФИО3 наказание в виде лишения свободы сроком на 1 (один) год с отбыванием наказания в исправительной колонии строгого режима. Срок отбывания наказания ФИО3 исчислять с 18 сентября 2017 года, зачесть в срок отбытия наказания время содержания под стражей с 04 ноября 2016 года по 03 марта 2017 года включительно. Меру пресечения до вступления приговора в законную силу в отношении ФИО3 изменить с подписки о невыезде на заключение под стражу, взяв его под стражу немедленно в зале суда. ФИО7 признать виновным в совершении преступления, предусмотренного п. «а» ч. 2 ст. 158 УК РФ и назначить ему наказание в виде лишения свободы сроком на 11 (одиннадцать) месяцев с отбыванием наказания в исправительной колонии строгого режима. Срок отбывания наказания ФИО2 исчислять с 18 сентября 2017 года, зачесть в срок отбытия наказания время содержания под стражей с 04 ноября 2016 года по 03 марта 2017 года включительно. Меру пресечения до вступления приговора в законную силу в отношении ФИО2 изменить с подписки о невыезде на заключение под стражу, взяв его под стражу немедленно в зале суда. Взыскать в солидарном порядке с ФИО1, ФИО7, ФИО3, ФИО7 в пользу АО «Тандер» г. Ртищево - 16457 (шестнадцать тысяч четыреста пятьдесят семь) рублей 80 копеек в счет возмещения материального ущерба, причиненного преступлением. Взыскать с ФИО1 в пользу АО «Тандер» г. Балаково - 8290 (восемь тысяч двести девяносто) рублей 40 коп., 7638 (семь тысяч шестьсот тридцать восемь) рублей 27 коп. в счет возмещения материального ущерба, причиненного преступлением. Взыскать в солидарном порядке с ФИО1 и ФИО7 в пользу АО «Тандер» г. Балаково - 3986 (три тысячи девятьсот восемьдесят шесть) рублей 78 копеек в счет возмещения материального ущерба, причиненного преступлением. Обратить взыскание в счет возмещения ущерба на арестованное имущество: денежные средства в сумме 500 (пятиста) руб., изъятых в ходе личного досмотра у ФИО2 (т. 2 л.д. 23-25), находящиеся на депозитном счете МО МВД России «Ртищевский» Саратовской области (т. 7 л.д.116), денежные средства в сумме 10.000 (десяти тысяч) руб., изъятые у ФИО1 (т. 7 л.д. 141-142), находящиеся на депозитном счете МО МВД России «Ртищевский» Саратовской области (т. 7 л.д. 147); мобильный телефон марки «IPphone» модели «Apple A1387» ИМЕЙ № 013535004538856, стоимостью 2997 руб. 50 коп., чайник бытовой электрический торговой марки «POLARIS» модели «PWK 1714CGLD» новый, в стеклянном корпусе, стоимостью 1225 руб. 50 коп., утюг электрический торговой марки «PHILIPS» модели «NL9206AD Asur Perfomer 2400W/140g». в бело-оранжевом корпусе, стоимостью 3204 руб., а всего на общую сумму 7427 руб. (т. 7 л.д. 166-167), изъятые у ФИО2; мобильный телефон марки «IPphone» модели «Apple A1387» ИМЕЙ № 013038003306896, стоимостью 3597 руб. (т. 7 л.д. 157-158), изъятый у ФИО2, находящиеся при уголовном деле. Вещественные доказательства: диск с видеозаписью от 14 октября 2016 года, содержащий информацию о факте хищения велосипеда, принадлежащего ФИО8 (т. 1 л.д. 129), диск с видеозаписью от 20 октября 2016 года, содержащий информацию о факте хищения ТМЦ из гипермаркета «Магнит» г. Ртищево (т. 4 л.д. 83), листы формата А4, содержащие в себе детализацию абонентских номеров: 8987-369-80-59 – пользователь ФИО2 (т. 2 л.д. 209-216), 8909-341-38-57 – пользователь ФИО2 (т. 2 л.д. 218-239), 8987-369-51-55 и 89198364485 – пользователь ФИО3 (т. 2 л.д. 241-242, т. 3 л.д. 1-37), диск с видеозаписью от 14 октября 2016 года, содержащий информацию о факте хищения ТМЦ из гипермаркета «Магнит» &lt;...&gt; (т. 4 л.д. 155), диск с видеозаписью от 14 октября 2016 года, содержащий информацию о факте хищения ТМЦ из гипермаркета «Магнит» &lt;...&gt; (т. 4 л.д. 197), диск с видеозаписью от 22 октября 2016 года, содержащий информацию о факте хищения ТМЦ из гипермаркета «Магнит» г. Петровск (т. 5 л.д. 56), диск с фотофайлами от 22 октября 2016 года, содержащий информацию о факте хищения ТМЦ из гипермаркета «Магнит» г. Петровска (т. 5 л.д. 198), 2 диска с видеозаписью от 22 октября 2016 года, содержащие информацию о факте хищения ТМЦ из гипермаркета «Наша Радуга» г. Пенза (т. 6 л.д. 23), диск с видеозаписью от 29 октября 2016 года, содержащий информацию о факте хищения ТМЦ из гипермаркета «Магнит» &lt;...&gt; (т. 6 л.д. 205), 2 диска, содержащие детализацию абонентских номеров ФИО1, ФИО2, ФИО2 (т. 7 л.д. 88-90), находящиеся при уголовном деле – хранить при деле до момента его уничтожения; 2 коробки конфет «Мерси» и 4 упаковки со сменными кассетами для бритвенных станков, находящиеся под сохранной распиской у потерпевшего ФИО13 (т. 5 л.д. 140), товарные накладные в количестве 4-х штук, упаковка влажных салфеток «Топ гир», флакон с чистящим средством «Тирет Турбо», 12 коробок конфет «Мерси», 14 штук плиток шоколада «Вдохновение», находящиеся под сохранной распиской у ФИО4 (т. 6 л.д. 238), мобильный телефон «Нокиа», изъятый у ФИО3 (т. 7 л.д. 112-114) – передать владельцам по принадлежности; 9 пустых пластиковых бокса, находящиеся в камере хранения вещественных доказательств МО МВД России «Ртищевский» Саратовской области по адресу: &lt;...&gt; (т. 6 л.д. 76), рюкзак, изъятый у ФИО1, находящийся в упакованном и опечатанном виде при уголовном деле (т. 6 л.д. 212) – уничтожить. Приговор может быть обжалован в апелляционном порядке в Саратовский областной суд через Ртищевский районный суд в течение 10 суток со дня его провозглашения, а осужденными, содержащимися под стражей, в тот же срок со дня вручения им копии приговора. В течение 10 суток со дня вручения копии приговора, осужденные вправе ходатайствовать о своем участии в рассмотрении уголовного дела судом апелляционной инстанции, о чём они должны указать в своих апелляционных жалобах. Также осужденные вправе подать свои возражения в письменном виде на поданные жалобы или представление. Судья Суд: Ртищевский районный суд (Саратовская область) (подробнее) Судьи дела: Протопопов О.А. (судья) (подробнее) Последние документы по делу: Приговор от 21 декабря 2017 г. по делу № 1-93/2017 Приговор от 25 сентября 2017 г. по делу № 1-93/2017 Приговор от 17 сентября 2017 г. по делу № 1-93/2017 Приговор от 15 сентября 2017 г. по делу № 1-93/2017 Приговор от 24 июля 2017 г. по делу № 1-93/2017 Приговор от 28 мая 2017 г. по делу № 1-93/2017 Приговор от 5 апреля 2017 г. по делу № 1-93/2017 Приговор от 5 апреля 2017 г. по делу № 1-93/2017 Приговор от 26 февраля 2017 г. по делу № 1-93/2017 Приговор от 14 февраля 2017 г. по делу № 1-93/2017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