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 2017г. Центральным р/с г. Прокопьевска по ст. 30 ч. 3 ст. 158 ч. 2 п.»б,в»УК РФ-1г. 8 мес. л/св., ст. 73 УК РФ , условно, с испытательным сроком 2 года. освобожден по отбытию наказания из КП 3 п. Новоивановский Чебулинского района, Кемеровской области, зарегистрированного и проживающего : Кемеровская область, г. Прокопьевск, &lt;...&gt;117 в совершении преступления, предусмотренного ст. ч. 2 п. « б» УК РФ, УСТАНОВИЛ: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 2017г. около 17 часов 30 минут ФИО4, умышленно из корыстных побуждений, с целью тайного хищения чужого имущества, пришел в гинекологическое отделение ГБУЗ КО « Прокопьевская ГБ №1» по адресу: г. Прокопьевск, &lt;...&gt;. В осуществление своего преступного умысла, направленного на тайное хищение чужого имущества ФИО4 поднявшись на второй этаж гинекологического отделения, подошел к двери раздевалки для персонала гинекологического отделения, где убедившись, что за его действиями никто не наблюдает, руками взялся за ручку входной двери и толкнул дверь, при этом надавил всем телом на дверь, тем самым взломав запирающее устройство входной двери. После чего ФИО4 с целью хищения чужого имущества, через указанную дверь незаконно проник в помещение раздевалки для персонала гинекологического отделения, расположенное на 2 этаже ГБУЗ КО « Прокопьевска ГБ №1» по адресу: г. Прокопьевск, &lt;...&gt;, откуда из корыстных побуждений, умышленно, тайно похитил денежные средства в сумме 1800 руб., принадлежащие &lt;ФИО...&gt;. ФИО4 с похищенным с места преступления скрылся. похищенным распорядился по своему усмотрению. В судебном заседании подсудимый ФИО4 поддержал ходатайство о постановлении приговора без проведения судебного разбирательства в связи с его согласием с предъявленным обвинением, вина признана полностью, заявлено ходатайство добровольно, после консультации с защитником и указано, что он осознает последствия постановления приговора без проведения судебного разбирательства. Государственный обвинитель Макарова А.В., защитник подсудимого, адвокат Капустин Д.М., согласились с заявленным ходатайством, полагая, что постановление приговора возможно и целесообразно без проведения судебного разбирательства. Потерпевшая &lt;ФИО...&gt; в судебное заседание не явилась о дате рассмотрения была извещен надлежащим образом. В деле имеется ее заявление о рассмотрении дела в ее отсутствие, в особом порядке. Суд, заслушав доводы сторон, считает возможным рассмотреть дело в отсутствие потерпевшей &lt;ФИО...&gt; с применением особого порядка судебного разбирательства, так как подсудимый согласен с предъявленным обвинением, обвинение обоснованно, подтверждается собранными по делу доказательствами, ходатайство об особом порядке заявлено добровольно, после консультации с защитником, последствия постановления приговора в особом порядке подсудимый осознает. Каких – либо обстоятельств, препятствующих рассмотрению дела в особом порядке, судом не установлено. Действия подсудимого ФИО4 правильно квалифицированы по ст. ч. 2 п. « б» УК РФ - кража, то есть тайное хищение чужого имущества, совершенное с незаконным проникновением в помещение. При назначении наказания суд учитывает полное признание вины и чистосердечное раскаяние в содеянном, состояние здоровья ФИО4 и его матери, ФИО4 удовлетворительно характеризуется из мест лишения свободы и по месту жительства, активное способствование раскрытию и расследованию преступления, как обстоятельства, смягчающие наказание. Отягчающим наказание обстоятельством в соответствии со ст. ч. 1 УК РФ судом установлено наличие рецидива преступлений. В соответствии со ст. ч. 1 УК РФ - рецидив преступлений. Наказание следует назначать с применением ст. ч. 2 УК РФ- срок наказания при любом виде рецидива преступление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соответствующей статьи Особенной части настоящего Кодекса. При назначении наказания суд в соответствии со ст. 60 УК РФ учитывает характер и степень общественной опасности преступления, данное преступление относится к умышленным преступлениям средней тяжести, личность ФИО4, влияние наказание на исправление осужденного, и на условия жизни его семьи. При определении срока наказания, суд принимает во внимание положения ч 5 ст. 62 УК РФ - при рассмотрении дела в порядке, предусмотренном главой 40 УПК РФ, наказание не может быть более двух третей от максимального наказания, предусмотренного санкцией статьи УК РФ. Суд считает, что исправление ФИО4 возможно с применением ст. 73 УК РФ , без реального лишения свободы, исходя из личности осужденного. Оснований для изменения категории преступления в соответствии со ст. ч. 6 УК РФ судом не установлено. Оснований для применения ст. ч. 3 УК РФ, си. 64 УК РФ, ст. ч. 1 УК РФ не имеется. Применять дополнительное наказание в виде ограничения свободы суд находит нецелесообразным. Процессуальные издержки, предусмотренные ст. 131 УПК РФ взысканию с подсудимого в силу положений п. 10. ст. 316 УПК РФ не подлежат. Гражданский иск &lt;ФИО...&gt; на сумму 1800 руб. обоснован и подлежит полному удовлетворению и взысканию с ФИО4 На основании изложенного, руководствуясь ст. 316 УПК РФ , суд ПРИГОВОРИЛ: Признать виновным Абдалова Игбала Н. О. по ст. ч.2 п. «б» УК РФ и назначить наказание в виде 2 лет лишения свободы. На основании ст. 73 УК РФ наказание считать условным, с испытательным сроком 2 года. Обязать Абдалова Игбала Н. О. встать на учет и являться на регистрацию в уголовно- исполнительную инспекцию по месту жительства или пребывания 1 раз в месяц, не менять место жительства или пребывания без уведомления указанного органа. Меру пресечения ФИО2 ФИО3 оставить прежней, подписка о невыезде до вступления приговора в законную силу. Взыскать с Абдалова Игбала Н. О. в пользу &lt;ФИО...&gt; 1800( одна тысяча восемьсот) руб. в возмещение материального ущерба. Вещественное доказательство СD- диск с записью с камер видеонаблюдения с фасада здания по адресу: г. Прокопьевск, &lt;...&gt; от 11. 05. 2017г. хранить при уголовном деле по вступлению приговора в законную силу. Вещественное доказательство- &lt;...&gt; Приговор Центрального районного суда г. Прокопьевска от 19. 07. 2017г. исполнять самостоятельно. Приговор может быть обжалован в Кемеровский областной суд в апелляционном порядке в 10 суточный срок, с соблюдением требований ст. 317 УПК РФ . В случае подачи апелляционной жалобы, осужденный вправе ходатайствовать о своем участии и участии адвоката при рассмотрении дела судом апелляционной инстанции. Судья Н.А.Попова Суд: Рудничный районный суд г. Прокопьевска (Кемеровская область) (подробнее) Судьи дела: Попова Надежда Анатольевна (судья) (подробнее) Последние документы по делу: Приговор от 12 февраля 2018 г. по делу № 1-303/2017 Приговор от 14 декабря 2017 г. по делу № 1-303/2017 Приговор от 12 декабря 2017 г. по делу № 1-303/2017 Приговор от 10 декабря 2017 г. по делу № 1-303/2017 Приговор от 16 ноября 2017 г. по делу № 1-303/2017 Приговор от 7 ноября 2017 г. по делу № 1-303/2017 Приговор от 24 октября 2017 г. по делу № 1-303/2017 Приговор от 12 октября 2017 г. по делу № 1-303/2017 Приговор от 17 сентября 2017 г. по делу № 1-303/2017 Постановление от 9 августа 2017 г. по делу № 1-303/2017 Приговор от 1 августа 2017 г. по делу № 1-303/2017 Приговор от 30 мая 2017 г. по делу № 1-303/2017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