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ФИО1 в период времени с 14 июля 2017 года по 23 июля 2018 года, точное время и дата следствием не установлены, находясь в помещении ФИО5 почтамта УФПС Республики Марий Эл - филиал ФГУП «Почта России (далее ФИО5), расположенном по адресу: РМЭ, пгт.ФИО12, &lt;адрес&gt;, осуществляя организацию работы сотрудников почтового отделения ФИО5, контроль и учет расходования денежных средств, исполняя свои служебные обязанности, увидела в электронной базе компьютерной программы «Winpost» ФИО14 почтамта ФИО2 Республики Марий Эл - филиал ФГУП «Почта России», поступление электронного денежного перевода в качестве дивидендов по ценным бумагам от ПАО «МРСК Центра и Приволжья» и ПАО «ТНС энерго Марий Эл» на имя ФИО70, уроженца Куженерского района Республики Марий Эл. В вышеуказанный период времени, точные время и дата следствием не установлены, у ФИО1, являющейся материально-ответственным лицом, достоверно осведомленной о том, что ФИО71 является инвалидом, говорить и самостоятельно передвигаться не может, возник единый преступный корыстный умысел, направленный на хищение чужого имущества, с использованием своего служебного положения, путем присвоения вверенных ей денежных средств, поступающих в качестве дивидендов на имя ФИО72 подлежащих, в соответствии с п.35 «Правил оказания услуг почтовой связи», утвержденных приказом № 31 июля 2014 Г., возврату отправителям (ПАО «ТНС энерго Марий Эл» и ПАО «МРСК Центра и Приволжья») в связи с отсутствием адресата по месту жительства. При этом ФИО1, осознавала, что возможность совершения данных противоправных действий предоставляется ей исключительно в силу исполняемых ею служебных обязанностей, так как она являясь начальником ГОПС Куженер осуществляла контроль за движением материальных ценностей и денежных средств, определяла порядок их хранения, учета и их расходования, ежедневно формируя страховую сумку со сверхлимитным остатком в кассе ГОПС Куженер и составляя отчет о движении денежных средств и сумм реализации услуг, материальных ценностей, товаров, по форме 130, направляемых в Сернурский почтамт УФПС Республики Марий Эл - филиал ФГУП «Почта России». Реализуя свой единый преступный корыстный умысел, направленный на хищение вверенного ей чужого имущества путем присвоения, принадлежащего ФИО74. в виде дивидендов от ПАО «МРСК Центра и Приволжья» и ПАО «ТНС энерго Марий Эл», ФИО1 осознавая противоправный и безвозмездный характер изъятия чужого имущества, используя свое служебное положение, осуществляя свои административно-хозяйственные полномочия по контролю, учету и расходованию денежных средств в ФИО5, незаконно, умышленно, из корыстных побуждений, в нарушение своей должностной инструкции № от 26.12.2016г., договора о полной материальной ответственности от 01.02.2017г., п.35 «Правил оказания услуг почтовой связи», утвержденных приказом № от 31.07.2014г., ДД.ММ.ГГГГ в период времени с 16 часов 49 минут до 18 часов 00 минут, находясь в помещении почтового отделения, расположенного по адресу: РМЭ, &lt;адрес&gt;, пгт.ФИО12, &lt;адрес&gt;, похитила из кассы ФИО5 почтамта ФИО2 Республики ФИО13 Эл - филиал ФГУП «Почта России» денежные средства в сумме 1642 рубля 25 копеек, принадлежащие ФИО73 поступившие в качестве дивидендов по ценным бумагам от ПАО «МРСК Центра и Приволжья». С целью сокрытия своих преступных действий, ФИО1, используя свое служебное положение, осуществляя полномочия по контролю, учету и расходованию денежных средств, находящихся в кассе ФИО5, находясь в помещении данной организации по вышеуказанному адресу, ДД.ММ.ГГГГ в 16 часов 49 минут в единой системе почтовых переводов (далее ЕСПП), установленной на рабочем компьютере в отделении почтовой связи по вышеуказанному адресу, через компьютерную программу «Winpost» отразила заведомо ложные недостоверные сведения по переводу №, о том, что ФИО77 предъявив паспорт гражданина Российской Федерации серии № №, выданный ДД.ММ.ГГГГ ОВД &lt;адрес&gt;, получил причитающиеся ему дивиденды от ПАО «МРСК Центра и Приволжья» в размере 1642 рубля 25 копеек. В последующем, ФИО1 распечатала бланк получения денежного перевода, с указанием недостоверных сведений о выдаче ФИО75. денежных средств, и кассовый чек на указанную сумму, которые выкинула, не приобщая к отчетным Документам ГОПС &lt;адрес&gt; за июль 2017 года по выплаченным денежным переводам и внесла заведомо ложные недостоверные сведения в раздел 4 отчета формы 130 о выплате получателю ФИО76 вышеуказанного денежного перевода. ФИО1, скрывая свои преступные действия, направила данный отчет в Сернурский почтамт УФПС республики Марий Эл - филиал ФГУП «Почта России». В продолжение своего единого преступного умысла, направленного на хищение вверенного ей чужого имущества - дивидендов на имя ФИО78 путем присвоения, ФИО1, находясь в помещении ФИО5 почтамта УФПС Республики Марий Эл - филиал ФГУП «Почта России» (далее ФИО5), расположенном по адресу: РМЭ, &lt;адрес&gt;, пгт.ФИО12, &lt;адрес&gt;, осуществляя организацию работы сотрудников почтового отделения ФИО5, контроль и учет расходования денежных средств, исполняя свои служебные обязанности, в период времени с ДД.ММ.ГГГГ по ДД.ММ.ГГГГ, точные время и дата следствием не установлены, увидела в электронной базе компьютерной программы «ЕАС ОПС» поступление электронного денежного перевода в качестве дивидендов по ценным бумагам ПАО «ТНС энерго Марий Эл» на имя ФИО7, уроженца Куженерского района РМЭ. Реализуя свой единый преступный корыстный умысел, направленный на хищение вверенного ей чужого имущества путем присвоения, принадлежащего ФИО79 в виде дивидендов от ПАО «ТНС энерго Марий Эл» ФИО1, осознавая противоправный и безвозмездный характер изъятия чужого имущества, используя свое служебное положение, осуществляя свои административно - хозяйственные полномочия по расходованию денежных средств в ФИО5, незаконно, умышленно, из корыстных побуждений, в нарушение должностной инструкции № утвержденной ДД.ММ.ГГГГ, договора о полной материальной ответственности от ДД.ММ.ГГГГ, п.35 «Правил оказания услуг почтовой связи», утвержденных приказом № от ДД.ММ.ГГГГ, ДД.ММ.ГГГГ в период времени с 10 часов 00 минут до 15 часов 12 минут, находясь в помещении почтового отделения, расположенного по адресу: РМЭ, &lt;адрес&gt;, пгт.ФИО12, &lt;адрес&gt;, похитила из кассы ФИО5 почтамта УФПС Республики Марий Эл - филиал ФГУП «Почта России» денежные средства в сумме 4297 рублей 54 копейки, принадлежащие ФИО80 в качестве дивидендов по ценным бумагам от ПАО «ТНС энерго Марий Эл». В целях сокрытия своих преступных действий, ФИО1, используя свое служебное положение, осуществляя полномочия по контролю, учету и расходованию денежных средств, находящихся в кассе ГОПС Куженер, находясь в помещении данной организации по вышеуказанному адресу, 27 декабря 2017 года в 10 часов 00 минут в единой системе почтовых переводов (ЕСПП), установленной на рабочем компьютере, через компьютерную программу «Единая Автоматизированная система ОПС» (далее «ЕАС ОПС») отразила заведомо ложные недостоверные сведения, по переводу №№ о том, что ФИО81 предъявив паспорт гражданина Российской Федерации серии №, выданный №, получил причитающиеся ему дивиденды от ПАО «ТНС энерго Марий Эл» в размере 4297 рублей 54 копейки. В последующем ФИО1 распечатала бланк получения денежного перевода, с указанием недостоверных сведений о выдаче ФИО82 денежных средств и кассовые чеки на указанные суммы, которые выкинула, не приобщая к отчетным ФИО8 за декабрь 2017 года по выплаченным денежным переводам и внесла заведомо ложные недостоверные сведения в разделе 4 отчета формы 130 о выплате получателю ФИО128ФИО128 вышеуказанного денежного перевода. В последующем ФИО1, скрывая свои преступные действия, направила данный отчет в Сернурский почтамт УФПС Республики Марий Эл - филиал ФГУП «Почта России». В продолжение своего единого преступного корыстного умысла, направленного на хищение вверенного ей чужого имущества - дивидендов на имя ФИО83 путем присвоения, ФИО1, находясь в помещении ФИО5 почтамта УФПС Республики Марий Эл - филиал ФГУП «Почта России» (далее ФИО5), расположенном по адресу: РМЭ, &lt;адрес&gt;, пгт. ФИО12, &lt;адрес&gt;, осуществляя организацию работы сотрудников почтового отделения ФИО5, контроль и учет расходования денежных средств, исполняя свои служебные обязанности в период времени с ДД.ММ.ГГГГ по ДД.ММ.ГГГГ, точные время и дата следствием не установлены, увидела в электронной базе компьютерной программы «ЕАС ОПС», поступление электронного денежного перевода в качестве дивидендов по ценным бумагам от ПАО «МРСК Центра и Приволжья» и ПАО «ТНС энерго Марий Эл» на имя ФИО7, уроженца Куженерского района РМЭ. Реализуя свой единый преступный корыстный умысел, направленный на хищение вверенного ей чужого имущества, принадлежащего ФИО84 поступившие в виде дивидендов от ПАО «ТНС энерго Марий Эл» и ПАО «МРСК Центра и Приволжья», путем присвоения, ФИО1, осознавая противоправный и безвозмездный характер изъятия чужого имущества, общественную опасность своих действий, используя свое служебное положение, осуществляя свои административно-хозяйственные полномочия по контролю, учету и расходованию денежных средств в ФИО5, незаконно, умышленно, из корыстных побуждений, в нарушение своей должностной инструкции № утвержденной 26 декабря 2016 г., договора о полной материальной ответственности от ДД.ММ.ГГГГ, п.35 «Правил оказания услуг почтовой связи», утвержденных приказом № от ДД.ММ.ГГГГ, ДД.ММ.ГГГГ в период времени с 13 часов 48 минут до 15 часов 00 минут, находясь в помещении почтового отделения, расположенного по адресу: РМЭ, &lt;адрес&gt;, п.г.т.ФИО12, &lt;адрес&gt;, похитила из кассы ФИО5 почтамта ФИО2 Республики Марий Эл - филиал ФГУП «Почта России» денежные средства, принадлежащие ФИО85 в сумме 5603 рубля 77 копеек, поступившие в качестве дивидендов по ценным бумагам от ПАО «МРСК Центра и Приволжья», и в сумме 3933 рубля 76 копеек, поступившие в качестве дивидендов по ценным бумагам от ПАО «ТНС энерго Марий Эл». С целью сокрытия своих преступных действий, ФИО1, используя свое служебное положение, осуществляя полномочия по контролю, учету и расходованию денежных средств находящихся в кассе ГОПС Куженер, находясь в помещении данной организации, по вышеуказанному адресу, 23 июля 2018 года в период времени с 13 часов 48 минут по 14 часов 00 минут в единой системе почтовых переводов (ЕСПП), установленной на рабочем компьютере в отделении почтовой связи по вышеуказанному адресу, через компьютерную программу «Единая Автоматизированная система ОПС» («ЕАС ОПС») отразила заведомо ложные недостоверные сведения, по переводам №, № о том, что ФИО86 предъявив паспорт гражданина Российской Федерации серии № № выданный ДД.ММ.ГГГГ ОВД &lt;адрес&gt;, получил причитающиеся ему дивиденды от ПАО «МРСК Центра и Приволжья» в размере 5603 рубля 77 копеек и от ПАО «ТНС энерго Марий Эл» в размере 3933 рубля 76 копеек. В последующем ФИО1 распечатала бланки получения денежных переводов с указанием недостоверных сведений о выдаче ФИО127 денежных средств, и кассовые чеки на указанные суммы, которые выкинула, не приобщая к отчетным ФИО8 за июль 2018 года по выплаченным денежным переводам. Затем ФИО1 внесла заведомо ложные недостоверные сведения в раздел 4 отчета формы 130 о выплате получателю ФИО87 вышеуказанных денежных переводов. В последующем, ФИО1, скрывая свои преступные действия, направила данный отчет в Сернурский почтамт УФПС Республики Марий Эл - филиал ФГУП «Почта России». Своими умышленными корыстными преступными действиями ФИО1 причинила значительный материальный ущерб на общую сумму 15477 рублей 32 копейки ФИО88 распорядившись похищенными денежными средствами по своему усмотрению.</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Она же, ФИО1 в период времени с 14 июля 2017 года по 21 августа 2018 года, точные время и дата следствием не установлены, находясь в помещении ФИО5 почтамта УФПС Республики Марий Эл - филиал ФГУП «Почта России» (далее ФИО5), расположенном по адресу: РМЭ, &lt;адрес&gt;, пгт.ФИО12, &lt;адрес&gt;, осуществляя организацию работы сотрудников почтового отделения ФИО5, контроль и учет расходования денежных средств, исполняя свои служебные обязанности, увидела в электронной базе компьютерной программе «Winpost» Сернурского почтамта ФИО2 Республики Марий Эл - филиал ФГУП «Почта России», поступление электронного денежного перевода в качестве дивидендов по ценным бумагам от ПАО «ТНС энерго Марий Эл» и ПАО «МРСК Центра и Приволжья» на имя ФИО126 В.М., уроженца Куженерского района РМЭ. В вышеуказанный период времени, точные время и дата следствием не установлены, у ФИО1, являющейся материально-ответственным лицом, достоверно осведомленной о том, что ФИО89 в п.ФИО12 &lt;адрес&gt; Республики Марий Эл не проживает, а проживает в &lt;адрес&gt; (точный адрес ей не был известен), возник единый преступный корыстный умысел, направленный на хищение чужого имущества, с использованием своего служебного положения путем присвоения вверенных ей денежных средств, поступающих в качестве дивидендов на имя ФИО90 подлежащих, в соответствии с п.35 «Правил оказания услуг почтовой связи», утвержденных приказом № от ДД.ММ.ГГГГ, возврату отправителям ПАО «ТНС энерго Марий Эл» и ПАО «МРСК Центра и Приволжья» в связи с отсутствием адресата по месту жительства. При этом ФИО1, осознавала, что возможность совершения данных противоправных действий предоставляется ей исключительно в силу исполняемых ею служебных обязанностей, так как она, являясь начальником ФИО5, осуществляла контроль за движением материальных ценностей и денежных средств, определяла порядок их хранения, учета и их расходования, ежедневно формируя страховую сумку со сверхлимитным остатком в кассе ФИО5 и составляя отчет о движении денежных средств и сумм реализации услуг, материальных ценностей, товаров по форме 130, направляемых в Сернурский почтамт УФПС Республики Марий Эл - филиал ФГУП «Почта России». Реализуя свой единый преступный корыстный умысел, направленный на хищение вверенного ей чужого имущества путем присвоения, принадлежащего ФИО91 в виде дивидендов по ценным бумагам поступивших от ПАО «МРСК Центра и Приволжья» и ПАО «ТНС энерго Марий Эл», ФИО1, осознавая противоправный и безвозмездный характер изъятия чужого имущества, общественную опасность своих действий, используя свое служебное положение, осуществляя свои административно-хозяйственные полномочия по контролю, учету и расходованию денежных средств в ФИО5, незаконно, умышленно, из корыстных побуждений, в нарушение своей должностной инструкции № утвержденной ДД.ММ.ГГГГ, договора о полной материальной ответственности от ДД.ММ.ГГГГ, п.35 «Правил оказания услуг почтовой связи», утвержденных приказом № от ДД.ММ.ГГГГ, ДД.ММ.ГГГГ в период времени с 16 часов 51 минут до 18 часов 00 минут, находясь в помещении почтового отделения, расположенного по адресу: РМЭ, &lt;адрес&gt;, п.г.т.ФИО12, &lt;адрес&gt;, похитила из кассы ФИО5 почтамта У ФПС Республики Марий Эл - филиал ФГУП «Почта России» денежные средства в сумме 1186 рублей 51 копейку, принадлежащие ФИО125 поступившие в качестве дивидендов по ценным бумагам от ПАО «МРСК Центра и Приволжья». С целью сокрытия своих преступных действий, ФИО1 используя свое служебное положение, осуществляя полномочия по контролю, учету и расходованию денежных средств, находящихся в кассе ФИО5, находясь в помещении данной организации по вышеуказанному адресу ДД.ММ.ГГГГ в 16 часов 51 минуту в единой системе почтовых переводов (ЕСПП), установленной на рабочем компьютере, через компьютерную программу «Winpost» отразила заведомо ложные недостоверные сведения по переводу №, о том, что ФИО92 предъявив паспорт гражданина Российской Федерации серии № №, выданный ДД.ММ.ГГГГ ОВД &lt;адрес&gt;, получил причитающиеся ему дивиденды от ПАО «МРСК Центра и Приволжья» в размере 1186 рублей 51 копейку. Затем ФИО1 распечатала бланк получения денежного перевода, с указанием недостоверных сведений о выдаче ФИО94 денежных средств, и кассовый чек на указанную сумму, которые выкинула, не приобщая к отчетным документам за июль 2017 года по выплаченным денежным переводам и внесла заведомо ложные недостоверные сведения в раздел 4 отчета формы 130 о выплате получателю ФИО93 вышеуказанного денежного перевода. В последующем, ФИО1, скрывая свои преступные действия, направила данный отчет в Сернурский почтамт УФПС Республики Марий Эл - филиал ФГУП «Почта России». ФИО1, в продолжение своего единого преступного корыстного умысла, направленного на хищение вверенного ей чужого имущества - дивидендов на имя ФИО95 путем присвоения, находясь в помещении ФИО5 Почтамта УФПС Республики Марий Эл - филиал ФГУП «Почта России» (далее ФИО5), расположенном по адресу: РМЭ, &lt;адрес&gt;, п.г.т.ФИО12, &lt;адрес&gt;, осуществляя организацию работы сотрудников почтового отделения ФИО5, контроль и учет расходования денежных средств, исполняя свои служебные обязанности, в период времени с ДД.ММ.ГГГГ по ДД.ММ.ГГГГ, точные время и дата следствием не установлены, увидела в электронной базе компьютерной программы «Единая Автоматизированная Система ОПС» (далее «ЕАС ОПС»), поступление электронного денежного перевода в качестве дивидендов по ценным бумагам от ПАО «ТНС энерго Марий Эл» на имя ФИО96, уроженца Куженерского района РМЭ. Реализуя свой единый преступный корыстный умысел, направленный на хищение вверенного ей чужого имущества путем присвоения, принадлежащего ФИО97 в виде дивидендов от ПАО «ТНС энерго ФИО13 Эл», ФИО1., осознавая противоправный и безвозмездный характер изъятия чужого имущества, общественную опасность своих действий, предвидя и желая наступления общественно - опасных последствий, используя свое служебное положение, осуществляя свои административно - хозяйственные полномочия по расходованию денежных средств в ФИО5, незаконно, умышленно, из корыстных побуждений, в нарушение своей должностной инструкции № утвержденной ДД.ММ.ГГГГ, договора о полной материальной ответственности от ДД.ММ.ГГГГ, п.35 «Правил оказания услуг почтовой связи», утвержденных приказом № от ДД.ММ.ГГГГ, ДД.ММ.ГГГГ в период времени с 15 часов 12 минут до 18 часов 00 минут находясь в помещении почтового отделения, расположенного по адресу: РМЭ, &lt;адрес&gt;, пгт.ФИО12, &lt;адрес&gt;, похитила из кассы ФИО5 почтамта У ФПС Республики Марий Эл - филиал ФГУП «Почта России» денежные средства в сумме 3222 рубля 16 копеек, принадлежащие ФИО98 поступившие в качестве дивидендов по ценным бумагам от ПАО «ТНС энерго Марий Эл». С целью сокрытия своих преступных действий, ФИО1, используя свое служебное положение, осуществляя полномочия по контролю, учету и расходованию денежных средств, находящихся в кассе ФИО5, находясь в помещении данной организации по вышеуказанному адресу ДД.ММ.ГГГГ в 15 часов 12 минут в единой системе почтовых переводов (ЕСПП), установленной на рабочем компьютере в отделении почтовой связи по вышеуказанному адресу, через компьютерную программу «Единая Автоматизированная система ОПС» (далее «ЕАС ОПС») отразила заведомо ложные недостоверные сведения, по переводу № о том, что ФИО99 предъявив паспорт гражданина Российской Федерации серии №, выданный ДД.ММ.ГГГГ ОУФМС России по РМЭ в &lt;адрес&gt;, получил причитающиеся ему дивиденды от ПАО «ТНС энерго Марий Эл» в размере 3222 рубля 16 копеек. Затем ФИО1 распечатала бланк получения денежного перевода, с указанием недостоверных сведений о выдаче ФИО100 денежных средств, и кассовый чек на указанную сумму, которые выкинула, не приобщая к отчетным ФИО8 за декабрь 2017 года по выплаченным денежным переводам и внесла заведомо ложные недостоверные сведения в раздел 4 отчета формы 130 о выплате получателю ФИО101. вышеуказанного денежного перевода. В последующем, ФИО1, скрывая свои преступные действия, направила данный отчет в Сернурский почтамт УФПС Республики Марий Эл - филиал ФГУП «Почта России». В последующем, ФИО1, скрывая свои преступные действия, направила данный отчет в Сернурский почтамт УФПС Республики Марий Эл - филиал ФГУП «Почта России». ФИО1, реализуя свой единый преступный корыстный умысел, направленный на хищение вверенного ей чужого имущества путем присвоения, принадлежащего ФИО102. в виде дивидендов от ПАО «МРСК Центра и Приволжья» и ПАО «ТНС энерго Марий Эл», осознавая противоправный и безвозмездный характер изъятия чужого имущества, используя свое служебное положение, осуществляя свои административном - хозяйственные полномочия по расходованию денежных средств в ФИО5, незаконно, умышленно, из корыстных побуждений, в нарушение своей должностной инструкции № утвержденной ДД.ММ.ГГГГ, договора о полной материальной ответственности от ДД.ММ.ГГГГ, п.35 «Правил оказания услуг почтовой связи», утвержденных приказом № от ДД.ММ.ГГГГ, ДД.ММ.ГГГГ в период времени с 17 часов 47 минут до 18 часов 00 минут, находясь в помещении почтового отделения, расположенного по адресу: РМЭ, &lt;адрес&gt;, пгт.ФИО12, &lt;адрес&gt;, похитила из кассы ФИО5 почтамта УФПС Республики Марий Эл - филиал ФГУП «Почта России» денежные средства в сумме 4048 рублей 36 копеек, принадлежащие ФИО103. поступившие в качестве дивидендов по ценным бумагам от ПАО «МРСК Центра и Приволжья». С целью сокрытия своих преступных действий, ФИО1, используя свое служебное положение, осуществляя полномочия по контролю, учету и расходованию денежных средств, находящихся в кассе ФИО5, находясь в помещении данной организации по вышеуказанному адресу, ДД.ММ.ГГГГ в 17 часов 47 минут в единой системе почтовых переводов (ЕСПП), установленной на рабочем компьютере в отделении почтовой связи по вышеуказанному адресу, через компьютерную программу «Единая Автоматизированная система ОПС» (далее «ЕАС ОПС») отразила заведомо ложные недостоверные сведения по переводу № о том, что ФИО105., предъявив паспорт гражданина Российской Федерации № №, выданный ОВД &lt;адрес&gt;, получил причитающиеся ему дивиденды от ПАО «МРСК Центра и Приволжья» в размере 4048 рублей 36 копеек. Затем ФИО1 распечатала бланк получения денежного перевода с указанием недостоверных сведений о выдаче ФИО104 денежных средств, и кассовый чек на указанную сумму, которые положила в ящик своего рабочего стола, не приобщая к отчетным ФИО8 за август 2018 года по выплаченным денежным переводам и внесла заведомо ложные сведения в разделе 4 отчета формы 130 о выплате получателю ФИО106 вышеуказанного денежного перевода. В последующем, ФИО1, скрывая свои преступные действия, направила данный отчет в Сернурский почтамт УФПС Республики Марий Эл - филиал ФГУП «Почта России». В продолжение своего единого преступного корыстного умысла, направленного на хищение вверенного ей чужого имущества – дивидендов на имя ФИО108 путем присвоения, ФИО1 находясь в помещении ГОПС Куженер Сернурского почтамта УФПС Республики Марий Эл - филиал ФГУП «Почта России» (далее ФИО5), расположенном по адресу: РМЭ, &lt;адрес&gt;, п.г.т.кКуженер, &lt;адрес&gt;, осуществляя организацию работы сотрудников почтового отделения ФИО5, контроль и учет расходования денежных средств, исполняя свои служебные обязанности, в период времени с 21 июля 2018 года по 21 августа 2018 года, точное время и даты не установлены, увидела в электронной базе компьютерной программы «Единая Автоматизированная Система ОПС» (далее «ЕАС ОПС»), поступление электронного денежного перевода в качестве дивидендов по ценным бумагам от ПАО «ТНС энерго Марий Эл» на имя ФИО107, уроженца Куженерского района РМЭ. Реализуя свой единый преступный корыстный умысел, направленный на хищение вверенного ей чужого имущества путем присвоения, принадлежащего ФИО109 в виде дивидендов от ПАО «ТНС энерго Марий Эл», ФИО1., осознавая противоправный и безвозмездный характер изъятия чужого имущества, общественную опасность своих действий, предвидя и желая наступления общественно - опасных последствий, используя свое служебное положение, осуществляя свои административно - хозяйственные полномочия по расходованию денежных средств в ФИО5, незаконно, умышленно, из корыстных побуждений, в нарушение своей должностной инструкции № утвержденной 26 декабря 2016 г., договора о полной материальной ответственности от ДД.ММ.ГГГГ, п.35 «Правил оказания услуг почтовой связи», утвержденных приказом № от ДД.ММ.ГГГГ, ДД.ММ.ГГГГ в период времени с 13 часов 49 минут до 18 часов 00 минут, находясь в помещении почтового отделения, расположенного по адресу: РМЭ, &lt;адрес&gt;, п.г.т.ФИО12, &lt;адрес&gt;, похитила из кассы ФИО5 почтамта У ФПС Республики ФИО13 Эл - филиал ФГУП «Почта России» денежные средства в сумме 2949 рублей 87 копеек, принадлежащие ФИО110., поступившие в качестве дивидендов по ценным бумагам от ПАО «ТНС энерго Марий Эл». С целью сокрытия своих преступных действий, ФИО1, используя свое служебное положение, осуществляя полномочия по контролю, учету и расходованию денежных средств, находящихся в кассе ФИО5, находясь в помещении данной организации по вышеуказанному адресу, 21 августа 2018 года в 13 часов 49 минут в единой системе почтовых переводов (ЕСПП), установленной на рабочем компьютере в отделении почтовой связи, по вышеуказанному адресу, через компьютерную программу «Единая Автоматизированная система ОПС» (далее «ЕАС ОПС») отразила заведомо ложные недостоверные сведения, по переводу № о том, что ФИО19, предъявив паспорт гражданина Российской Федерации серии № № выданный ОВД &lt;адрес&gt;, получил причитающиеся ему дивиденды от ПАО «ТНС энерго Марий Эл» в размере 2949 рублей 87 копеек. Затем ФИО1 распечатала бланк получения денежного перевода, с указанием недостоверных сведений о выдаче ФИО111. денежных средств и кассовый чек на указанную сумму, которые положила в ящик своего рабочего стола, не приобщая к отчетным ФИО8 за август 2018 года по выплаченным денежным переводам и внесла заведомо ложные недостоверные сведения в разделе 4 отчета формы 130 о выплате получателю ФИО112 вышеуказанного денежного перевода. В последующем, ФИО1, скрывая свои преступные действия, направила данный отчет в Сернурский почтамт УФПС Республики Марий Эл - филиал ФГУП «Почта России». Своими умышленными корыстными преступными действиями ФИО1 причинила значительный материальный ущерб на общую сумму 11 406 рублей 90 копеек ФИО113 распорядившись похищенными денежными средствами по своему усмотрению.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Она же, ФИО1, являясь начальником ФИО5 Почтамта УФПС Республики Марий Эл - филиал ФГУП «Почта России», осуществляя в данном учреждении организационно-распорядительные и административно-хозяйственные функции, согласно своим должностным обязанностям, принимала по сопроводительным ФИО8 от ФИО14 почтамта ФИО2 Республики Марий Эл - филиал ФГУП «Почта Росии» денежные средства, предназначенные для выплаты гражданам п.ФИО12 &lt;адрес&gt; Республики Марий Эл в виде пенсий, пособий, компенсаций, иных денежных переводов. Согласно п. ДД.ММ.ГГГГ, п.ДД.ММ.ГГГГ Должностной инструкции № от ДД.ММ.ГГГГ ФИО1 выдавала денежные средства, находящимся в ее подчинении почтальонам для выплат, производимых на дому, принимала от них неизрасходованные суммы, вела журнал по форме 55; выдавала денежные средства на операционные кассы ФИО5, принимала от операторов наличные денежные средства и денежные документы по кассовым справкам, проверяла правильность составления справки в соответствии с первичными ФИО8; осуществляла пересчет денежной наличности в конце рабочего дня и проводила сверку фактического остатка наличных денежных средств в кассе ФИО11 с расчетным остатком отчета дневника по форме 130; ежедневно в конце рабочего дня заделывала сверхлимитные остатки денежных средств и денежных документов в страховые сумки, составляла сопроводительные документы и направляла в Сернурский почтамт УФПС Республики Марий Эл - филиал ФГУП «Почта России», расположенный по адресу: РМЭ, &lt;адрес&gt;, п.г.т.Сернур, &lt;адрес&gt;. В период времени с ДД.ММ.ГГГГ по ДД.ММ.ГГГГ, точные время и дата не установлены у ФИО1, выполняющей организационно-распорядительные и административно-хозяйственные функции в ФИО5, осуществляющей контроль за движением материальных ценностей и денежных средств, определяющей порядок их хранения, учета и расходования, возник преступный корыстный умысел, направленный на хищение чужого имущества в крупном размере, с использованием своего служебного положения, путем присвоения вверенных ей денежных средств, находящихся в кассе ФИО5 почтамта УФПС Республики Марий Эл - филиал ФГУП «Почта России», подлежащих направлению в кассу Сернурского почтампта УФПС Республики Марий Эл - филиал ФГУП «Почта России» (далее Сернурский почтамт), расположенного по адресу: РМЭ, &lt;адрес&gt;, пгт.Сернур, &lt;адрес&gt;. При этом ФИО1 осознавала, что возможность совершения данных противоправных действий предоставляется ей исключительно в силу исполняемых ею служебных обязанностей. Реализуя свой преступный корыстный умысел на присвоение денежных средств, начальник ФИО10 Т.В., являясь материально-ответственным лицом, согласно договора о полной коллективной (бригадной) материальной ответственности от 01 февраля 2017 года, в период времени с 03 января 2018 года по 27 марта 2018 года, точные время и даты не установлены, находясь в помещении ФИО5, расположенном по адресу ФИО2 Эл, &lt;адрес&gt;, пгт. ФИО12, &lt;адрес&gt;, при формировании страховой сумки со сверхлимитным остатком денежных средств, находящихся в кассе ФИО11 в нарушение п.ДД.ММ.ГГГГ Должностной инструкции №, действуя из корыстной личной заинтересованности, осознавая общественную опасность своих действий, используя свое служебное положение, неоднократно похищала вверенные ей денежные средства различными суммами, являющиеся сверхлимитными остатками, из кассы ГОСП Куженер Сернурского почтампта УФПС Республики Марий Эл – филиал ФГУП «Почта России» всего в общей сумме 313034 рубля 47 копеек, подлежащие направлению в кассу Сернурского почтампта УФПС Республики Марий Эл – филиал ФГУП «Почта России». При этом с целью сокрытия своих умышленных противоправных действий, ФИО1, используя свое служебное положение, находясь в вышеуказанном месте с 03 января 2018 года по 27 марта 2018 года, формируя ежедневные отчеты о движении денежных средств и сумм реализации услуг, материальных ценностей, товаров по форме 130, на своем рабочем компьютере, расположенном в помещении ФИО5, в компьютерной программе «Единая автоматизированная система ОПС» указывала заведомо ложные недостоверные сведения о движении денежных средств в разделе 5.1.2 отчета формы 130, что денежные средства находятся в кассе наличными. Данные отчеты ФИО1 направляла в Сернурский почтампт УФПС Республики Марий Эл – филиал ФГУП «Почта России». Своими умышленными преступными действиями ФИО1 причинила материальный ущерб в крупном размере на общую сумму 314034 рубля 47 копеек УФПС Республики Марий Эл – филиала ФГУП «Почта России», распорядившись похищенными денежными средствами по своему усмотрению. ., принятая в соответствии с приказом № 405к от 18 мая 2015 года на должность менеджера офисных пр Федерации, со средним образо При ознакомлении с материалами дела после завершения предварительного расследования ФИО9 было заявлено ходатайство о рассмотрении уголовного дела в особом порядке, без проведения судебного разбирательства. В судебном заседании подсудимая, согласившись с предъявленным обвинением, свое ходатайство поддержала, заявив, что данное решение принято ею добровольно, после консультации с защитником. Она осознает последствия постановления приговора без проведения судебного разбирательства, в том числе то, что приговор не может быть обжалован в апелляционном порядке по основанию несоответствия выводов суда, изложенных в приговоре, фактическим обстоятельствам уголовного дела. Защитник Иванов А.А. считает возможным рассмотрение дела в особом порядке судебного разбирательства, поскольку его подзащитная вину признает в полном объеме, последствия постановления приговора в особом порядке ей разъяснены, ходатайство заявлено добровольно. Государственный обвинитель Илтубаева О.В. не возражала против применения особого порядка судебного разбирательства, считая, что ходатайство ФИО1 заявлено с соблюдением условий, предусмотренных ст. 314 УПК РФ . Представитель потерпевшего ФИО114 в судебном заседании выразила согласие на рассмотрение дела в особом порядке и пояснила, что ФИО1 глубоко раскаивается и переживает, она согласна сотрудничать с руководством УФПС Республики Марий Эл – филиал ФГУП «Почта России» и возмещать причиненный ущерб. Просила назначить ФИО1 минимальное наказание, не связанное с лишением свободы. Представители потерпевших - ПАО «ТНС энерго Марий Эл», ПАО «МРСК Центра и Приволжья» в судебное заседание не явились, просили рассмотреть дело в отсутствие представителей потерпевших, поддержав свои исковые требования в полном объеме, на рассмотрение уголовного дела в особом порядке не возражали. Потерпевший ФИО115 просил рассмотреть дело без его участия, на рассмотрение дела в особом порядке согласен, ущерб ему возмещен в полном объеме, претензий к ФИО1 не имеет. Представитель потерпевшего ФИО116. просила рассмотреть дело без ее участия, на рассмотрение дела в особом порядке согласна, претензий к ФИО1 не имеет. В соответствии с ч. 1 ст. 314 УПК РФ обвиняемый вправе при наличии согласия государственного обвинителя и потерпевшего заявить о согласии с предъявленным ему обвинением и ходатайствовать о постановлении приговора без проведения судебного разбирательства по уголовным делам о преступлениях, наказание за которые, предусмотренное УК РФ, не превышает 10 лет лишения свободы. Суд приходит к выводу, что обвинение, с которым согласилась подсудимая, обоснованно, подтверждается доказательствами, собранными по уголовному делу, все условия для постановления приговора без проведения судебного разбирательства соблюдены. Действия ФИО1 по первому эпизоду (причинение ущерба ПАО «ТНС энерго Марий Эл» и ПАО «МРСК Центра и Приволжья») суд квалифицирует по ч.3 ст. 160 УК РФ как присвоение, то есть хищение чужого имущества вверенного виновному, с использованием своего служебного положения; по второму эпизоду (причинение ущерба ФИО117 суд действия ФИО1 квалифицирует по ч.3 ст. 160 УК РФ как присвоение, то есть хищение чужого имущества вверенного виновному, с использованием своего служебного положения с причинением значительного ущерба гражданину; по третьему эпизоду (причинение ущерба ФИО118 суд действия ФИО1 квалифицирует по ч.3 ст. 160 УК РФ как присвоение, то есть хищение чужого имущества вверенного виновному, с использованием своего служебного положения с причинением значительного ущерба гражданину; по четвертому эпизоду ( причинение ущерба УФПС Республики Марий Эл – филиал ФГУП «Почта России») суд действия ФИО1 квалифицирует по ч.3 ст. 160 УК РФ как присвоение, то есть хищение чужого имущества вверенного виновному в крупном размере, с использованием своего служебного положения. При назначении наказания суд учитывает характер и степень общественной опасности преступления, личность подсудимой, смягчающие обстоятельства и отсутствие отягчающих наказание обстоятельств, а также влияние назначенного наказания на исправление осужденной и на условия жизни ее семьи. ФИО1 совершила умышленные, оконченные и в силу ст. 15 УК РФ тяжкие преступления против собственности. В соответствии с ч.5 ст. 316 УПК РФ судом были исследованы характеризующие данные на подсудимую и обстоятельства, смягчающие наказание. ФИО1 по месту жительства и работы характеризуется удовлетворительно, на диспансерном учете у врача-нарколога, врача-психиатра не состоит, к административной ответственности не привлекалась. Исходя из исследованных материалов дела, характеризующих личность подсудимой, суд приходит к убеждению, что сомневаться в психической полноценности подсудимой оснований не имеется. ФИО1 является вменяемым физическим лицом, достигшим возраста уголовной ответственности, и подлежащим в соответствии со ст. 19 УК РФ уголовной ответственности. Признание ФИО1 вины, раскаяние в содеянном, явки с повинной по всем четырем эпизодам, активное способствование расследованию преступлений, выразившееся в даче подробных признательных показаний, полное возмещение ущерба потерпевшим ФИО119 частичное добровольное возмещение имущественного ущерба УФПС Республики Марий Эл – филиал ФГУП «Почта России», причиненного преступлениями, ранее не судимой, наличие на иждивении двоих несовершеннолетних детей, а также престарелого свекра ФИО124 проживающего совместно в семье подсудимой и нуждающегося в уходе, тяжелое материальное положение семьи, наличие непогашенной кредитной задолженности по двум кредитным договорам суд признает в соответствии со ст. 61 УК РФ обстоятельствами, смягчающими наказание. Отягчающих обстоятельств по делу не установлено. Судом обсужден вопрос о назначении наказания ФИО1, предусмотренного санкцией ч.3 ст. 160 УК РФ . С учетом фактических обстоятельств совершения преступлений ФИО1, степени их общественной опасности, ее поведения во время и после совершения преступления, наличия смягчающих обстоятельств по делу, суд приходит к выводу, что в целях восстановления социальной справедливости, а также в целях исправления подсудимой и предупреждения совершения ей новых преступлений, необходимо назначить ФИО1 наказание в виде лишения права занимать должности, связанные с выполнением организационно-распорядительных, административно-хозяйственных функций в государственных и муниципальных учреждениях, что обеспечит достижение целей наказания, предусмотренных ст.ст. , 60 УК РФ . Оснований для применения положений ст.ст. , 73 УК РФ при назначении наказания ФИО1 не имеется. Судом при назначении наказания в виде лишения права занимать определенную должность, обсужден вопрос о применении положений ч.1, 5 ст. 62 УК РФ . Поскольку положения ч.ч.1, 5 данной статьи применяются при назначении наиболее строгого вида наказания, предусмотренного соответствующей статьей, а назначенное наказание ФИО1 в данном случае не относится к наиболее строгому ( лишение свободы), то при указанных обстоятельствах положения ч.1,5 ст. 62 УК РФ не подлежат применению. Согласно п. 6.1 ч. 1 ст. 299 УПК РФ судом обсужден вопрос о наличии оснований для изменения категории преступлений, в совершении которых обвиняется подсудимая, на менее тяжкую в соответствии с ч. 6 ст. 15 УК РФ . С учетом всех фактических обстоятельств совершенных подсудимой преступлений и степени их общественной опасности, суд не находит оснований для изменения категории преступлений на менее тяжкую на основании ч. 6 ст. 15 УК РФ . Заявленные гражданские иски представителей потерпевших ПАО «ТНС энерго Марий Эл» на сумму 10791 рубль 07 копеек и ПАО «МРСК Центра и Приволжья» - на сумму 5184 рубля 93 копейки, подлежат удовлетворению в полном объеме на основании ст. 1064 ГК РФ . Представитель УФПС Республики Марий Эл – филиал ФГУП «Почта России» ФИО120 с учетом частичного возмещения ущерба подсудимой ФИО1, просила взыскать в пользу УФПС Республики Марий Эл – филиал ФГУП «Почта России» 311034 рубля 47 копеек. Суд считает также подлежащим удовлетворению требования представителя ФИО121. в полном объеме на основании ст. 1064 ГК РФ . Подсудимая ФИО1 в судебном заседании с исковыми требованиями согласилась, суммы иска не оспаривала. Судом разрешена судьба вещественных доказательств. Процессуальные издержки, предусмотренные п. 5 ч. 2 ст. 131 УПК РФ , в силу требований ч. 10 ст. 316 УПК РФ взысканию с ФИО1 не подлежат. Руководствуясь ст. - , , , 316 УПК РФ , суд ПРИГОВОРИЛ: ФИО1 признать виновной в совершении преступлений, предусмотренных ч.3 ст. , ч.3 ст. , ч.3 ст. , ч.3 ст. 160 УК РФ и назначить ей наказание: По ч.3 ст. 160 УК РФ – 1 год лишения права занимать должности, связанные с исполнением организационно-распорядительных и административно-хозяйственных функций в государственных и муниципальных учреждениях (причинение ущерба ПАО «ТНС энерго Марий Эл» и ПАО «МРСК Центра и Приволжья»). По ч.3 ст. 160 УК РФ – 1 год лишения права занимать должности, связанные с исполнением организационно-распорядительных и административно-хозяйственных функций в государственных и муниципальных учреждениях (причинение ущерба ФИО122 По ч.3 ст. 160 УК РФ - 1 год лишения права занимать должности, связанные с исполнением организационно-распорядительных и административно-хозяйственных функций в государственных и муниципальных учреждениях (причинение ущерба ФИО123 По ч.3 ст. 160 УК РФ 1 год 6 месяцев лишения права занимать должности, связанные с исполнением организационно-распорядительных и административно-хозяйственных функций в государственных и муниципальных учреждениях (причинение ущерба УФПС Республики Марий Эл – филиал ФГУП «Почта России»). На основании ст. ч.3 УК РФ по совокупности преступлений путем частичного сложения наказаний окончательно назначить 2 года лишения права занимать должности, связанные с исполнением организационно-распорядительных и административно-хозяйственных функций в государственных и муниципальных учреждениях Взыскать с ФИО1 - в пользу ПАО «ТНС энерго Марий Эл» в счет возмещения материального ущерба 10791 рубль 07 копеек; в пользу ПАО «МРСК Центра и Приволжья» - 5184 рубля 93 копейки; в пользу УФПС Республики Марий Эл – филиал ФГУП «Почта России» - 311034 рубля 47 копеек. Меру пресечения в виде подписки о невыезде и надлежащем поведении ФИО1 оставить до вступления приговора в законную силу без изменения. Вещественные доказательства по уголовному делу: документы, изъятые в Сернурском почтампте УФПС РМЭ – филиал ФГУП почта России» и указанные в справке по уголовному делу №11801880028000053 к обвинительному заключению - вернуть по принадлежности. В соответствии с п.10 ст. 316 УПК РФ ФИО1 освободить от уплаты процессуальных издержек. Приговор может быть обжалован в апелляционном порядке в Верховный Суд Республики Марий Эл в течение 10 суток со дня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десяти суток с момента получения копии приговора. Судья Яшметова Е.В. Суд: Советский районный суд (Республика Марий Эл) (подробнее) Судьи дела: Яшметова Елена Васильевна (судья) (подробнее) Судебная практика по: Ответственность за причинение вреда, залив квартиры Судебная практика по применению нормы ст. 1064 ГК РФ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