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Родники</w:t>
      </w:r>
    </w:p>
    <w:p>
      <w:pPr>
        <w:spacing w:after="200"/>
        <w:jc w:val="center"/>
      </w:pPr>
      <w:r>
        <w:rPr>
          <w:rFonts w:ascii="Times New Roman" w:hAnsi="Times New Roman" w:eastAsia="Times New Roman" w:cs="Times New Roman"/>
          <w:b w:val="0"/>
          <w:i w:val="0"/>
          <w:sz w:val="22"/>
        </w:rPr>
        <w:t>23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20 июля 2017 года мировым судьей судебного участка № Родниковского судебного района в Ивановской области по ч.4 ст. 222 УК РФ к 200 часам обязательных работ. 16 октября 2017 года наказание отбыто, обвиняемого в совершении преступления, предусмотренного п.А ч.3 ст. 158 УК РФ , установил: ФИО4, ФИО6 совершили покушение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крупном размере, то есть умышленные действия лица, непосредственно направленные на совершение преступления, если при этом преступление не было доведено до конца по независящим от этого лица обстоятельствам, при следующих обстоятельствах: ФИО4 в период времени с ДД.ММ.ГГГГ по 19 час. 40 мин. ДД.ММ.ГГГГ путем обмена электронными сообщениями с использованием информационно-телекоммуникационных сетей (включая сеть «интернет»), получил от неустановленных следствием лиц, уголовное дело в отношении которых выделено в отдельное производство, предложение совместно заняться незаконным сбытом наркотических средств. В этот момент у ФИО4 из корыстных побуждений, в целях незаконного обогащения и получения прибыли, возник преступный умысел, направленный на незаконный сбыт наркотических средств, группой лиц по предварительному сговору, с использованием информационно-телекоммуникационных сетей (включая сеть «интернет»), в крупном размере, в связи с чем ФИО4 ответил согласием на полученное от неустановленных следствием лиц предложение и отправил фотографию своего паспорта в подтверждение своих серьезных намерений заняться преступной деятельностью, связанной с незаконным сбытом наркотических средств. Далее в указанный выше период времени ФИО4, осознавая общественную опасность возникшего преступного умысла, направленного на совершение особо тяжкого преступления незаконного сбыта наркотических средств синтетического происхождения неопределенному кругу лиц, с использованием информационно-телекоммуникационных сетей (включая сеть «интернет»), в крупном размере, для реализации совместных с неустановленными следствием лицами преступных намерений и получения доходов от незаконной деятельности, вступил с неустановленными следствием лицами в преступный сговор на совершение на территории &lt;адрес&gt; незаконного сбыта наркотических средств в крупном размере. Одновременно с этим ФИО4 и неустановленные следствием лица распределили между собой роли в совершении преступления, достигнув договоренности, что неустановленные следствием лица будут поставлять ФИО4 посредством оборудованных тайников крупные партии наркотического средства. ФИО4 в свою очередь будет размещать условные розничные дозы полученного наркотического средства в оборудованные им тайники, после чего адреса с описанием местонахождения приготовленного к сбыту наркотического средства сообщать посредством информационно-телекоммуникационных сетей (включая сеть «интернет») через программу для обмена электронными сообщениями «&lt;данные изъяты&gt;» неустановленным следствием лицам для последующего сбыта данного наркотического средства. Достижение договоренности с наркозависимыми лицами о непосредственном незаконном приобретении ими наркотического средства, получение от последних денежных средств за незаконно сбываемое наркотическое средство должны были производить неустановленные следствием соучастники преступления. ФИО4 должен был получать от данных неустановленных следствием лиц часть вырученных от незаконного сбыта наркотических средств денежных средств за фактически оборудованные им тайники на открытый в ПАО «&lt;данные изъяты&gt;» на его имя счет №, а так же на счет не осведомленной о его преступных намерениях Р. №, с которой ФИО4 в указанный период времени состоял в фактических брачных отношениях. В продолжение своих преступных действий ФИО4, в период времени с момента вступления в преступный сговор с неустановленными следствием лицами, то есть с ДД.ММ.ГГГГ до ДД.ММ.ГГГГ, с целью облегчить исполнение своей роли в совершении преступления, предложил заниматься указанной преступной деятельностью ФИО6 ФИО6 согласился с предложением ФИО4, вступив таким образом, с последним в преступный сговор, направленный на незаконный сбыт наркотических средств в крупном размере. Согласно совместному преступному сговору ФИО6 и ФИО4 договорились совместно забирать у неустановленных следствием лиц крупные партии наркотических средств, после чего ФИО6 будет размещать условные розничные дозы полученного наркотического средства в оборудованные им тайники, а ФИО4 будет фиксировать адреса с описанием местонахождения приготовленного к сбыту наркотического средства и сообщать посредством информационно-телекоммуникационных сетей (включая сеть «интернет») через программу для обмена электронными сообщениями «&lt;данные изъяты&gt;» неустановленным следствием лицам для последующего сбыта данного наркотического средства. Полученные от незаконного сбыта наркотических средств денежные средства ФИО4 и ФИО6 договорились делить пополам. В результате совместной с неустановленными лицами преступной деятельности по незаконному сбыту наркотических средств, ФИО4 и ФИО6 в период времени с ДД.ММ.ГГГГ до ДД.ММ.ГГГГ получили в качестве вознаграждения за выполнение ими своих ролей в совместном преступном плане денежные средства, которыми распорядились по своему усмотрению. В рамках ведения преступной деятельности по незаконному сбыту наркотических средств неограниченному кругу наркозависимых лиц на территории &lt;адрес&gt;, в крупном размере, группой лиц по предварительному сговору, ФИО4 и ФИО6 в период времени с ДД.ММ.ГГГГ до ДД.ММ.ГГГГ, действуя в рамках преступного сговора, получили посредством информационно-телекоммуникационных сетей (включая сеть «интернет») через программу для обмена электронными сообщениями «&lt;данные изъяты&gt;» от неустановленных соучастников преступления информацию о нахождении спрятанной для последующего сбыта очередной партии наркотического средства. В продолжение своих преступных действий ФИО4 и ФИО6 в указанный период времени согласно полученным от неустановленных лиц инструкциям проследовали к неустановленному месту на территории &lt;адрес&gt;, где нашли спрятанное для них наркотическое средство: вещество, содержащее в своем составе метил-3-метил-2-[1-(4-фторбензил)-1Н-индазол-3-карбоксамидо]бутаноат, который является производным наркотического средства метилового эфира 3-метил-2-(1-бензил-1Н-индазол-3-карбоксамидо)бутановой кислоты, общей массой не менее 1,67 гр., что является крупным размером, расфасованное на 2 условные разовые дозы массами по 0,90 гр. и 0,77 гр. Продолжая реализовывать свой совместный преступный умысел, в указанные выше период времени и месте, ФИО4 и ФИО6, действуя в рамках преступной договоренности, из корыстных побуждений и осознавая противоправность своих совместных с неустановленными следствием лицами преступных действий, умышленно, с целью дальнейшего незаконного хранения и последующего сбыта неопределенному кругу наркозависимых лиц на территории &lt;адрес&gt; путем поштучного размещения вышеуказанного наркотического средства в тайники, забрали вышеуказанное наркотическое средство, тем самым совершили незаконное приобретение наркотического средства в крупном размере. В продолжение своих совместных умышленных преступных действий, в период времени с ДД.ММ.ГГГГ до ДД.ММ.ГГГГ ФИО4 и ФИО6, действуя согласно распределенным между собой и неустановленных следствием лиц ролям в совершении преступления и действуя в рамках преступного сговора, приобретенное ими при вышеуказанных обстоятельствах вещество, содержащее в своем составе метил-3-метил-2-[1-(4-фторбензил)-1Н-индазол-3-карбоксамидо]бутаноат, который является производным наркотического средства метилового эфира 3-метил-2-(1-бензил-1Н-индазол-3-карбоксамидо)бутановой кислоты, общей массой не менее 1,67 гр., что является крупным размером, расфасованные на две условные разовые дозы, с целью последующего незаконного сбыта привезли по месту жительства ФИО6 по адресу: &lt;адрес&gt;, где стали умышленно хранить с целью последующего сбыта. В продолжение своих умышленных преступных действий, на следующий день после незаконного приобретения данного наркотического средства, в указанный выше период времени ФИО4 и ФИО6 две условные разовые дозы с веществом, содержащим в своем составе метил-3-метил-2-[1-(4-фторбензил)-1Н-индазол-3-карбоксамидо]бутаноат, который является производным наркотического средства метилового эфира 3-метил-2-(1-бензил-1Н-индазол-3-карбоксамидо)бутановой кислоты, общей массой не менее 1,67 гр., что является крупным размером наркотического средства, принесли на &lt;адрес&gt;, где ФИО6, исполняя свою роль при совершении преступления, для последующего незаконного сбыта наркотического средства оборудовал тайник с веществом, содержащим в своем составе метил-3-метил-2-[1-(4-фторбензил)-1Н-индазол-3-карбоксамидо]бутаноат, который является производным наркотического средства метилового эфира 3-метил-2-(1-бензил-1Н-индазол-3-карбоксамидо)бутановой кислоты, массой 0,90 гр. около правого угла забора дома, расположенного по адресу &lt;адрес&gt;, а так же оборудовал тайник с тем же наркотическим средством, массой 0,77 гр., около соприкосновений заборов &lt;адрес&gt; и &lt;адрес&gt; ФИО4 при этом, действуя согласно достигнутой ранее договоренности и в соответствии с отведенной ему ролью, зафиксировал и впоследствии отправил посредством информационно-телекоммуникационных сетей (включая сеть «интернет») через программу для обмена электронными сообщениями «&lt;данные изъяты&gt;» описание тайников с наркотическими средствами, предназначенными для последующего сбыта, неустановленным соучастникам преступления, за что впоследствии ФИО4 и ФИО6 получили денежное вознаграждение, которое разделили между собой пополам. ДД.ММ.ГГГГ примерно в 19 час. 40 мин. ФИО4 в ходе проводимых в отношении него оперативно-розыскных мероприятий был задержан сотрудниками МО МВД России «Родниковский» около дома, расположенного по адресу &lt;адрес&gt;. ДД.ММ.ГГГГ в ходе осмотра места происшествия в период времени с 16 час. 10 мин. до 16 час. 25 мин. на участке местности около правого угла забора дома, расположенного по адресу &lt;адрес&gt; сотрудниками полиции был обнаружен и изъят сверток с веществом, содержащим в своем составе метил-3-метил-2-[1-(4-фторбензил)-1Н-индазол-3-карбоксамидо]бутаноат, который является производным наркотического средства метилового эфира 3-метил-2-(1-бензил-1Н-индазол-3-карбоксамидо)бутановой кислоты, массой 0,90 гр., что является крупным размером. ДД.ММ.ГГГГ в ходе осмотра места происшествия в период времени с 16 час. 46 мин. до 17 час. 10 мин. на участке местности около соприкосновения заборов &lt;адрес&gt; и &lt;адрес&gt; сотрудниками полиции был обнаружен сверток с веществом, содержащим в своем составе метил-3-метил-2-[1-(4-фторбензил)-1Н-индазол-3-карбоксамидо]бутаноат, который является производным наркотического средства метилового эфира 3-метил-2-(1-бензил-1Н-индазол-3-карбоксамидо)бутановой кислоты, общей массой 0,77 гр., что является крупным размером. В связи с изложенным ФИО4, ФИО6 и неустановленные следствием лица, уголовное дело в отношении которых выделено в отдельное производство, по независящим от них обстоятельствам не смогли довести до конца свой совместный преступный умысел, направленный на незаконный сбыт вещества, содержащего в своем составе метил-3-метил-2-[1-(4-фторбензил)-1Н-индазол-3-карбоксамидо]бутаноат, который является производным наркотического средства метилового эфира 3-метил-2-(1-бензил-1Н-индазол-3-карбоксамидо)бутановой кислоты, общей массой 1,67 гр., что является крупным размером, с использованием информационно-телекоммуникационных сетей (включая сеть «интернет»). Согласно ст.2 Федерального закона от ДД.ММ.ГГГГ № 3-ФЗ «О наркотических средствах и психотропных веществах» (в действующей редакции) на территории России запрещен оборот наркотических средств, включенных в Список 1 перечня наркотических средств, психотропных веществ и их прекурсоров, подлежащих контролю и РФ. Согласно Списку 1 перечня наркотических средств, психотропных веществ и их прекурсоров, подлежащих контролю в РФ, утвержденного постановлением Правительства РФ от ДД.ММ.ГГГГ № (в действующей редакции) метиловый эфир 3-метил-2-(1-бензил-1Н-индазол-3-карбоксамидо)бутановой кислоты и его производные, независимо от их количества, отнесены к наркотическим средствам, оборот которых в РФ запрещен в соответствии с законодательством РФ и международными договорами РФ (Список I Перечня, раздел Наркотические средства). Согласно Примечанию к ст. 228 УК РФ крупный и особо крупный размеры наркотических средств и психотропных веществ для целей статей , 228.1 , и 229.1 Уголовного кодекса Российской Федерации утверждается Правительством РФ (в действующей редакции). Согласно Постановлению Правительства РФ от ДД.ММ.ГГГГ №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(в действующей редакции), значительным размером для наркотического метилового эфира 3-метил-2-(1-бензил-1Н-индазол-3-карбоксамидо)бутановой кислоты и его производных признается количество свыше 0,05 гр., крупным размером свыше 0,25 гр., а особо крупным размером свыше 500 гр. Совершив покушение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крупном размере, ФИО4 и ФИО6 нарушили ст.2 Федерального закона от ДД.ММ.ГГГГ № 3-ФЗ «О наркотических средствах и психотропных веществах» (в действующей редакции с внесенными изменениями и дополнениями). ФИО4 совершил незаконное хранение без цели сбыта наркотических средств, в крупном размере, при следующих обстоятельствах: В период времени с ДД.ММ.ГГГГ по 19 час. 40 мин. ДД.ММ.ГГГГ ФИО4 находясь в неустановленном следствием месте при неустановленных обстоятельствах незаконно, с целью последующего хранения и личного употребления, без цели сбыта приобрел вещество, содержащее в своем составе ?-пирролидиновалерофенон, которое является производным наркотического средства N-метилэфедрон массой не менее 1,95 гр., что относится к крупному размеру. В продолжение своих преступных действий, в период времени с ДД.ММ.ГГГГ до 19 час. 40 мин. ДД.ММ.ГГГГ ФИО4 незаконно хранил для личного употребления в различных, неустановленных следствием местах, без цели сбыта, до момента изъятия сотрудниками полиции вещество, содержащее в своем составе ?-пирролидиновалерофенон, которое является производным наркотического средства N-метилэфедрон массой не менее 1,95 гр., что относится к крупному размеру. ДД.ММ.ГГГГ примерно в 19 час. 40 мин. ФИО4 в ходе проводимых в отношении него оперативно-розыскных мероприятий был задержан сотрудниками МО МВД России «Родниковский» около дома, расположенного по адресу &lt;адрес&gt;. ДД.ММ.ГГГГ в период времени с 19 час. 45 мин. до 20 час. 00 мин. в ходе личного досмотра, проведенного около первого подъезда дома, расположенного по адресу &lt;адрес&gt;, сотрудниками полиции у ФИО4 в левом кармане черной куртки, одетой на нем, был обнаружен и изъят обмотанный синей изолентой сверток с наркотическим средством – веществом, содержащим в своем составе ?-пирролидиновалерофенон, которое является производным наркотического средства N-метилэфедрон массой 1,95 гр., что относится к крупному размеру. Таким образом, ФИО4 умышленно незаконно хранил без цели сбыта указанное наркотическое средство, массой 1,95 гр., что относится к крупному размеру в период времени с ДД.ММ.ГГГГ до 19 час. 45 мин. ДД.ММ.ГГГГ. Согласно ст.2 Федерального закона от ДД.ММ.ГГГГ № 3-ФЗ «О наркотических средствах и психотропных веществах» (в действующей редакции) на территории России запрещен оборот наркотических средств, включенных в Список 1 перечня наркотических средств, психотропных веществ и их прекурсоров, подлежащих контролю и РФ. Согласно Списку 1 перечня наркотических средств, психотропных веществ и их прекурсоров, подлежащих контролю в РФ, утвержденного постановлением Правительства РФ от ДД.ММ.ГГГГ № (в действующей редакции) N-метилэфедрон и его производные отнесены к наркотическим средствам, оборот которых в РФ запрещен в соответствии с законодательством РФ и международными договорами РФ (Список I Перечня, раздел Наркотические средства). Согласно Примечанию к ст. 228 УК РФ крупный и особо крупный размеры наркотических средств и психотропных веществ для целей статей , 228.1 , и 229.1 Уголовного кодекса Российской Федерации утверждается Правительством РФ (в действующей редакции). Согласно Постановлению Правительства РФ от ДД.ММ.ГГГГ №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(в действующей редакции), значительным размером для наркотического средства N-метилэфедрон и его производных признается количество свыше 0,2 гр., крупным размером свыше 1 гр., а особо крупным размером свыше 200 гр. Совершив незаконное хранение без цели сбыта, в крупном размере, наркотических средств, ФИО4 нарушил ст.2 Федерального закона от ДД.ММ.ГГГГ № 3-ФЗ «О наркотических средствах и психотропных веществах» (в действующей редакции с внесенными изменениями и дополнениями). ФИО6 совершил незаконное хранение без цели сбыта наркотических средств, в крупном размере, при следующих обстоятельствах: В период времени с ДД.ММ.ГГГГ до 07 час. 45 мин. ДД.ММ.ГГГГ ФИО6, находясь в неустановленном следствием месте при неустановленных обстоятельствах незаконно, с целью последующего хранения и личного употребления, без цели сбыта приобрел вещество, содержащее в своем составе метил-3-метил-2-[1-(4-фторбензил)-1Н-индазол-3-карбоксамидо]бутаноат, который является производным наркотического средства метиловый эфир 3-метил-2-(1-бензил-1Н-индазол-3-карбоксамидо)бутановой кислоты, массой не менее 0,89 гр., что относится к крупному размеру. В продолжение своих преступных действий, в период времени с ДД.ММ.ГГГГ до 07 час. 45 мин. ДД.ММ.ГГГГ ФИО6 незаконно хранил для личного употребления в различных, неустановленных следствием местах, без цели сбыта, до момента изъятия сотрудниками полиции вещество, содержащее в своем составе метил-3-метил-2-[1-(4-фторбензил)-1Н-индазол-3-карбоксамидо]бутаноат, который является производным наркотического средства метиловый эфир 3-метил-2-(1-бензил-1Н-индазол-3-карбоксамидо)бутановой кислоты, массой не менее 0,89 гр., что относится к крупному размеру. ДД.ММ.ГГГГ примерно в 07 час. 45 мин. ФИО6 в ходе проводимых в отношении него оперативно-розыскных мероприятий был задержан сотрудниками МО МВД России «Родниковский» в подъезде дома, расположенного по адресу &lt;адрес&gt;. ДД.ММ.ГГГГ в период времени с 08 час. 00 минут до 08 час. 15 мин. в ходе личного досмотра, проведенного в подъезде дома, расположенного по адресу &lt;адрес&gt;, сотрудниками полиции у ФИО6 в левом нагрудном внутреннем кармане куртки, одетой на нем, был обнаружен и изъят синий полимерный сверток, с наркотическим средством – веществом, содержащим в своем составе метил-3-метил-2-[1-(4-фторбензил)-1Н-индазол-3-карбоксамидо]бутаноат, который является производным наркотического средства метиловый эфир 3-метил-2-(1-бензил-1Н-индазол-3-карбоксамидо)бутановой кислоты, массой не менее 0,89 гр., что относится к крупному размеру. Таким образом, ФИО6 умышленно незаконно хранил без цели сбыта указанное наркотическое средство, массой 0,89 гр., что относится к крупному размеру в период времени ДД.ММ.ГГГГ до 07 час. 45 мин. ДД.ММ.ГГГГ. Согласно ст.2 Федерального закона от ДД.ММ.ГГГГ № 3-ФЗ «О наркотических средствах и психотропных веществах» (в действующей редакции) на территории России запрещен оборот наркотических средств, включенных в Список 1 перечня наркотических средств, психотропных веществ и их прекурсоров, подлежащих контролю и РФ. Согласно Списку 1 перечня наркотических средств, психотропных веществ и их прекурсоров, подлежащих контролю в РФ, утвержденного постановлением Правительства РФ от ДД.ММ.ГГГГ № (в действующей редакции) метиловый эфир 3-метил-2-(1-бензил-1Н-индазол-3-карбоксамидо)бутановой кислоты и его производные отнесены к наркотическим средствам, оборот которых в РФ запрещен в соответствии с законодательством РФ и международными договорами РФ (Список I Перечня, раздел Наркотические средства). Согласно Примечанию к ст. 228 УК РФ крупный и особо крупный размеры наркотических средств и психотропных веществ для целей статей , 228.1 , и 229.1 Уголовного кодекса Российской Федерации утверждается Правительством РФ (в действующей редакции). Согласно Постановлению Правительства РФ от ДД.ММ.ГГГГ №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(в действующей редакции), значительным размером для наркотического средства метиловый эфир 3-метил-2-(1-бензил-1Н-индазол-3-карбоксамидо)бутановой кислоты и его производных признается количество свыше 0,05 гр., крупным размером свыше 0,25 гр., особо крупным размером свыше 500 гр. Совершив незаконное хранение без цели сбыта, в крупном размере, наркотических средств, ФИО6 нарушил ст.2 Федерального закона от ДД.ММ.ГГГГ № 3-ФЗ «О наркотических средствах и психотропных веществах» (в действующей редакции с внесенными изменениями и дополнениями). ФИО5, ФИО6 совершили кражу, т.е. тайное хищение чужого имущества, группой лиц по предварительному сговору, с незаконным проникновением в жилище, при следующих обстоятельствах: ДД.ММ.ГГГГ ФИО5 находился в гостях у своего знакомого ФИО6 по адресу: &lt;адрес&gt;. Находясь по указанному адресу, около 16 час. 30 мин. в указанный день у ФИО5 возник преступный умысел, направленный на тайное хищение чужого имущества - изделий из металла из одного из домов &lt;адрес&gt;, с незаконным проникновением в жилище. ФИО5 предложил ФИО6 совместно похитить изделия из металла из одного из домов &lt;адрес&gt; для того, чтобы сдать их впоследствии в пункт приема металлолома. ФИО6 согласился с высказанным предложением ФИО5, вступив, таким образом, с последним в преступный сговор, направленный на тайное хищение чужого имущества. Для реализации совместного преступного умысла и облегчения перевозки похищенного имущества ФИО6 взял со своего приусадебного участка плетеные сани. ДД.ММ.ГГГГ ФИО5 и ФИО6 в период времени с 16 час. 30 мин. до 18 час. 30 мин. вышли из дома, расположенного по адресу: &lt;адрес&gt;, и направились осуществлять свои совместные преступные намерения. ДД.ММ.ГГГГ в указанный период времени ФИО5 и ФИО6 проходили мимо дома, расположенного по адресу &lt;адрес&gt;, принадлежащего К. В указанное время у ФИО5 возник умысел на хищение чужого имущества из данного дома. ФИО5 предложил совершить хищение чужого имущества ФИО6 из указанного дома, на что последний согласился. Осуществляя совместный преступный умысел, убедившись, что за их действиями никто не наблюдает, ФИО5 прошел на приусадебный участок указанного дома и попытался открыть дверь дворовой пристройки указанного дома, толкнув ее плечом. Не имея возможности самостоятельно открыть дверь, ФИО5 попросил помочь открыть данную дверь ФИО6 Дверь открыть у них не получилось. В продолжение своих умышленных преступных действий, ФИО6 подсадил ФИО5, а ФИО5 через имевшийся проем над дверью проник в помещение дворовой пристройки, после чего изнутри открыл входную дверь. ФИО6 через открытую ФИО5 дверь проник в помещение дворовой пристройки данного дома. После этого ФИО5 и ФИО6 через дворовую пристройку, составляющую единое целое с домом, расположенным по адресу &lt;адрес&gt;, с целью последующего хищения имущества, без разрешения и вопреки воле собственника дома К., то есть незаконно, проникли в жилое помещение дома последнего, нарушив своими действиями конституционное право К. на неприкосновенность жилища, предусмотренное ст. 25 Конституции РФ от ДД.ММ.ГГГГ. Находясь в помещении указанного дома, ФИО5 и ФИО6, действуя из корыстных побуждений, совместно и согласованно, тайно похитили: чугунную дверцу печи размерами 27х25см, стоимостью 302 рубля 40 копеек; чугунную дверцу печи размерами 26х15см, стоимостью 196 рублей; стальную дверцу печи размерами 37х19см, стоимостью 96 рублей; заслонку (вытяжку-вьюшку), стоимостью 192 рубля; 11 метров электрического кабеля электропроводки дома стоимостью 3 рубля за 1 метр на сумму 33 рубля; DVD проигрыватель «TECHNICS» модели «TSDVD-2801(о)» стоимостью 584 рубля. Всего ФИО5 и ФИО6 похитили имущество К. на общую сумму 1403 рубля 40 копеек. С похищенным имуществом ФИО5 и ФИО6 с места совершения преступления скрылись. Своими действиями ФИО5 и ФИО6 причинили К. материальный ущерб на общую сумму 1403 рубля 40 копеек. Похищенным у К. имуществом ФИО5 и ФИО6 распорядились по своему усмотрению. Подсудимый ФИО4 вину в совершении преступлений, предусмотренных ч.3 ст. , п.Г ч.4 ст. 228.1 , ч.2 ст. 228 УК РФ не признал. Показал, что в интернет-магазин «&lt;данные изъяты&gt;» он с ФИО6 устраивались для того, чтобы обмануть распространителя наркотиков. Они хотели получить наркотики, так как у них не имелось денежных средств на покупку наркотиков. Ранее он покупал наркотики в интернет-магазине «&lt;данные изъяты&gt;». В конце 2017 года, в начале зимы он написал оператору интернет-магазина «&lt;данные изъяты&gt;». Оператор написал два возможных условия для трудоустройства это взнос в размере 5000 рублей или паспорт в залог. Он написал оператору о том, что у него нет денег, и он может оставить в залог паспорт. Оператор написал, что необходимо прислать фото листов паспорта с фотографией и регистрацией, его фото совместно с паспортом, фото с датой. На работу в интернет-магазин «&lt;данные изъяты&gt;» они устроились в конце 2017 года. Куратор магазина им выдал адрес, где находится партия наркотиков. По указанному адресу он ездил на такси с ФИО6 и Р. ФИО7 в указанном месте не было, вместо них была бумага. Во второй раз куратор магазина выдал им адрес, где находилось 10 пакетиков с наркотиками. Эти наркотики он с ФИО6 употребили. Куратор магазина третий раз выдал им адрес местонахождения наркотиков. Наркотики из третьего адреса он с ФИО6 также употребили. Куратор магазина еще раз выдал им адрес местонахождения наркотиков. В ответ они куратору магазина отправили пустые адреса с описанием и фото. Перед его (ФИО8) задержанием, у них закончились наркотики. Он еще раз хотел обмануть куратора магазина. Он написал куратору магазина о том, что у него в наличии есть партия наркотиков, и он может ее разложить закладками в &lt;адрес&gt;. Он хотел сделать фальшивые адреса закладок с фото. Сделать фальшивые закладки он не успел, так как его задержали. При задержании у него с собой не было наркотиков. Он с Р. подъехал на такси на &lt;адрес&gt;. Они начали выходить из такси. Он не успел закрыть дверь машины, когда его схватили сотрудники полиции и положили лицом в снег. Кто-то из сотрудников полиции М. или Б. сел ему на спину, зафиксировал наручниками руки за спиной. Затем его подняли. Понятых в тот момент не было. М. быстро проверил его карманы, расстегнул куртку. Он (ФИО8) думает, что как раз в этот момент ему подбросили наркотики в карман. Потом его поставили лицом к стене, поэтому он не видел, что происходило дальше. Когда его развернули, на месте уже были понятые. М. при понятых разъяснил ему права и начал личный досмотр. Во время досмотра М. нашел у него в кармане сверток. Когда его привезли в отдел полиции Б. начал кричать на него и оскорблять, толкать его в плечо для того, чтобы он сознался в том, что изъятые наркотики принадлежат ему. М. тоже начал оказывать на него давление. Он (ФИО8) в тот момент отходил от состояния наркотического опьянения, так как в ночь с ДД.ММ.ГГГГ на ДД.ММ.ГГГГ употреблял наркотики. Ему в тот момент было очень плохо и хотелось домой. М. пообещал его отпустить домой. Он согласился со всем и все подписал. Затем М. начал рассказывать про два адреса: первый адрес на &lt;адрес&gt;, а второй на &lt;адрес&gt;. М. сказал, что ему необходимо будет указать на эти два адреса. М. вместе с Б. сказали, что если он не укажет на эти адреса, то они привлекут к уголовной ответственности Р. как соучастницу. Он не хотел, чтобы Р. участвовала в этом уголовном деле, поэтому согласился с требованиями М.. Когда проводилась проверка показаний на месте, М. напомнил ему о привлечении Р. к уголовной ответственности. Свидетель Е. его оговаривает. Свидетель Р. показания давала под давлением М. Р. просто подписала протокол допроса, написанный следователем. По ходатайству государственного обвинителя, в соответствие с п.1 ч.1 ст. 276 УПК РФ , были оглашены протоколы допроса ФИО4 в качестве подозреваемого и обвиняемого. Допрошенный в качестве подозреваемого ДД.ММ.ГГГГ ФИО4 показал, что около одного года назад он стал употреблять наркотические средства «соль» и «спайс». Его друг ФИО6 стал употреблять наркотические средства вместе с ним. Данные наркотические средства он (ФИО8) приобретал посредством интернет-сети, а именно приложения «&lt;данные изъяты&gt;». В сентябре 2017 года он стал испытывать материальные трудности и решил получать денежные средства за то, что будет делать тайники «закладки» с наркотическими средствами и за это ему будут выплачивать денежные средства. Он знал о данном виде заработка, т.к. в приложении «&lt;данные изъяты&gt;» ему поступило предложение на оказание данных услуг. Чтобы устроится на работу, на сайт интернет-магазина «&lt;данные изъяты&gt;» он отправил фотографию своего паспорта и сообщение о том, что желает подработать «закладчиком». Вместе с ним на указанную работу попытался устроиться ФИО6, но интернет-магазин отказался от его услуг. Он (ФИО8) понимал, что распространение наркотических средств является незаконной деятельностью и что за это наступает уголовная ответственность. По той причине, что ФИО6 не взяли работать в интернет-магазин, он решил его взять к себе в помощники. Доход он предложил ФИО6 делить пополам. ФИО6 согласился. ФИО6 понимал, что они будут таким образом совершать преступление. После того, как он отправил в магазин свое согласие на данный вид деятельности, со страницы указанного интернет-магазина ему на телефон в приложении «&lt;данные изъяты&gt;» пришло сообщение с указанием адреса, где он может получить наркотическое средство «соль», предназначенное для продажи на территории &lt;адрес&gt;. После поступления данного сообщения он и ФИО6 поехали в &lt;адрес&gt; для того, чтобы забрать наркотическое средство. Наркотическое средство было расфасовано по сверткам, изготовленным из полиэтилена, перемотанным изоляционной лентой. Сколько всего было свертков, он не помнит. Наркотическое средство было прикопано в земле. Место его нахождения было подробно описано. Указанные свертки находились в полимерном пакете. ФИО6 взял пакет с расфасованным наркотическим средством, который был присыпан землей. Он в это время находился рядом. Он и ФИО6 стали делать «закладки» в том же районе, где подобрали наркотическое средство. Тайники с наркотическими средствами делал ФИО6, а он при помощи своего мобильного телефона, на диктофон делал запись с описанием места хранения наркотических средств. Сколько свертков с наркотическим средством он и Пчелинцев разложили, он в настоящее время не помнит. После этого они уехали домой в &lt;адрес&gt;. Находясь дома, он с диктофона запись перенес в СМС–сообщения и отправил их на сайт интернет-магазина «&lt;данные изъяты&gt;». У него есть подруга Р. У Р. имеется счет в банке «Сбербанк» и банковская карта. Для оплаты своих услуг в интернет-магазин он отправил реквизиты банковского счета Р.. Через некоторое время на счет Р. пришли денежные средства в сумме около 3000 рублей. Банковская карта Р. находилась в его пользовании. Он снял с карты указанные денежные средства. Данные деньги он разделил с ФИО6 по 1500 рублей. Таким образом, он и ФИО6 получили денежные средства в счет вознаграждения за распространение наркотических средств. Примерно в ноябре 2017 года ему вновь пришло сообщение из интернет-магазина «&lt;данные изъяты&gt;» с указанием адреса, где необходимо забрать наркотическое средство «соль» и «спайс», предназначенное для распространения. Данное место находилось в &lt;адрес&gt;. Он и ФИО6 на автобусе приехали в &lt;адрес&gt;. В обусловленном месте ФИО6 забрал прикопанный в снегу пакет с наркотическими средствами, которые были расфасованные по сверткам из полимерного пакета, перемотанные изоляционной лентой. В этот раз в сообщении было указано, что «соль» находилась в свертках размерами меньше, чем «спайс». Данные наркотические средства были предназначены для того, чтобы он их перевез в &lt;адрес&gt;, где сделал «закладки», т.е. тайники, предназначенные для продажи. В &lt;адрес&gt; пакет с наркотическими средствами они привезли домой к ФИО6 по адресу &lt;адрес&gt; следующий день он и ФИО6 в вечернее время стали делать тайники «закладки» на территории &lt;адрес&gt;. Один из тайников находился на &lt;адрес&gt;, а второй на &lt;адрес&gt;. Более мест тайников он не помнит. Даты, когда делали данные тайники, он не помнит. Всего они сделали около 20 таких тайников с наркотическими средствами. Тайники делал ФИО6, а он записывал приметы данных тайников. После этого он вновь отправил сообщения с местом расположения данных тайников. Таким образом, он делал отчет о проделанной работе. На банковский счет Р. ему пришли денежные средства в размере 3000 рублей в счет оплаты за распространение наркотических средств. Данные деньги он разделил с ФИО6. Примерно ДД.ММ.ГГГГ ему вновь пришло сообщение с указанием места нахождения наркотических средств, предназначенных для распространения на территории &lt;адрес&gt;. На автомобиле такси он и ФИО6 вновь съездили в &lt;адрес&gt;. ФИО6 взял в обусловленном месте пакет с наркотическими средствами «соль». Наркотическое средство уже было расфасовано по сверткам и находилось в общем пакете, который был прикопан в снегу. Наркотическое средство они привезли в &lt;адрес&gt;. Он решил не делать тайники в этот раз и оставить наркотическое средство для личного употребления. Отчет о проделанной работе в этот раз он не отправлял. Наркотическое средство он и ФИО6 стали употреблять сами на протяжении каждого дня. Наркотическое средство хранилось по адресу, где проживает ФИО6. С ДД.ММ.ГГГГ он находился в гостях у ФИО6. ДД.ММ.ГГГГ ФИО6 ушел к своей матери на &lt;адрес&gt;. Он оставался у ФИО6 дома и продолжал употреблять наркотические средства, которые они привезли из &lt;адрес&gt;. Последний раз наркотическое средство он употребил путем выкуривания ДД.ММ.ГГГГ. ДД.ММ.ГГГГ у него оставался последний сверток с наркотическим средством «соль». Данный сверток он положил в карман своей куртки и решил ехать домой к своей матери. В утреннее время к нему приехала Р.. В вечернее время они вызвали такси и поехали к его матери. Когда они подъехали к &lt;адрес&gt; к ним подошли сотрудники полиции. Сотрудники полиции предложили ему добровольно выдать наркотические средства. Это происходило в присутствии понятых, в качестве которых были приглашены двое мужчин. Он пояснил, что ничего запрещенного у него не имеется. После этого сотрудники полиции в присутствии тех же двух понятых стали проводить личный досмотр. При досмотре у него обнаружили наркотическое средство «соль». Указанное наркотическое средство, в его присутствии и в присутствии понятых было упаковано и опечатано. На печатях все поставили свои подписи. Вину в содеянном полностью признает и раскаивается (т.1 л.д.188-189). Аналогичные показания ФИО4 дал во время допроса в качестве обвиняемого ДД.ММ.ГГГГ (т.1 л.д.232-233). Из протокола явки с повинной ФИО4 от ДД.ММ.ГГГГ следует, что он рассказал о том, что с конца сентября 2017 года работает в магазине «&lt;данные изъяты&gt;». В его обязанности входит делать закладки с наркотиками на территории &lt;адрес&gt;. Данные закладки он делал с ФИО6 Часть наркотиков он оставлял себе. ДД.ММ.ГГГГ возле одного из домов на &lt;адрес&gt; он был задержан сотрудниками полиции, при этом он хранил наркотическое средство из последней партии. Свою вину признает, в содеянном раскаивается (т.1 л.д.136-137). Во время проверки показаний на месте ДД.ММ.ГГГГ подозреваемый ФИО4 показал где, и продемонстрировал, при каких обстоятельствах он и ФИО6 сделали несколько тайников «закладок» с наркотическим средством для того, чтобы в дальнейшем продать указанное наркотическое средство на территории &lt;адрес&gt;. Подозреваемый ФИО8 указал участвующим лицам на &lt;адрес&gt; и пояснил, что около правого угла забора, огораживающего приусадебную территорию указанного дома, он и ФИО6 сделали тайник с наркотическим средством. ФИО8 указал на участок местности, расположенный около правого угла забора указанного дома, и пояснил, что именно на этом месте, в снегу ФИО6 оборудовал тайник с наркотическим средством. Сам ФИО8 в это время находился рядом и наблюдал за окружающей обстановкой. В ходе проверки показаний на месте, указанном ФИО8 в снегу обнаружен сверток из полимерного материала синего цвета. Подозреваемый ФИО8 пояснил участвующим лицам, что он помнит еще одно место, где он и ФИО6 сделали тайник с наркотическим средством и готов его показать. Подозреваемый ФИО8 указал участвующим лицам на участок местности, расположенный на соприкосновении забора &lt;адрес&gt; и &lt;адрес&gt;, и пояснил, что именно на этом месте ФИО6 в снегу оборудовал тайник с наркотическим средством. Сам ФИО8 в это время находился рядом с ФИО6 и наблюдал за окружающей обстановкой. В ходе проверки на месте, указанном ФИО8, обнаружен сверток из полимерного материала синего цвета. Подозреваемый ФИО8 пояснил участвующим лицам, что в данных свертках находится наркотическое средство, которое предназначалось для продажи. За то, что он и ФИО6 оборудовали указанные тайники с наркотическими средствами, они получили в качестве вознаграждения денежные средства. Более мест расположения тайников с наркотическими средствами, которые они сделали, он не помнит (т.1 л.д.190-194). Допрошенный в качестве обвиняемого ДД.ММ.ГГГГ, ДД.ММ.ГГГГ, ДД.ММ.ГГГГ ФИО4 вину полностью не признал. Показал, что к незаконному сбыту наркотических средств он не причастен. Денежные средства, которые находились на его банковском счету, принадлежат ему. Закладок с наркотическими средствами он не делал. Он приобретал крупные партии наркотических средств для личного употребления. Таким образом, он хотел обмануть сбытчика наркотических средств. За наркотиками он ездил вместе с ФИО6 и вместе с ним употреблял полученные наркотики. Ранее он оговорил себя. Он был напуган, что его задержали сотрудники полиции. Он боялся, что так же задержат Р. и по этой причине оговорил себя, пояснив, что занимался распространением наркотиков. Наркотики, которые были изъяты у него, ему не принадлежат (т.3 л.д.110-111, т.5 л.д.67-71, 79-83). Оглашенные показания в качестве подозреваемого ДД.ММ.ГГГГ, обвиняемого ДД.ММ.ГГГГ и явку с повинной ФИО4 не подтвердил. Пояснил, что признательные показания во время предварительного следствия и явку с повинной он дал в результате физического принуждения со стороны ОУ ОУР М., ОУ ОУР Б. Проверка показаний на месте проводилась по указанию ОУ ОУР М.. Судом проверялся довод подсудимого о том, что явка с повинной и показания в качестве подозреваемого и обвиняемого, проверка показаний на месте даны им под давлением сотрудников полиции. Из протокола явки с повинной следует, что она дана ФИО4 добровольно, без принуждения. Во время допроса в качестве подозреваемого и обвиняемого ДД.ММ.ГГГГ ФИО8 было обеспечено право на защиту. С содержанием всех указанных документов ФИО8 был ознакомлен. Замечаний на достоверность вносимой в них информации от него не поступило. Допрошенные свидетели ОУ ОУР М., ОУ ОУР Б. показали, что ФИО4 они не угрожали и не заставляли давать его какие-либо показания. На ФИО8 они никаким образом не воздействовали. Все действия с участием ФИО8 проводились в присутствии понятых. Свидетели Г., С. показали, что участвовали в качестве понятых во время личного досмотра ФИО4 каких либо нарушений прав задержанного не допускалось. Свидетели Г., Т. показали, что участвовали в качестве понятых во время проверки показаний на месте с участием подозреваемого ФИО4 Каких либо нарушений прав подозреваемого не допускалось. Свидетели Р., Е. показали, что во время допроса, показания давали добровольно, без принуждения. Показания, изложенные в протоколах допросов, записаны с их слов и соответствуют действительности. Во время проведения проверки по сообщению обвиняемого ФИО4 о противоправных действиях в отношении него ОУ ОУР МО МВД России «Родниковский» М., Б. установлено, что объективные данные, свидетельствующие о наличии в действиях ОУ ОУР МО МВД России «Родниковский» М., Б. признаков составов преступлений, предусмотренных ст.ст. , , , , 303 УК РФ отсутствуют. Факты совершения сотрудниками ОУР М., Б. в отношении ФИО8 каких-либо противоправных действий не нашли подтверждения. По результатам проведения проверки ДД.ММ.ГГГГ вынесено постановление об отказе в возбуждении уголовного дела (т.5 л.д.47-59). Из исследованных материалов дела и показаний допрошенных в судебном заседании ОУ ОУР М., Б., свидетелей Р., Е., Г., С., Г., Т., протокола явки с повинной и протокола проверки показаний подозреваемого на месте, суд приходит к выводу о том, что подсудимый во время предварительного следствия ДД.ММ.ГГГГ давал показания добровольно, без принуждения. Из протоколов следственных действий с участием подсудимого ФИО8, свидетелей следует, что следственные действия с их участием проведены в установленном законом порядке. В необходимых случаях следственные действия проводились с участием адвоката, протоколы составлены надлежащим образом, подписаны всеми участниками следственных действий, никто из которых не делал замечаний, как по процедуре проведения следственных действий, так и по содержанию их показаний. Обстоятельств, дающих основание полагать, что на подсудимого было оказано давление, судом не установлено. Суд признает показания подсудимого ФИО8, данные на предварительном следствии ДД.ММ.ГГГГ, допустимыми доказательствами. Данные показания суд оценивает в совокупности с другими исследованными в судебном заседании доказательствами. Доводы подсудимого ФИО4 об оказании на него давления и нарушении его прав во время проведения задержания и личного досмотра, следственных действий, своего подтверждения не нашли и опровергаются результатами проведенной в порядке ст.ст. , 145 УПК РФ проверки, показаниями допрошенных свидетелей. Указанные доводы суд оценивает как способ защиты, избранный подсудимым и способ избежать ответственности за совершенные преступления. Показания, данные подсудимым ФИО4 при допросе в качестве обвиняемого ДД.ММ.ГГГГ, ДД.ММ.ГГГГ, ДД.ММ.ГГГГ, суд оценивает как избранный способ защиты. Оснований для оговора подсудимого со стороны свидетелей, самооговора на стадии предварительного следствия судом не установлено. Подсудимый ФИО6 в судебном заседании вину в инкриминируемых ему общественно-опасных деяниях признал частично. На основании ст. 51 Конституции РФ от дачи показаний отказался. По ходатайству государственного обвинителя, в соответствие с п.3 ч.1 ст. 276 УПК РФ , были оглашены протоколы допроса ФИО6 в качестве подозреваемого и обвиняемого. Допрошенный в качестве подозреваемого ДД.ММ.ГГГГ ФИО6 показал, что в конце 2017 года он стал употреблять наркотические средства типа «соль». У него есть друг, ФИО4 с которым он употреблял наркотические средства. Соколов начал их употреблять раньше. После того, как он (ФИО6) попробовал наркотическое средства, он употреблял их до момента задержания, в связи с чем стал испытывать материальные трудности для приобретения наркотика. По этой причине он решил получать денежные средства за то, что будет делать тайники «закладки» с наркотическими средствами, и за это ему будут выплачивать денежные средства. Он знал о данном виде заработка, т.к. в приложении «&lt;данные изъяты&gt;» ФИО8 поступило предложение на оказание услуг по распространению наркотика. ФИО8 предложил ему помогать в распространении наркотиков за денежное вознаграждение. ФИО8 рассказал, что приобретает наркотики на сайте интернет-магазина «Аква». Он сам пытался таким образом заработать, но интернет-магазин отказался от его кандидатуры. Он понимал, что распространение наркотических средств является незаконной деятельностью, и что за это наступает уголовная ответственность. ФИО8 решил взять его в помощники, так как ему (ФИО6) отказали в интернет-магазине, а вдвоем проще было заниматься распространением наркотика. Доход ФИО8 предложил делить пополам. Он на это согласился. Таким образом, он и ФИО8 устроились в интернет-магазин, занимающийся распространением наркотических средств, в качестве «закладчиков». ФИО8 получил где-то информацию о месте нахождения наркотического средства, предназначенного для продажи на территории &lt;адрес&gt;. После поступления первого сообщения из интернет-магазина о месте, где нужно забрать наркотики, ФИО8 сообщил об этом ему. Они поехали в &lt;адрес&gt;, чтобы забрать наркотическое средство. Наркотическое средство было расфасовано по сверткам, изготовленным из полиэтилена, перемотанным изоляционной лентой. Сколько всего было свертков, он не помнит. Наркотическое средство было прикопано в земле, так как земля была не замерзшая. Место, где они должны были забрать наркотик, ему указал ФИО8. Он взял пакет с расфасованным наркотическим средством, который был присыпан землей. ФИО8 в это время находился рядом. После этого он с ФИО8 стали делать «закладки» в том же районе, где они подобрали наркотическое средство в &lt;адрес&gt;. Тайники с наркотическими средствами делал он, а ФИО8 при помощи своего мобильного телефона на диктофон делал запись с описанием места хранения наркотических средств. Разложив все свертки, они уехали домой в &lt;адрес&gt;. Находясь дома, он и ФИО8 с диктофона телефона ФИО8 преобразовали записи в сообщения и отправили их на сайт интернет-магазина «&lt;данные изъяты&gt;». Для оплаты услуг в интернет-магазине ФИО8 предоставил реквизиты банковской карты «Сбербанка» Р. Знала ли Р. о том, что они распространяют наркотики, он не знает. Через некоторое время на счет Р. пришли денежные средства в сумме около 3000 рублей. Банковской картой Р. пользовался ФИО8. ФИО8 снял с карты указанные денежные средства. Денежные средства они разделили пополам по 1500 рублей. Денежные средства они получили в счет вознаграждения за распространение наркотических средств. Примерно в ноябре 2017 года ФИО8 вновь пришло сообщение из магазина «&lt;данные изъяты&gt;» с указанием адреса, где необходимо забрать наркотическое средство «соль» и «спайс», предназначенное для распространения. Данное место находилось в &lt;адрес&gt;. Он с ФИО8 поехал в &lt;адрес&gt; и в обусловленном месте он забрал прикопанный в снегу пакет с наркотическими средствами, которые были так же расфасованные по сверткам из полимерного материала, перемотанные изоляционной лентой. В сообщении было указано, что «соль» находилась в свертках размерами меньше, чем «спайс». Наркотические средства были предназначены для того, чтобы делать закладки, т.е. тайники, предназначенные для продажи, в &lt;адрес&gt;. После того, как они с ФИО8 взяли пакет с наркотическими средствами, они поехали в &lt;адрес&gt;. В &lt;адрес&gt; пакет с наркотическими средствами они привезли к нему домой по адресу: &lt;адрес&gt;. На следующий день в вечернее время он и ФИО8 стали делать тайники «закладки» на территории &lt;адрес&gt;. Один из тайников находился на &lt;адрес&gt;, а второй на &lt;адрес&gt;. Других мест тайников он не помнит. Даты, когда они делали тайники, он не помнит. Всего они сделали около 20 тайников с наркотическими средствами. Как и в прошлый раз, тайники делал он, а ФИО8 записывал приметы данных тайников. После этого ФИО8 отправил сообщения с местом расположения данных тайников. Таким образом, ФИО8 делал отчет о проделанной работе. На банковский счет Р. пришли денежные средства в размере 3000 рублей в счет оплаты за распространение наркотических средств. Данные деньги они разделили с ФИО8. ДД.ММ.ГГГГ ФИО8 вновь пришло сообщение с указанием места нахождения наркотических средств, предназначенных для распространения на территории &lt;адрес&gt;. На автомобиле такси он и ФИО8 съездили в &lt;адрес&gt;. В &lt;адрес&gt; он взял в обусловленном месте пакет с наркотическими средствами «соль». Наркотическое средство уже было расфасовано по сверткам и находилось в общем пакете, который был прикопан в снегу. После этого наркотическое средство они привезли в &lt;адрес&gt;. Они решили, что в этот раз не будут делать тайники, и оставят данное наркотическое средство для личного употребления. Отчет о проделанной работе в этот раз Соколов не отправлял. Данное наркотическое средство они стали употреблять сами. На протяжении каждого дня после этого он и ФИО8 употребляли наркотическое средство. Наркотическое средство хранилось у него дома в &lt;адрес&gt;. С ДД.ММ.ГГГГ примерно по ДД.ММ.ГГГГ Соколов находился по его месту проживания. После он ушел к своей матери на &lt;адрес&gt;. ФИО8 остался жить у него дома. Наркотики остались у ФИО8. Он слышал, что ФИО8 задержали сотрудники полиции. Себе он, уходя к матери, взял 1 пакетик с наркотиком, который все время хранил при себе. ДД.ММ.ГГГГ около 07 час. 45 мин. он был задержан сотрудниками полиции в подъезде &lt;адрес&gt;. При личном досмотре у него в верхнем левом кармане куртки было обнаружено наркотическое средство (т.1 л.д.136-137). Допрошенный в качестве подозреваемого ДД.ММ.ГГГГ ФИО6 показал, что ДД.ММ.ГГГГ к нему в гости пришел ФИО5 У него в гостях ФИО5 находился до ДД.ММ.ГГГГ. ДД.ММ.ГГГГ около 16 час. 30 мин. ФИО5 предложил ему совершить кражу из дома, а именно похитить какие-нибудь изделия из металла. На данное предложение он ответил согласием, тем самым они договорились совершить хищение. Он осознавал, что за это могут привлечь к уголовной ответственности, однако решился совершить кражу, поскольку ему необходимы были денежные средства. С целью транспортировки похищенного имущества он со своего приусадебного участка взял плетеные детские сани. Он и Другов решили, что совершат кражу из дома, который будет расположен недалеко от его дома. Около 17 час. 00 мин. они вышли из дома и пошли в сторону автосервиса расположенного на &lt;адрес&gt;. Когда они подошли к &lt;адрес&gt;, ФИО5 увидел один из домов на указанной улице и предложил ему совершить кражу из этого дома. Он согласился с ФИО5 и проник в данный дом. Он понимал, что данный дом кому-то принадлежит и что заходить ему в него никто не разрешал. Кто собственник данного дома ему и ФИО5 было не известно. Он остался с санями около дома, а ФИО5 прошел на приусадебный участок дома. После ФИО5 вернулся и пояснил, что на входной двери дома имеется навесной замок. Поскольку с собой у них ничего кроме санок не было, то ломать дверь было нечем. ФИО5 позвал его помочь. Они вдвоем попытались плечами выбить дверь дворовой пристройки, но у них ничего не получилось. В это время они увидели проем над дверью, ведущий в дворовую пристройку. Он подсадил ФИО5. Таким образом, ФИО5 проник через указанный проем внутрь дворовой пристройки. ФИО5 открыл ему дверь. Они прошли в жилую часть дома. В доме имелась печь. Он стал срывать проводку с потолка комнаты. ФИО5 в это время ногой вышибал дверцы из печи. Металлические части печи, а также проводку они сложили около выхода из дома. Далее он и ФИО5 стали осматривать ящики мебели на предмет наличия ценного имущества. При осмотре в одном из ящиков он обнаружил DVD проигрыватель. Проигрыватель они решили похитить. После они вынесли через дворовую пристройку похищенное имущество, сложили его в санки и отправились в центр города. Он вез санки, а ФИО5 шел рядом с ним. Проходя по &lt;адрес&gt; он предложил незнакомому мужчине приобрести изделия из металла. Мужчине он пояснил, что имущество принадлежит им. Мужчина приобрел комплектующие части печи - дверцы в количестве 3 штук и металлические вьюшки в количестве 3 штук. За указанные запчасти мужчина заплатил 100 рублей. Проводку и DVD проигрыватель они продавать не стали. Проводку они хотели обжечь, чтобы сдать ее цветной металл. DVD проигрыватель он хотел оставить себе. После того, как они продали изделия из черного металла, они отправились к нему по месту жительства. По дороге их задержали сотрудники полиции. При себе у них были санки, в которых находилась часть похищенных вещей из дома. О том, что совершает кражу, он понимал (т.3 л.д.54-57). Аналогичные показания ФИО6 дал при допросе в качестве обвиняемого ДД.ММ.ГГГГ, ДД.ММ.ГГГГ (т.3 л.д.62-68, 120-123). Из протокола явки с повинной ФИО6 от ДД.ММ.ГГГГ следует, что он рассказал о том, что с сентября 2017 года он совместно с ФИО4 делал закладки с наркотическими средствами. ДД.ММ.ГГГГ он был задержан сотрудниками полиции, при этом он хранил при себе наркотики. Свою вину признает, в содеянном раскаивается (т.2 л.д.109). Во время проверки показаний на месте ДД.ММ.ГГГГ обвиняемый ФИО6 показал где, и продемонстрировал, при каких обстоятельствах он и ФИО4 сделали несколько тайников «закладок» с наркотическим средством для того, чтобы в дальнейшем продать указанное наркотическое средство на территории &lt;адрес&gt;. Обвиняемый ФИО6 указал участвующим лицам на &lt;адрес&gt; и пояснил, что около правого угла забора, огораживающего приусадебную территорию указанного дома, он и ФИО8 сделали тайник с наркотическим средством. ФИО6 указал на участок местности, расположенный около правого угла забора указанного дома, и пояснил, что именно на этом месте, в снегу он оборудовал тайник с наркотическим средством. ФИО8 в это время находился рядом и наблюдал за окружающей обстановкой. Далее обвиняемый ФИО6 указал участвующим лицам на участок местности, расположенный на соприкосновении забора &lt;адрес&gt; и &lt;адрес&gt;, и пояснил, что именно на этом месте он в снегу оборудовал тайник с наркотическим средством. ФИО8 в это время находился рядом и наблюдал за окружающей обстановкой. Обвиняемый ФИО6 пояснил участвующим лицам, что в свертках, которые он заложил, находилось наркотическое средство, которое предназначалось для продажи. За то, что он и ФИО8 оборудовали указанные тайники с наркотическими средствами, они получили в качестве вознаграждения денежные средства. Более мест расположения тайников с наркотическими средствами, которые они сделали, он не помнит (т.2 л.д.138-143). Во время проверки показаний на месте ДД.ММ.ГГГГ подозреваемый ФИО6 показал где, и продемонстрировал, при каких обстоятельствах он и ФИО5 ДД.ММ.ГГГГ совершили хищение имущества из жилого дома, расположенного по адресу &lt;адрес&gt; (т.3 л.д.69-80). Допрошенный в качестве обвиняемого ДД.ММ.ГГГГ, ДД.ММ.ГГГГ ФИО6 вину в совершении преступлений, предусмотренных ч.3 ст. , п.Г ч.4 ст. 228.1 , ч.2 ст. 228 УК РФ признал частично. Показал, что он приобретал наркотические средства для личного употребления. За наркотиками он ездил вместе с ФИО4 и вместе с ним употреблял полученные наркотики. Ранее он давал другие показания. Причину изменения показаний он указать не может (т.5 л.д.62-66, 93-97). После оглашения показаний подсудимый ФИО6 пояснил, что полностью признает вину в совершении преступлений, предусмотренных п.А ч.3 ст. , ч.2 ст. 228 УК РФ и подтверждает, данные на стадии предварительного расследования по данным фактам показания. Оглашенные показания в качестве подозреваемого ДД.ММ.ГГГГ, обвиняемого ДД.ММ.ГГГГ и явку с повинной ФИО6 не подтвердил. Пояснил, что признательные показания во время предварительного следствия и явку с повинной он дал в результате оговора себя, физического принуждения со стороны ОУ ОУР М., ОУ ОУР Б. Проверка показаний на месте проводилась по указанию ОУ ОУР М.. Судом проверялся довод подсудимого о том, что явка с повинной и показания в качестве подозреваемого и обвиняемого, проверка показаний на месте ДД.ММ.ГГГГ им даны под давлением сотрудников полиции. Из протокола явки с повинной следует, что она дана ФИО6 добровольно, без принуждения. Во время допроса в качестве подозреваемого ДД.ММ.ГГГГ, обвиняемого ДД.ММ.ГГГГ ФИО6 было обеспечено право на защиту. С содержанием всех указанных документов ФИО6 был ознакомлен. Замечаний на достоверность вносимой в них информации от него не поступило. Допрошенные свидетели ОУ ОУР М., ОУ ОУР Б. показали, что ФИО6 они не угрожали и не заставляли давать его какие-либо показания. На ФИО6 они никаким образом не воздействовали. Все действия с участием ФИО6 проводились в присутствии понятых. Свидетели К., Д. показали, что участвовали в качестве понятых во время личного досмотра ФИО6 каких либо нарушений прав задержанного не допускалось. Свидетели Р., Е. показали, что во время допроса, показания давали добровольно, без принуждения. Показания, изложенные в протоколах допросов, записаны с их слов и соответствуют действительности. Во время проведения проверки по сообщению подсудимого ФИО6 о противоправных действиях в отношении него ОУ ОУР МО МВД России «Родниковский» М., Б. установлено, что объективные данные, свидетельствующие о наличии в действиях ОУ ОУР МО МВД России «Родниковский» М., Б. признаков составов преступлений, предусмотренных ст.ст. , 286 УК РФ отсутствуют. Факты совершения сотрудниками ОУР М., Б. в отношении ФИО6 каких-либо противоправных действий не нашли подтверждения. По результатам проведения проверки ДД.ММ.ГГГГ вынесено постановление об отказе в возбуждении уголовного дела (т.6 л.д.164-170). Из исследованных материалов дела и показаний допрошенных в судебном заседании ОУ ОУР М., Б., свидетелей Р., Е., К., Д., протокола явки с повинной и протокола проверки показаний подозреваемого на месте ДД.ММ.ГГГГ, суд приходит к выводу о том, что подсудимый во время предварительного следствия ДД.ММ.ГГГГ, ДД.ММ.ГГГГ давал показания добровольно, без принуждения. Из протоколов следственных действий с участием подсудимого ФИО6, свидетелей следует, что следственные действия с их участием проведены в установленном законом порядке. В необходимых случаях следственные действия проводились с участием адвоката, протоколы составлены надлежащим образом, подписаны всеми участниками следственных действий, никто из которых не делал замечаний, как по процедуре проведения следственных действий, так и по содержанию их показаний. Обстоятельств, дающих основание полагать, что на подсудимого было оказано давление, судом не установлено. Суд признает показания подсудимого ФИО6, данные на предварительном следствии ДД.ММ.ГГГГ, ДД.ММ.ГГГГ, допустимыми доказательствами. Данные показания суд оценивает в совокупности с другими исследованными в судебном заседании доказательствами. Доводы подсудимого ФИО6 об оказании на него давления и нарушении его прав во время проведения задержания и личного досмотра, следственных действий, своего подтверждения не нашли и опровергаются результатами проведенной в порядке ст.ст. , 145 УПК РФ проверки, показаниями допрошенных свидетелей. Указанные доводы суд оценивает как способ защиты, избранный подсудимым и способ избежать ответственности за совершенные преступления. Показания, данные подсудимым ФИО6 при допросе в качестве обвиняемого ДД.ММ.ГГГГ, ДД.ММ.ГГГГ в части совершения преступления, предусмотренного ч.3 ст. , п.Г ч.4 ст. 228.1 УК РФ , суд оценивает как избранный способ защиты. Оснований для оговора подсудимого со стороны свидетелей, самооговора на стадии предварительного следствия судом не установлено. Подсудимый ФИО5 в судебном заседании вину в инкриминируемом ему общественно-опасном деянии признал. На основании ст. 51 Конституции РФ от дачи показаний отказался. По ходатайству государственного обвинителя, в соответствие с п.3 ч.1 ст. 276 УПК РФ , были оглашены протоколы допроса ФИО5 в качестве подозреваемого и обвиняемого. Допрошенный в качестве обвиняемого ДД.ММ.ГГГГ ФИО5 показал, что ДД.ММ.ГГГГ около 14 час. 00 мин. он пришел в гости к ФИО6 по адресу &lt;адрес&gt;. В гостях у ФИО6 он находился до ДД.ММ.ГГГГ. ДД.ММ.ГГГГ в 16 час. 30 мин. он предложил ФИО6 залезть в один из домов для того, чтобы похитить изделия из металла для того, чтобы их сдать как лом черного металла. ФИО6 согласился. После этого они стали собираться. Для перевозки похищенного имущества ФИО6 на своем приусадебном участке взял плетеные сани. Из дома ФИО6 они вышли около 17 час. 00 мин. Они пришли на &lt;адрес&gt;. На данной улице расположен автосервис. Когда они подошли к автосервису, он увидел дом, расположенный около здания автосервиса. Он предложил ФИО6 проникнуть в этот дом. ФИО6 согласился. Около 17 час. 30 мин. ФИО6 остался с санками около данного дома, а он зашел на территорию приусадебного участка. Он подошел к крыльцу дома и через окно заглянул внутрь. Через окно он увидел, что входная дверь дома заперта на навесной замок. Т.к. они не взяли никакого инструмента для взлома замка, он решил, что дверь ломать не будут. После этого он обошел крыльцо и подошел к двери дворовой пристройки данного дома. Дворовая пристройка была вплотную пристроена к зданию дома. Дверь видимых запорных устройств не имела. Он попытался плечом открыть дверь внутрь. У него ничего не получилось. Он позвал на помощь ФИО6. Они вдвоем плечами попытались открыть данную дверь, но у них ничего не получилось. После этого он увидел над дверью дворовой пристройки проем, ведущий в помещение дворовой пристройки. ФИО6 подсадил его, и он через данный проем пролез внутрь дворовой пристройки. Находясь внутри, он обнаружил, что дверь пристройки подперта доской и по этой причине им не удалось открыть ее. Он убрал доску, открыл входную дверь и впустил ФИО6. Они прошли в жилое помещение дома. В доме имелась печь и электрическая проводка. Он стал ногами выбивать из печи металлические составляющие печи - дверцы и круглые колосники. ФИО6 в это время вывернул электрические пробки и обесточил дом. После этого ФИО6 стал обрывать электрическую проводку внутри помещения дома. После того, как он ногами выбил из печи металлические части, а ФИО6 оборвал проводку, указанное имущество они сложили около выхода из дома. Они стали осматривать содержимое ящиков мебели. В одном из ящиков ФИО6 обнаружил DVD проигрыватель, который они решили похитить. ФИО6 забрал его. С похищенным имуществом, через дверь дворовой пристройки он и ФИО6 вышли из дома. Похищенное имущество они сложили в санки, и пошли в сторону центра &lt;адрес&gt;. Санки с похищенным имуществом вез ФИО6. На &lt;адрес&gt; они продали мужчине изделия из черного металла, а именно дверцы и колосники печи. За данное имущество мужчина заплатил им 100 рублей. Проводку они решили продать позже, т.к. ее нужно было сначала обжечь от изоляции. DVD проигрыватель Пчелинцев решил оставить для личного пользования. После этого он и ФИО6 с остатками похищенного имущества пошли в дом ФИО6. По дороге они были задержаны сотрудниками полиции (т.3 л.д.127-130). Аналогичные показания ФИО5 дал при допросе в качестве подозреваемого и обвиняемого ДД.ММ.ГГГГ (т.3 л.д.13-15, 18-21). Во время проверки показаний на месте ДД.ММ.ГГГГ обвиняемый ФИО5 показал где, и продемонстрировал, при каких обстоятельствах он и ФИО6 ДД.ММ.ГГГГ совершили хищение имущества из жилого дома, расположенного по адресу &lt;адрес&gt; (т.3 л.д.22-33). Оглашенные показания подсудимый ФИО5 подтвердил. Оценив исследованные доказательства в их совокупности, в соответствии с требованиями ст. 88 УПК РФ , суд пришел к выводу, что вина подсудимых ФИО9, ФИО6 в совершении преступлений, предусмотренных ч.3 ст. , п.Г ч.4 ст. 228.1 УК РФ , ФИО9 в совершении преступления, предусмотренного ч.2 ст. 228 УК РФ , ФИО6 в совершении преступления, предусмотренного ч.2 ст. 228 УК РФ , ФИО6, ФИО5 в совершении преступления, предусмотренного п.А ч.3 ст. 158 УК РФ установлена и подтверждается показаниями потерпевшего, представителя потерпевшего, свидетелей, другими представленными доказательствами. Оснований для оговора подсудимых со стороны потерпевшего, представителя потерпевшего, свидетелей, судом не установлено. По факту совершения ФИО4, ФИО6 преступления, предусмотренного ч.3 ст. , п.Г ч.4 ст. 228.1 УК РФ . Свидетель М. показал, что в 2017 году он занимал должность о/у наркоконтроля МО МВД России «Родниковский». В его должностные обязанности входило выявление, пресечение правонарушений в сфере незаконного оборота наркотиков. С октября 2017 года в отдел наркоконтроля начала поступать оперативно-значимая информация о причастности ФИО4 к незаконному обороту наркотиков. В ходе проведенных ОРМ стало известно, что ФИО8 совместно с ФИО6 занимается распространением наркотических средств на территории &lt;адрес&gt; Данные граждане через интернет посредством интернет-мессенджеров, то есть это такие интернет программы как «&lt;данные изъяты&gt;», устроились закладчиками, которые делают закладки, тайники наркотических средств, для дальнейшего их сбыта потребителям. ФИО6 и ФИО8 устраивались работать через интернет, где было необходимо предъявлять свои паспортные данные, фотографии. Известно, что интернет-магазин «&lt;данные изъяты&gt;» распространял наркотические средства синтетического происхождения, то есть это аналоги анфитамина венметилла фетила тусор, и аналоги марихуаны – это «спайс». В ходе проведения ОРМ в отношении подсудимых стало известно, что часть наркотических средств они брали себе, поскольку являлись наркозависимыми. В последствие стало известно, что данные граждане в &lt;адрес&gt; получали адрес, где хранится партия наркотических средств, вместе выезжали на полученный адрес. Подсудимых инструктировали о том, каким образом забирать наркотические средства. Забрав оптовую партию наркотиков, они привозили ее в адрес совместного проживания: &lt;адрес&gt;. Там они распаковывали данную оптовую партию. В дальнейшем подсудимые получали от оператора указания о том, где и когда делать тайники с наркотическими средствами. Далее подсудимые выезжали в указанный оператором период времени на место в г. Родники. Стало известно, что ФИО6 делал закладки, а ФИО8 записывал на диктофон и листок бумаги адреса, делал фото. Затем адреса и фото закладок они передавали непосредственно своему куратору интернет-магазина «&lt;данные изъяты&gt;». С каждого предоставленного адреса закладки получали денежные средства на Киви-кошелек. В дальнейшем эти деньги переводили на банковские карты и обналичивали. Деньги переводились на банковскую карту то ли ФИО6, то ли ФИО8. В последствии стало известно о том, что денежные средства переводились на карту Р. В ходе реализации оперативно-значимой информации, ДД.ММ.ГГГГ в вечернее время им совместно с о/у Б. был взят под наблюдение участок местности на &lt;адрес&gt;, где по имеющейся информации находились данные граждане. Имелась информация о том, что ФИО4 мог при себе иметь наркотическое средство. К данному адресу между 19 часами 00 минут и 20 часами 00 минут подъехало такси марки «&lt;данные изъяты&gt;». Из указанного адреса вышли ФИО8 и Р. и сели в машину. Данный автомобиль им с о/у Б. был взят под наблюдение. Автомобиль ими сопровождался до момента его остановки. Автомобиль проехал в сторону города, затем проехал в сторону &lt;адрес&gt;. Нигде на пути следования автомобиль не останавливался, никто не садился и не покидал автомобиль. У первого подъезда данный автомобиль остановился. Поскольку это было такси, а не личный автомобиль, то не потребовалось задействовать сотрудников ГАИ. ФИО8 и Р. вышли из автомобиля. Было принято решение о задержании. ФИО8 был задержан. Проведен личный досмотр ФИО8 в присутствии понятых. Понятым были разъяснены права и обязанности. Досмотр проводился в рамках закона. ФИО8 было предложено выдать какие-либо запрещенные к гражданскому обороту вещества. Соколов ничего не выдал. В ходе личного досмотра ФИО8 у него в кармане куртки был обнаружен сверток, обмотанный изолентой. Сверток был продемонстрирован понятым. Далее сверток в присутствии понятых был упакован, был составлен протокол личного досмотра. Затем ФИО8 был доставлен в отдел полиции, где с ним проводилась дальнейшая работа: медицинское освидетельствование, ОРМ. Наркотическое средство было незамедлительно направлено в ЭКЦ УВД по Ивановской области. В справке об исследовании указано название изъятого наркотического средства, которое в простонародии называется «соль». Затем было возбуждено уголовное дело. ФИО8 дал признательные показания. ФИО8 была оформлена явка с повинной, где он указал о том, что он причастен к незаконному обороту наркотиков. Далее ФИО8 был передан следствию, где его допросили и затем избрали в отношении его меру пресечения в виде заключения под стражу. ДД.ММ.ГГГГ поступила оперативно-значимая информация о причастности ФИО6 к незаконному обороту наркотиков. Данная информация была принята к исполнению. Им с о/у Б. проводились ОРМ в районе &lt;адрес&gt;. В утренний период в 6-7 часов был взят под наблюдение участок местности возле указанного дома. ФИО6 ими был замечен идущим со стороны &lt;адрес&gt;. В подъезде &lt;адрес&gt; на первом этаже на лестничной площадке ФИО6 был задержан. В присутствии понятых ФИО6 был досмотрен. Понятым и всем участникам были разъяснены права и обязанности. ФИО6 было предложено выдать какие-либо запрещенные гражданскому обороту вещества. ФИО6 ничего не выдал. У ФИО6 в нагрудном кармане был обнаружен сверток. Был составлен протокол личного досмотра. Сверток был упакован в присутствии понятых. Затем ФИО6 доставили в отдел, где в отношении него проводились ОРМ, медицинское освидетельствование. Наркотическое средство было направлено ЭКЦ УВД по Ивановской области. Согласно справке об исследовании в изъятом свертке было обнаружено наркотическое средство «Спайс». В последствие было возбуждено уголовное дело. В отношении ФИО6 была избрана мера пресечения: подписка о невыезде и надлежащем поведении. По ходатайству государственного обвинителя, в соответствие с ч.3 ст. 281 УПК РФ , был оглашен протокол допроса М. в качестве свидетеля. Допрошенный в качестве свидетеля М. показал, что в отношении преступной группы интернет-магазин «&lt;данные изъяты&gt;» ОРМ на территории РФ и Ивановской области проводятся уже длительный период времени. Неоднократно лица, занимающиеся непосредственным оборудованием тайников на территории &lt;адрес&gt; и &lt;адрес&gt;, а также курьеры, поставляющие на территорию &lt;адрес&gt; крупные партии наркотического средства, задерживались. Установлена схема работы данной преступной группы. Члены преступной группы в связи с проводимой сотрудниками полиции работой постоянно обновляются (по причине их установления и задержания, пресечения их преступной деятельности). Схема работы состоит в следующем: в группу входит несколько лиц, занимающихся отдельной частью преступной деятельности. Имеются: закладчики (лица, которые занимаются непосредственным оборудованием тайников), которые получают мелкооптовые партии наркотических средств от курьеров (поставляют и передают закладчикам мелкооптовые партии наркотических средств также через тайники); операторы (лица, принимающие через интернет заказы от наркозависимых лиц, а также информацию от закладчиков о сделанных ими тайниках, которую впоследствии также через интернет отправляют приобретателям наркотических средств); кураторы (лица, занимающиеся координацией работы вышеуказанных лиц; их жизнеобеспечением – жильем, информацией друг и друге; о местах оборудованных тайников крупных партий наркотических средств); финансисты (лица, занимающиеся контролем проведения оплаты наркозависимыми лицами приобретаемого наркотического средства; перечислением денег в качестве оплаты лицам, входящим в состав группы). Закладчику наркотических средств за каждый оборудованный им тайник выплачиваются денежные средства. В среднем это сумма в 100-250 рублей за 1 адрес. Денежные средства переводятся закладчикам на указанные им расчетные счета банковских карт (на какие именно - выбирают и указывают сами сбытчики). Для конспирации своей деятельности организаторы данной преступной деятельности выплачивают денежные средства закладчикам не напрямую со своего банковского счета на счет закладчика, а через онлайн-биржи, работающие с криптовалютой (например, «&lt;данные изъяты&gt;»). Деятельность онлайн бирж организована следующим образом: любое физическое либо юридическое лицо, находящееся в любой точке планеты, онлайн платежом может приобрести на данной бирже криптовалюту, имеющую условное название (биты и коины). Приобретать их можно за любую валюту, согласно действующему на момент проведения покупки курсу. Впоследствии в любой момент владелец данной криптовалюты может ее обменять на валюту любой станы мира или вывести из оборота в любой стране мира по своему желанию. За счет разницы в курсах валют в момент проведения операции владелец данных денежных средств получает существенную выгоду. Данная деятельность является законной на территории РФ и других стан мира. Фактический вывод денежных средств с онлайн-биржи в конкретной стране проводится через определенные организации, зарегистрированные в данной организации, в которую от имени биржи приходит заявка владельца денег о проведении операции по выводу денег на банковской счет банковскую карту (счет электронного кошелька любой системы). Серверы биржи и фактические правообладатели данной деятельности находятся при этом за пределами РФ. В связи с этим отследить, кто именно осуществляет вывод денежных средств, с биржи, невозможно. Трудоустройство лиц закладчиками происходит следующим образом: зачастую ими становятся наркозависимые лица, ранее заказывавшие наркотические средства в интернет-магазине «&lt;данные изъяты&gt;». Заказ происходит либо через отсылочные сайты, либо через группу в малораспространенных меcсенжерах типа «&lt;данные изъяты&gt;», «&lt;данные изъяты&gt;» и т.д. На сайте либо в группе часто появляются объявления о том, что требуются закладчики. Если лицо собирается заняться данным видом деятельности, то есть незаконным оборотом наркотических средств, то он сообщает об этом оператору, который, в свою очередь делает отсылку к куратору. Куратор осуществляет проверку лица на «благонадежность»: просит прислать фото с паспортом в руке в отрытом виде, либо перечислить задаток за несколько первых партий наркотического средства. Если данное лицо ранее не было замечено в присвоении направленного на реализацию наркотического средства, ему начинают присылать сведения о местонахождении мелкооптовой партии наркотических средств, предназначенной для розничной продажи путем оборудования тайников. Далее закладчик забирает партию наркотического средства (несколько свертков), прячет их на территории заранее обусловленного города и составляет список адресов тайников. Обычно это: сам адрес, точное описание места в данном адресе, фото места и фото самого тайника. Списки адресов закладчик направляет куратору, либо оператору, а потом получает денежные средства за выполненную работу. В случае, если розничный покупатель на месте тайника не может найти спрятанное наркотическое средство, оператор также путем мессенжера связывается с закладчиком, спрашивает дополнительные описания, отличительные приметы. ДД.ММ.ГГГГ в ОУР поступила информация о том, что ФИО4 имеет при себе наркотические средства и в очередной раз может проследовать для оборудования тайников. В соответствии с действующим законодательством в отношении ФИО4 в этот день проводилось ОРМ «наблюдение». ОРМ проводилось им совместно с о/у Б. Было известно, что ФИО8 сожительствует с Р. В последнее время они проживают у их общего знакомого ФИО6 по адресу &lt;адрес&gt;. Около 18 час. 00 мин. участок местности в районе &lt;адрес&gt; был взят под наблюдение с целью реализации оперативной информации в отношении ФИО8. Около 19 час. 20 мин. ДД.ММ.ГГГГ на указанную улицу приехал автомобиль такси марки КИА РИО. Из дома ФИО6 вышли ФИО8 и Р., которые сели в автомобиль такси. Далее они поехали сначала по направлению в сторону центра города. ОРМ «наблюдение» было продолжено. Автомобиль такси, в котором двигались ФИО8 и Р. проехал в сторону &lt;адрес&gt;, где остановился около первого подъезда дома №. Во время движения автомобиль с Соколовым нигде не останавливался. В автомобиль никто не садился и не выходил из него. Было принято решение о задержании ФИО8. После того как ФИО8 и Р. вышли из автомобиля такси их задержали. Он (М.) попросил двух мужчин присутствовать в качестве понятых при личном досмотре ФИО8. Они подошли к ФИО8, и он пояснил ФИО8, что будет произведен его личный досмотр, и если при нем имеются запрещенные к обороту предметы и вещества, то ему необходимо их выдать. ФИО8 ответил, что ничего запрещенного при нем не имеется. Далее он стал оформлять протокол личного досмотра. При этом он записал всех участвующих в досмотре лиц и объяснил понятым их права и обязанности. Понятые подтвердили, что свои права и обязанности они поняли. Также права, обязанности и порядок проведения досмотра были разъяснены ФИО8. От Соколова никаких замечаний и заявлений не поступало. Они приступили непосредственно к проведению досмотра ФИО8. Понятые следили за проведением досмотра, никуда не отходили. При досмотре в левом кармане куртки, одетой на ФИО8, был обнаружен сверток из изоляционной ленты синего цвета. Данный сверток понятым был предоставлен для обозрения. Они попытались открыть данный сверток, чтобы продемонстрировать содержимое. Под плотно намотанной изолентой была немного видна фольга, а в ней край прозрачного пакета из полимерного материала. Для того, чтобы не утратить при разрывании изоленты хранящееся внутри свертка вещество в условиях ветра, было принято решение до конца не разворачивать указанный сверток. После этого сверток был упакован в бумажный конверт, который в присутствии понятых и ФИО8 опечатали фрагментом бумаги с оттиском печати «№ УМВД РФ по Ивановской области» с подписями понятых. Он оформил протокол личного досмотра ФИО8. После протокол он зачитал присутствующим лицам. Понятые поставили подписи в указанном протоколе. ФИО8 от подписи отказался. По существу досмотра при этом у ФИО8 замечаний и заявлений не имелось. По поводу причин нахождения при нем свертка Соколов ничего сообщать не пожелал. По окончании всех мероприятий на месте ФИО8 и Р. для дальнейшего разбирательства были доставлены в ОВД. Изъятый у Соколова сверток был направлен на исследование в ЭКЦ УМВД России по Ивановской области. Пока проводилось исследование, он беседовал с ФИО8 по поводу причин и условий его задержания. ФИО8 в какой-то момент пояснил, что понимает, что у сотрудников полиции достаточно доказательственной базы о ведении им в течение длительного времени незаконной деятельности по распространению наркотических средств, что он просит оформить его показания в качестве явки с повинной. После чего ФИО8 собственноручно в протоколе явки с повинной коротко изложил о факте ведения им совместно с ФИО6 деятельности по незаконному сбыту наркотических средств на территории &lt;адрес&gt;, а также о том, что часть наркотического средства он и ФИО6 присваивали, не прятали в тайники; что изъятый у него сверток – это сверток с наркотическим средством, которое он сбывать не собирался, хранил для личного употребления. Окончив мероприятия в отношении С., он предоставил все имеющие доказательственное значение результаты ОРД для приобщения к материалам уголовного дела. Непосредственно после задержания ФИО4 было принято решение о необходимости задержания и ФИО6 ДД.ММ.ГГГГ поступила информация, что в утреннее время ФИО6 будет находиться в районе домов № и № по &lt;адрес&gt;, и возможно, будет иметь при себе наркотическое средство. В соответствии с действующим законодательством в отношении ФИО6 было решено провести ОРМ «наблюдение» с целью документирования его преступной деятельности и ее пресечения путем его задержания. Данное ОРМ проводилось с о/у Б. Около 07 час. 30 мин. ДД.ММ.ГГГГ под наблюдение был взят участок местности возле домов № и № по &lt;адрес&gt;. Около 07 час. 40 мин. ими был замечен ФИО6. ФИО6 шел со стороны &lt;адрес&gt; в сторону &lt;адрес&gt;. Подойдя к дому № по &lt;адрес&gt; ФИО6 зашел в единственный подъезд данного дома. Было принято решение о задержании ФИО6. В 07 час. 45 мин. наблюдение было прекращено. ФИО6 был задержан на первом этаже подъезда &lt;адрес&gt;. ФИО6 было разъяснено, что он подозревается в незаконном обороте наркотических средств и в отношении него будет проведен личный досмотр. Далее он (М.) попросил двух мужчин присутствовать в качестве понятых при личном досмотре ФИО6. Он в присутствии понятых пояснил ФИО6, что если при нем имеются запрещенные к обороту предметы и вещества, то ему необходимо их выдать. ФИО6 по данному поводу что-либо отвечать отказался. Далее он стал оформлять протокол личного досмотра. При этом он записал всех участвующих в досмотре лиц и объяснил понятым их права и обязанности. Понятые подтвердили, что свои права и обязанности они поняли. Также права, обязанности и порядок проведения досмотра были разъяснены ФИО6. От ФИО6 никаких замечаний и заявлений не поступало. Далее они приступили непосредственно к проведению досмотра ФИО6. Понятые следили за проведением досмотра, никуда не отходили. При досмотре в левом нагрудном кармане куртки ФИО6 был обнаружен сверток из изоляционной ленты синего цвета. Данный сверток понятым был предоставлен для обозрения. Они попытались открыть данный сверток, чтобы продемонстрировать содержимое. Под изолентой была видна фольга, а в ней прозрачный пакет из полимерного материала, однако изолента была смотана столь сильно, что при попытке размотать ее начал деформироваться основной пакет. Для того, чтобы не утратить хранящееся внутри свертка вещество было принято решение до конца не разворачивать указанный сверток. После этого сверток был упакован в бумажный конверт, который в присутствии понятых и ФИО6 опечатали фрагментом бумаги с оттиском печати «№ УМВД РФ по Ивановской области» с подписями участвующих лиц. Он оформил протокол личного досмотра ФИО6. Протокол он зачитал присутствующим лицам. Понятые поставили подписи в указанном протоколе. ФИО6 от подписи отказался. По существу досмотра у ФИО6 замечаний и заявлений не имелось. По поводу причин нахождения при нем свертка ФИО6 ничего сообщать не пожелал. По окончании всех мероприятий на месте ФИО6 для дальнейшего разбирательства был доставлен в ОВД. Изъятый у ФИО6 сверток был направлен на исследование в ЭКЦ УМВД России по Ивановской области. Во время получения объяснения ФИО6 пояснил, что просит оформить его показания в качестве явки с повинной. При этом ФИО6 были разъяснено, что он вправе воспользоваться услугами защитника бесплатно. ФИО6 пояснил, что услугами защитника воспользоваться не желает, и собственноручно в протоколе явки с повинной коротко изложил о факте ведения им совместно с ФИО4 деятельности по незаконному сбыту наркотических средств на территории &lt;адрес&gt;, а также о том, что ДД.ММ.ГГГГ при задержании хранил при себе наркотическое средство (т.2 л.д.25-27). Оглашенные показания свидетель М. подтвердил. Пояснил, что в настоящее время произошедшее забыл, так как прошло много времени. Свидетель Б. показал, что работает о/у ОУР МО МВД России «Родниковский». Он в феврале 2018 года совместно с о/у М. принимал участие в задержании ФИО4 и ФИО6 В феврале 2018 года он с М. задерживали ФИО8 возле общежития, расположенного в &lt;адрес&gt;. События происходили в вечернее время около 19 час. 30 мин. ФИО8 был задержан по подозрению в незаконном обороте наркотиков. При задержании ФИО8 производился личный досмотр, в результате которого, был обнаружен сверток. В последующем стало известно, что в данном свертке находились наркотические вещества. ФИО6 они задержали примерно в середине февраля 2018 года по адресу: &lt;адрес&gt;. ФИО6 был так же задержан по подозрению в незаконном обороте наркотиков. При личном досмотре ФИО6 был обнаружен сверток, который был так же упакован в бумажный конверт и направлен на исследование, которое показало, что в свертке находилось наркотическое средство. По ходатайству государственного обвинителя, в соответствие с ч.3 ст. 281 УПК РФ , был оглашен протокол допроса Б. в качестве свидетеля. Допрошенный в качестве свидетеля Б. показал, что ДД.ММ.ГГГГ при согласовании он оказывал помощь о/у М. в проведении ОРМ. М. рассказал, что поступила информация оперативного характера о том, что ФИО4 имеет при себе наркотические средства. Кроме того М., пояснил, что в октябре 2017 года от доверенных лиц стала поступать оперативная информация о том, что житель &lt;адрес&gt; ФИО8 занимается распространением наркотических средств синтетического происхождения, путем оборудования тайников с наркотическими средствами на территории &lt;адрес&gt;. Согласно поступившей информации ФИО8 работал в интернет-магазине «&lt;данные изъяты&gt;» в качестве «закладчика» наркотических средств. Заложенные в тайники наркотические средства впоследствии продавались через интернет-магазин «&lt;данные изъяты&gt;». Данная информация длительный период времени проверялась, проводились ОРМ, направленные на подтверждение указанной информации. ФИО99 пояснил, что ФИО4 в очередной раз может проследовать для оборудования тайников. При этом ранее М. в отношении данного лица уже проводилась ОРД по документированию и пресечению преступной деятельности в отношении указанного лица, который согласно поступившей оперативной информации совместно с ФИО6 занимался незаконным хранением и незаконным сбытом наркотических средств на территории &lt;адрес&gt;. Около 18 час. 00 мин. ДД.ММ.ГГГГ он и М. приняли под наблюдение участок местности в районе &lt;адрес&gt;. Около 19 час. 20 мин. ДД.ММ.ГГГГ на указанную улицу приехал автомобиль такси марки &lt;данные изъяты&gt;. Из &lt;адрес&gt; вышли ФИО8 и Р. и сели в автомобиль такси. Автомобиль от &lt;адрес&gt; без остановок проследовал до первого подъезда &lt;адрес&gt;. Он и М. проследовали за ними. Было принято решение произвести задержание ФИО8 и Р.. Для участия в проведении личного досмотра было приглашено 2 мужчин из числа прохожих. В присутствии понятых М. пояснил ФИО8, что будет произведен его личный досмотр, и если при ФИО8 имеются запрещенные к обороту предметы и вещества, то ему необходимо их выдать. ФИО8 ответил, что ничего запрещенного при себе не имеет, выдавать ничего не желает. Далее М. разъяснил участвующим лицам порядок проведения личного досмотра, права, обязанности и ответственность. Досмотр проводился на месте задержания, то есть около первого подъезда &lt;адрес&gt;. Понятым было разъяснено, что они должны внимательно следить за производимыми им действиями, впоследствии изучить составленный протокол и подписать данный протокол, при этом имеют право делать замечания по существу проводимого мероприятия. ФИО8 также было разъяснено, что в соответствии со ст. 51 Конституции РФ тот вправе не свидетельствовать против самого себя; вправе давать объяснения; вправе изъясняться на родном языке; вправе делать замечания; должен будет изучить составленный протокол, который может подписать либо отказаться от подписи в протоколе. Понятые подтвердили, что свои права и обязанности они поняли. От Соколова никаких замечаний и заявлений не поступало. При проведении досмотра в левом кармане куртки ФИО8 был обнаружен сверток из комка плотно смотанной изоляционной ленты синего цвета, который был продемонстрирован понятым. Для проверки содержимого свертка и демонстрации участвующим лицам, они попытались открыть данный сверток. Под изолентой была видна фольга, а в ней край прозрачного полимерного пакета. На улице был сильный ветер. Было решено не распаковывать сверток полностью, чтобы исключить возможность утраты при разрыве изоленты содержимого из свертка. Изъятый сверток был упакован в бумажный конверт с пояснительной надписью, который в присутствии понятых и ФИО8 опечатали фрагментом бумаги с оттиском печати «№ УМВД РФ по Ивановской области» с подписями участвующих лиц. ФИО8 по ходу изъятия сообщать о происхождении свертка и назначения имеющегося в нем содержимого отвечать отказался. М. оформил протокол личного досмотра С., после чего зачитал данный протокол присутствующим лицам. От участвующих лиц, в том числе и от ФИО8, каких-либо замечаний и заявлений не поступило. После чего все, кроме ФИО8 подписали протокол. О факте отказа ФИО8 от подписи в протоколе, была сделана запись, удостоверенная подписями участвующих лиц. По окончании всех мероприятий на месте ФИО8 и Р. для дальнейшего разбирательства были доставлены в ОВД. ДД.ММ.ГГГГ поступила информация о том, что в утреннее время ФИО6 будет находиться в районе домов № и № по &lt;адрес&gt;, и возможно, будет иметь при себе наркотическое средство. Около 07 час. 30 мин. ДД.ММ.ГГГГ он и М. прибыли в район &lt;адрес&gt; и приняли под наблюдение участок местности возле домов № и № по &lt;адрес&gt;. Около 07 час. 40 мин. ими был замечен ФИО6, который шел со стороны &lt;адрес&gt; в сторону &lt;адрес&gt;. Подойдя к дому № по &lt;адрес&gt; ФИО6 зашел в единственный подъезд данного дома. Они решили задержать ФИО6. ФИО6 задержали на первом этаже подъезда &lt;адрес&gt;. После задержания ФИО6 было разъяснено, что он подозревается в незаконном обороте наркотических средств и в отношении него будет проведен личный досмотр. Они пригласили для участия в проведении досмотра в качестве понятых двух посторонних лиц мужского пола. Досмотр проводился на месте задержания на лестничной площадке подъезда &lt;адрес&gt;. Понятым было разъяснено, что они должны внимательно следить за производимыми действиями, впоследствии изучить составленный протокол и подписать данный протокол, при этом имеют право делать замечания по существу проводимого мероприятия. ФИО6 было разъяснено, что в соответствии со ст. 51 Конституции РФ он вправе не свидетельствовать против самого себя; вправе давать объяснения; вправе изъясняться на родном языке; вправе делать замечания; должен будет изучить составленный протокол, который может подписать либо отказаться от подписи в протоколе. Понятые подтвердили, что свои права и обязанности они поняли. От ФИО6 никаких замечаний и заявлений не поступало. М. в присутствии понятых пояснил ФИО6, что если при нем имеются запрещенные к обороту предметы и вещества, то ему предоставляется возможность их выдать добровольно. ФИО6 по данному поводу что-либо отвечать отказался. Они приступили непосредственно к проведению досмотра ФИО6. Понятые за проведением досмотра, никуда не отходили. При досмотре в левом нагрудном кармане куртки ФИО6 был обнаружен сверток из изоляционной ленты синего цвета, который был продемонстрирован понятым. Затем они попытались открыть данный сверток, чтобы продемонстрировать содержимое: под изолентой была видна фольга, а в ней прозрачный пакет из полимерного материала. Изолента была смотана столь сильно, что при попытке размотать ее начал деформироваться основной пакет. Чтобы не утратить хранящееся внутри свертка вещество, было принято решение до конца не разворачивать указанный сверток. После этого сверток был упакован в бумажный конверт, который в присутствии понятых и ФИО6 опечатали фрагментом бумаги с оттиском печати «№ УМВД РФ по Ивановской области» с подписями участвующих лиц. М. оформил протокол личного досмотра ФИО6, после чего зачитал его присутствующим лицам. Понятые поставили подписи в указанном протоколе. ФИО6 от подписи отказался. По существу досмотра замечаний и заявлений от ФИО6 не поступило. По поводу причин нахождения при нем свертка ФИО6 ничего сообщать не пожелал. По окончании всех мероприятий на месте ФИО6 для дальнейшего разбирательства был доставлен в ОВД (т.1 л.д.155-156). Оглашенные показания свидетель Б. подтвердил. Пояснил, что в настоящее время произошедшее забыл, так как прошло много времени. Свидетель Г. показал, что в феврале 2018 года сотрудник полиции попросил его принять участие в следственных действиях. Он прошел с полицейским в отделение полиции на второй этаж в кабинет №, где находился следователь. Там был еще один гражданин. Потом привели задержанного ФИО4 и сказали, что сейчас все поедут на место, где будут производиться розыскные работы. Их отвезли на место, точно улицу и район он не помнит. Это было в &lt;адрес&gt;. Номер дома был 51. ФИО8 добровольно указывал на места. Соколову не наносились телесные повреждения, не высказывались угрозы. ФИО8 указал на сугроб у забора. Сотрудники полиции расчистили снег, и нашли сверток в голубом пакете. Сверток положили в пакет и опечатали. Затем ФИО8 показал место со вторым свертком, которое находилось чуть подальше вдоль забора. Расчистили снег в указанном ФИО8 месте, и нашли точно такой же сверток, который так же был убран в пакет и опечатан. После этого все поехали в отделение для составления протокола. После составления протокола, он прочитал его, ознакомился, расписался. Затем его отпустили. По ходатайству государственного обвинителя, в соответствие с ч.3 ст. 281 УПК РФ , был оглашен протокол допроса Г. в качестве свидетеля. Допрошенный в качестве свидетеля Г. показал, что ДД.ММ.ГГГГ около 15 час. 30 мин. ему было предложено принять участие в качестве понятого в проверке показания на месте. Он прибыл в кабинет №, расположенный на 2 этаже здания МО МВД России «Родниковский» по адресу: &lt;адрес&gt;. Кроме него, участвовать в следственном действии был приглашен еще один понятой. После в кабинет следователя был доставлен под конвоем ФИО4 Следователь пояснил, что с ФИО8 будет производиться проверка показаний на месте. Перед началом проверки показаний на месте всем участвующим лицам были разъяснены права и ответственность, а также порядок производства проверки показаний на месте. Перед проверкой показаний на месте ФИО8 было предложено указать место, где его показания будут проверяться. ФИО8 пояснил, что он сделал несколько закладок с наркотическим средством, чтобы в дальнейшем их продать. Тайники с закладками ФИО8 сделал на территории &lt;адрес&gt; и готов показать их местонахождение. ФИО8 пояснил, что он помнит местонахождение двух тайников в районе &lt;адрес&gt;. После все участвующие лица проехали на &lt;адрес&gt;, где ФИО8 указал, что необходимо пройти на &lt;адрес&gt;. На данной улице ФИО8 указал на участок местности, расположенный около правого угла забора, огораживающего приусадебную территорию &lt;адрес&gt;. ФИО8 пояснил, что именно в данном месте он со своим другом ранее сделал тайник - закладку с наркотическим средством. После на указанном участке местности был обнаружен сверток из полимерного материала синего цвета. Далее следователь приостановил проверку показаний на месте. Затем понятым участвующим в проверке показаний на месте было предложено принять участие в качестве понятых в другом следственном действии - осмотре места происшествия. Перед началом осмотра места происшествия понятым были разъяснены права, обязанность и ответственность, а также порядок производства осмотра места происшествия. В ходе осмотра места происшествия на участке местности, расположенном около правого угла забора, огораживающего приусадебную территорию &lt;адрес&gt;, следователем был изъят сверток из полимерного материала синего цвета и упакован им в прозрачный полимерный сверток (файл-папку), который следователь опечатал печатью. На печати всеми участвующими лицами были поставлены свои подписи. По окончании осмотра места происшествия следователем был составлен протокол. Данный протокол следователь зачитал вслух и все присутствующие в нем поставили свои подписи. Замечаний к протоколу ни у кого не имелось. Далее следователем была возобновлена проверка показаний на месте. ФИО8 указал на участок местности, расположенный на соприкосновении забора &lt;адрес&gt; и забора &lt;адрес&gt; и пояснил, что именно в данном месте он со своим другом ранее сделали тайник - закладку с наркотическим средством. После на указанном участке местности был обнаружен сверток из полимерного материала синего цвета. После чего следователь приостановил проверку показаний на месте. Понятым участвующим в проверке показаний на месте было предложено принять участие в качестве понятых в другом следственном действии - осмотре места происшествия. Перед началом осмотра места происшествия понятым были разъяснены права, обязанность и ответственность, а также порядок производства осмотра места происшествия. В ходе осмотра места происшествия на участке местности, расположенном на соприкосновении забора &lt;адрес&gt; и забора &lt;адрес&gt; следователем, был изъят сверток из полимерного материала синего цвета и упакован им в прозрачный полимерный сверток (файл-папку), который следователь опечатал печатью. На печати всеми участвующими лицами были поставлены свои подписи. По окончании осмотра места происшествия следователем был составлен протокол. Данный протокол следователь зачитал вслух и все присутствующие в нем поставили свои подписи. Замечаний к протоколу ни у кого не имелось. Далее следователем была возобновлена проверка показаний на месте. ФИО8 пояснил, что не помнит месторасположение других тайников с наркотическим средством, которые он заложил со своим другом. После чего проверка показаний на месте была окончена. Все участвующие лица проехали в кабинет №, расположенный на 2 этаже здания МО МВД России «Родниковский» по адресу: &lt;адрес&gt;. В кабинете следователем был составлен протокол. Протокол всеми присутствующими был зачитан лично. Все в протоколе поставили свои подписи. Замечаний к протоколу ни у кого не имелось (т.2 л.д.21-22). Оглашенные показания свидетель Г. подтвердил. Пояснил, что в настоящее время произошедшее забыл, так как прошло много времени. Свидетель Т. показал, что сотрудник полиции предложил быть понятым. Сотрудник полиции сказал, что будут показывать закладки, а понятой должен за этим наблюдать. Он с сотрудником полиции пошли в отдел полиции на 2 этаж в кабинет №. Из кабинета они поехали на &lt;адрес&gt;. Туда же привезли обвиняемого ФИО4 Понятым сказали, что ФИО8 будет показывать места закладок, а они должны за этим смотреть. Они подошли к &lt;адрес&gt;. ФИО8 показал, где у забора находятся закладки. Сотрудники полиции раскопали снег, и нашли свертки. Свертки были синие целлофановые, как бахилы в форме маленького шарика. Затем шарик завернули в пакет или в файл и опечатали. Они расписались. Затем они прошли дальше по тропинке на &lt;адрес&gt;. Они подошли забору &lt;адрес&gt;. ФИО8 показал место. Сотрудник полиции начал раскапывать. Нашли точно такой же кругленький сверток в полиэтиленовом пакете. Затем сверток упаковали также как и первый. По ходатайству государственного обвинителя, в соответствие с ч.3 ст. 281 УПК РФ , был оглашен протокол допроса Т. в качестве свидетеля. Допрошенный в качестве свидетеля Т. дал показания, аналогичные оглашенным показаниям свидетеля Г. (т.2 л.д.23-24). Оглашенные показания свидетель Т. подтвердил. Пояснил, что в настоящее время произошедшее забыл, так как прошло много времени. Свидетель Р. показала, что она сожительствовала с ФИО4 до момента его задержания. Совместно проживать с ФИО8 она начала в 2017 году. Ей известно, что ФИО8 и ФИО6 занимались распространением наркотических средств. Данную информацию ей сообщил ФИО8. ФИО8 и ФИО6 сами употребляли наркотические средства. Какое-то время она и ФИО8 проживали по месту жительства ФИО6 по адресу &lt;адрес&gt;. Ей было неизвестно о том, что ФИО8 и ФИО6 привозили из &lt;адрес&gt; большие партии наркотических средств. Она эти партии наркотических средств не видела. ФИО8 пользовался ее мобильным телефоном. Для чего ФИО8 пользовался ее мобильным телефоном, она не знает. У нее была банковская карта в Сбербанке &lt;адрес&gt;. ФИО8 пользовался ее банковской картой. ФИО8 получал денежные средства в больших размерах. Откуда поступали денежные средства Соколову на ее банковскую карту ей не известно. У ФИО8 был автомобиль. На какие денежные средства ФИО8 купил автомобиль, она не знает. ФИО8 делал ремонт в доме ФИО6. Мама или бабушка ФИО8 денежными средствами ему не помогали. ДД.ММ.ГГГГ ее и ФИО8 задержали сотрудники полиции на &lt;адрес&gt;. Сотрудники полиции представились и сказали, что задерживают ФИО8 за распространение наркотиков. Она не являлась свидетелем закладок наркотических средств, которые производили ФИО8 и ФИО6, и не помогала распространять наркотические средства ФИО8. По ходатайству государственного обвинителя, в соответствие с ч.3 ст. 281 УПК РФ , были оглашены протоколы допроса Р. в качестве свидетеля. Допрошенная в качестве свидетеля Р. показала, что когда она стала сожительствовать с ФИО4, он нигде не работал. ФИО8 постоянно общался с ФИО6 В сентябре 2017 года ФИО8 пояснил ей, что нашел работу. Он рассказал, что устроился «закладчиком». ФИО8 пояснил, что должен делать тайники с наркотическими средствами. ФИО8 рассказал, что заказывает наркотические средства через интернет в программе «Телеграмм». В ноябре 2017 года она и ФИО8 переехали жить по адресу: &lt;адрес&gt; дом ФИО6. Однажды она видела, как ФИО8 и ФИО6 приехали из &lt;адрес&gt; и привезли с собой сверток, обмотанный скотчем. Они в ее присутствии в комнате распечатали сверток. В свертке находились маленькие свертки, обмотанные изолентой. ФИО8 рассказал ей, что это наркотическое средство, которое предназначено для «закладок». ФИО8 пояснил, что в указанных пакетах находилось наркотическое средство «соль». ФИО8 и ФИО6 несколько раз на автомобиле такси ездили в &lt;адрес&gt;, откуда возвращался с наркотическими средствами, расфасованными в маленькие пакеты, замотанные изолентой. Каждый раз количество пакетов было разное. Она видела эти свертки, но их не трогала и не видела, где ФИО8 и ФИО6 их хранили. ФИО8 рассказывал ей, что за распространение наркотических средств ему присылают денежные средства. ФИО8 пояснил, что данные денежные средства ему пересылают на банковскую карту. Весь доход Соколова состоял из денежных средств, которые перечисляли за распространение наркотиков. Легального источника доходов Соколов не имел, нигде официально трудоустроен не был, без трудоустройства не работал. ФИО8 говорил, что работать в ближайшее время не хочет. Все деньги, что получал ФИО8, были получены только за распространение наркотиков. В указанный период времени у Соколова стали появляться денежные средства. ФИО8 рассказывал ей, что заработал 70000 рублей. Через некоторое время ФИО8 рассказал, что заработал 50000 рублей, потом около 25000 рублей, потом около 15000 рублей и 3000 рублей. Эти деньги он получал после проделанной работы в качестве разовой оплаты. Деньги приходили ФИО8 в период с сентября 2017 года по январь 2018 года. То, что у Соколова стали появляться деньги ей известно достоверно. Она видела у ФИО8 денежные купюры. У ФИО8 появились определенные расходы. ФИО8 говорил ей, что отдал свои долги. ФИО8 купил одежду себе и ей. Из наиболее дорогих его покупок был автомобиль, марки &lt;данные изъяты&gt;, который Соколов на свое имя в ГИБДД на учет не ставил. Впоследствии указанную машину он обменял на игровую приставку с доплатой. ФИО8 делал ремонт в доме ФИО6. Она видела, что ФИО8 отдавал ФИО6 10000 рублей. Из их разговоров она поняла, что деньги ФИО8 заплатил ФИО6 за то, что тот помогает ФИО8 делать закладки. Несколько раз по вечерам ФИО6 и ФИО8 куда-то уходили, при этом она видела, что перед уходом они пересчитывали и убирали в карманы своей одежды свертки с наркотическими средствами. Ни ФИО8, ни ФИО6 официально нигде не работают. При ней ФИО8 и ФИО6 несколько раз употребляли наркотические средства. Они высыпали из свертков какой-то порошок на сигарету и курили ее. После этого у них наступало опьянение. Они становились более бодрыми, разговорчивыми. Примерно в январе 2018 года ФИО4 попросил ее отдать ему ее банковскую карту. Она отдала банковскую карту ФИО8 в пользование. К банковской карте был подключен мобильный банк на абонентский номер №. Оформила банковскую карту она примерно в октябре 2017 года. Сама она картой не пользовалась. Ее денежных средств на банковскую карту не поступало. С момента оформления банковской карты на данную карту перечислялись денежные средства только предназначенные для ФИО8. После поступления денежных средств на банковский счет ей приходило СМС-уведомление. Она говорила об этом ФИО8. ФИО8 брал ее карту и снимал денежные средства. Все денежные средства ФИО8 забирал себе. Часть денежных средств ФИО8 отдавал ФИО6. Она видела, что ФИО8 передавал деньги ФИО6 после каждого перечисления денежных средств. У нее имеется сотовый телефон марки «LG», в котором установлена сим-карта компании сотовой связи №, которая оформлена на ее имя. В сентябре 2017 года ФИО8 попросил у нее вышеуказанный сотовый телефон в пользование на непродолжительный период времени. Она отдала ФИО8 в пользование свой мобильный телефон. После она видела, что на телефоне установлено приложение «&lt;данные изъяты&gt;», привязанное к ее абонентскому номеру. ФИО8 создал в данном приложении новую учетную запись под ее абонентским номером. После этого ФИО8 создал «зеркальное отражение» этого профиля на своем телефоне, то есть, воспользовавшись кодами доступа, которые приходили на ее номер, создал профиль этого же номера телефона на своем аппарате. После ФИО8 телефон ей вернул. Впоследствии данной учетной записью ФИО8 пользовался со своего аппарата. При этом на ее телефоне само приложение осталось. Она может его просмотреть, но не может им пользоваться, поскольку основным пользователем стал аппарат ФИО8. Все сообщения в данном приложении были написаны ФИО8 и ответные сообщения предназначались ФИО8. Их содержание она не читала. Телефон в пользование ФИО8 брал у нее не только в сентябре 2017 года, но и после этого по мере необходимости. В телефоне имеются фотографии в зимний период времени с изображением столбов, около которых притоптан снег, домов частного сектора и т.д. Данные фото делал ФИО8. ДД.ММ.ГГГГ весь день она и ФИО4 были дома по адресу: &lt;адрес&gt;, где проживали с сентября 2017 года. Около 19 час. 20 мин. они вызвали такси, чтобы поехать домой к матери ФИО8. На машине такси ДД.ММ.ГГГГ она и ФИО8 приехали к &lt;адрес&gt;. В это время к ним подошли сотрудники полиции, и задержали их. Далее ФИО8 стали проводить личный досмотр. Ее увели в сторону. Когда проводили досмотр ФИО8, процесс досмотра она не видела. Впоследствии ФИО8 ей сказал, что сотрудники полиции обнаружили и изъяли у него наркотики, которые тот хранил для себя. В октябре-ноябре 2017 года она стала замечать, что ФИО4 иногда находится в странном, особо активном и веселом настроении. Она поняла, что Соколов начал употреблять наркотические средства. ФИО8 стал употреблять их прямо при ней. ФИО8 в ее присутствии из имевшегося при нем свертка стал добавлять в сигарету порошкообразное вещество, после чего выкуривал эту сигарету. Примерно через 5-10 минут после этого ФИО8 впадал в состояние наркотического опьянения. Это выражалось в том, что он становился активным, подвижным, веселым. Состояние опьянения у ФИО8 проходило примерно через 30 минут. Точную частоту употребления наркотиков ФИО8 она сказать не может. В ее присутствии ФИО8 употреблял наркотики только три раза. Употреблял Соколов наркотические средства не каждый день. Она замечала ФИО8 в состоянии наркотического опьянения не чаще раза в неделю (т.1 л.д.161-164, 182-183). Оглашенные показания свидетель Р. подтвердила. Пояснила, что показания давала добровольно. Следователь на нее физического и психического давления не оказывал. На момент допросов она чувствовала себя адекватно и события помнила хорошо. Она отвечала на вопросы следователя и давала правдивые показания. С содержанием протоколов она ознакомилась и их подписала. Ее показания в протоколы внесены правильно и записаны с ее слов. Причину смены показаний в судебном заседании объяснить не может. Суд критически относится к показаниям свидетеля Р. в судебном заседании и считает, что они даны с целью помочь избежать уголовной ответственности подсудимому ФИО4, с которым Р. состоит в близких отношениях. Суд считает, что достоверные показания Р. давала на стадии предварительного следствия. Указанные показания суд принимает в качестве доказательств по делу и оценивает их в совокупности с другими представленными доказательствами. Свидетель Е. показала, что она видела как подсудимые ФИО4 и ФИО6 распространяли наркотики. ФИО8 и ФИО6 сами ей рассказали о том, что распространяют наркотики. Осенью 2017 года ФИО8 и ФИО6 пришли к ее дому. ФИО8 достал беленький пакетик с белым порошком, достал белый порошок, достал сигарету, затем засыпал порошок в сигарету и закурил. Она спросила у ФИО8 о том, что это за порошок. ФИО8 ей ответил, что это наркотик «СК». Она видела в конце зимы 2017-2018 года, как на &lt;адрес&gt; ФИО8 бросал к забору синий сверток, а ФИО6 при этом стоял рядом. ФИО8 фотографировал место, куда бросили сверток. Подсудимые фотографировали место закладки и куда-то это фото отправляли. К месту, куда ФИО8 и ФИО6 бросали сверток, она приехала вместе с ними на машине ФИО8. За распространение наркотиков ФИО8 перечисляли денежные средства на карточку. Об этом ей говорил сам ФИО8. ФИО8 перечисляли около 40000 рублей в неделю или в месяц, точно она не знает. На эти средства он приобрел машину. ФИО8 и ФИО6 проживали у ФИО6 в доме на &lt;адрес&gt;. Она бывала в гостях у ФИО6 и видела 2 или 3 пакетика с наркотическим средством. Ей известно о том, что ФИО8 и ФИО6 постоянно при себе носили наркотические средства. После употребления наркотических средств ФИО8 и ФИО6 вели себя неадекватно. Они бегали, смотрели в окно. Такое состояние у них продолжалось около 10 минут. По ходатайству государственного обвинителя, в соответствие с ч.3 ст. 281 УПК РФ , были оглашены протоколы допроса Е. в качестве свидетеля. Допрошенная в качестве свидетеля Е. показала, что обучалась в одной школе с ФИО4 и ФИО6 Поддерживает сними дружеские отношения. Летом 2017 года в ходе общения ФИО8 и ФИО6 пояснили ей, что устроились на работу закладчиками наркотиков. В это же время она заметила, что у них стали появляться денежные средства. До этого денег у них, как правило, не было. ФИО6 и ФИО8 стали приобретать новую одежду, купили телевизор, сделали ремонт в доме на &lt;адрес&gt; по месту жительства ФИО6, купили автомобиль. Когда она приходила в гости к ФИО8 и ФИО6 на &lt;адрес&gt;, то в доме видела множество маленьких пакетов из прозрачного полиэтилена с застежкой. В данных пакетах находилось порошкообразное вещество. ФИО8 и ФИО6 ей рассказывали, что это наркотики, которые они продают, а именно: они делали тайники с указанным веществом на территории &lt;адрес&gt;. Сами они так же употребляли данное вещество, в том числе и в ее присутствии. Они заворачивали порошок из пакетиков в сигареты и курили его. После того, как они выкуривали сигарету с данным порошком, они становились странными, т.е. активно начинали общаться, бегали по дому, пристально следили в окна, чтобы никто посторонний не приходил к ним в дом. В ноябре или декабре 2017 года она слышала как ФИО8 и ФИО6 обсуждали, как делать закладки с наркотическим средством. Непосредственно перед тем, как ФИО6 стал делать тайники с наркотическим средством, она видела, как ФИО8 доставал из своего кармана свертки из какого-то полимерного материала светло синего цвета, после чего передавал их ФИО6, а тот прятал их в снегу. Они катались на автомобиле ФИО8. Е. думала, что они просто будут гулять. В то время, когда они катались на машине, ФИО8 и ФИО6 общались между собой, и из их разговора Е. стало понятно, что они кроме прогулки намерены сделать закладки с наркотическими средствами. Ей было известно, что они устроились в интернет-магазин в качестве закладчиков наркотических средств, но изначально она к этому отнеслась с недоверием, однако впоследствии в ходе их разговоров ей стало понятно, что это действительно правда. Кроме того это подтверждалось тем, что у них стали появляться достаточно крупные суммы денег, которых до этого у них не имелось. ФИО8 и ФИО6 стали обсуждать то, как им лучше сделать закладку. В ноябре или в декабре 2017 года она, ФИО8 и ФИО6 ехали на машине по &lt;адрес&gt;. Когда они подъехали к &lt;адрес&gt;, ФИО8 остановил свой автомобиль около мостков через канаву, отделяющую &lt;адрес&gt; от &lt;адрес&gt;. Они вышли из автомобиля, и подошли к крайнему дому на &lt;адрес&gt;. ФИО8 указал ФИО6, что можно сделать закладку около первого дома со стороны &lt;адрес&gt;. После этого ФИО6 пошел к углу данного дома. Она видела, что он спрятал сверток синего цвета, который дал ему ФИО8, в снегу. ФИО8 при этом фотографировал ФИО6 на мобильный телефон, т.е. он фотографировал действия ФИО6, а так же местность, где все это происходило. После этого ФИО6 отошел от указанного места и по тропе прошел в сторону другой улицы, т.е. вдоль забора указанного дома. ФИО8 так же с ним прошел какое-то расстояние. ФИО6 вновь спрятал в снегу, такой же сверток, который дал ему ФИО8. ФИО8 это все фотографировал. По их действиям она поняла, что они делают тайники с наркотиками и в указанных свертках находится наркотическое средство. ФИО8 ей рассказывал, что каждую неделю ему за то, что он делает тайники – закладки с наркотическим средством, переводят денежные средства в сумме около 40000 рублей (т.2 л.д.32, 33-34). Оглашенные показания свидетель Е. подтвердила. Пояснила, что в настоящее время произошедшее забыла, так как прошло много времени. Свидетель К. показала, что ей известно о том, что ФИО4, ФИО6, ФИО5 распространяли наркотики. О том, чем занимаются подсудимые, ей стало известно от Е. По ходатайству государственного обвинителя, в соответствие с ч.3 ст. 281 УПК РФ , были оглашен протокол допроса К. в качестве свидетеля. Допрошенная в качестве свидетеля К. показала, что ей знакомы ФИО4 и ФИО6 Одно время они вместе проживали по адресу &lt;адрес&gt; парней она знает, т.к. она является подругой Е. Зимой 2018 года, точную дату она не помнит, ФИО8 и ФИО6 несколько раз приходили к Е. в гости в ее присутствии. В ходе общения с Е., ей стало известно, что ФИО6 и ФИО8 занимаются тем, что делают закладки наркотиков в &lt;адрес&gt;. Кроме того они сами употребляют наркотические средства (т.2 л.д.31). Оглашенные показания свидетель Е. подтвердила. Пояснила, что в настоящее время произошедшее забыла, так как прошло много времени. Свидетель Б. показала, что она являлась опекуном ФИО4 ФИО8 ежемесячно перечисляли пособие по потери кормильца. Эти денежные средства нельзя было снять со счета без разрешения органов опеки, поэтому они находились на счету до 2016 года. Когда ФИО8 исполнилось 18 лет, она отдала ему сберегательную книжку. Когда ФИО8 снял со счета денежные средства, ей не известно. Каким образом ФИО8 распорядился данными денежными средствами ей не известно. ФИО8 получал пособие по опекунству в размере около 7000 рублей ежемесячно. Данные деньги она с ФИО8 вместе получала и покупала на них одежду ФИО8. Те деньги, которые оставались от пособия, она отдавала ФИО8. В возрасте от 16 лет до 18 лет ФИО8 подрабатывал в лесу на пилораме. В соответствии с постановлением от ДД.ММ.ГГГГ в СО МО МВД России «Родниковский» переданы документы оперативно-розыскной деятельности в отношении ФИО4 (т.1 л.д.141). В соответствии с постановлением от ДД.ММ.ГГГГ в СО МО МВД России «Родниковский» рассекречены результаты оперативно-розыскной деятельности в отношении ФИО4 (т.1 л.д.142). Из выписки №с от ДД.ММ.ГГГГ следует, что ФИО4 совместно с ФИО6 сделали ряд закладок наркотических средств в конце января 2018 года в районе &lt;адрес&gt; (т.1 л.д.143). В соответствии с постановлением от ДД.ММ.ГГГГ в СО МО МВД России «Родниковский» переданы документы оперативно-розыскной деятельности в отношении ФИО4 (т.1 л.д.150). В соответствии с постановлением от ДД.ММ.ГГГГ в СО МО МВД России «Родниковский» рассекречены результаты оперативно-розыскной деятельности в отношении ФИО4 (т.1 л.д.149). Из выписки №с от ДД.ММ.ГГГГ следует, что ФИО4 распространяет наркотики. Сколов является «закладчиком» интернет-магазина «Аквапарк» (т.1 л.д.151). Из выписки №с от ДД.ММ.ГГГГ следует, что ФИО4 организовал преступную группу по сбыту синтетических наркотиков на территории &lt;адрес&gt; в составе ФИО6, получая очередную партию наркотических средств, фасует ее на мелкие «закладки» по адресу: &lt;адрес&gt;. Денежные средства от сбыта наркотических средств данная преступная группа получает на банковские карты Сбербанка, оформленные на ФИО4 (№) и на Р. (т.1 л.д.152). В соответствии с протоколом выемки от ДД.ММ.ГГГГ в помещении служебного кабинета № СО МО МВД России «Родниковский» по адресу: &lt;адрес&gt;Б у свидетеля Р. изъяты сотовый телефон «LG», банковская карта ПАО «Сбербанк России» на имя Р., банковская карта ПАО «Сбербанк России» на имя ФИО4 (т.1 л.д.167-169). Изъятые ДД.ММ.ГГГГ сотовый телефон «LG», банковская карта ПАО «Сбербанк России» на имя Р., банковская карта ПАО «Сбербанк России» на имя ФИО4 осмотрены, признаны вещественными доказательствами и приобщены к уголовному делу. Установлено, что в сотовом телефоне «LG» установлено приложение «&lt;данные изъяты&gt;». При осмотре указанного приложения обнаружена переписка с абонентом «&lt;данные изъяты&gt;». Согласно переписке с указанным абонентом следует, что абоненту «&lt;данные изъяты&gt;» отправлялись сообщения с указаниями адресов тайников с условным обозначением «клад», описанием тайников, а так же фотографий мест тайников. При осмотре телефона в галерее обнаружено фото ФИО4 с паспортом в развернутом виде, фото банковской карты Р., фото с изображением участков местности около домов частного сектора с притоптанным снежным покровом, с изображением парня около столба, при этом по тени видно, что его фотографирует другой человек (т.1 л.д.170-180, 181). Во время осмотра места происшествия с участием подозреваемого ФИО4 ДД.ММ.ГГГГ осмотрен участок местности, расположенный по адресу: &lt;адрес&gt;, соприкосновение заборов приусадебных участков &lt;адрес&gt; и &lt;адрес&gt; На указанном участке местности, в снегу обнаружен полимерный сверток, который с места происшествия изъят (т.1 л.д.195-196). Во время осмотра места происшествия с участием подозреваемого ФИО4 ДД.ММ.ГГГГ осмотрен участок местности, расположенный по адресу: &lt;адрес&gt;, правый угол забора приусадебного участка д&lt;адрес&gt;. На указанном участке местности, в снегу обнаружен полимерный сверток, который с места происшествия изъят (т.1 л.д.197-198). В соответствии с протоколом выемки от ДД.ММ.ГГГГ в помещении камеры хранения МО МВД России «Родниковский» по адресу: &lt;адрес&gt; изъяты два свертка из полимерного материала синего цвета (т.1 л.д.201-204). В соответствии с заключением эксперта № от ДД.ММ.ГГГГ представленное на экспертизу вещество общей массой 1,67 гр. (объект № (изъят около &lt;адрес&gt;) – 0,90 гр., объект № (изъят около &lt;адрес&gt;) – 0,77 гр.), содержит в своем составе метил-3-метил-2-[1-(4-фторбензил)-1Н-индазол-3-карбоксамидо]бутаноат, который является производным метилового эфира 3-метил-2-(1-бензил-1Н-индазол-3-карбоксамидо)бутановой кислоты. Метиловый эфир 3-метил-2-(1-бензил-1Н-индазол-3-карбоксамидо)бутановой кислоты и его производные включены в Перечень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ДД.ММ.ГГГГ № (в действующей редакции с изменениями и дополнениями) (т.1 л.д.209-212). Изъятые ДД.ММ.ГГГГ два свертка из полимерного материала синего цвета, с содержащимся в них наркотическим веществом осмотрены, признаны вещественными доказательствами и приобщены к уголовному делу (т.1 л.д.215-217, 218). Вещественные доказательства осмотрены в ходе судебного следствия в порядке ст. 284 УПК РФ . Согласно сведениям ТУ СЗН по Родниковскому муниципальному району ФИО4 являлся получателем опекунского пособия по категории «Дети, находящиеся под опекой (попечительством) с ДД.ММ.ГГГГ по ДД.ММ.ГГГГ. Среднемесячный доход Соколова составлял около 5411 рублей (т.1 л.д.226, 227). Во время проверки показаний на месте ДД.ММ.ГГГГ свидетель Е. показала где, и продемонстрировала, при каких обстоятельствах ФИО6 и ФИО4 сделали несколько тайников «закладок» с наркотическим средством на территории &lt;адрес&gt;. Свидетель Е. указала участвующим лицам на &lt;адрес&gt; и пояснила, что около правого угла забора, огораживающего приусадебную территорию указанного дома, ФИО6 и ФИО8 сделали тайник с наркотическим средством «закладку». Е. указала на участок местности, расположенный около правого угла забора указанного дома, и пояснила, что именно на этом месте, в снегу ФИО6 оборудовал тайник с наркотическим средством. ФИО8 в это время находился рядом и фотографировал происходящее. Далее свидетель Е. указала участвующим лицам на участок местности, расположенный на соприкосновении забора &lt;адрес&gt; и &lt;адрес&gt;, и пояснила, что именно на этом месте ФИО6 в снегу оборудовал тайник с наркотическим средством. ФИО8 в это время находился рядом и фотографировал его действия. Более мест расположения тайников с наркотическими средствами, которые сделали, ФИО8 и ФИО6 она не знает (т.2 л.д.35-39). Согласно представленным сведениям банковская карта ПАО «Сбербанк» № принадлежит ФИО4 Банковская карта ПАО «Сбербанк» № принадлежит Р. (т.2 л.д.88). Из представленного ПАО «Сбербанк» отчета за период с ДД.ММ.ГГГГ по ДД.ММ.ГГГГ следует, что на банковский счет Р. поступили денежные средства в сумме 45190 рублей, на банковский счет ФИО4 за тот же период времени поступили денежные средства в сумме 356061 рубль. Поступившие денежные средства сняты с банковских счетов (т.2 л.д.89-96). При юридической оценке действий подсудимых, суд учитывает направленность умысла, способ и обстоятельства совершенного общественно-опасного деяния, а также наступившие последствия. Непризнание ФИО4, ФИО6 вины в совершении преступления суд расценивает как избранный способ защиты. Действия ФИО4, ФИО6 суд квалифицирует по ч.3 ст. , п.Г ч.4 ст. 228.1 УК РФ как покушение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крупном размере, то есть умышленные действия лица, непосредственно направленные на совершение преступления, если при этом преступление не было доведено до конца по не зависящим от этого лица обстоятельствам. Показания подсудимых ФИО4, ФИО6 о совершении преступления, предусмотренного ч.3 ст. , п.Г ч.4 ст. 228.1 УК РФ , данные во время предварительного следствия, полностью соответствуют другим исследованным доказательствам, в связи с чем суд признает их достоверными. Согласно показаниям ФИО4 и ФИО6 в сентябре 2017 года они решили получать денежные средства за то, что будут делать тайники «закладки» с наркотическими средствами и за это им будут выплачивать денежные средства. Неустановленные лица снабжали их значительными партиями наркотиков. ФИО8 и ФИО6 вдвоем занимались их раскладкой по тайникам. Адреса этих тайников с подробным описанием ФИО8 и ФИО6 записывали на бумажный и электронный носители, а потом ФИО8 отправлял их неустановленным лицам. Общение с неустановленными лицами происходило через интернет, посредством направления информации в интернет-магазин «&lt;данные изъяты&gt;», а также в программе мгновенного обмена сообщениями «&lt;данные изъяты&gt;». За свою незаконную деятельность ФИО8 и ФИО6 получали материальное вознаграждение. Указанные показания подтверждены подсудимыми во время проведения проверок показаний на месте. На указанных ими местах закладок были изъяты наркотические средства. Как следует из показаний свидетелей Р., Е. со слов ФИО8 и ФИО6 им известно, что подсудимые устроились работать закладчиками наркотических средств. Свидетели Р., Е. видели привозимые ФИО8 и ФИО6 наркотические средства. Сбыт наркотиков осуществлялся ФИО8 и ФИО6 на возмездной основе. Цена за одну закладку наркотика была оговорена заранее, расфасовка - удобной для сбыта. Распространяя наркотическое средство, ФИО8 и ФИО6 действовали в собственных интересах. Свидетель Е. лично присутствовала при оборудовании тайников с наркотическими веществами подсудимыми. Свои показания свидетель Е. подтвердила во время проведения проверки показаний на месте и указала места закладок наркотических средств. Довод ФИО8 об оговоре его Е. своего подтверждения не нашел. Как показала Е. с ФИО8 и ФИО6 она поддерживает дружеские отношения со времени обучения в школе, то есть длительный период. Каких либо оснований для оговора ФИО10 судом не установлено, подсудимым и защитой не представлено. Показания Е. объективно подтверждаются показаниями других допрошенных лиц, в том числе показаниями подсудимых, данными на стадии предварительного расследования. Из показаний свидетелей М., Б. следует, что с октября 2017 года стала поступать оперативная информация о причастности ФИО4 и ФИО6 к преступной деятельности в сфере незаконного сбыта наркотических средств и намерении совершить очередное преступление. ДД.ММ.ГГГГ ФИО8, ДД.ММ.ГГГГ ФИО6 были задержаны. При их личном досмотре были обнаружены и изъяты свертки с наркотическими средствами. Показания свидетелей М., Б. подтверждаются рассекреченными материалами оперативно-розыскной деятельности о причастности ФИО4 и ФИО6 к незаконной деятельности по сбыту наркотических средств, а также результатами их задержания и результатами личного досмотра, протоколами осмотра места происшествия. У свидетеля Р. были изъяты сотовый телефон, банковские карты. В изъятом у Р. сотовом телефоне в приложении «Telegram» содержалась переписка с абонентом «Aqua Kur» с указанием адресов с местоположением тайников, фотографии тайников. В телефоне обнаружены фотографии банковской карты Р., места около домов, паспорта ФИО4 и самого ФИО8. Согласно протоколу осмотра места происшествия сотрудниками полиции по указанию ФИО4 изымались вещества, упакованные в пакеты. Зафиксированные в протоколе осмотра места происшествия, протоколе выемки и заключении экспертизы сведения об упаковке изъятых веществ соответствуют друг другу. Таким образом, установлено, что для проведения экспертизы были предоставлены вещества, являющиеся наркотическими средствами, соответствующие крупному размеру. Факт обнаружения и изъятия наркотических средств во время осмотра места происшествия подтверждаются показаниями свидетелей - понятых Г., Т. Сведения о поступлении денежных средств на банковскую карту ПАО «Сбербанк», оформленную Р., ФИО4, подтверждают их показания о получении материальной выгоды от незаконного сбыта наркотических средств в виде регулярного поступления на счет денежных средств в период с ДД.ММ.ГГГГ по ДД.ММ.ГГГГ от неизвестных лиц. Из представленных сведений следует, что доход Соколова состоял из опекунского пособия. Из показаний свидетелей Р., Е. следует, что после начала занятия ФИО8 и ФИО6 распространением наркотических средств, их доходы существенно возросли. Из представленных банком сведений о поступлении денежных средств на имя ФИО8 и на имя Р., предназначенных для ФИО8, следует, что его доходы в период осуществления незаконной деятельности по распространению наркотических средств, значительно превышают получаемые им пособия. Из показаний свидетелей Р., Б. следует, что Соколов не имел официального трудоустройства. Действия подсудимых ФИО4, ФИО6 по покушению на незаконный сбыт наркотических средств выражались в незаконном приобретении ими этих средств, их хранении и раскладке по тайникам, то есть совершении действий, направленных на реализацию наркотических средств. О предназначении всего объема изъятых во время осмотра места происшествия наркотических средств именно для сбыта свидетельствует их расфасовка на примерно равные объемы в практичную упаковку, содержание записей в изъятом сотовом телефоне, показания самих подсудимых и свидетелей. Тот факт, что ФИО8, ФИО6 сами употребляли наркотические средства, не исключает наличие у них умысла на сбыт наркотических средств. Судом установлено, что оперативная информация о том, что ФИО4, ФИО6 занимаются распространением наркотических средств, свою деятельность тщательно скрывают, появилась у сотрудников правоохранительных органов до проведения в отношении них оперативных мероприятий. Наркотическое средство изымалось из незаконного оборота в связи с задержанием подсудимых и проведением следственных действий, в связи с чем действия ФИО8 и ФИО6 направленные на сбыт наркотиков, не были доведены до конца по независящим от них обстоятельствам. О совершении преступления группой лиц по предварительному сговору говорит наличие предварительной договоренности ФИО4 и ФИО6 с неустановленными лицами о совместном осуществлении деятельности по незаконному сбыту наркотических средств, а также распределение ролей между ФИО8, ФИО6 и неустановленными лицами, согласованность их действий и направленность на достижение единой цели – сбыта наркотических средств. Деятельность в составе группы лиц, состоящих в предварительном сговоре, осознавалась ФИО8 и ФИО6 и охватывалась их умыслом. Преступление ФИО4 и ФИО6 было совершено с использованием информационно-телекоммуникационных сетей (включая сеть «интернет»), поскольку вся организация деятельности ФИО8 и ФИО6 по сбыту наркотических средств происходила посредством указанных сетей, в том числе путем интернет-переписки с неустановленным лицом, использующим в целях преступной деятельности интернет-магазин «Аквапарк». Посредством использования информационно-телекоммуникационных сетей ФИО8 и ФИО6 получили от неустановленных лиц предложение заняться преступной деятельностью и дали на это свое согласие, таким же способом они получали указания от неустановленных лиц о месте нахождения крупных партий наркотических средств и после раскладки этих средств по тайникам направляли указанным лицам адреса организованных ими тайников. При этом, данный вид связи обеспечивал ФИО8, ФИО6 и неизвестным лицам быстрый и бесконтактный способ общения, повышенный уровень конспирации их деятельности, возможность передавать не только текстовые сообщения, но и фото-файлы, что облегчало описание местонахождения тайника с наркотическим средством и упрощало в дальнейшем его поиск конечным потребителем запрещенного вещества. Использование средств электронной телекоммуникационной сети фактически привело бы к более быстрому распространению наркотических средств среди большего количества лиц. По факту совершения ФИО4 преступления, предусмотренного ч.2 ст. 228 УК РФ . Свидетель Г. показал, что в начале февраля 2018 года в районе &lt;адрес&gt; сотрудники полиции предложили принять участие в личном досмотре ФИО4 в качестве понятого. При досмотре присутствовал второй понятой С. Им разъяснили их права и обязанности. ФИО8 был в наручниках. Во время досмотра ФИО8 у него был обнаружен сверток. ФИО8 сказал, что это не его сверток, что сверток ему подкинули. Сверток был упакован и опечатан. Какого-либо давления физического или морального в отношении ФИО8 при досмотре не применялось. По ходатайству государственного обвинителя, в соответствие с ч.3 ст. 281 УПК РФ , был оглашен протокол допроса Г. в качестве свидетеля. Допрошенный в качестве свидетеля Г. показал, что ДД.ММ.ГГГГ он находился около &lt;адрес&gt; Около 19 час. 40 мин. Сотрудник полиции попросил его быть понятым при личном досмотре задержанного ФИО4 У первого подъезда &lt;адрес&gt; находился автомобиль марки «&lt;данные изъяты&gt;». Около автомобиля находились ФИО8, девушка, еще один сотрудник полиции в гражданской форме одежды и еще один понятой. Ему и второму понятому сотрудником полиции были оглашены права и обязанности понятого. Он понял, что его присутствие необходимо для того, чтобы удостоверить результат досмотра, он имеет право делать замечания по поводу проводимых мероприятий, которые должны фиксироваться в протоколе. Им было объявлено, что будет проводиться личный досмотр ФИО8. ФИО8 об этом так же сотрудники полиции сообщили и перед тем, как его стали досматривать. ФИО8 было предложено выдать запрещенные предметы, которые при нем возможно находятся. ФИО8 ответил сотрудникам полиции, что при нем ничего запрещенного нет. Сопротивления сотрудникам полиции ни ФИО8, ни девушка не оказывали. Данные ФИО8 были занесены в протокол, который составлял один из сотрудников полиции. Так же в указанный протокол были занесены данные понятых. После того, как понятым объявили их права, а ФИО8 было предложено выдать запрещенные предметы, один из сотрудников продолжил оформлять протокол досмотра, а второй сотрудник полиции стал проводить личный досмотр ФИО8. В ходе досмотра в кармане куртки Соколова сотрудником полиции был обнаружен сверток из изоляционной ленты синего цвета. Всю процедуру досмотра он (Г.) внимательно наблюдал. Сверток был предоставлен для обозрения ему и второму понятому. При осмотре данного свертка он видел, что сверток представляет собой шарообразный комок, плотно обмотанный изоляционной лентой синего цвета. Сотрудник полиции указанный сверток попытался развернуть, но у него ничего не получилось, т.к. сверток был плотно замотан. После того, как был предоставлен для обозрения указанный сверток, сотрудник полиции упаковал его в белый бумажный конверт. После того, как сверток упаковали в конверт, данный конверт сразу же опечатали фрагментом бумаги с печатью, на котором он, второй понятой, сотрудник полиции, поставили свои подписи. ФИО8 от подписи отказался. Далее второй сотрудник полиции, который составлял протокол, окончил оформление протокола досмотра ФИО8. Протокол сотрудник полиции прочитал вслух. В протоколе изложено все было достоверно. Он и второй понятой подписали протокол. ФИО8 отказался подписывать данный протокол и по поводу того, что у него обнаружен был указанный сверток, никаких комментариев не давал (т.1 л.д.157-158). Оглашенные показания свидетель Г. подтвердил. Пояснил, что в настоящее время произошедшее забыл, так как прошло много времени. Свидетель С. показал, что примерно в феврале 2018 года он ехал по &lt;адрес&gt; на своем автомобиле. Его остановил сотрудник полиции в гражданской одежде и попросил быть понятым при задержании какого-то человека, попросил пройти к &lt;адрес&gt;. Сотрудник полиции мне сказал, что задержали ФИО4 связанного с наркотиками, и будет проводиться личный досмотр. Был еще один понятой. Им объясняли права и обязанности понятого. С ФИО8 рядом была девушка. В это время подъехала машина полиции с сотрудниками. Девушку задержали сотрудники полиции, которые подъехали на полицейской машине. Их попросили подержать девушку в сторонке. Сначала осмотрели вещи из пакета, из сумки. Рядом находился автомобиль, на котором приехали задержанный и девушка. Автомобиль осмотрели. В автомобиле ничего не нашли. Досмотрели пакеты из автомобиля. Потом начали досматривать ФИО8. Перед личным досмотром сотрудниками полиции предлагалось ФИО8 добровольно выдать имеющиеся у него запрещенные вещества, предметы. ФИО8 ответил, что у него ничего нет. У ФИО8 в левом нагрудном кармане обнаружили сверток синего цвета. Понятые засвидетельствовали, что нашли сверток. Затем сверток положили в конверт и запечатали при понятых. По ходатайству государственного обвинителя, в соответствие с ч.3 ст. 281 УПК РФ , был оглашен протокол допроса С. в качестве свидетеля. Допрошенный в качестве свидетеля С. дал показания, аналогичные оглашенным показаниям свидетеля Г. (т.1 л.д.159-160). Оглашенные показания свидетель С. подтвердил. Пояснил, что в настоящее время произошедшее забыл, так как прошло много времени. Согласно рапорту о происшествии от ДД.ММ.ГГГГ в 19 час. 40 мин. в ДЧ МО МВД России поступило сообщение ОУ МО МВД России «Родниковский» М. о том, что по адресу &lt;адрес&gt;, у &lt;адрес&gt; задержан по подозрению в хранении наркотических средств ФИО4 (т.1 л.д.120). Согласно рапорту ОУ МО МВД России «Родниковский» М. от ДД.ММ.ГГГГ, ДД.ММ.ГГГГ около 19 час. 40 мин. в ходе ОРМ возле первого подъезда &lt;адрес&gt; был задержан ФИО4, ДД.ММ.ГГГГ года рождения. В ходе личного досмотра вещей, находящихся при ФИО8 в левом кармане черной куртки был обнаружен сверток обмотанный синей изолентой, с наркотическим средством N-метилэфедрон массой 1,95 гр. В действиях ФИО8 усматриваются признаки состава преступления, предусмотренного ч.2 ст. 228 УК РФ (т.1 л.д.121). В соответствии с постановлением от ДД.ММ.ГГГГ в СО МО МВД России «Родниковский» переданы документы оперативно-розыскной деятельности в отношении ФИО4 (т.1 л.д.123). В соответствии с протоколом личного досмотра, досмотра вещей, находящихся при физическом лице, досмотра транспортного средства, изъятия вещей и документов от ДД.ММ.ГГГГ, ДД.ММ.ГГГГ в 19 час. 45 мин. возле первого подъезда &lt;адрес&gt; во время личного досмотра у ФИО4 в левом кармане куртки, одетой на нем, обнаружен сверток, обмотанный синей изолентой. По факту изъятия Соколов ничего не пояснил (т.1 л.д.124). Согласно справке об исследовании №и от ДД.ММ.ГГГГ представленное на исследование порошкообразное вещество зелено-белого цвета, массой 1,95 гр. из свертка, содержит в своем составе ?-пирролидиновалерофенон, который является производным наркотического средства N-метилэфедрон. N-метилэфедрон и его производные включены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ДД.ММ.ГГГГ № (в действующей редакции с изменениями и дополнениями) (т.1 л.д.126-127). Согласно справке о результатах химико-токсикологических исследований № от ДД.ММ.ГГГГ при химико-токсикологическом исследовании мочи ФИО4 обнаружены вещества соль (т.1 л.д.135). В соответствии с постановлением от ДД.ММ.ГГГГ в СО МО МВД России «Родниковский» переданы документы оперативно-розыскной деятельности в отношении ФИО4 (т.1 л.д.141). В соответствии с постановлением от ДД.ММ.ГГГГ в СО МО МВД России «Родниковский» рассекречены результаты оперативно-розыскной деятельности в отношении ФИО4 (т.1 л.д.142). Из выписки №с от ДД.ММ.ГГГГ следует, что ФИО4 с Р. будут находиться по адресу: &lt;адрес&gt;, при этом ФИО8 будет хранить при себе наркотические средства (т.1 л.д.146). Согласно рапорту №с от ДД.ММ.ГГГГ, ДД.ММ.ГГГГ в подразделение ННК МО МВД России «Родниковский» поступила оперативно значимая информация о том, что ДД.ММ.ГГГГ ФИО4, находясь по адресу &lt;адрес&gt; будет хранить при себе наркотические средства, в связи с чем необходимо провести ОРМ по задержанию ФИО8 (т.1 л.д.145). Согласно рапорту №с от ДД.ММ.ГГГГ, ДД.ММ.ГГГГ проводилось ОРМ наблюдение по адресу: &lt;адрес&gt;. Около 18 час. 00 мин. участок местности возле &lt;адрес&gt; был взят под наблюдение. Около 19 час. 25 мин. на данную улицу подъехал автомобиль марки &lt;данные изъяты&gt; государственный регистрационный знак №. Из вышеуказанного дома вышли ФИО4 и Р., которые сели в данный автомобиль и направились в сторону &lt;адрес&gt;. При этом никто из автомобиля не выходил и не садился. Автомобиль остановился около &lt;адрес&gt;, и из него вышли ФИО8 и Р.. После этого было принято решение о задержании ФИО8. Около 19 час. 40 мин. наблюдение было прекращено (т.1 л.д.144). В соответствии с протоколом выемки от ДД.ММ.ГГГГ в помещении камеры хранения МО МВД России «Родниковский» по адресу: &lt;адрес&gt;А изъят сверток, обмотанный изолентой синего цвета с порошкообразным веществом зелено-белого цвета (т.1 л.д.201-204). В соответствии с заключением эксперта № от ДД.ММ.ГГГГ представленное на экспертизу порошкообразное вещество, массой 1,94 гр. содержит в своем составе ?-пирролидиновалерофенон, которое является производным наркотического средства N-метилэфедрон. N-метилэфедрон и его производные включены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ДД.ММ.ГГГГ № (в действующей редакции с изменениями и дополнениями) (т.1 л.д.209-212). Изъятые ДД.ММ.ГГГГ фрагмент клейкой полимерной изоляционной ленты синего цвета, фрагмент фольги, пакет из прозрачного полимерного материала с застежкой, внутри которого содержится порошкообразное вещество зелено-белого цвета осмотрены, признаны вещественными доказательствами и приобщены к уголовному делу (т.1 л.д.215-217, 218). Вещественные доказательства осмотрены в ходе судебного следствия в порядке ст. 284 УПК РФ . Действия ФИО4 суд квалифицирует по ч.2 ст. 228 УК РФ как незаконное хранение без цели сбыта наркотического средства в крупном размере. Суд критически относится к показаниям подсудимого ФИО4, отрицающего свою причастность к совершенному преступлению. Показания ФИО8 о том, что сотрудники полиции подбросили ему наркотическое средство, которое впоследствии в присутствии понятых изъяли, опровергаются предоставленными стороной обвинения доказательствами. Из показаний о/у МО МВД России «Родниковский» М., Б. следует, что ими после получения информации о причастности ФИО4 к незаконному обороту наркотических средств было организовано наблюдение в районе предполагаемого хранения подсудимым наркотического средства. В районе &lt;адрес&gt; около 19 час. 20 мин. ДД.ММ.ГГГГ ФИО8 и Р. сели в автомобиль такси. Автомобиль от &lt;адрес&gt; без остановок проследовал до первого подъезда &lt;адрес&gt;. М. и Б. проследовали за ФИО8 и Р. и задержали ФИО8. Позднее во время личного досмотра у ФИО8 было изъято наркотическое средство. Показания ФИО4 о подкидывании ему сотрудниками полиции наркотического средства суд оценивает как попытку избежать ответственности за совершенное преступление. Сотрудники полиции М., Б. изначально и последовательно поясняли об отсутствии на месте задержания ФИО8 посторонних лиц, неоказании физического или психического давления на ФИО8. Свидетель Р., с которой Соколов на автомашине прибыл на место задержания, показала, что ФИО8 ей сказал, что сотрудники полиции обнаружили и изъяли у него наркотики, которые тот хранил для себя. Таким образом, ФИО8 в разговоре с Р. не отрицал, что на момент задержания при нем хранились наркотические средства. Во время проведения проверки по сообщению обвиняемого ФИО4 о противоправных действиях в отношении него ОУ МО МВД России «Родниковский» М., Б. установлено, что объективные данные, свидетельствующие о наличии в действиях ОУ ОУР МО МВД России «Родниковский» М., Б. признаков составов преступлений, предусмотренных ст.ст. , , , , 303 УК РФ отсутствуют. О недостоверности версии подсудимого, отрицающего свою вину и заявляющего о неправомерных действиях сотрудников полиции, свидетельствуют показания ФИО4 данные им на стадии предварительного следствия в качестве подозреваемого и обвиняемого. В них ФИО8 подробно изложил сведения о желании употребить наркотическое средство, обстоятельства его приобретения, хранения, задержания сотрудниками полиции и личного досмотра. Оснований сомневаться в достоверности этих показаний у суда не имеется. Показания получены следователем в полном соответствии с требованиями уголовно-процессуального закона, в присутствии защитника. Данные показания соответствуют показаниям свидетелей М., Б., Р., Г., С. Свидетели С., Г. пояснили об участии в качестве понятых при личном досмотре ФИО8 и изъятии в их присутствии у Соколова свертка с веществом. Согласно протоколу личного досмотра, относительно изъятого вещества ФИО4 о происхождении вещества ничего не пояснил, не смотря на имеющуюся возможность. Каких-либо жалоб и заявлений в ходе личного досмотра от Соколова не поступило. Вид и размер изъятого у ФИО4 наркотического средства установлены справкой об исследовании изъятого вещества, заключением экспертизы. Наркотическое средство было осмотрено (в том числе в судебном заседании) и приобщено к уголовному делу в качестве вещественного доказательства. Зафиксированные в протоколе личного досмотра, справке об исследовании и заключении эксперта сведения об упаковке изъятого у ФИО4 вещества и его весе соответствуют друг-другу. Изложенные обстоятельства в совокупности позволяют признать, что для проведения химической экспертизы было предоставлено изъятое у Соколова средство, являющееся наркотическим и соответствующее крупному размеру. Наличие у сотрудников полиции М., Б. достаточных оснований подозревать ФИО4 в причастности к незаконному обороту наркотических средств, свидетельствует об обоснованности его задержания и последующего проведения личного досмотра. К таким основаниям сотрудниками правомерно отнесены данные оперативно-розыскной деятельности, свидетельствующие о причастности подсудимого к незаконному обороту наркотических средств и его намерении хранить при себе запрещенное вещество. Подсудимый ФИО4 получив порошкообразное вещество, массой 1,94 гр. содержащее в своем составе ?-пирролидиновалерофенон, которое является производным наркотического средства N-метилэфедрон, владея этим наркотическим средством, действуя умышленно, незаконно хранил его при себе для личного потребления без цели сбыта в находящейся на нем одежде. Суд учитывает, что порошкообразное вещество, содержащее в своем составе наркотическое средство, было изъято у ФИО4 в ходе личного досмотра подсудимого, проведенного с целью обнаружения и изъятия наркотических средств, что исключает возможность освобождения ФИО8 от уголовной ответственности в соответствии с примечанием 1 к ст. 228 УК РФ . По факту совершения ФИО6 преступления, предусмотренного ч.2 ст. 228 УК РФ . Из оглашенных в соответствии с ч.1 ст. 281 УПК РФ показаний свидетеля К. следует, что ДД.ММ.ГГГГг. около 08 час. 00 мин. у &lt;адрес&gt; сотрудник полиции и предложил принять участие в качестве понятого при проведении личного досмотра. Он с сотрудником полиции прошел в подъезд &lt;адрес&gt; В подъезде на первом этаже находился другой сотрудник полиции и незнакомый молодой человек. В качестве понятого сотрудником полиции был приглашен еще один мужчина. Сотрудник полиции объявил всем присутствующим, что будет производить личный досмотр молодого человека. Перед началом личного досмотра молодого человека, понятым сотрудником полиции были разъяснены права и обязанности. Сотрудником полиции перед началом личного досмотра было предложено молодому человеку добровольно выдать находящиеся при нем предметы, запрещенные к обороту. Молодой человек пояснил, что у него ничего не имеется. После сотрудник полиции начал производить личный досмотр молодого человека. В ходе досмотра в левом нагрудном внутреннем кармане куртки, надетой на молодом человеке, был обнаружен синий полимерный сверток с содержимым. Сверток был изъят сотрудником полиции и упакован в присутствии всех участвующих лиц в бумажный пакет. Бумажный пакет сотрудник полиции опечатал печатью. На печати были поставлены подписи. По окончании личного досмотра сотрудником полиции был составлен протокол. Протокол сотрудник полиции зачитал вслух и все присутствующие в нем расписались. Молодой человек расписываться в протоколе отказался, о чем сотрудником полиции в протоколе была сделана запись, под которой понятые расписались. Замечаний к протоколу ни у кого не имелось (т.2 л.д.117). Допрошенный в качестве свидетеля Д. дал показания, аналогичные оглашенным показаниям свидетеля К. (т.2 л.д.118). Согласно рапорту о происшествии от ДД.ММ.ГГГГ в 07 час. 45 мин. в ДЧ МО МВД России поступило сообщение ОУ МО МВД России «Родниковский» М. о том, что в подъезде дома по адресу &lt;адрес&gt; задержан по подозрению в хранении наркотических средств ФИО6 (т.2 л.д.97). Согласно рапорту ОУ МО МВД России «Родниковский» М. от ДД.ММ.ГГГГ, ДД.ММ.ГГГГ около 07 час. 45 мин. в ходе ОРМ в подъезде &lt;адрес&gt; был задержан ФИО6, ДД.ММ.ГГГГ года рождения. В ходе личного досмотра вещей, находящихся при ФИО6 в левом нагрудном кармане куртки был обнаружен полимерный сверток синего цвета с наркотическим средством метиловый эфир 3метил-2(1-бензил-1Н-индазол-3-карбоксамидо)бутановой кислоты, массой 0,89 гр. В действиях ФИО6 усматриваются признаки состава преступления, предусмотренного ч.2 ст. 228 УК РФ (т.2 л.д.98). В соответствии с постановлением от ДД.ММ.ГГГГ в СО МО МВД России «Родниковский» переданы документы оперативно-розыскной деятельности в отношении ФИО6 (т.2 л.д.100). В соответствии с протоколом личного досмотра, досмотра вещей, находящихся при физическом лице, досмотра транспортного средства, изъятия вещей и документов от ДД.ММ.ГГГГ, ДД.ММ.ГГГГ в 08 час. 00 мин. на первом этаже подъезда &lt;адрес&gt; во время личного досмотра у ФИО6 в левом нагрудном внутреннем кармане куртки, одетой на нем, обнаружен синий полимерный сверток. По факту изъятия ФИО6 ничего не пояснил (т.2 л.д.101). Согласно справке об исследовании №и от ДД.ММ.ГГГГ представленное на исследование измельченное вещество растительного происхождения желто-коричневого цвета из свертка, массой 0,89 гр., содержит в своем составе метил-3-метил-2-[1-(4-фторбензил)-1Н-индазол-3-карбоксамидо]бутаноат, который является производным наркотического средства метиловый эфир 3-метил-2-(1-бензил-1Н-индазол-3-карбоксамидо)бутановой кислоты. Метиловый эфир 3-метил-2-(1-бензил-1Н-индазол-3-карбоксамидо)бутановой кислоты и его производные включены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ДД.ММ.ГГГГ № (в действующей редакции с изменениями и дополнениями) (т.2 л.д.104). В соответствии с постановлением от ДД.ММ.ГГГГ в СО МО МВД России «Родниковский» переданы документы оперативно-розыскной деятельности в отношении ФИО6 (т.2 л.д.112). В соответствии с постановлением от ДД.ММ.ГГГГ в СО МО МВД России «Родниковский» рассекречены результаты оперативно-розыскной деятельности в отношении ФИО6 (т.1 л.д.113). Согласно рапорту №с от ДД.ММ.ГГГГ в подразделение ННК МО МВД России «Родниковский» имеется оперативно значимая информация о причастности ФИО6, ДД.ММ.ГГГГ года рождения к незаконному обороту наркотиков. По имеющейся оперативной информации ДД.ММ.ГГГГ в утреннее время ФИО6 будет находиться в районе &lt;адрес&gt;, при этом будет возможно хранить при себе наркотики (т.2 л.д.116). Из выписки №с от ДД.ММ.ГГГГ следует, что ДД.ММ.ГГГГ в утреннее время ФИО6 будет находиться в районе домов № и № на &lt;адрес&gt;, при этом возможно будет хранить при себе наркотические средства (т.2 л.д.114). Согласно рапорту №с от ДД.ММ.ГГГГ, ДД.ММ.ГГГГ проводилось ОРМ «наблюдение». Около 07 час. 30 мин. под наблюдение был взят участок местности возле домов № и № на &lt;адрес&gt;. Около 07 час. 40 мин. со стороны мкр. ФИО11 в сторону &lt;адрес&gt; шел ФИО6, причастный к незаконному обороту наркотиков. Подойдя к дому, он зашел в единственный подъезд, после чего было принято решение о его задержании. В 07 час. 45 мин. «наблюдение» было прекращено (т.2 л.д.115). В соответствии с протоколом выемки от ДД.ММ.ГГГГ в помещении камеры хранения МО МВД России «Родниковский» по адресу: &lt;адрес&gt;А изъят бумажный конверт с полимерным свертком синего цвета, изъятым в ходе личного досмотра ФИО6 (т.2 л.д.121-122). В соответствии с заключением эксперта № от ДД.ММ.ГГГГ представленное на исследование измельченное вещество растительного происхождения желто-коричневого цвета из свертка, массой 0,87 гр. содержит в своем составе метил-3-метил-2-[1-4-фторбензил)-1Н-индазол-3-карбоксамидо]бутаноат, который является производным наркотического средства метиловый эфир 3-метил-2-(1-бензил-1Н-индазол-3-карбоксамидо)бутановой кислоты. Метиловый эфир 3-метил-2-(1-бензил-1Н-индазол-3-карбоксамидо)бутановой кислоты и его производные включены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ДД.ММ.ГГГГ № (в действующей редакции с изменениями и дополнениями) (т.2 л.д.126-128). Изъятый ДД.ММ.ГГГГ бумажный конверт белого цвета с фрагментом фольги серебристого цвета, фрагментом изоляционной ленты синего цвета, пакетом из неокрашенного полимерного материала с фиксирующей застежкой, внутри которого находится измельченное вещество растительного происхождения желто-коричневого цвета осмотрены, признаны вещественными доказательствами и приобщены к уголовному делу (т.2 л.д.130, 131). Вещественные доказательства осмотрены в ходе судебного следствия в порядке ст. 284 УПК РФ . Действия ФИО6 суд квалифицирует по ч.2 ст. 228 УК РФ как незаконное хранение без цели сбыта наркотического средства в крупном размере. Из показаний о/у МО МВД России «Родниковский» М., Б. следует, что ими после получения информации о причастности ФИО6 к незаконному обороту наркотических средств было организовано наблюдение в районе предполагаемого хранения подсудимым наркотического средства. Около 07 час. 40 мин. ими был замечен ФИО6, который шел со стороны &lt;адрес&gt; в сторону &lt;адрес&gt;. Подойдя к &lt;адрес&gt; ФИО6 зашел в подъезд данного дома. Они решили задержать ФИО6, что и сделали, догнав последнего на первом этаже подъезда &lt;адрес&gt;. Позднее во время личного досмотра у ФИО6 было изъято наркотическое средство. Показания ФИО6 о незаконном применении к нему сотрудниками полиции физического насилия суд оценивает, как попытку избежать ответственности за совершенное преступление. Сотрудники полиции М., Б. изначально и последовательно поясняли об отсутствии на месте задержания ФИО6 посторонних лиц, неоказании физического или психического давления на ФИО6. Во время судебного заседания ФИО6 пояснил, что действия сотрудников полиции на него никак не повлияли. Во время проведения проверки по сообщению подсудимого ФИО6 о противоправных действиях в отношении него ОУ ОУР МО МВД России «Родниковский» М., Б. установлено, что объективные данные, свидетельствующие о наличии в действиях ОУ ОУР МО МВД России «Родниковский» М., Б. признаков составов преступлений, предусмотренных ст.ст. , 286 УК РФ отсутствуют. О недостоверности версии подсудимого, заявляющего о неправомерных действиях сотрудников полиции, свидетельствуют показания ФИО6 данные им в стадии предварительного следствия в качестве подозреваемого и обвиняемого. В них ФИО6 подробно изложил сведения о желании употребить наркотическое средство, обстоятельства его приобретения, хранения, задержания сотрудниками полиции и личного досмотра. Оснований сомневаться в достоверности этих показаний у суда не имеется. Показания получены следователем в полном соответствии с требованиями уголовно-процессуального закона, в присутствии защитника. Данные показания соответствуют показаниям свидетелей М., Б., Д., К. Свидетели Д., К. пояснили об участии в качестве понятых при личном досмотре ФИО6 и изъятии в их присутствии у ФИО6 свертка с веществом. Согласно протоколу личного досмотра, относительно изъятого вещества ФИО6 о происхождении вещества ничего не пояснил, не смотря на имеющуюся возможность. Каких-либо жалоб и заявлений в ходе личного досмотра от ФИО6 не поступило. Вид и размер изъятого у ФИО6 наркотического средства установлены справкой об исследовании изъятого вещества, заключением экспертизы. Наркотическое средство было осмотрено (в том числе в судебном заседании) и приобщено к уголовному делу в качестве вещественного доказательства. Зафиксированные в протоколе личного досмотра, справке об исследовании и заключении эксперта сведения об упаковке изъятого у ФИО6 вещества и его весе соответствуют друг-другу. Изложенные обстоятельства в совокупности позволяют признать, что для проведения химической экспертизы было предоставлено изъятое у ФИО6 средство, являющееся наркотическим и соответствующее крупному размеру. Наличие у сотрудников полиции М., Б. достаточных оснований подозревать ФИО6 в причастности к незаконному обороту наркотических средств, свидетельствует об обоснованности его задержания и последующего проведения личного досмотра. К таким основаниям сотрудниками правомерно отнесены данные оперативно-розыскной деятельности, свидетельствующие о причастности подсудимого к незаконному обороту наркотических средств и его намерении хранить при себе запрещенное вещество. Подсудимый ФИО6 получив измельченное вещество растительного происхождения желто-коричневого цвета из свертка, массой 0,87 гр. содержащее в своем составе метил-3-метил-2-[1-4-фторбензил)-1Н-индазол-3-карбоксамидо]бутаноат, который является производным наркотического средства метиловый эфир 3-метил-2-(1-бензил-1Н-индазол-3-карбоксамидо)бутановой кислоты, владея этим наркотическим средством, действуя умышленно, незаконно хранил его при себе для личного потребления без цели сбыта в находящейся на нем одежде. Суд учитывает, что вещество растительного происхождения, содержащее в своем составе наркотическое средство, было изъято у ФИО6 в ходе личного досмотра подсудимого, проведенного с целью обнаружения и изъятия наркотических средств, что исключает возможность освобождения ФИО6 от уголовной ответственности в соответствии с примечанием 1 к ст. 228 УК РФ . По факту совершения ФИО6, ФИО5 преступления, предусмотренного п.А ч.3 ст. 158 УК РФ . Из оглашенных в соответствии с п.1 ч.2 ст. 281 УПК РФ показаний потерпевшего К. следует, что у него имеется частный дом, расположенный по адресу: &lt;адрес&gt;, который ему достался по наследству от отца, скончавшегося в 2011 году. В настоящее время он оформляет право на наследство, но оформление не закончено. В доме имеется электричество, газовое отопление, паровое отопление. Дом полностью пригоден для жилья. ДД.ММ.ГГГГ около 12 час. 00 мин. он ходил проверить дом. При визуальном осмотре дома никаких повреждений и следов подходящих к дому не было. В 18 час. 30 мин. ДД.ММ.ГГГГ он проходил около своего дома и увидел, что обрушен один пролет забора, огораживающий территорию дома. В снегу имелись следы, ведущие ко двору дома. Дверь ведущая на двор была открыта. Разрешения заходить в дом он никому не давал. Он понял, что в дом кто-то незаконно проник и вызвал сотрудников полиции. Во время осмотра дома он обнаружил, что в доме срезана вся электропроводка около 15 м, разбит электросчетчик, разобрана русская печь, откуда похищены чугунные дверцы и заслонки вытяжки, похищен ДВД проигрыватель. Похищенное имущество он оценивает: чугунная дверца печи размером 27х25 см стоит 302 рубля 40 копеек; чугунная дверца печи размером 26х15 см - 196 рублей; стальная дверца печи размером 37х19 см - 96 рублей; заслонка (вытяжка-вьюшка) - 192 рубля; 11 м электрического кабеля - 3 рубля за 1 м на сумму 33 рубля; DVD проигрыватель «TECHNICS» модели «TSDVD-2801(о)» - 584 рубля. Общий ущерб от кражи составил 1403 рубля 40 копеек. Ему известно, что кражу совершили ФИО5 и ФИО6 Впоследствии родители ФИО5 восстановили ему проводку в доме. Во время расследования уголовного дела ФИО100 присутствовал при осмотре вещей, изъятых у ФИО5 и ФИО6. Осмотренные вещи принадлежат ему. Он их опознал (т.2 л.д.162-163, 207). Представитель потерпевшего К. показал, что потерпевший К. приходился ему братом. Потерпевший ФИО12 умер ДД.ММ.ГГГГ. ДД.ММ.ГГГГ около 19 час. 00 мин. потерпевший ему рассказал о том, что в его дом по адресу &lt;адрес&gt; проникли подсудимые ФИО6 и ФИО5 Над дверью в дворовую пристройку они выломали доску. В образовавшуюся дырку один из подсудимых залез в дворовую пристройку и открыл засов на двери. Подсудимые проникли в дом. В доме подсудимые разломали печь, оборвали электрическую проводку, похитили из дома имущество. Друг потерпевшего ехал на работу на машине и встретил по пути подсудимых. Они везли в санках похищенное имущество. Потерпевший вызвал полицию, которая задержала подсудимых. Свидетель Д. показал, что в марте 2018 года вечером на &lt;адрес&gt; он за 100 рублей приобрел у подсудимых дверцу от печи, вьюшки, задвижку. Подсудимые подошли к нему на улице, сказали, что они испытывают затруднения в денежных средствах. Впоследствии данные предметы у него были изъяты сотрудниками полиции. По ходатайству государственного обвинителя, в соответствие с ч.3 ст. 281 УПК РФ , был оглашен протокол допроса Д. в качестве свидетеля. Допрошенный в качестве свидетеля Д. показал, что ДД.ММ.ГГГГ в вечернее время он находился на улице около дома, расположенного по адресу &lt;адрес&gt;. К нему подошли двое парней. Один вез с собой плетеные сани. Один из парней предложил купить у него металлические дверцы и заслонку от печи. Парень пояснил, что данное имущество принадлежит им. Он купил у парней дверцы и заслонку от печи за 100 рублей. Парни достали из саней три дверцы и одну заслонку от печи. Указанное имущество он сложил на снегу около дома. Через некоторое время, после того, как ушли парни, приехали сотрудники полиции, которые пояснили, что дверцы и заслонку парни похитили. После этого указанное имущество сотрудники полиции изъяли (т.2 л.д.173). Оглашенные показания свидетель Д. подтвердил. Пояснил, что в настоящее время произошедшее забыл, так как прошло много времени. Согласно заявлению К. на имя начальника МО МВД России «Родниковский» от ДД.ММ.ГГГГ, он просит привлечь к уголовной ответственности неизвестных лиц, которые ДД.ММ.ГГГГ в период времени с 12 час. 00 мин до 18 час. 30 мин. проникли в принадлежащий ему дом, расположенный по адресу &lt;адрес&gt;. Из дома похитили электропроводку, дверки от русской печи, чем причинили материальный ущерб (т.2 л.д.145). Во время осмотра места происшествия ДД.ММ.ГГГГ осмотрен жилой дом, расположенный по адресу &lt;адрес&gt;. На момент осмотра порядок в доме нарушен. Со слов участвующего К. из дома похищены DVD проигрыватель. Осмотром установлено, что в доме отсутствуют 11 м электрического кабеля, у печи отсутствуют крышки (т.2 л.д.146-150). Во время осмотра места происшествия ДД.ММ.ГГГГ осмотрено помещение возле ДЧ МО МВД России «Родниковский», расположенное по адресу &lt;адрес&gt;А. У участвовавших в осмотре ФИО6 и ФИО5 при себе имелись плетеные сани, в которых обнаружены DVD проигрыватель и электропроводка. Со слов ФИО6 и ФИО5 указанные вещи ими были похищены из &lt;адрес&gt; Сани, электропроводка, DVD проигрыватель с места происшествия изъяты (т.2 л.д.152-154). Во время осмотра места происшествия ДД.ММ.ГГГГ осмотрена территория возле дома, расположенного по адресу &lt;адрес&gt;. Возле забора дома обнаружены две чугунные крышки от печи и три чугунные дверцы печи, которые с места происшествия изъяты (т.2 л.д.155-156). Изъятые ДД.ММ.ГГГГ плетеные сани, 11 м электрического кабеля, проигрыватель DVD проигрыватель, три металлические от печи, заслонка (вытяжка-вьюшка) осмотрены, признаны вещественными доказательствами, приобщены к уголовному делу и возвращены владельцам (т.2 л.д.167-172, 208, 209, 228). В соответствии с заключением эксперта № от ДД.ММ.ГГГГ рыночная стоимость вещей на момент совершения хищения (ДД.ММ.ГГГГ) составляет: чугунной дверцы печи размером 27х25 см 302 рубля 40 копеек; чугунной дверцы печи размером 26х15 см 196 рублей; стальной дверцы печи размером 37х19 см 96 рублей; заслонки (вытяжки-вьюшки) 192 рубля; 11 м электрического кабеля 33 рубля; DVD проигрывателя «TECHNICS» модели «TSDVD-2801(о)» 584 рубля (т.2 л.д.193-203). Действия подсудимых ФИО6,, ФИО5 суд квалифицирует по п.А ч.3 ст. 158 УК РФ как кражу, то есть тайное хищение чужого имущества, группой лиц по предварительному сговору, с незаконным проникновением в жилище. Судом установлено, что умыслом ФИО6, ФИО5 охватывалось тайное хищение чужого имущества, с незаконным проникновением в жилище. Перед совершением преступления ФИО6 и ФИО5 договорились о его совершении, распределили роли в совершении преступления. Во время совершения преступления действовали согласованно. В жилище ФИО6 и ФИО5 проникали с целью хищения, против воли собственника и лиц, проживающих в жилом доме, то есть незаконно. ФИО6 и ФИО5 противоправно и безвозмездно изъяли и обратили в свою собственность принадлежащее потерпевшему имущество, распорядившись им впоследствии по своему усмотрению. Стоимость похищенного имущества подтверждена заключением эксперта, не оспорена подсудимыми и, с точки зрения разумности и соответствия сложившимся на подобное имущество ценам, не вызывает у суда сомнений. При назначении наказания подсудимым суд, на основании ч.3 ст. 60 УК РФ учитывает характер и степень общественной опасности совершенных преступлений, личность виновных, обстоятельства смягчающие наказание, а так же влияние назначенного наказания на исправление осужденных. ФИО4 не судим (т.3 л.д.136, 137), совершил тяжкое и покушение на особо тяжкое преступление в сфере незаконного оборота наркотических средств, посягающих на здоровье населения и общественную нравственность, &lt;данные изъяты&gt; &lt;данные изъяты&gt; Оснований сомневаться в психической полноценности ФИО4 у суда не имеется, в связи с чем, суд признает ФИО8 в отношении содеянного вменяемым. В соответствии с п.И ч.1, ч.2 ст. 61 УК РФ суд признает обстоятельствами, смягчающими ФИО4 наказание по каждому преступлению: явку с повинной (т.1 л.д.136-137), активное способствование раскрытию и расследованию преступления (т.1 л.д.190-194, 195-196, 197-198, проведена проверка показаний на месте, указал на места хранения наркотических средств), особенности психического состояния подсудимого. В соответствии со ст. 63 УК РФ обстоятельств отягчающих наказание нет. При назначении наказания подсудимому ФИО4 суд руководствуется положениями ч.1 ст. 62 УК РФ . ФИО4 совершил покушение на умышленное особо тяжкое преступление и совершил тяжкое преступление против здоровья населения и общественной нравственности, связанные с незаконным оборотом наркотических средств, проигнорировав сложившиеся общественные нормы и положения закона. Совершение преступлений свидетельствует о пренебрежении ФИО8 к закону, правилам и нормам поведения, о недостаточном осознании возможных последствий противоправности своих действий. Учитывая, что ФИО4 совершил покушение на умышленное особо тяжкое преступление и совершил тяжкое преступление против здоровья населения и общественной нравственности, связанные с незаконным оборотом наркотических средств, обстоятельства совершения преступлений, суд, руководствуясь требованиями ст.ст. , , ч.1 ст. 60 УК РФ о справедливости наказания, считает, что достижение целей наказания – восстановление социальной справедливости и предупреждение совершение новых преступлений, в отношении подсудимого ФИО8 возможно только при его изоляции от общества, поскольку менее строгий вид наказания не сможет обеспечить достижения целей наказания. Судом обсуждался вопрос о возможности исправления подсудимого без реального отбывания наказания с применением ст. 73 УК РФ . Учитывая криминальную направленность поведения подсудимого, обстоятельства совершения преступлений суд считает, что исправление подсудимого без реального отбытия наказания не будет достигнуто. При определении срока наказания в виде лишения свободы суд принимает во внимание обстоятельства совершения и тяжесть совершенных преступлений, личность подсудимого, который &lt;данные изъяты&gt; явился с повинной, активно способствовал раскрытию и расследованию преступлений, особенности психического состояния подсудимого. Суд не усматривает наличие исключительных обстоятельств, связанных с целями и мотивами преступления, ролью виновного, его поведением во время или после совершения преступления, и других обстоятельств, существенно уменьшающих степень общественной опасности преступления. Оснований для применения ст. 64 УК РФ не установлено по каждому преступлению. С учетом фактических обстоятельств преступления и степени его общественной опасности суд не находит оснований для изменения категорий преступлений в соответствии с ч.6 ст. 15 УК РФ на менее тяжкие по каждому преступлению. Учитывая обстоятельства совершения преступления суд не находит оснований для замены наказания в виде лишения свободы принудительными работами в порядке, предусмотренном ст. 53.1 УК РФ по каждому преступлению. Суд считает нецелесообразным назначение ФИО4 дополнительных наказаний: в виде лишения права занимать определенные должности или заниматься определенной деятельностью и штрафа за совершение преступления предусмотренного п.Г ч.4 ст. 228.1 УК РФ , в виде штрафа и ограничения свободы за совершение преступления предусмотренного ч.2 ст. 228 УК РФ , считая достаточным для достижения целей наказания отбытие основного вида наказания. Суд назначает подсудимому наказание по ч.3 ст. , п.Г ч.4 ст. 228.1 УК РФ в соответствии с ч.3 ст. 66 УК РФ , предусматривающей правила назначения наказания за покушение на преступление. Суд назначает наказание в соответствии с ч.3 ст. 69 УК РФ путем частичного сложения назначенных наказаний. Меру пресечения ФИО4 с учетом опасности совершенного преступления и необходимостью отбывания наказания в виде лишения свободы, с целью исполнения приговора суд считает необходимым до вступления приговора в законную силу оставить прежнюю - заключение под стражу. Вид исправительного учреждения осужденному ФИО4 суд избирает в соответствии с п.В ч.1 ст. 58 УК РФ – исправительная колония строгого режима. ФИО6 не судим (т.3 л.д.177-178), совершил тяжкое и покушение на особо тяжкое преступление в сфере незаконного оборота наркотических средств, посягающих на здоровье населения и общественную нравственность, совершил тяжкое преступление против собственности, &lt;данные изъяты&gt; &lt;данные изъяты&gt; Оснований сомневаться в психической полноценности ФИО6 у суда не имеется, в связи с чем, суд признает ФИО6 в отношении содеянного вменяемым. В соответствии с п.И ч.1, ч.2 ст. 61 УК РФ суд признает обстоятельствами, смягчающими ФИО6 наказание: явку с повинной (т.2 л.д.109) по преступлениям, предусмотренным ч.3 ст. , п.Г ч.4 ст. 228.1 , ч.2 ст. 228 УК РФ , активное способствование раскрытию и расследованию преступления (т.2 л.д.138-143, т.3 л.д.69-79, проведены проверки показаний на месте, указал на места хранения наркотических средств) по каждому преступлению, признание вины и раскаяние в совершенном преступлении по преступлениям, предусмотренным ч.2 ст. , п.А ч.3 ст. 158 УК РФ , особенности психического состояния подсудимого по каждому преступлению. В соответствии со ст. 63 УК РФ обстоятельств отягчающих наказание нет. При назначении наказания подсудимому ФИО6 суд руководствуется положениями ч.1 ст. 62 УК РФ . ФИО6 совершил покушение на умышленное особо тяжкое преступление и совершил тяжкое преступление против здоровья населения и общественной нравственности, связанные с незаконным оборотом наркотических средств, совершил тяжкое преступление против собственности, проигнорировав сложившиеся общественные нормы и положения закона. Преступление против собственности ФИО6 совершил являясь подозреваемым по возбужденному в отношении него уголовному делу. Совершение преступлений свидетельствует о пренебрежении ФИО6 к закону, правилам и нормам поведения, о недостаточном осознании возможных последствий противоправности своих действий. Учитывая, что ФИО6 совершил покушение на умышленное особо тяжкое преступление и совершил тяжкое преступление против здоровья населения и общественной нравственности, связанные с незаконным оборотом наркотических средств, совершил тяжкое преступление против собственности, обстоятельства совершения преступлений, &lt;данные изъяты&gt; суд, руководствуясь требованиями ст.ст. , , ч.1 ст. 60 УК РФ о справедливости наказания, считает, что достижение целей наказания – восстановление социальной справедливости и предупреждение совершение новых преступлений, в отношении подсудимого ФИО6 возможно только при его изоляции от общества, поскольку менее строгий вид наказания не сможет обеспечить достижения целей наказания. Судом обсуждался вопрос о возможности исправления подсудимого без реального отбывания наказания с применением ст. 73 УК РФ . Учитывая криминальную направленность поведения подсудимого, обстоятельства совершения преступлений суд считает, что исправление подсудимого без реального отбытия наказания не будет достигнуто. При определении срока наказания в виде лишения свободы суд принимает во внимание обстоятельства совершения и тяжесть совершенных преступлений, личность подсудимого, который не судим, &lt;данные изъяты&gt; явился с повинной, активно способствовал раскрытию и расследованию преступлений, особенности психического состояния подсудимого. Суд не усматривает наличие исключительных обстоятельств, связанных с целями и мотивами преступления, ролью виновного, его поведением во время или после совершения преступления, и других обстоятельств, существенно уменьшающих степень общественной опасности преступления. Оснований для применения ст. 64 УК РФ не установлено по каждому преступлению. С учетом фактических обстоятельств преступления и степени его общественной опасности суд не находит оснований для изменения категорий преступлений в соответствии с ч.6 ст. 15 УК РФ на менее тяжкие по каждому преступлению. Учитывая обстоятельства совершения преступления суд не находит оснований для замены наказания в виде лишения свободы принудительными работами в порядке, предусмотренном ст. 53.1 УК РФ по каждому преступлению. Суд считает нецелесообразным назначение ФИО6 дополнительных наказаний: в виде лишения права занимать определенные должности или заниматься определенной деятельностью и штрафа за совершение преступления предусмотренного п.Г ч.4 ст. 228.1 УК РФ , в виде штрафа и ограничения свободы за совершение преступлений предусмотренных ч.2 ст. , п.А ч.3 ст. 158 УК РФ , считая достаточным для достижения целей наказания отбытие основного вида наказания. Суд назначает подсудимому наказание по ч.3 ст. , п.Г ч.4 ст. 228.1 УК РФ в соответствии с ч.3 ст. 66 УК РФ , предусматривающей правила назначения наказания за покушение на преступление. Суд назначает наказание в соответствии с ч.3 ст. 69 УК РФ путем частичного сложения назначенных наказаний. Меру пресечения ФИО6 с учетом опасности совершенного преступления и необходимостью отбывания наказания в виде лишения свободы, с целью исполнения приговора суд считает необходимым до вступления приговора в законную силу оставить прежнюю - заключение под стражу. Вид исправительного учреждения осужденному ФИО6 суд избирает в соответствии с п.В ч.1 ст. 58 УК РФ – исправительная колония строгого режима. ФИО5 судим (т.3 л.д.222-223, 229-230, 232), совершил тяжкое преступление против собственности, &lt;данные изъяты&gt; &lt;данные изъяты&gt; Оснований сомневаться в психической полноценности ФИО5 у суда не имеется, в связи с чем, суд признает ФИО5 в отношении содеянного вменяемым. В соответствии с п.п.И, К ч.1, ч.2 ст. 61 УК РФ суд признает обстоятельствами, смягчающими ФИО5 наказание: активное способствование раскрытию и расследованию преступления (т.3 л.д.22-33, проведена проверка показаний на месте), добровольное возмещение имущественного ущерба, причиненного в результате преступления, иные действия, направленные на заглаживание вреда, причиненного потерпевшему (т.6 л.д.148, перечислены денежные средства для проведения ремонта, восстановлена поврежденная электропроводка), признание вины и раскаяние в совершенном преступлении, особенности психического состояния подсудимого. В соответствии со ст. 63 УК РФ обстоятельств отягчающих наказание нет. При назначении наказания подсудимому ФИО5 суд руководствуется положениями ч.1 ст. 62 УК РФ . ФИО5 совершил тяжкое преступление против собственности при наличии не снятой и непогашенной судимости за преступление небольшой тяжести, проигнорировав сложившиеся общественные нормы и положения закона. Совершение преступления свидетельствует о пренебрежении ФИО5 к закону, правилам и нормам поведения, о недостаточном осознании возможных последствий противоправности своих действий. Учитывая, что ФИО5 совершил умышленное тяжкое преступление против собственности, судим за умышленное преступление небольшой тяжести, обстоятельства совершения преступления суд, руководствуясь требованиями ст.ст. , , ч.1 ст. 60 УК РФ о справедливости наказания, считает, что достижение целей наказания – восстановление социальной справедливости и предупреждение совершения новых преступлений, в отношении подсудимого ФИО5 возможно только при его изоляции от общества, поскольку менее строгий вид наказания не сможет обеспечить достижения целей наказания. Судом обсуждался вопрос о возможности исправления подсудимого без реального отбывания наказания с применением ст. 73 УК РФ . Учитывая криминальную направленность поведения подсудимого, обстоятельства совершения преступления суд считает, что исправление подсудимого без реального отбытия наказания не будет достигнуто. При определении срока наказания в виде лишения свободы суд принимает во внимание обстоятельства совершения и тяжесть совершенного преступления, личность подсудимого, который судим, не привлекался к административной ответственности, не состоит на профилактическом учете и под административным надзором, состоит на учете у врача нарколога, не состоит на учете у врача психиатра, по месту жительства и учебы характеризуется положительно, активно способствовал раскрытию и расследованию преступления, добровольно возместил имущественный ущерб, причиненный в результате преступления, совершил действия, направленные на заглаживание вреда, причиненного потерпевшему, особенности психического состояния подсудимого. Суд не усматривает наличие исключительных обстоятельств, связанных с целями и мотивами преступления, ролью виновного, его поведением во время или после совершения преступления, и других обстоятельств, существенно уменьшающих степень общественной опасности преступления. Оснований для применения ст. 64 УК РФ не установлено. С учетом фактических обстоятельств преступления и степени его общественной опасности суд не находит оснований для изменения категории преступления в соответствии с ч.6 ст. 15 УК РФ на менее тяжкую. Учитывая обстоятельства совершения преступления суд не находит оснований для замены наказания в виде лишения свободы принудительными работами в порядке, предусмотренном ст. 53.1 УК РФ . Суд считает нецелесообразным назначение ФИО5 дополнительных наказаний в виде штрафа и ограничения свободы, считая достаточным для достижения целей наказания отбытие основного вида наказания. Меру пресечения ФИО5 с учетом опасности совершенного преступления и необходимостью отбывания наказания в виде лишения свободы, с целью исполнения приговора суд считает необходимым до вступления приговора в законную силу оставить прежнюю - заключение под стражу. Вид исправительного учреждения осужденному ФИО5 суд избирает в соответствии с п.Б ч.1 ст. 58 УК РФ – исправительная колония общего режима. Вещественные доказательства: чугунная дверца печи размером 27х25 см; чугунная дверцы печи размером 26х15 см; стальная дверца печи размером 37х19 см; заслонка (вытяжка-вьюшка); 11 м электрического кабеля; DVD проигрывателя «TECHNICS» модели «TSDVD-2801(о)» подлежат оставлению в распоряжении представителя потерпевшего К. Вещественные доказательства: фрагмент фольги серебристого цвета, фрагмент изоленты синего цвета, пакет из неокрашенного полимерного материала с фиксирующей застежкой с наркотическим средством; сверток из клейкой полимерной ленты синего цвета, внутри которого находится сверток из фольги серебристого цвета, с находящимся внутри пакетом из прозрачного бесцветного материала с фиксирующей застежкой, с наркотическим средством; сверток из клейкой полимерной ленты синего цвета, с находящимся внутри пакетом из прозрачного бесцветного полимерного материала с фиксирующей застежкой, с наркотическим средством подлежат уничтожению. Вещественные доказательства: телефон, две банковские карты, два CD диска подлежат хранению при уголовном деле. Гражданский иск по делу не заявлен. Руководствуясь ст.ст. , , 309 УПК РФ , суд ПРИГОВОРИЛ: ФИО4 признать виновным в совершении преступлений, предусмотренных ч.3 ст. , п.Г ч.4 ст. 228.1 , ч.2 ст. 228 УК РФ и назначить наказание: по ч.3 ст. , п.Г ч.4 ст. 228.1 УК РФ в виде лишения свободы на срок 9 (девять) лет, по ч.2 ст. 228 УК РФ в виде лишения свободы на срок 4 (четыре) года. В соответствии с ч.3 ст. 69 УК РФ , по совокупности преступлений, путем частичного сложения назначенных наказаний, к отбытию назначить 12 (двенадцать) лет лишения свободы, с отбыванием наказания в исправительной колонии строгого режима. Срок отбытия наказания ФИО4 исчислять с ДД.ММ.ГГГГ. Меру пресечения ФИО4 до вступления приговора в законную силу оставить заключение под стражу, с содержанием в ФКУ СИЗО-1 УФСИН России по Ивановской области. В соответствии с ч.3.2 ст. 72 УК РФ зачесть в срок отбытия наказания ФИО4 время содержания в ИВС МО МВД России «Родниковский» с ДД.ММ.ГГГГ по ДД.ММ.ГГГГ, время содержания в качестве меры пресечения в ФКУ СИЗО-1 УФСИН России по Ивановской области с ДД.ММ.ГГГГ до вступления приговора суда в законную силу, из расчета один день содержания под стражей за один день лишения свободы. ФИО6 признать виновным в совершении преступлений, предусмотренных ч.3 ст. , п.Г ч.4 ст. 228.1 , ч.2 ст. , п.А ч.3 ст. 158 УК РФ и назначить наказание: по ч.3 ст. , п.Г ч.4 ст. 228.1 УК РФ в виде лишения свободы на срок 9 (девять) лет, по ч.2 ст. 228 УК РФ в виде лишения свободы на срок 4 (четыре) года, по п.А ч.3 ст. 158 УК РФ в виде лишения свободы на срок 1 (один) год 3 (три) месяца. В соответствии с ч.3 ст. 69 УК РФ , по совокупности преступлений, путем частичного сложения назначенных наказаний, к отбытию назначить 13 (тринадцать) лет лишения свободы, с отбыванием наказания в исправительной колонии строгого режима. Срок отбытия наказания ФИО6 исчислять с ДД.ММ.ГГГГ. Меру пресечения ФИО6 до вступления приговора в законную силу оставить заключение под стражу, с содержанием в ФКУ СИЗО-1 УФСИН России по Ивановской области. В соответствии с ч.3.2 ст. 72 УК РФ зачесть в срок отбытия наказания ФИО6 время содержания в ИВС МО МВД России «Родниковский» с ДД.ММ.ГГГГ по ДД.ММ.ГГГГ, время содержания в качестве меры пресечения в ФКУ СИЗО-1 УФСИН России по Ивановской области с ДД.ММ.ГГГГ до вступления приговора суда в законную силу, из расчета один день содержания под стражей за один день лишения свободы. ФИО5 признать виновным в совершении преступления, предусмотренного п.А ч.3 ст. 158 УК РФ и назначить наказание в виде лишения свободы на срок 1 (один) год 3 (три) месяца, с отбыванием наказания в исправительной колонии общего режима. Срок отбытия наказания ФИО5 исчислять с ДД.ММ.ГГГГ. Меру пресечения ФИО5 до вступления приговора в законную силу оставить заключение под стражу, с содержанием в ФКУ СИЗО-1 УФСИН России по Ивановской области. В соответствии с п.Б ч.3.1 ст. 72 УК РФ зачесть в срок отбытия наказания ФИО5 время содержания в ИВС МО МВД России «Родниковский» с ДД.ММ.ГГГГ по ДД.ММ.ГГГГ, время содержания в качестве меры пресечения в ФКУ СИЗО-1 УФСИН России по Ивановской области с ДД.ММ.ГГГГ до вступления приговора суда в законную силу, из расчета один день за полтора дня отбывания наказания в исправительной колонии общего режима. Вещественные доказательства: чугунную дверцу печи размером 27х25 см; чугунную дверцу печи размером 26х15 см; стальную дверцу печи размером 37х19 см; заслонку (вытяжку-вьюшку); 11 м электрического кабеля; DVD проигрыватель «TECHNICS» модели «TSDVD-2801(о)» оставить в распоряжении представителя потерпевшего К. Вещественные доказательства: фрагмент фольги серебристого цвета, фрагмент изоленты синего цвета, пакет из неокрашенного полимерного материала с фиксирующей застежкой с наркотическим средством; сверток из клейкой полимерной ленты синего цвета, внутри которого находится сверток из фольги серебристого цвета, с находящимся внутри пакетом из прозрачного бесцветного материала с фиксирующей застежкой, с наркотическим средством; сверток из клейкой полимерной ленты синего цвета, с находящимся внутри пакетом из прозрачного бесцветного полимерного материала с фиксирующей застежкой, с наркотическим средством уничтожить. Вещественные доказательства: телефон, две банковские карты, два CD диска хранить при уголовном деле. Приговор может быть обжалован в апелляционном порядке в судебную коллегию по уголовным делам Ивановского областного суда в течение десяти суток со дня провозглашения, а осужденным, содержащимся под стражей в тот же срок со дня вручения ему копии приговора через Родниковский районный суд Ивановской области.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Такое ходатайство может быть заявлено осужденным в течение 10 суток со дня вручения ему копии приговора – в апелляционной жалобе, либо в тот же срок со дня вручения копии апелляционной жалобы или представления прокурора, затрагивающих его права, - в отдельном ходатайстве либо возражениях на жалобу или представление. Председательствующий Н.В. Крачнаков Суд: Родниковский районный суд (Ивановская область) (подробнее) Судьи дела: Крачнаков Никита Валерьевич (судья) (подробнее) Последние документы по делу: Приговор от 29 мая 2019 г. по делу № 1-2/2019 Приговор от 16 мая 2019 г. по делу № 1-2/2019 Приговор от 27 марта 2019 г. по делу № 1-2/2019 Приговор от 22 января 2019 г. по делу № 1-2/2019 Показать все документы по этому делу Судебная практика по: Злоупотребление должностными полномочиями Судебная практика по применению нормы ст. 285 УК РФ По кражам Судебная практика по применению нормы ст. 158 УК РФ Превышение должностных полномочий Судебная практика по применению нормы ст. 286 УК РФ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