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Как установлено в судебном заседании, ФИО2 является мужем ФИО1 ДД.ММ.ГГГГ ФИО2 вместе со своим братом ФИО3 уехал на рыбалку в затон им.Калинина. Последний раз ФИО2 созванивался со своей супругой ДД.ММ.ГГГГ и в ходе телефонного разговора сообщил, что пришел с воды, они поужинают и лягут спать. ДД.ММ.ГГГГ утром ФИО1 стало известно, что была обнаружена лодка, которую использовал ФИО2, но самих братьев нигде не было, также из воды достали женщину – ФИО7, державшуюся за лодку, которую использовали ФИО10. Согласно объяснений ФИО7, имеющихся в материалах проверки, копия которых была истребована судом из следственного отдела по &lt;адрес&gt; СУ СК РФ по &lt;адрес&gt;, ДД.ММ.ГГГГ она вместе с братьями ФИО10 поплыла на моторной лодке по &lt;адрес&gt;, они с ФИО3 употребляли спиртное. Лодкой братья управляли поочередно. В какой-то момент лодка под управлением ФИО3 перевернулась, и все оказались в воде. Вернуть лодку в нормальное положение им не удалось, но сама ФИО7, держась за перевернутую лодку, смогла остаться на плаву, а браться ФИО10 через некоторое время поочередно утонули. Спустя некоторое время ФИО7 обнаружил и спас экипаж проплывавшего судна - извлек из воды. ДД.ММ.ГГГГ тело ФИО3 было обнаружено у д. &lt;адрес&gt;, а ДД.ММ.ГГГГ было обнаружено тело неизвестного мужчины. Согласно заключению эксперта Экспертно-криминалистического центра ГУ МВД России по &lt;адрес&gt; №Э от ДД.ММ.ГГГГ, неизвестный мужчина, труп которого обнаружен ДД.ММ.ГГГГ в акватории реки Волга у острова Теплый напротив СНТ «Кривель» Редькинского с/с г.о.з. &lt;адрес&gt;, не является биологическим отцом ФИО8 До настоящего времени местоположение ФИО2 не установлено. На основании изложенного, суд приходит к выводу о том, что ФИО2 пропал без вести при обстоятельствах, дающих основание предполагать его гибель от определенного несчастного случая. С даты предполагаемой гибели ФИО2 (ДД.ММ.ГГГГ) прошло более шести месяцев. Таким образом, имеются основания для объявления ФИО2 умершим. На основании изложенного и руководствуясь ст. - 199 ГПК РФ , суд Р Е Ш И Л Заявление ФИО9 удовлетворить. Объявить умершим ФИО2, ДД.ММ.ГГГГ рождения, уроженца д. &lt;адрес&gt;, зарегистрированного по адресу: &lt;адрес&gt; (Редькинский с/с), &lt;адрес&gt;. Признать днем смерти ФИО2 день его предполагаемой гибели – ДД.ММ.ГГГГ. Решение может быть обжаловано в апелляционном порядке в Нижегородский облсуд через Борский горсуд в течение месяца с даты принятия решения в окончательной форме (дата принятия решения в окончательной форме – ДД.ММ.ГГГГ). Судья подпись О.В. Солодовникова Копия верна: Судья О.В. Солодовникова Суд: Борский городской суд (Нижегородская область) (подробнее) Судьи дела: Солодовникова Ольга Владимировна (судья) (подробнее) Последние документы по делу: Решение от 23 января 2019 г. по делу № 2-2187/2018 Решение от 2 июля 2018 г. по делу № 2-2187/2018 Решение от 24 мая 2018 г. по делу № 2-2187/2018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