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павловск-Камчат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