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сформированным на основании представленной информационной базы 1С: Предприятие – ООО «СеверДомСтрой» регистрам бухгалтерского учета за период с ДД.ММ.ГГГГ по ДД.ММ.ГГГГ /по дату последней проведенной кассовой операции в представленной информационной базе 1С: Предприятие/ в кассу ООО «СеверДомСтрой» поступили денежные средства в общей сумме 5353351,40 руб. Согласно сформированным на основании представленной информационной базы 1С: Предприятие – ООО «СеверДомСтрой» регистрам бухгалтерского и представленным выпискам банков по расчетным счетам ООО «СеверДомСтрой» в период с ДД.ММ.ГГГГ по ДД.ММ.ГГГГ на расчетные счета ООО «СеверДомСтрой» /№, №/ поступили денежные средства в общей сумме 11 325 737,15 руб. Согласно представленным кассовым документам (копиям документов ООО «СеверДомСтрой», изъятым в ходе выемки у свидетеля ФИО7 ДД.ММ.ГГГГ в УМВД России по &lt;адрес&gt; (Сшивка документов на 154 листах) в период с ДД.ММ.ГГГГ по ДД.ММ.ГГГГ в кассу ООО «СеверДомСтрой» поступили денежные средства в общей сумме 8 105 681,40 руб. При этом эксперт отмечает, что в период с ДД.ММ.ГГГГ по ДД.ММ.ГГГГ согласно представленным кассовым документам (копиям документов ООО «СеверДомСтрой», изъятым в ходе выемки у свидетеля ФИО7 ДД.ММ.ГГГГ в УМВД России по &lt;адрес&gt; /Сшивка документов на 154 листах/ в кассу ООО «СеверДомСтрой» поступили денежные средства в сумме 5 186 651,40 руб., что на 166 700,00 руб. меньше суммы денежных средств, поступившей в кассу ООО «СеверДомСтрой» за период с ДД.ММ.ГГГГ по ДД.ММ.ГГГГ, согласно сформированным регистрам бухгалтерского учета /карточке счета 50, анализу счета 50/, а именно в сшивке документов на 154 листах отсутствуют сведения по приходному кассовому ордеру № от ДД.ММ.ГГГГ на сумму 166 700,00 руб., согласно которому в кассу ООО «СеверДомСтрой» поступили денежные средства от ФИО16 №1 по договору займа от ДД.ММ.ГГГГ. Также эксперт отмечает, что в кассовых документах, представленных в сшивке документов на 154 листах, отражены следующие поступления денежных средств: по приходному кассовому ордеру № от ДД.ММ.ГГГГ на сумму 105 000,00 руб. с основанием поступления «по договору займа от 28.03.2014» от ФИО16 №1 При этом в сформированной карточке счета 50 «Касса» поступление денежных средств ДД.ММ.ГГГГ в сумме 105 000,00 руб. отражено следующим образом: - по приходному кассовому ордеру № от ДД.ММ.ГГГГ на сумму 57 000,00 руб. с основанием поступления «по договору займа от 28.03.2014» от ФИО16 №1; - по приходному кассовому ордеру № от ДД.ММ.ГГГГ на сумму 48 000,00 руб. с основанием поступления «возврат подотчетных сумм» от ФИО16 №17; по приходному кассовому ордеру № от ДД.ММ.ГГГГ на сумму 118 900,00 руб. с основанием поступления «возврат подотчетных сумм» от ФИО4 При этом в сформированной карточке счета 50 «Касса» поступление денежных средств ДД.ММ.ГГГГ в сумме 118 900,00 руб. отражено следующим образом: - по приходному кассовому ордеру № от ДД.ММ.ГГГГ на сумму 100 000,00 руб. с основанием поступления «по договору займа от 28.03.2014» от ФИО16 №1; - по приходному кассовому ордеру № от ДД.ММ.ГГГГ на сумму 18 900,00 руб. с основанием поступления «возврат подотчетных сумм» от ФИО4 Согласно представленной информации, снятой из электронно-контрольной ленты защищенной (ЭКЛЗ) (фискального отчета ООО «СеверДомСтрой», чеков ККМ Орион-100К) в период с ДД.ММ.ГГГГ по ДД.ММ.ГГГГ в кассу ООО «СеверДомСтрой» поступили денежные средства в общей сумме 3 302 520,00 руб. Подробнее анализ денежных средств, поступивших в кассу ООО «СеверДомСтрой» за период с ДД.ММ.ГГГГ по ДД.ММ.ГГГГ в разрезе дат, чеков, сумм представлен экспертом в таблице приложения № к заключению эксперта №-эк.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представленным выпискам банка по расчетным счетам ИП ФИО16 №1 в период с ДД.ММ.ГГГГ по ДД.ММ.ГГГГ с расчетных счетов ИП ФИО16 №1 /а именно с расчетного счета №, открытого в АКБ «Вятка-банк» ОАО/ за ООО «СеверДомСтрой» (в счет взаимных расчетов) были перечислены денежные средства в общей сумме 2 853 143,71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представленным выпискам банков по расчетным счетам ООО «Север» и с учетом показаний ФИО16 №9 (протокол допроса свидетеля от ДД.ММ.ГГГГ) в период с ДД.ММ.ГГГГ по ДД.ММ.ГГГГ с расчетных счетов ООО «Север» были перечислены денежные средства за ООО «СеверДомСтрой» (в счет взаимных расчетов) в общей сумме 783 000,00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сформированным на основании представленной информационной базы 1С: Предприятие регистрам бухгалтерского учета (карточке счета 50 «Касса», анализу счета 50 «Касса») в период с ДД.ММ.ГГГГ по ДД.ММ.ГГГГ из кассы ООО «СеверДомСтрой» были израсходованы денежные средства в общей сумме 2 666 965,74 руб. Согласно сформированным на основании представленной информационной базы 1С: Предприятие регистрам бухгалтерского учета (карточке счета 51 «Расчетные счета», анализу счета 51 «Расчетные счета»), а также выпискам банков по расчетным счетам ООО «СДС» в период с ДД.ММ.ГГГГ по ДД.ММ.ГГГГ с расчетных счетов ООО «СеверДомСтрой» в качестве заработной платы работникам ООО «СеверДомСтрой» были перечислены денежные средства в сумме 1 679 037,01 руб., а именно ДД.ММ.ГГГГ в соответствии с реестром от ДД.ММ.ГГГГ за март 2014 г. Согласно представленным кассовым документам (копиям документов ООО «СеверДомСтрой», изъятым в ходе выемки у свидетеля ФИО7 ДД.ММ.ГГГГ в УМВД России по &lt;адрес&gt; (Сшивка документов на 154 листах) в период с ДД.ММ.ГГГГ по ДД.ММ.ГГГГ из кассы ООО «СеверДомСтрой» была выплачена заработная плата работникам организации в общей сумме 2 955 493,64 руб. Согласно вещественному доказательству: конверту № – тетради общей на 96 листах формата А-4 с надписью «Касса» работникам ООО «СеверДомСтрой» за период с ДД.ММ.ГГГГ по ДД.ММ.ГГГГ была выплачена заработная плата в общей сумме 1 135 000,00 руб., в том числе: - по столбцу «Автомобиль УАЗ» в сумме 616 000,00 руб.; - по столбцу «Комплекс бригада №» в сумме 519 000,00 руб. Расшифровка сумм, выданных в качестве заработной платы работникам ООО «СеверДомСтрой», в разрезе дат, наименований, представлена экспертом в таблице приложения № к заключению эксперта №-эк.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сформированным на основании представленной информационной базы 1С: Предприятие регистрам бухгалтерского учета (карточке счета 50 «Касса», анализу счета 50 «Касса») в период с ДД.ММ.ГГГГ по ДД.ММ.ГГГГ из кассы ООО «СеверДомСтрой» помимо выплаты на заработную плату работникам были израсходованы денежные средства в общей сумме 2 699 804,85 руб. Согласно сформированным на основании представленной информационной базы 1С: Предприятие регистрам бухгалтерского учета (карточке счета 51 «Расчетные счета», анализу счета 51 «Расчетные счета»), а также выпискам банков по расчетным счетам ООО «СДС» в период с ДД.ММ.ГГГГ по ДД.ММ.ГГГГ с расчетных счетов ООО «СеверДомСтрой» помимо выплаты на заработную плату работникам были израсходованы денежные средства в общей сумме 9 935 964,07 руб. Согласно представленным кассовым документам (копиям документов ООО «СеверДомСтрой», изъятым в ходе выемки у свидетеля ФИО7 ДД.ММ.ГГГГ в УМВД России по &lt;адрес&gt; (Сшивка документов на 154 листах) в период с ДД.ММ.ГГГГ по ДД.ММ.ГГГГ из кассы ООО «СеверДомСтрой» помимо выплаты на заработную плату работникам были израсходованы денежные средства в общей сумме 3 006 138,69 руб. Согласно вещественному доказательству: конверту № – тетради общей на 96 листах формата А-4 с надписью «Касса» за период с ДД.ММ.ГГГГ по ДД.ММ.ГГГГ помимо выплаты заработной платы работникам были израсходованы денежные средства в общей сумме 552 936,00 руб. Также эксперт отмечает, что согласно вещественному доказательству: конверту № – тетради общей на 96 листах формата А-4 с надписью «Касса» за период с ДД.ММ.ГГГГ по ДД.ММ.ГГГГ были израсходованы денежные средства на ГСМ в общей сумме 573315,00 руб., а именно по столбцу «Комплекс Бригада №». Согласно вещественному доказательству: конверту № – тетради 96 листов с надписью «Топливо комплексы» по столбцу «Бригада №» в период с ДД.ММ.ГГГГ по ДД.ММ.ГГГГ на ГСМ были израсходованы денежные средства в общей сумме 501 358,00 руб. При этом эксперт отмечает, что в графе 5 таблицы, представленной в тетради на 96 листах с надписью «Топливо комплексы», также отражены следующие сведения по расходованию денежных средств: с пометкой «Бригада №» в сумме 10590,00 руб.; с пометками «Бригада №, 2, 3», «Бригада №, 2», «Бригада №, 3» в сумме 195000,00 руб.</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сформированным на основании представленной информационной базы 1С: Предприятие – ООО «СеверДомСтрой» регистрам бухгалтерского учета /карточке счета 50 «Касса», анализу счета 50 «Касса»/ за период с ДД.ММ.ГГГГ по ДД.ММ.ГГГГ /по дату последней проведенной кассовой операции в представленной информационной базе 1С: Предприятие/ в кассу ООО «СеверДомСтрой» поступили денежные средства в общей сумме 5 353 351,40 руб., в том числе: в качестве получения наличных из банка с расчетных счетов ООО «СеверДомСтрой» в сумме 300 000,00 руб.; в качестве оплаты от покупателей за лесопродукцию (пиломатериал, погонаж, евровагонка, хлысты), за сохранность опила в сумме 737795,00 руб., из них: - от ФИО65 за пиломатериал в сумме 92 000,00 руб.; - от ФИО91 за евровагонку в сумме 2 000,00 руб.; - от ИП ФИО16 №22 за хлысты в сумме 120 120,00 руб.; - от Стройлес 43 за сохранность опила в сумме 5 400,00 руб.; - от ФИО66 за погонаж в сумме 490,00 руб.; - от ФИО67 за погонаж в сумме 2 565,00 руб.; - от ФИО68 за срезки в сумме 500,00 руб.; - от ФИО69 за пиломатериал обрезной в сумме 720,00 руб.; - от ФИО70 за сохранность опила в сумме 9 000,00 руб.; - от ФИО16 №20 за хлысты в сумме 505 000,00 руб. в качестве поступления заемных денежных средств (по договорам займов) от ФИО16 №1 в сумме 3 857 500,00 руб.; в качестве возврата подотчетных сумм от работников организации в сумме 458 056,40 руб., из них: - от ФИО16 №31 в сумме 61 000,00 руб.; - от ФИО71 в сумме 32 510,00 руб.; - от ФИО72 в сумме 99 425,00 руб.; - от ФИО73 в сумме 31 534,00 руб.; - от ФИО74 в сумме 12 000,00 руб.; - от ФИО75 в сумме 10 000,00 руб.; - от ФИО4 в сумме 163 587,40 руб.; - от ФИО16 №17 в сумме 48 000,00 руб. Согласно представленным кассовым документам (копиям документов ООО «СеверДомСтрой», изъятым в ходе выемки у свидетеля ФИО7 ДД.ММ.ГГГГ в УМВД России по &lt;адрес&gt; (Сшивка документов на 154 листах) в период с ДД.ММ.ГГГГ по ДД.ММ.ГГГГ в кассу ООО «СеверДомСтрой» поступили денежные средства в общей сумме 8 105 681,40 руб., из них: наличными с расчетного счета организации в сумме 300 000,00 руб.; в качестве оплаты от покупателей в сумме 3 656 825,00 руб., а именно: - от ФИО68 в сумме 500,00 руб.; - от ФИО16 №26, ИП ФИО16 №26 в сумме 428 400,00 руб.; - от ФИО16 №22, ИП ФИО16 №22 в сумме 876 520,00 руб.; - от ФИО76, ИП ФИО76 в сумме 242 400,00 руб.; - от ФИО66 в сумме 490,00 руб.; - от ФИО16 №20, ИП ФИО16 №20 в сумме 749 440,00 руб.; - от ИП ФИО16 №23 в сумме 367 000,00 руб.; - от ИП ФИО70 в сумме 9 000,00 руб.; - от ИП ФИО16 №24 в сумме 66 000,00 руб.; - от ИП ФИО77 в сумме 2 000,00 руб.; - от ФИО65 в сумме 92 000,00 руб.; - от ФИО67 в сумме 2 565,00 руб.; - от ООО «КВиК» в сумме 296 690,00 руб.; - от ООО «Стройлес 43» в сумме 5 400,00 руб.; - от ФИО69 в сумме 720,00 руб.; - от ФИО16 №21 в сумме 517 700,00руб. в качестве заемных денежных средств от ФИО16 №1 по договору займа от ДД.ММ.ГГГГ в сумме 3 638 800,00 руб.; в качестве возврата подотчетных денежных средств от работников организации в сумме 510 056,40 руб., а именно: - от ФИО75 в сумме 10 000,00 руб.; - от ФИО74 в сумме 12 000,00 руб.; - от ФИО72 в сумме 99 425,00 руб.; - от ФИО71 в сумме 32 510,00 руб.; - от ФИО4 в сумме 263 587,40 руб.; - от ФИО73 в сумме 31 534,00 руб.; - от ФИО16 №31в сумме 61 000,00 руб. При этом эксперт отмечает, что в период с ДД.ММ.ГГГГ по ДД.ММ.ГГГГ согласно представленным кассовым документам (копиям документов ООО «СеверДомСтрой», изъятым в ходе выемки у свидетеля ФИО7 ДД.ММ.ГГГГ в УМВД России по &lt;адрес&gt; /Сшивка документов на 154 листах/ в кассу ООО «СеверДомСтрой» поступили денежные средства в сумме 5 186 651,40 руб., что на 166 700,00 руб. меньше суммы денежных средств, поступившей в кассу ООО «СеверДомСтрой» за период с ДД.ММ.ГГГГ по ДД.ММ.ГГГГ, согласно сформированным регистрам бухгалтерского учета /карточке счета 50, анализу счета 50/, а именно в сшивке документов на 154 листах отсутствуют сведения по приходному кассовому ордеру № от ДД.ММ.ГГГГ на сумму 166 700,00 руб., согласно которому в кассу ООО «СеверДомСтрой» поступили денежные средства от ФИО16 №1 по договору займа от ДД.ММ.ГГГГ. Также эксперт отмечает, что в кассовых документах, представленных в сшивке документов на 154 листах, отражены следующие поступления денежных средств: по приходному кассовому ордеру № от ДД.ММ.ГГГГ на сумму 105 000,00 руб. с основанием поступления «по договору займа от 28.03.2014» от ФИО16 №1 При этом в сформированной карточке счета 50 «Касса» поступление денежных средств ДД.ММ.ГГГГ в сумме 105 000,00 руб. отражено следующим образом: - по приходному кассовому ордеру № от ДД.ММ.ГГГГ на сумму 57 000,00 руб. с основанием поступления «по договору займа от 28.03.2014» от ФИО16 №1; - по приходному кассовому ордеру № от ДД.ММ.ГГГГ на сумму 48 000,00 руб. с основанием поступления «возврат подотчетных сумм» от ФИО16 №17; по приходному кассовому ордеру № от ДД.ММ.ГГГГ на сумму 118 900,00 руб. с основанием поступления «возврат подотчетных сумм» от ФИО4 При этом в сформированной карточке счета 50 «Касса» поступление денежных средств ДД.ММ.ГГГГ в сумме 118 900,00 руб. отражено следующим образом: - по приходному кассовому ордеру № от ДД.ММ.ГГГГ на сумму 100 000,00 руб. с основанием поступления «по договору займа от 28.03.2014» от ФИО16 №1; - по приходному кассовому ордеру № от ДД.ММ.ГГГГ на сумму 18 900,00 руб. с основанием поступления «возврат подотчетных сумм» от ФИО4 Согласно представленной информации, снятой из электронно-контрольной ленты защищенной (ЭКЛЗ) (фискального отчета ООО «СеверДомСтрой», чеков ККМ Орион-100К) в период с ДД.ММ.ГГГГ по ДД.ММ.ГГГГ в кассу ООО «СеверДомСтрой» поступили денежные средства в общей сумме 3 302 520,00 руб. Суд принимает во внимание данное экспертное заключение, так как оно последовательно, научно обоснованно, согласуется с иными исследованными судом доказательствами, не доверять выводам эксперта у суда оснований не имеется. В судебном заседании также были исследованы иные документы, имеющиеся в материалах дела, и установлено следующее: - согласно копии устава ООО «СеверДомСтрой», утвержденного протоколом общего собрания участников Общества ДД.ММ.ГГГГ, в соответствии с п.п. 9.2., 9.4. которого директор Общества является единоличным исполнительным органом Общества, без доверенности действует от имени Общества, подотчетен Общему собранию участников Общества и обладает следующими полномочиями: осуществлять оперативное руководство деятельностью Общества; иметь право первой подписи финансовых документов; осуществлять подготовку необходимых материалов и предложений для рассмотрения Общим собранием и обеспечивать исполнение принятых им решений; обеспечивать выполнение текущих и перспективных планов Общества; распоряжаться имуществом и средствами Общества для обеспечения его текущей деятельности в пределах, установленных действующим законодательством и Уставом Общества; выдавать доверенности на право представительства от имени Общества в пределах собственных полномочий, в том числе доверенности с правом передоверия, открывать в банках расчетные счета и другие счета Общества; подготавливать проекты документов, регулирующих внутреннюю деятельность Общества, Положения об отделах Общества, утверждать должностные инструкции сотрудников Общества; осуществлять прием и увольнение работников Общества, заключать и расторгать контракты с ними, издавать приказы о назначении на должность работников, об их переводе и увольнении, применять меры поощрения и налагать дисциплинарные взыскания; принимать решения и издавать приказы по оперативным вопросам деятельности Общества, обязательные для исполнения работниками Общества; организовывать бухгалтерский учет и отчетность в Обществе; представлять на утверждение Общего собрания участников годовой отчет и баланс Общества (т.9 л.д. 38-44); - из копии протоколов внеочередных общих собраний участников ООО «СеверДомСтрой», происходивших ДД.ММ.ГГГГ и ДД.ММ.ГГГГ, а также ДД.ММ.ГГГГ, следует, что участниками ООО «СеверДомСтрой» принято решение о назначении с ДД.ММ.ГГГГ директором ООО «СеверДомСтрой» ФИО4, а ДД.ММ.ГГГГ принято решение о досрочном прекращении полномочий директора ООО «СеверДомСтрой» ФИО4 (&lt;данные изъяты&gt; - согласно копии договора поставки от ДД.ММ.ГГГГ между ООО «СеверДомСтрой» в лице директора ФИО4 и ООО «Север» в лице директора ФИО16 №8 заключен договор о продаже ООО «СеверДомСтрой» в адрес ООО «Север» товара – «пиломатериал обрезной» стоимостью 5500 рублей (пять тысяч семьсот рублей) (&lt;данные изъяты&gt; - из копии акта сверки взаимных расчетов за период с ДД.ММ.ГГГГ по ДД.ММ.ГГГГ между ООО «СеверДомСтрой» и ООО «Север», следует, что ООО «СеверДомСтрой» отгрузило в адрес ООО «Север» товар: ДД.ММ.ГГГГ на сумму 400015 рублей; ДД.ММ.ГГГГ на сумму 3053475 рублей, при этом ООО «Север» оплатило данный товар: ДД.ММ.ГГГГ на сумму 400000 руб; ДД.ММ.ГГГГ - 968987 руб. 50 коп.; ДД.ММ.ГГГГ - 2102404 руб. 50 коп. (&lt;данные изъяты&gt; - из копии счета-фактуры № от ДД.ММ.ГГГГ следует, что продавец ООО «СеверДомСтрой» отгрузило в адрес покупателя ООО «Север» товар «пиломатериал обрезной» 72, 730 метра погонных, стоимостью 4661 рубля 02 копеек за погонный метр на общую сумму 338995 рублей 76 копеек, с учетом налога 18% общая стоимость товара 400015 рублей, копия указанного счета-фактуры подписана от имени руководителя организации ФИО4 и главного бухгалтера ФИО16 №31; из копии товарной накладной № от ДД.ММ.ГГГГ следует, что поставщик ООО «СеверДомСтрой» отгрузило в адрес грузополучателя ООО «Север» товар «пиломатериал обрезной» 72, 730 метра погонных, стоимостью 4 661 рубля 02 копеек за погонный метр на общую сумму 338 995 рублей 76 копеек, с учетом налога 18% общая стоимость товара 400 015 рублей, копия указанной товарной накладной подписана: со стороны ООО «СеверДомСтрой» от имени директора ФИО4 и главного бухгалтера ФИО16 №31; со стороны ООО «Север» – от имени директора ФИО16 №8; - из копии счета-фактуры № от ДД.ММ.ГГГГ следует, что продавец ООО «СеверДомСтрой» отгрузило в адрес покупателя ООО «Север» товар:– «пиломатериал обрезной 120*40*6000 1-2 сорт» 495,410 метра кубических, стоимостью 4 237 рублей 29 копеек за метр кубический на общую сумму 2 099 194 рубля 92 копейки, с учетом налога 18% общая стоимость товара – 2 477 050 рублей;– «пиломатериал обрезной 120*40*6000 3-4 сорт» 230,570 метра кубических, стоимостью 2 118 рублей 64 копейки за метр кубический на общую сумму 488 495 рублей 76 копеек, с учетом налога 18% общая стоимость товара – 576 425 рублей; общая стоимость товаров по счету фактуре – 3 053 475 рублей; копия указанного счета-фактуры подписана от имени руководителя организации ФИО4 (&lt;данные изъяты&gt; - из копии товарной накладной № от ДД.ММ.ГГГГ следует, что поставщик ООО «СеверДомСтрой» отгрузило в адрес грузополучателя ООО «Север» товар:– «пиломатериал обрезной 120*40*6000 1-2 сорт» 495,410 метра кубических, стоимостью 4 237 рублей 29 копеек за метр кубический на общую сумму 2 099 194 рубля 92 копейки, с учетом налога 18% общая стоимость товара – 2 477 050 рублей;– «пиломатериал обрезной 120*40*6000 3-4 сорт» 230,570 метра кубических, стоимостью 2 118 рублей 64 копейки за метр кубический на общую сумму 488 495 рублей 76 копеек, с учетом налога 18% общая стоимость товара – 576 425 рублей; общая стоимость товаров по указанной накладной – 3 053 475 рублей; копия указанной товарной накладной подписана: со стороны ООО «СеверДомСтрой» от имени директора ФИО4 и ФИО16 №17; со стороны ООО «Север» – от имени директора ФИО16 №8 (&lt;данные изъяты&gt;); - из копии договора поставки лесопродукции № от ДД.ММ.ГГГГ следует, что договор заключен между ООО «СеверДомСтрой» в лице директора ФИО4 и индивидуальным предпринимателем ФИО16 №20, из копии договора на оказание услуг по заготовке древесины № от ДД.ММ.ГГГГ следует, что он заключен между ООО «СеверДомСтрой» в лице директора ФИО4 и индивидуальным предпринимателем ФИО16 №20 (&lt;данные изъяты&gt;); - из копий квитанций к приходным кассовым ордерам и кассовым ордерам следует, что ФИО16 №20 внесены в ООО «СеверДомСтрой» денежные средства: ДД.ММ.ГГГГ внесено в сумме 800000 руб., ДД.ММ.ГГГГ -внесено 65400 руб. (кассовый чек ООО «СеверДомСтрой» на сумму 65400 рублей, датированный ДД.ММ.ГГГГ); ДД.ММ.ГГГГ внесено 79040 руб. (кассовый чек ООО «СеверДомСтрой» на сумму 79040 руб., датированный ДД.ММ.ГГГГ); ДД.ММ.ГГГГ внесено денежных средств в сумме 100000 руб. (кассовый чек на сумму 50000 рублей, датированный ДД.ММ.ГГГГ; кассовый чек на сумму 50000 рублей, датированного ДД.ММ.ГГГГ); ДД.ММ.ГГГГ внесена сумма 300000 руб. в ООО «СеверДомСтрой»; ДД.ММ.ГГГГ внесена сумма 240000 рублей в ООО «СеверДомСтрой», квитанция подписана от имени ФИО16 №31 (т.14 л&lt;данные изъяты&gt;); - из копии спецификаций к договору поставки лесопродукции № от ДД.ММ.ГГГГ, заключенного между ООО «СеверДомСтрой» в лице директора ФИО4 и индивидуальным предпринимателем ФИО16 №20, следует, что ООО «СеверДомСтрой» реализует лесопродукцию наименованием «хлысты разных пород у пня» (&lt;данные изъяты&gt;); - из копии спецификаций к договору оказания услуг по заготовке древесины № от ДД.ММ.ГГГГ, заключенного между ООО «СеверДомСтрой» в лице директора ФИО4 и индивидуальным предпринимателем ФИО16 №20, следует, что местами заготовки древесины являются лесосеки, расположенные в Прокопьевском участковом лесничестве, в квартале 38 выдел 17, в квартале 6 выдел 36, в квартале 6 выдел 9. (т&lt;данные изъяты&gt;); - согласно копий договоров поставки лесопродукции № от ДД.ММ.ГГГГ и договора на оказание услуг по заготовке древесины № от ДД.ММ.ГГГГ, следует, что они заключены между ООО «СеверДомСтрой» в лице директора ФИО4 и индивидуальным предпринимателем ФИО64, следует, что пункт 4.3. договора предусматривает оплату лесопродукции «Покупателем» путем перечисления денежных средств на расчетный счет «Поставщика» (т&lt;данные изъяты&gt;); - из копии товарной накладной № от ДД.ММ.ГГГГ следует, что поставщик ООО «СеверДомСтрой» отгрузило в адрес грузополучателя ФИО64 товар: «хлысты разных пород у пня» общим объемом 1 670 кубических метров, общей стоимостью 517 700 рублей; согласно счета-фактуры № от ДД.ММ.ГГГГ продавец ООО «СеверДомСтрой» реализовал в адрес грузополучателя (покупателя) ФИО64 товар: «хлысты разных пород у пня» общим объемом 1 670 кубических метров, общей стоимостью 517700 руб. (&lt;данные изъяты&gt;); - из копии квитанций к приходным кассовоым ордерам и кассовых чеков следует, что в ООО «СеверДомСтрой» внесены денежные средства ФИО64: ДД.ММ.ГГГГ в сумме 34600 рублей с основанием платежа – «оплата по договору от 03.10.2014» (кассовый чек ООО «СеверДомСтрой» на сумму 34600 рублей, датированный ДД.ММ.ГГГГ); ДД.ММ.ГГГГ - внесено 100000 рублей ФИО64 с основанием платежа «оплата по договору от 03.10.2014» (два кассовых чека ООО «СеверДомСтрой»: на сумму 99000 рублей, датированный ДД.ММ.ГГГГ; на сумму 1000 рублей); ДД.ММ.ГГГГ - внесено денежных средств в сумме 100000 рублей ФИО64 с основанием платежа – «оплата по договору от 03.10.2014» (два кассовых чеков ООО «СеверДомСтрой»: на сумму 50000 рублей, датированный ДД.ММ.ГГГГ, на сумму 50000 рублей, датированный ДД.ММ.ГГГГ); ДД.ММ.ГГГГ – внесено 100000 рублей ФИО64 с основанием платежа – «оплата по договору от 03.10.2014» (два кассовых чека ООО «СеверДомСтрой»: на сумму 50000 рублей, датированный ДД.ММ.ГГГГ, на сумму 50000 рублей, датированный ДД.ММ.ГГГГ); ДД.ММ.ГГГГ - внесено 100000 рублей ФИО64 с основанием платежа – «оплата по договору от 03.10.2014» (два кассовых чеков ООО «СеверДомСтрой»: на сумму 50000 рублей, датированный ДД.ММ.ГГГГ, на сумму 50000 рублей, датированный ДД.ММ.ГГГГ); ДД.ММ.ГГГГ – внесено 83100 рублей ФИО64 с основанием платежа – «оплата по договору от 03.10.2014» (кассовый чек ООО «СеверДомСтрой» на сумму 83100 рублей, датированный ДД.ММ.ГГГГ (&lt;данные изъяты&gt;); - из копий договора на оказание услуг по заготовке древесины № от ДД.ММ.ГГГГ и копии договора поставки лесопродукции № от ДД.ММ.ГГГГ, следует, что данные договоры заключены между ООО «СеверДомСтрой» в лице директора ФИО4 и индивидуальным предпринимателем ФИО16 №22 (т&lt;данные изъяты&gt;-146); - из копии товарной накладной № от ДД.ММ.ГГГГ следует, что грузоотправителем ООО «СеверДомСтрой» грузополучателю ИП ФИО16 №22 отгружено хлыстов разных пород у пня общим объемом 1255 метров кубических общей стоимостью 181975 руб.; аналогичные сведения содержатся в копии счет-фактуры № от ДД.ММ.ГГГГ (т&lt;данные изъяты&gt;); - из копии квитанций к приходному кассовому ордеру и кассовых чеков следует, что ДД.ММ.ГГГГ внесены денежные средства в сумме 81400 руб. ФИО16 №22 с основанием платежа – «оплата по договору от 03.10.2014» (кассовый чек ООО «СеверДомСтрой» на сумму 81400 рублей, датированный ДД.ММ.ГГГГ); ДД.ММ.ГГГГ о внесены денежные средства в сумме 575 рублей ФИО16 №22 с основанием платежа – «оплата по договору от 03.10.2014» (кассовый чек ООО «СеверДомСтрой» на сумму 575 рублей, датированный ДД.ММ.ГГГГ) (т.14 л.д.147); - согласно копии квитанции к приходному кассовому ордеру от ДД.ММ.ГГГГ ФИО16 №22 внесены денежные средства в сумме 100000 рублей с основанием платежа – «оплата по договору от 03.10.2014» (два кассовых чеков ООО «СеверДомСтрой»: на сумму 50000 рублей от ДД.ММ.ГГГГ и на сумму 50000 рублей от ДД.ММ.ГГГГ (т&lt;данные изъяты&gt;); - из копии договора поставки лесопродукции № от ДД.ММ.ГГГГ следует, что он заключен между ООО «СеверДомСтрой» в лице директора ФИО4 и ФИО16 №23 (&lt;данные изъяты&gt;); - согласно копии квитанции к приходному кассовому ордеру без номера от ДД.ММ.ГГГГ следует, что внесены денежные средства ФИО16 №23 на сумму 100000 рублей (два кассовых чека ООО «СеверДомСтрой» от ДД.ММ.ГГГГ на сумму 50000 рублей каждый); согласно квитанции к приходному кассовому ордеру без номера от ДД.ММ.ГГГГ - внесены денежные средства ФИО16 №23 на сумму 100000 рублей (да кассовых чека ООО «СеверДомСтрой» от ДД.ММ.ГГГГ на сумму 50000 рублей каждый); согласно квитанции к приходному кассовому ордеру без номера от ДД.ММ.ГГГГ - внесено денежных средств ФИО16 №23 на сумму 89190 руб. (кассовый чек ООО «СеверДомСтрой» от ДД.ММ.ГГГГ на сумму 89190 руб.; из копии квитанции к приходному кассовому ордеру без номера от ДД.ММ.ГГГГ следует, что ФИО16 №23 внесены денежные средства на сумму 77810 руб. (кассовый чек ООО «СеверДомСтрой» от ДД.ММ.ГГГГ на сумму 77810 руб.) (&lt;данные изъяты&gt;); - из копии договора поставки лесопродукции № от ДД.ММ.ГГГГ следует, что он заключен между ООО «СеверДомСтрой» в лице директора ФИО4 и ФИО16 №26(т&lt;данные изъяты&gt;); - из копии квитанции к приходным кассовым ордерам следует, что ФИО16 №26 были внесены денежные средства в ООО «СеверДомСтрой»: ордер без номера от ДД.ММ.ГГГГ - внесены 34000 руб. (кассовый чек ООО «СеверДомСтрой» от ДД.ММ.ГГГГ на сумму 34000 руб.); ордер без номера от ДД.ММ.ГГГГ - внесены денежные средства на сумму 97400 руб. (кассовый чек ООО «СеверДомСтрой» от ДД.ММ.ГГГГ на сумму 97400 руб.); ордер без номера от ДД.ММ.ГГГГ - внесено ФИО16 №26 23000 руб. (кассовый чек ООО «СеверДомСтрой» от ДД.ММ.ГГГГ на сумму 23000 руб.); квитанция к приходному кассовому ордеру без номера от ДД.ММ.ГГГГ - внесено 74000 руб. (кассовый чек ООО «СеверДомСтрой» от ДД.ММ.ГГГГ на сумму 74000 руб.; квитанция к приходному кассовому ордеру без номера от ДД.ММ.ГГГГ - внесены ФИО16 №26 100000 рублей (два кассовых чека ООО «СеверДомСтрой» от ДД.ММ.ГГГГ на сумму 50000 рублей каждый); квитанции к приходному кассовому ордеру без номера от ДД.ММ.ГГГГ - внесено ФИО16 №26 на сумму 100000 руб. (два кассовых чека ООО «СеверДомСтрой» от ДД.ММ.ГГГГ на сумму 50000 рублей каждый) (т&lt;данные изъяты&gt;); - из копии счет-фактуры № от ДД.ММ.ГГГГ следует, ООО «СеверДомСтрой» продало в адрес ИП ФИО16 №26 хлыстов разных пород у пня общим объемом 1428 метров кубических общей стоимостью 428400 руб. (т&lt;данные изъяты&gt;); - из копии товарной накладной № от ДД.ММ.ГГГГ следует, что отгружено грузоотправителем ООО «СеверДомСтрой» грузополучателю ИП ФИО16 №26 хлыстов разных пород у пня общим объемом 1 428 метров кубических общей стоимостью 428 400 руб. (&lt;данные изъяты&gt;); - из информации, предоставленной ООО «Белохолуницкий лесхоз», следует, что услуги ООО «Белохолуницкий лесхоз» оплачивались ООО «СеверДомСтрой» в 2014 г. наличными в размере 48000 рублей по приходному кассовому ордеру № от ДД.ММ.ГГГГ (&lt;данные изъяты&gt;); - согласно копии трудового договора от ДД.ММ.ГГГГ ФИО4 с ДД.ММ.ГГГГ являлся начальником по сбыту и снабжению у индивидуального предпринимателя ФИО16 №1 (т&lt;данные изъяты&gt;); - из информации, предоставленной Центром по выплате пенсий и обработке информации Пенсионного фонда Российской Федерации в &lt;адрес&gt; следует, что страховые отчисления работникам ООО «СеверДомСтрой» не производились с ДД.ММ.ГГГГ, полностью отсутствуют страховые отчисления работникам: ФИО60, ФИО16 №7, ФИО16 №48, ФИО16 №44, ФИО16 №55, ФИО16 №51, ФИО78, ФИО79, ФИО80, ФИО81, ФИО82, ФИО83, Заричная, Л.Г., ФИО84 (т&lt;данные изъяты&gt;171). - из выписки АО КБ «Хлынов» по операциям на счете ООО «СеверДомСтрой» № р/с 45№ за период с ДД.ММ.ГГГГ по ДД.ММ.ГГГГ следует, что остаток по счету на начало периода – 20000000.00 руб., сумма по дебету счета за период 0.00 руб., сумма по кредиту счета за период 20000000.00 руб., остаток по счету на конец периода 0.00 руб. (&lt;данные изъяты&gt;); - из выписки АО КБ «Хлынов» по операциям на счете ООО «СеверДомСтрой» № р/с 40№ за период с ДД.ММ.ГГГГ по ДД.ММ.ГГГГ следует, что остаток по счету на начало периода – 295254.80 руб., сумма по дебету счета за период 11554910.07 руб., сумма по кредиту счета за период 11265353.02 руб., остаток по счету на конец периода 5697.75 руб.; &lt;данные изъяты&gt; - из выписки АО КБ «Хлынов» по операциям на счете ООО «СеверДомСтрой» № р/с 45№ за период с ДД.ММ.ГГГГ по ДД.ММ.ГГГГ следует, что остаток по счету на начало периода – 1850000.00 руб., сумма по дебету счета за период 0.00 руб., сумма по кредиту счета за период 1850000.00 руб., остаток по счету на конец периода 0.00 руб. (&lt;данные изъяты&gt;); - из выписки АО КБ «Хлынов» по операциям на счете ООО «СеверДомСтрой» № р/с 45№ за период с ДД.ММ.ГГГГ по ДД.ММ.ГГГГ следует, что остаток по счету на начало периода – 7620000.00 руб., сумма по дебету счета за период 0.00 руб., сумма по кредиту счета за период 7620000.00 руб., остаток по счету на конец периода 0.00 руб.(т&lt;данные изъяты&gt;127); - из выписки АКБ «Вятка банк» по операциям на счете ООО «СеверДомСтрой» № р/с 40№ за период с ДД.ММ.ГГГГ по ДД.ММ.ГГГГ следует, что входящий остаток 291.01 руб., сумма по дебету за период 60091.01 руб., сумма по кредиту за период 60384.13 руб., исходящий остаток 584.13 руб. (&lt;данные изъяты&gt; - согласно пункту 7.2.а ГОСТа Р 52117-2003 № «Методы измерений» (национальный стандарт Российской Федерации лесоматериалы круглые) установлена Погрешность групповых методов измерения объема партии бревен, погрешность составляет +/- 12 %. (&lt;данные изъяты&gt;). Кроме того, судом исследованы: - договор купли-продажи лесных насаждений № от ДД.ММ.ГГГГ (5,3 га Лабазнинское участковое лесничество Дубровского лесничества квартал 139 выдел 15 делянка 1 – на заготовку древесины в объеме 201 куб.м.), заключенный между департаментом лесного хозяйства &lt;адрес&gt; и КОГУП «Кировлес» (т&lt;данные изъяты&gt;); - технологическая карта по проведению проходных рубок в Лабазнинском лесничестве Дубровского лесничества квартала139 выдел 15 (т&lt;данные изъяты&gt;); - спецификация к договору поставки от ДД.ММ.ГГГГ, заключенного между поставщиком ИП ФИО85 и покупателем ООО «Север» на 340,24 м3 пиловочника хвойного на сумму 340240.00 руб.; счет № от ДД.ММ.ГГГГ к данному договору на сумму 340 240.00 руб.: товарная накладная № от ДД.ММ.ГГГГ к договору поставки от ДД.ММ.ГГГГ (т&lt;данные изъяты&gt;); - счет № от ДД.ММ.ГГГГ к договору, заключенному между поставщиком ИП ФИО33 и покупателем ООО «Север» на 199.043 м3 пиловочника хвойного на сумму 437896.00 руб., товарная накладная № от ДД.ММ.ГГГГ к данному договру (т&lt;данные изъяты&gt;); - счет № от ДД.ММ.ГГГГ к договору, заключенному между поставщиком ИП ФИО33 и покупателем ООО «Север» на 180.28 м3 пиловочника хвойного на сумму 396618.00 руб., товарная накладная № от ДД.ММ.ГГГГ к данному договору (&lt;данные изъяты&gt;); - счет № от ДД.ММ.ГГГГ к договору, заключенному между поставщиком ИП ФИО33 и покупателем ООО «Север» на 616.1 м3 пиловочника хвойного на сумму 1355430.00 руб., товарная накладная № от ДД.ММ.ГГГГ к данному договору (&lt;данные изъяты&gt;18); - Решение Арбитражного суда &lt;адрес&gt; от ДД.ММ.ГГГГ по делу № А28-10528/2014 и исполнительный лист, выданный Арбитражным судом &lt;адрес&gt; по делу № А28-10528/2014 (&lt;данные изъяты&gt;); - составленный ФИО16 №9 итоговый результат за 3 квартал 2014 г. по приобретению ООО «Север» обрезной доски от ООО «СеверДомСтрой», согласно которого ООО «Север» приобрело у ООО «СеверДомСтрой» 495,41 куб. м. сорта А и 230,57 куб. м. сорта С. Из давальческого сырья ООО «Север» после переработки ООО «СеверДомСтрой», в ООО «Север» поступило обрезной доски от ООО «СДС» 474,1 куб. м. сорт А и 74,48 куб. м. сорт С, всего поступило 548,1 куб. м. (&lt;данные изъяты&gt; - накладные от ДД.ММ.ГГГГ от ИП ФИО16 №29 в адрес ООО «СеверДомСтрой», согласно которым ИП ФИО16 №29 передал в ООО «СеверДомСтрой» баланс диаметром от 18 до 22 в объеме 36,1 м3 и 37,5 м3, 36,4 м3 (&lt;данные изъяты&gt;); - Справочник по лесопилению, составитель ФИО86 С-Пб «ПРОФИ-ИНФОРМ» 2004, согласно которого плановый выход пиломатериала из сырья не превышает 60% (т&lt;данные изъяты&gt; - 2 накладные от апреля 2014 г., свидетельствующие о том, что между ООО «СеверДомСтрой» и ИП ФИО16 №30 производился обмен пиловочника в объеме 63.35 куб. м. (&lt;данные изъяты&gt; - фискальный отчет, снятый с кассового аппарата ОРИОН 100 К № за период с ДД.ММ.ГГГГ по ДД.ММ.ГГГГ в котором указаны номера смен, даты, суммы за смену; информация, снятая из электронно – контрольной ленты защищенной (ЭКЛЗ), установленной в данном кассовом аппарате за этот же период с общей суммой за смену, номерами смен, датами смены - распечатки кассовых лент (чеков) в количестве 3 ленты (т&lt;данные изъяты&gt;), установлено, что данные фискальной памяти и ЭКЛЗ совпадают в которых содержатся сведения, аналогичные вышеуказанным сведениям (показаниям свидетелей, кассовым приходным ордерам, кассовым чекам) о внесении денежных средств в кассу ООО «СеверДомСтрой» ФИО16 №20, ФИО16 №21, ФИО16 №22, ФИО16 №23, ФИО16 №24 (ФИО16 №25), ФИО16 №26 и др. Данные документы у суда сомнений не вызывают. В судебном заседании также были исследованы вещественные доказательства: - диск CD-R, емкостью 700MB, серийный номер &lt;данные изъяты&gt;, на который произведено копирование информации о деятельности ООО «СеверДомСтрой» из памяти системного блока компьютера, изъятого в ходе обыска ДД.ММ.ГГГГ в нежилых помещениях индивидуального предпринимателя ФИО16 №1 (т&lt;данные изъяты&gt; - диск DVD-R, емкостью 4,7GB, серийный №Е2810 13744 00, на который произведено копирование баз данных бухгалтерских документов «1С» ООО «СеверДомСтрой» с носителя информации «SAMSUNG» в корпусе черного цвета емкостью 1TB с серийным номером E2FWJJHG815BC7, изъятый в ходе обыска ДД.ММ.ГГГГ в нежилых помещениях ООО «ДОК» по адресу: &lt;адрес&gt; (т&lt;данные изъяты&gt;); - три бизнес-блокнота, изъятые ДД.ММ.ГГГГ в ходе обыска в нежилых помещениях по адресу: &lt;адрес&gt;; восемь накладных на лесоматериалы круглые с указанием поставщика «ООО «Север» и покупателя «ИП ФИО16 №1»; двенадцать накладных на лесоматериалы круглые с указанием поставщика «СДС» и покупателя «ИП ФИО16 №1», лист формата А-4 из белой бумаги с текстом «Прайс лист», 22 накладные за 2014 г., тетрадный лист с рукописными записями красителем синего цвета «Ульяновск», 22 накладные за 2015 г., тетрадный лист с рукописными записями, лист формата А-4 с напечатанной таблицей «расчет мельницы 1,0х1,2 м из оцилиндрованного бревна диаметром 180 мм на сумму 29 263 руб», лист формата А-4 с напечатанной таблицей с названием «Каркас здания (1-й этап строительства)» с расчетом на общую сумму 282 040 руб. (т&lt;данные изъяты&gt;); - блокнот зеленого цвета на гребне с названием на обложке на английском языке «Index» на 40 листах формата А5, лист бумаги, на котором указаны объемы заготовленной древесины и стоимость заготовки за период с ДД.ММ.ГГГГ по ДД.ММ.ГГГГ (&lt;данные изъяты&gt; - лист бумаги зеленого цвета со сведениями об объемах топлива, 13 листов бумаги с записями об объемах заготовки древесины, тетрадь общая с надписью на обложке «Топливо Комплексы» (96 листов), три тетради школьные с надписью на обложке «Комплексы», тетрадь общая с надписью на обложке «Касса» (т&lt;данные изъяты&gt; - шесть сшивок документов в скоросшивателях с надписями: «Апрель 2014», «Май 2014», «Июнь 2014», «Июль 2014», «Август 2014», «Сентябрь 2014», изъятые в ходе выемки ДД.ММ.ГГГГ и осмотренные в помещении офиса ПК «Деревянные ФИО11 ФИО16 №3» по адресу: &lt;адрес&gt; (т&lt;данные изъяты&gt; - сшивка копий документов – листов, пронумерованных с № по №: копии листов кассовой книги ООО «СеверДомСтрой» на 136 листах, копия требования – накладной № от ДД.ММ.ГГГГ об отгрузке со склада лесопродукции на ФИО102 участок дров смешанных пород 4 620 метров кубических на 1 листе, копия акта на списание материалов от ДД.ММ.ГГГГ дров смешанных пород и баланса березового в объеме 200 метров кубических, на 1 листе, копия второго листа акта на списание материалов от ДД.ММ.ГГГГ на 1 листе, копии двух актов на списание материалов от ДД.ММ.ГГГГ: дров смешанных пород и баланса березового в объемах 4000 и 420 метров кубических на 2 листах, копия авансового отчета ФИО4 № от ДД.ММ.ГГГГ на сумму 1 976 612,16 руб. на 1 листе, копии трех квитанций к приходному кассовому ордеру: от ДД.ММ.ГГГГ на сумму 388 461,92 руб., от ДД.ММ.ГГГГ на сумму 850 000 руб., от ДД.ММ.ГГГГ № ООО «Мегастрой» на сумму 738 150,24 руб. на 1 листе, копия договора поставки без № от ДД.ММ.ГГГГ между ООО «Мегастрой» и ООО «СеверДомстрой» на 2 листах, копия договора № на оказание услуг между ООО «Мегастрой» и ООО «СеверДомстрой» на 2 листах, копия счета-фактры № от ДД.ММ.ГГГГ, копия товарной накладной № от ДД.ММ.ГГГГ, копия акта № У 315 от ДД.ММ.ГГГГ об исполнении ООО «Мегастрой» услуг по посадке лесных культур в грунт на общую сумму 738 150 рублей 24 копейки на 1 листе, копия авансового отчета ФИО4 № от ДД.ММ.ГГГГ на сумму 185 250,92 руб. на 1 листе, копии двух квитанций к приходным кассовым ордерам № от ДД.ММ.ГГГГ на сумму 55 250 руб. 92 коп. и № от ДД.ММ.ГГГГ на сумму 130 000 рублей КОГП «Вятавтодор» Белохолуницкое дорожное и двух кассовых чеков на сумму 55 250 руб. 92 коп. и на сумму 130 000 рублей на 1 листе, копия записки «Движение материалов по ООО «СеверДомСтрой» 2-3 &lt;адрес&gt; года» на 1 листе, копия акта снятия остатков дров в делянках, подписанного ФИО4 и ФИО16 №17 на 1 листе, копия накладной на передачу готовой продукции в места хранения № от ДД.ММ.ГГГГ на продукцию «пиловочник хвойный», «баланс березовый», «спич. осина», «дрова смешанных пород» общим объемом 4800 метров кубических на 1 листе, подписанной от имени ФИО16 №17, копия накладной на передачу готовой продукции в места хранения № от ДД.ММ.ГГГГ на продукцию «пиловочник хвойный», «баланс березовый», «баланс сосновый 1-2 сорт», «дрова хвойных пород» общим объемом 9315,156 метров кубических, подписанной от имени ФИО16 №17, копия накладной на передачу готовой продукции в места хранения № от ДД.ММ.ГГГГ на продукцию «пиловочник хвойный», «баланс березовый», «спич. осина», «дрова смешанных пород» общим объемом 21 681,00 метров кубических на 1 листе, подписанной от имени ФИО16 №17, копия накладной на передачу готовой продукции в места хранения № от ДД.ММ.ГГГГ на продукцию «пиловочник хвойный», «баланс березовый», «баланс сосновый 1-2 сорт», «дрова хвойных пород» общим объемом 4725,16 метров кубических, подписанной от имени ФИО16 №17 – всего копии документов на 154 листах; подлинник счета-фактуры № от 30.09.2014г., подлинник товарной накладной № от ДД.ММ.ГГГГ; отчеты ООО «СеверДомСтрой» об охране и защите лесов по договору аренды от ДД.ММ.ГГГГ №-ДД.ММ.ГГГГ год на 9 листах, подписанные от имени директора ООО «СеверДомСтрой» ФИО4, отчеты ООО «СеверДомСтрой» о воспроизводстве лесов и лесоразведении по договору аренды от ДД.ММ.ГГГГ №-ДД.ММ.ГГГГ год на 13 листах, подписанные от имени директора ООО «СеверДомСтрой» ФИО4, отчеты об использовании лесов ООО «СеверДомСтрой» за январь – март 2014 года, январь – июнь 2014 года, январь – сентябрь 2014 года по договору аренды от ДД.ММ.ГГГГ № (на 33 листах), подписанные от имени директора ООО «СеверДомСтрой» ФИО4, отчеты ООО «СеверДомСтрой» об использовании лесов по договору аренды от ДД.ММ.ГГГГ № за январь-декабрь 2014 года, подписанные от имени директора ООО «СеверДомСтрой» ФИО16 №4, в количестве 45 экземпляров, на 45 листах, сшивка документов по договору аренды от ДД.ММ.ГГГГ №-ДД.ММ.ГГГГ год из 54 листов, подписанных от имени директора ООО «СеверДомСтрой» ФИО16 №4: отчет об охране и защите лесов за январь-декабрь 2014 года на 3 листах, отчет о воспроизводстве лесов и лесоразведении за январь-декабрь 2014 года на 4 листах, отчет ООО «СеверДомСтрой» об использовании лесов по договору аренды от ДД.ММ.ГГГГ № за январь-декабрь 2014 года, в количестве 47 экземпляров, на 47 листах, сшивка документов на 24-х листах с названием «Документация ИП ФИО16 №1 взаимоотношениях с ООО «СеверДомСтрой за 2015 год» (т&lt;данные изъяты&gt;-201); - 1) договор № поставки лесопродукции от ДД.ММ.ГГГГ; 2) договор № на оказание услуг по заготовке древесины от ДД.ММ.ГГГГ; 3) счет-фактура № от ДД.ММ.ГГГГ; 4) товарная накладная № от ДД.ММ.ГГГГ; 5) квитанция к приходному кассовому ордеру без номера от ДД.ММ.ГГГГ; 6) кассовый чек ООО «СеверДомСтрой» на сумму 66 000 рублей от ДД.ММ.ГГГГ, (т&lt;данные изъяты&gt; - сшивка документов на 390 листах об объеме древесины на производственной базе ООО «СеверДомСтрой» в &lt;адрес&gt; в 2014 году, сшивка документов на 52 листах с названием «Акты сверок взаимных расчетов между ИП ФИО33, и ООО «СеверДомСтрой» за 2014 год. Счета-фактуры, письма и платежные поручения за 2014 год», (&lt;данные изъяты&gt;); - 17 отчетов об использовании лесов за январь-сентябрь 2014 года по договору аренды от ДД.ММ.ГГГГ №, 1 отчет о воспроизводстве лесов и лесоразведении за январь-сентябрь 2014 года по договору аренды от ДД.ММ.ГГГГ №, 1 отчет об охране и защите лесов за январь-сентябрь 2014 года по договору аренды от ДД.ММ.ГГГГ № (т&lt;данные изъяты&gt;); - второй том регистрационного дела юридического лица № ООО «СеверДомСтрой» (&lt;данные изъяты&gt; - книга учета доходов и расходов организаций и индивидуальных предпринимателей, применяющих упрощенную систему налогообложения, на 2014 г. индивидуального предпринимателя ФИО16 №1, уведомление директора ООО «СеверДомСтрой» ФИО4 от ДД.ММ.ГГГГ участнику ООО «СеверДомСтрой» - ООО «ВПК» в лице директора ФИО16 №1 о созыве внеочередного общего собрания участников на одном листе, незаверенная и неподписанная копия письма директора ООО «СеверДомСтрой» ФИО4 от ДД.ММ.ГГГГ директору ООО «Север» ФИО16 №8 о заключении договора поставки лесопродукции ДД.ММ.ГГГГ и отгрузке по товарной накладной № от ДД.ММ.ГГГГ пиломатериала обрезного на сумму 3.053475 руб. на одном листе, лист с черновыми записями о проведении платежей за ООО «СДС» за октябрь- декабрь, (&lt;данные изъяты&gt; - выписка по расчетному счету индивидуального предпринимателя ФИО16 №1 № в ПАО «Норвик Банк» (Вятка банк) за период с ДД.ММ.ГГГГ по ДД.ММ.ГГГГ на 104 листах, осмотренная ДД.ММ.ГГГГ в СУ УМВД России по &lt;адрес&gt;, приобщенная к уголовному делу постановлением руководителя следственного органа ДД.ММ.ГГГГ. (т&lt;данные изъяты&gt;); - нотариально заверенная копия доверенности, выданной ИП ФИО33 ФИО4 ДД.ММ.ГГГГ на 1 листе, карточка с образцами оттисков печати ИП ФИО16 №1 и подписей уполномоченных лиц, имеющих право распоряжаться банковским счетом на 1 листе, доверенность, выданная ИП ФИО33 ФИО7, на право получения расчетных документов, сдачу и получение наличных денежных средств со счета № от ДД.ММ.ГГГГ на 1 листе, карточка учета выдачи выписок из лицевых счетов и приложений к ним по счету №, на 1 листе, кассовые документы о движении денежных средств по расчетному счету ИП ФИО16 №1 № за период с ДД.ММ.ГГГГ по ДД.ММ.ГГГГ: 11 денежных чеков, 33 объявления на взнос наличными (&lt;данные изъяты&gt; - квитанция к приходному кассовому ордеру от ДД.ММ.ГГГГ на сумму 300 000 рублей, квитанция к приходному кассовому ордеру от ДД.ММ.ГГГГ на сумму 240 000 рублей, квитанция к приходному кассовому ордеру от ДД.ММ.ГГГГ в сумме 800 000 рублей, квитанция к приходному кассовому ордеру от ДД.ММ.ГГГГ в сумме 79 040 рублей, кассовый чек ООО «СеверДомСтрой» на сумму 79 040 рублей от ДД.ММ.ГГГГ., квитанция к приходному кассовому ордеру от ДД.ММ.ГГГГ о внесении денежных на сумму 100 000 рублей, кассовый чек ООО «СеверДомСтрой» на сумму 50 000 рублей от ДД.ММ.ГГГГ, кассовый чек ООО «СеверДомСтрой» на сумму 50 000 рублей от ДД.ММ.ГГГГ, квитанция к приходному кассовому ордеру от ДД.ММ.ГГГГ на сумму 65 400 рублей, кассовый чек ООО «СеверДомСтрой» на сумму 65 400 рублей от ДД.ММ.ГГГГ (т.14 л.д.99-100). В судебном заседании также были исследованы иные документы: - из копии заявления ФИО16 №3 на имя руководителя Управления Следственного комитета России по &lt;адрес&gt; от ДД.ММ.ГГГГ, следует, что в с апреля 2014 года новый директор ООО «СеверДомСтрой» ФИО12 стал принимать решения и совершать действия, направленные на причинение ущерба предприятию (&lt;данные изъяты&gt;); - из копии заключения по анализу финансового положения и эффективности деятельности ООО «СеверДомСтрой» за период с ДД.ММ.ГГГГ по ДД.ММ.ГГГГ, подготовленного ООО «АПРС. Управление финансами», которым установлено, что в 2014 г. по сравнению с 2013 г. поступление денежных средств в ООО «СеверДомСтрой» сократилось в 3,5 раза, при этом выручка сократилась почти в 6 раз, имеются признаки, указывающие на сокрытие выручки от реализации продукции ООО «СеверДомСтрой». (т&lt;данные изъяты&gt;); - из заявления временного управляющего ООО «СеверДомСтрой» ФИО23 П.Н., зарегистрированного в КУСП МО МВД России «Слободской» ДД.ММ.ГГГГ за №, согласно которого в 4 квартале 2014 г. ООО «СеверДомСтрой» производило заготовку древесины, при этом поступлений денежных средств от реализации древесины на расчетные счета ООО «СеверДомСтрой» в указанный период времени не было (&lt;данные изъяты&gt;); - из заявления конкурсного управляющего ООО «СеверДомСтрой» ФИО23 П.Н., зарегистрированного в КУСП УМВД России по &lt;адрес&gt; ДД.ММ.ГГГГ за №, следует, что по его мнению действиями ФИО12 ООО «СеверДомСтрой» причинен имущественный ущерб в размере 8 316 201 руб. 22 коп. (&lt;данные изъяты&gt;.19); - из информации УФНС России по &lt;адрес&gt;, зарегистрированной в КУСП УМВД России по &lt;адрес&gt; ДД.ММ.ГГГГ за №, следует, что руководители ООО «СеверДомСтрой», злоупотребляя своими полномочиями, в целях извлечения выгод для самих себя, скрыли полученный от использования арендуемого лесного участка доход, в виде хищения леса и денежных средств от его реализации в особо крупном размере (&lt;данные изъяты&gt;). Суд не принимает во внимание заявление ФИО16 №3, заключение по анализу финансового положения и эффективности деятельности ООО «СеверДомСтрой», заявления временного управляющего ООО «СеверДомСтрой» ФИО23 П.Н., информацию УФНС России по &lt;адрес&gt;, поскольку содержащаяся в них информация не нашла своего подтверждения в судебном заседании и не соответствует фактическим обстоятельствам дела. Согласно ч.1 ст. 14 УПК РФ обвиняемый считается невиновным, пока его виновность в совершении преступления не будет доказана в предусмотренном настоящим Кодексом порядке, и установлена вступившем в законную силу приговором суда. В силу ч.2 ст. 14 УПК РФ подозреваемый и обвиняемый не обязан доказывать свою невиновность. Бремя доказывания обвинения и опровержения доводов, приводимых в защиту подозреваемого или обвиняемого, лежит на стороне обвинения. В соответствии с ч.3 ст. 14 УПК РФ все сомнения в виновности обвиняемого, которые не могут быть устранены в порядке, установленном настоящим Кодексом, толкуются в пользу обвиняемого. Согласно ч.4 ст. 14 УПК РФ обвинительный приговор не может быть основан на предположениях. Уголовное судопроизводство осуществляется на основе состязательности сторон. Стороны обвинения и защиты равноправны перед судом. В соответствии со ст. 244 УПК РФ в судебном заседании стороны обвинения и защиты пользуются равными правами на предоставление доказательств и участие в их исследовании. Таким образом, любые доводы защиты должны быть опровергнуты стороной обвинения и наоборот (ч.1 ст. 15 УПК РФ ). Статья 160 УК РФ предусматривает уголовную ответственность за присвоение или растрату, то есть хищение чужого имущества, вверенного виновному. Присвоение состоит в безвозмездном, совершенном с корыстной целью, противоправном обращении лицом вверенного ему имущества в свою пользу против воли собственника. Присвоение считается оконченным преступлением с того момента, когда законное владение вверенным лицу имуществом стало противоправным и это лицо начало совершать действия, направленные на обращение указанного имущества в свою пользу (например, с момента, когда лицо путем подлога скрывает наличие у него вверенного имущества, или с момента неисполнения обязанности лица поместить на банковский счет собственника вверенные этому лицу денежные средства). Как растрата должны квалифицироваться противоправные действия лица, которое в корыстных целях истратило вверенное ему имущество против воли собственника путем потребления этого имущества, его расходования или передачи другим лицам. Растрату следует считать оконченным преступлением с момента противоправного издержания вверенного имущества (его потребления, израсходования или отчуждения). Согласно обвинения, действия ФИО12 по ч.4 ст. 160 УК РФ квалифицированы как присвоение и как растрата, не образующие совокупности преступлений, при этом в предъявленном обвинении не указано, что у ФИО12 одновременно возник умысел, как на хищение, так и на растрату, напротив согласно предъявленного обвинения указанные составы разъединены, не указано, что действия охватывались единым умыслом или умысел возник только на совершение конкретных указанных в обвинении действий. Кроме того, обязательным признаком хищения является наличие у лица корыстной цели, то есть стремления изъять и (или) обратить чужое имущество в свою пользу либо распорядиться указанным имуществом как своим собственным, в том числе путем передачи его в обладание других лиц. В предъявленном обвинении указано, что ФИО12 скрывая противоправность своих действий, запланировал не приходовать по бухгалтерскому учету деятельности ООО «СеверДомСтрой» пиломатериал обрезной хвойный и необработанную древесину в виде сортиментов, чтобы скрыть от учета их наличие, производить отгрузку части пиломатериала обрезного хвойного и необработанной древесины в виде сортиментов с производственного участка ООО «СеверДомСтрой» в &lt;адрес&gt; юридическим лицам и индивидуальным предпринимателям без заключения соответствующих гражданско-правовых договоров и без оформления товарных накладных и счетов-фактур, а также не показать указанные пиломатериал обрезной хвойный и необработанную древесину в виде сортиментов по учету деятельности ООО «СеверДомСтрой». Указанные выводы полностью опровергаются исследованными по делу доказательствами.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Один из обязательных признаков объективной стороны присвоения и растраты – безвозмездность, который стороной обвинения доказан не был. Разрешая вопрос о наличии в действиях ФИО12 состава хищения в форме присвоения и растраты, суд не установил обстоятельств, подтверждающих, что у ФИО12 был умысел на обращение вверенного ему имущество в свою пользу или пользу других лиц; а также суд не установил, что ФИО12 совершал умышленные противоправные, безвозмездные действия с целью обратить вверенное ему имущество в свою пользу или пользу других лиц. В ходе судебного разбирательства стороной обвинения не было представлено доказательств, достоверно свидетельствующих о наличии у ФИО12 умысла на хищение принадлежащего ООО «СеверДомСтрой» имущества путем его присвоения либо растраты. Также не было представлено доказательств того, что принадлежащее ООО «СеверДомСтрой» имущество было им присвоено либо растрачено. Установлено, что с ДД.ММ.ГГГГ ФИО12 был назначен директором ООО «СеверДомСтрой» (изменения в ЕГРЮЛ в отношении ООО «СеверДомСтрой» о назначении директором ФИО12 внесены ДД.ММ.ГГГГ). В период с ДД.ММ.ГГГГ по ДД.ММ.ГГГГ ФИО12, выполнял в ООО «СеверДомСтрой» управленческие функции по руководству текущей деятельностью указанного Общества. ФИО12 в части растраты вменено, что он производил отгрузку с производственного участка ООО «СеверДомСтрой» в &lt;адрес&gt;, однако в ходе судебного заседания установлено, что лично ФИО12 отгрузку не производил, в &lt;адрес&gt; при отгрузке не присутствовал, отгрузку производили иные лица (свидетели ФИО16 №18, ФИО16 №19), с обязательным оформлением документов, что подтверждается изъятыми накладными. При этом ФИО16 не вменяется выполнение объективной стороны посредством других лиц, путем дачи указаний обязательных для исполнения. Установлено, что ФИО12 не занимался лично оприходованием продукции и ее отпуском на сторону. Кроме того, сама по себе отгрузка пиловочника и обрезного пиломатериала соответствовала уставной деятельности ООО «СеверДомСтрой», какой - либо запрет на совершение указанных операций отсутствовал. В чем именно заключалась не правомерность действия ФИО16 не указано в обвинении и не установлено в судебном заседании. В ходе предварительного расследования и судебного заседания на основании исследованных судебных экспертиз установлено, что кроме вменённых фактов отгрузки, которые квалифицированы органами предварительного расследования, как растрата, осуществлялась неоднократная отгрузка и другим физическим и юридическим лицам на основании аналогичных документов. Указанные отгрузки при прочих равных условиях не квалифицированы как растрата, при этом по фактам вмененных ФИО12 растрат в обвинении не указано, что у ФИО12 имелся умысел на безвозмездную отгрузку. Отсутствие выводов о наличии умысла на безвозмездность свидетельствует об отсутствии признаков хищения. При этом ФИО12 не вменено, что умысел возник на частичную растрату, либо что умысел на растрату возникал в каждом конкретном случае. Кроме того, ФИО12 вменено, что у него возник умысел на растрату в период с ДД.ММ.ГГГГ по ДД.ММ.ГГГГ. Однако, из предъявленного обвинения следует, что отгрузка, которая квалифицирована как растрата, осуществлялась в период с ДД.ММ.ГГГГ по ДД.ММ.ГГГГ и в адрес ООО «Север» - с ДД.ММ.ГГГГ по ДД.ММ.ГГГГ, таким образом, вывод о периоде возникновения умысла с ДД.ММ.ГГГГ по ДД.ММ.ГГГГ и его наличии не обоснован, то есть само по себе обвинение противоречиво. В судебном заседании не нашли своего подтверждения доводы обвинения о совершении ФИО12 растраты пиловочника, принадлежащего ООО «СДС» путем его отгрузки: – относительно отгрузки ДД.ММ.ГГГГ в адрес ФИО50 сортиментов пиловочника хвойного в объеме 33,19 куб. м, стоимостью 1800 руб. за 1 кубический метр, общей стоимостью 59742 руб., а также ДД.ММ.ГГГГ в адрес неустановленного следствием лица сортиментов пиловочника хвойного в объеме 30,09 куб. м. стоимостью 1800 рублей за 1 куб. м, общей стоимостью 54162 руб.: Допрошенный в судебном свидетель ФИО50 показал, что ООО «СеверДомСтрой» ему пиловочник не поставлял, он с ФИО16 на поставку не договаривался, сам он индивидуальным предпринимателем не является. Достоверных данных, опровергающих доводы подсудимого о том, что он на дату ДД.ММ.ГГГГ фактически не приступил к руководству Обществом, с ФИО91 о поставке не договаривался, на базу в &lt;адрес&gt; не ездил и указаний об отгрузке продукции ФИО91 и неустановленному лицу не давал и дать не мог, не представлено. В накладной на лесоматериалы об отгрузке отсутствует подпись руководителя. Изменения в ЕГРЮЛ внесены лишь ДД.ММ.ГГГГ. Противоречия в показаниях (ранее давал показания, что деньги, полученные от ФИО50 были сданы в кассу ООО «СДС», но каким образом и через кого передавались деньги он не помнит) ФИО12 в судебном заседании объяснил, указав, что при даче показаний ошибался, так как на базу в &lt;адрес&gt; он приехал примерно ДД.ММ.ГГГГ, до этого шли переговоры со ФИО16 №3 о передаче производственных площадок, давая показания про ФИО91 он его спутал с ФИО65 Из показаний свидетелей ФИО16 №18, ФИО16 №19 следует, что в апреле 2014 г., к моменту назначения ФИО4 директором вся продукция: хлысты, пиломатериал, пиловочник были вывезены с производственной базы ООО «СеверДомСтрой», расположенной в &lt;адрес&gt;, в &lt;адрес&gt; на базу ФИО16 №3., на площадке остались только отходы, указание на вывоз пиломатериалов давал ФИО90. ФИО16 №11 являлся работником ФИО16 №8, при этом свидетель ФИО16 №18 показала, что ФИО16 №19 при ней кроме ФИО12 звонил ФИО16 №8 и говорил, что и куда везти. Учитывая, что ФИО16 №11, является водителем ФИО16 №8, и что он (ФИО16 №11) не подтвердил, что указание на перевозку пиловочника для ФИО91 ему давал ФИО12, доводы обвинения о виновности ФИО12 несостоятельны. Стороной обвинения не опровергнуты и доводы подсудимого о том, что у ФИО91 могли быть какие – то договоренности со ФИО16 №3, ФИО26 или ФИО16 №8 на поставку пиловочника, что по данной накладной мог быть другой получатель пиломатериала, что это был обмен пиломатериалом между ФИО91 и ООО «СеверДомСтрой». Также не опровергнуты доводы о том, что кому – то планировалась поставка пиловочника, поэтому документы были подготовлены, но покупатель не приехал, поэтому и не было указано кому поставлено, возможно эта была поставка какому – то контрагенту по договору который был заключен и оплачен до того, как он стал директором, при составлении документов забыли указать кому, допускает, что это мог быть обмен пиловочником. – относительно отгрузки с ДД.ММ.ГГГГ по ДД.ММ.ГГГГ ИП ФИО16 №30 сортиментов пиловочника хвойного в общем объеме 65,35 куб м. стоимостью 1800 руб. за 1 куб. м., общей стоимостью 117630 руб. и с ДД.ММ.ГГГГ по ДД.ММ.ГГГГ в ООО «Профи-Лес» сортиментов пиловочника хвойного в общем объеме 92,871 куб.м., стоимостью 1800 руб. за 1 куб.м., общей стоимостью 167167 руб. 80 коп.: ФИО12 пояснил, что между ООО «СеверДомСтрой» и ФИО16 №30 происходил обмен круглым лесоматериалом, при этом документы могли быть оформлены как на ФИО16 №30, так и на ООО «Профи – лес», от имени которого действовал ФИО16 №30. Противоречия в показаниях (ранее давал показания, что от ООО «Профи-Лес». ДД.ММ.ГГГГ внесено в кассу 46 000 руб., а ДД.ММ.ГГГГ - внесено 120 000 руб.) ФИО12 в судебном заседании объяснил, указав, что при даче показаний ошибался, спутав ООО «Профи-Лес» с ООО «Лесной Профиль», так как у ООО «СеверДомСтрой» было много контрагентов и прошло много времени. ФИО16 ФИО16 №30 (директор и учредитель ООО «Профи-Лес») в судебном заседании подтвердил, что у ООО «СеверДомСтрой» круглый лес не приобретал, только брал взаймы 2-3 КаМаЗа, всего примерно 60 куб. м. На предварительном следствии (т&lt;данные изъяты&gt;) ФИО16 №30 давал аналогичные показания, указывая, что по накладным на лесоматериалы круглые от ДД.ММ.ГГГГ в объеме 32,44 куб.м. и от ДД.ММ.ГГГГ в объеме 32,91 куб.м. он лес не приобретал, это могли быть разовые операции по обмену лесом между ним (как индивидуальным предпринимателем) и ООО «СеверДомСтрой», полученный лес он вернул в ООО «СеверДомСтрой». Относительно накладных на лесоматериалы круглые на поставку «склад Дубровка – покупатель ООО «Профи-Лес» от ДД.ММ.ГГГГ в объеме 28,571 куб.м.., от ДД.ММ.ГГГГ в объеме 32.327 куб.м., от ДД.ММ.ГГГГ в объеме 31,973 куб.м., пояснил, что это были разовые операции по обмену лесом, лес в указанных объемах он вернул в ООО «СДС». – относительно отгрузки с ДД.ММ.ГГГГ по ДД.ММ.ГГГГ в адрес ООО «ДОК» сортиментов пиловочника хвойного в общем объеме 35,6 куб.м стоимостью 1800 руб. за 1 куб. м., общей стоимостью 64080 руб.: ФИО12 указал, что в течение 2014 г. ООО «СеверДомСтрой» неоднократно отгружало в адрес ООО «ДОК» сортименты пиловочника хвойного по договору, также ООО «СеверДомСтрой» являлось должником ООО «ДОК», пиловочник мог быть поставлен и в счет долга для уменьшения кредиторской задолженности перед ООО «ДОК», он доверял директору ООО «ДОК» ФИО16 №5, так как он был учредителем ООО «СеверДомСтрой». Данные доводы стороной обвинения не опровергнуты. Согласно заключения эксперта №-эк у ООО «СеверДомСтрой» имелся долг перед ООО «ДОК». ФИО16 ФИО16 №5 (директор ООО «ДОК», которое является учредителем ООО «СеверДомСтрой») в судебном заседании подтвердил, что ООО «ДОК» произвел с ООО «СеверДомСтрой» обмен 35,6 куб. м пиловочника на пиловочник другого диаметра. Данный пиловочник отгружался на обмен и был возращен ДД.ММ.ГГГГ. Эти доводы подтверждаются заключением судебной экспертизы №ЭК (т.22 л.д.74), где указано, что поступил круглый лесоматериал от «ФИО92 (ФИО15-ДОК)» в количестве 36,06 куб.м. - относительно отгрузки с ДД.ММ.ГГГГ по ДД.ММ.ГГГГ ИП ФИО16 №29 сортиментов баланса хвойного в объеме 54,091 куб.м., стоимостью 620 руб. за 1 куб.м., общей стоимостью 33536 руб. 42 коп. и ДД.ММ.ГГГГ ИП ФИО16 №29 сортиментов пиловочника хвойного в объеме 98,61 куб.м, стоимостью 1800 руб. за 1 куб.м., общей стоимостью 177498 руб.: ФИО12 показал, что данные баланс и пиловочник поставлялись на обмен. ФИО16 №29 перевозил лес на своей автомашине КАМАЗ под управлением водителя ФИО6 и возвращал обратно. В отчетах на производстве в &lt;адрес&gt; обмен мог и не отражаться или быть отражен без указания от кого он поступил, так как это была не продажа, а возврат по обмену. Противоречия в показаниях (ранее давал показания, что ИП ФИО16 №29 внес деньги в сумме 212000 руб. качестве предоплаты до отгрузки материала) ФИО12 в судебном заседании объяснил, указав, что при даче показаний ошибался, так как прошло много времени. Данные доводы подсудимого стороной обвинения не опровергнуты. ФИО16 ФИО16 №29 в судебном заседании подтвердил, что в 2014 г. он менял в ООО «СеверДомСтрой» имевшийся у него «крупный», (большого диаметра лес) на «тонкий» лес, который он забирал на базе ООО «СеверДомСтрой», расположенной в &lt;адрес&gt;. Обменянный лес перевозил на автомашине КАМАЗ под управлением водителя ФИО6 Лесоматериалы у ООО «СеверДомСтрой» он не покупал. Согласно заключения бухгалтерской экспертизы № ЭК (т.22) Приложению № в период с ДД.ММ.ГГГГ по ДД.ММ.ГГГГ поступило круглого лесоматериала без указания «от кого» в объеме 199,27 куб.м, то есть если учесть, что ФИО16 №30 и ФИО16 №29 предоставили документы на возврат, то остается еще 156,45 куб.м. согласно предъявленного обвинения, при этом в экспертизе имеются сведения о возврате 199,27 куб.м. круглых лесоматериалов, что исключает хищение. Не доверять показаниям подсудимого и вышеуказанных свидетелей оснований не имеется, указанные свидетелями обстоятельства обмена пиломатериалом стороной обвинения не опровергнуты. - относительно отгрузки с ДД.ММ.ГГГГ по ДД.ММ.ГГГГ в интересах ИП ФИО47 139,1 куб.м. пиломатериала обрезного хвойного 1-2 сорта стоимостью 5500 руб. за 1 куб.м. общей стоимостью 765050 руб.: В судебном заседании установлено, что в указанный период в адрес ИП ФИО47 отгружался пиловочник и обрезной пиломатериал. Отгрузка для ИП ФИО47 обрезного пиломатериала происходила ДД.ММ.ГГГГ, ДД.ММ.ГГГГ, ДД.ММ.ГГГГ и две отгрузки и ДД.ММ.ГГГГ в общем объеме 139,1 куб.м., отгрузка пиловочника для ИП ФИО47 была ДД.ММ.ГГГГ, ДД.ММ.ГГГГ, ДД.ММ.ГГГГ, ДД.ММ.ГГГГ, ДД.ММ.ГГГГ в общем объеме 162,96 куб.м. ИП ФИО47 по безналичному расчету было оплачено ДД.ММ.ГГГГ – 400000 руб., ДД.ММ.ГГГГ – 98000 руб., всего 498 000 рублей. Если бы ИП ФИО47 оплатил 498000 руб. только за пиловочник, то, соответственно, стоимость 1 куб.м. пиловочника была бы равна 3055 руб., что практически в два раза превышало бы реальную стоимость данного товара (пиловочника), так как ИП ФИО96 представлен договор, где цена пиловочника указана в размере 1800 руб. Таким образом, за пиловочник ИП ФИО96 заплатил 293 328 руб. (1800х162,96), оставшаяся сумма 204672 руб. (498000 – 293 328) была зачтена в качестве оплаты за обрезной пиломатериал. Кроме того, по просьбе ИП ФИО47, счета за полученный товар счета были выставлены его контрагенту– ИП ФИО97, перечислившему ДД.ММ.ГГГГ безналичным расчетом 400000 руб. и ДД.ММ.ГГГГ еще 100000 руб. (т.21 л.д.210 Приложение № строки 91,96). ИП ФИО97 сам договоров на поставку продукции (пиловочник, обрезной пиломатериал) с ООО «СДС» не заключал, счета ИП ФИО97 от ООО «СДС» выставлялись по просьбе ИП ФИО96. Оплата была произведена по банку. Указанные обстоятельства в судебном заседании подтвердили свидетели ФИО16 №31 (главный бухгалтер ООО «СеверДомСтрой») и ФИО47 - относительно отгрузки ДД.ММ.ГГГГ ИП ФИО16 №1 26,06 куб. м. пиломатериала обрезного хвойного 1-2 сорта стоимостью 5500 руб. за 1 куб. м., общей стоимостью 143330 руб. ФИО12 пояснил, что пиломатериал отгружался с базы в &lt;адрес&gt;, перевозился на базу ИП ФИО16 №1 для дальнейшей его переработки в оцилиндрованное бревно для обеспечения исполнения принятых на себя ООО «СеверДомСтрой» обязательств по поставке оцилиндрованного бревна и невозможности работать на их производственных базах Общества из – за разногласий между учредителями. Совершать хищение обрезного пиломатериала в количестве 26,06 м.куб. не имело здравого смысла, так как ИП ФИО16 №1 кредитовал ООО «СеверДомСтрой». Данные доводы подсудимого не опровергнуты, а, напротив, подтверждаются исследованными в судебном заседании доказательствами. В судебном заседании свидетель ФИО16 №1 подтвердил, что ФИО16 отгружал на его базу бревно с базы в &lt;адрес&gt;, где в дальнейшем его обтачивали в оцилиндрованное бревно. Подтвердил, что являлся учредителем ООО «СеверДомСтрой», кредитовал Общество и был заинтересован в его стабильной работе. Согласно заключению эксперта № –ЭК, с расчетных счетов ИП ФИО16 №1 (а именно с расчетного счета №, открытого в АКБ «Вятка-банк» ОАО) за ООО «СеверДомСтрой» (в счет взаимных расчетов) были перечислены денежные средства в общей сумме 2853143,71 рублей, и внесены в кассу денежные средства. Согласно заключению эксперта №ЭК (&lt;данные изъяты&gt;) поступило круглых лесоматериалов от лесозаготовительных комплексов (береза, осина, пиловочник) на базу ООО «СеверДомСтрой» - 5845,07 куб.м.. Согласно заключению эксперта № ЭК (т&lt;данные изъяты&gt;) ООО «СеверДомСтрой» реализовало баланс (елово-пихтовый, сосновый, осиновый) в объеме 2036,84 куб.м. Согласно заключению эксперта № ЭК (т&lt;данные изъяты&gt;) ООО «СеверДомСтрой» реализовало пиловочника хвойного в объеме 1385,98 куб.м. Согласно заключению эксперта №ЭК (&lt;данные изъяты&gt;), ИП ФИО16 №1 был отгружен сортимент хвойный в размере 914,808 м.куб., круглый лесоматериал в размере 319,28 м.куб. Таким образом объем составляет 1234,09 куб.м., что само по себе исключает вмененную растрату пиловочника в объеме 409,8 м.куб. который был поставлен согласно обвинения - в адрес ФИО50 33,19 м3, в адрес неустановленного следствием лица 30,09 м3, в адрес ИП ФИО16 №30 65,35 м3, в адрес ООО «ДОК» 35,6 м3, в интересах ИП ФИО16 №29 54,091 м3. в адрес ИП ФИО16 №29 сортиментов пиловочника хвойного 98,61 м3, в адрес ООО «Профи-JIec» сортиментов пиловочника хвойного 92,871 м3. - относительно отчуждения с ДД.ММ.ГГГГ по ДД.ММ.ГГГГ в адрес ООО «Север» вверенного ему имущества ООО «СеверДомСтрой»: 474,03 куб.м. пиломатериала обрезного хвойного 1-2 сорта стоимостью 5500 рублей за 1 куб.м. на общую сумму 2607165 руб; и 74,44 куб.м. пиломатериала обрезного хвойного 3-4 сорта стоимостью 2500 руб. за 1 куб.м. общей стоимостью 186100 руб.: Всего ООО «СеверДомСтрой» отгрузило в адрес ООО «Север» лесопродукцию: 1042,17 куб.м пиломатериала обрезного хвойного 1-2 сорта, 305,01 куб.м. пиломатериала обрезного хвойного 3-4 сорта. Пиломатериал, который был продан ООО «Север», согласно счет-фактур № и 207 принадлежал ООО «СеверДомСтрой», а пиломатериал 1-2 сорта в объеме 474,03 куб.м. и 3-4 сорта в объеме 74,44 куб.м., ООО «СеверДомСтрой» не принадлежал, так как был изготовлен из «давальческого» сырья (пиловочника), который поступил на базу ООО «СеверДомСтрой» для обработки и готовая продукция была отпущена для ООО «Север». Учет обрезного пиломатериала велся общий и не был разделен. В указанный период времени у ООО «СеверДомСтрой» отсутствовадо в таком количестве свое сырье для переработки. В указанный период времени на базу ООО «СеверДомСтрой» поступило «давальческое» сырье. Согласно заключению эксперта №ЭК приложение №, в июне 2014 г. поступило от ИП ФИО16 №1, ИП ФИО98, ИП ФИО16 №23, ИП ФИО17, без учета поступления от «ФИО92 (ФИО15-ДОК) 998,36 м.куб. пиловочника. Указанный пиловочник, как давальческое сырье был пущен в переработку для ООО «Север», а полученный обрезной пиломатериал отпущен ООО «Север». ООО «Север» рассчитывался только за переработку. Из указанного пиловочника хвойного был изготовлен пиломатериал 474,03 м.куб. 1-2 сорта и 74,44 м.куб. 3-4 сорта. В счет оплаты переработки указанной древесины, были зачтены платежи ООО «Север» за ООО «СеверДомСтрой»: от ДД.ММ.ГГГГ департаменту лесного хозяйства, арендная плата по договору аренды № в сумме 270723 руб., от ДД.ММ.ГГГГ в сумме 5000 руб. &lt;адрес&gt; организации профсоюза работников лесных отраслей РФ, ДД.ММ.ГГГГ ООО «Север» оплатило 59377 рублей арендной платы департаменту лесного хозяйства. Кроме того пунктом 7.2.а ГОСТа Р 52117-2003 № «Методы измерений» (национальный стандарт Российской Федерации лесоматериалы круглые) установлена Погрешность групповых методов измерения объема партии бревен, согласно которого погрешность составляет +/- 12 %. Учитывая приведенные экспертом значения количества поступившего круглого леса в общем объеме 6879,5 куб.м. (5845,07 + 1034,428), погрешность составляет: 6 879,5 х 12 % = 825,54 м3, что также не позволяет установить наличие или отсутствие хищения. ФИО16 ФИО16 №8 (являвшийся директором ООО «Север») подтвердил, что ООО «Север» оказывало ООО «СеверДомСтрой» услуги по грузоперевозке, в адрес ООО «Север» от ООО «СеверДомСтрой» поступал обрезной пиломатериал в 2014 г., за грузоперевозки расчет производился по безналичному расчету, частично по взаимозачету за грузоперевозки, частично оплачивалось денежными средствами. ООО «Север» вывозил еще собственный материал, приобретенный у контрагентов, и переданный ООО «СеверДомСтрой» для оказания услуг по распиловке. Вывозился материал по ходу распиловки. Часть готового материала приобреталась у ООО «СеверДомСтрой», а часть материала вывозили своего, за оказанные услуги полностью рассчитался. Он передавал ФИО16 №19 300000 руб. по просьбе ФИО16. ООО «Север» приобретало у ФИО16 №1, Бойправа, ФИО98 пиловочник, который впоследствии уходил в ООО «СеверДомСтрой» на распиловку. Пиломатериал отгружался в одной массе с «давальческим сырьем», которое составляло 800-1000 куб.м. ФИО16 №8 подтвердил, что по счетам-фактурам № и № от ДД.ММ.ГГГГ и от ДД.ММ.ГГГГ соответственно, ООО «Север» оплатило готовый пиломатериал, объем материала 1, 2 сорта 474 куб. м. и 3,4 сорта в объеме 74 куб. м., это «давальческое» сырье из привезенного ООО «Север» на промплощадку Дубровка. Данный лес не принадлежал ООО «СеверДомСтрой». Накладные имеются, он отдавал их ФИО16 №3 и следствию. ФИО16 ФИО16 №9 (бухгалтер ООО «Север» в 2009-2014г.г.) показала, что у ООО «Север были заключены договоры на поставку пиломатериалов в 2014 г. с ООО «СеверФИО11», в ООО «Север» поступал обрезной пиломатериал. Оплата производилась на расчетный счет ООО «СеверДомСтрой» через «Вятка банк». Также денежные средства перечислялись в счет взаимозачета за ООО «СеверФИО11» в другие организации. ООО «Север» за поставленный пиломатериал производило частично услугами по грузоперевозкам, частично – оплачивало по безналичному расчету по счетам. ООО «Север» приобретало лес у контрагентов, но не успевало его перерабатывать само, поэтому услуги по распиловке пиломатериалов Обществу оказывало ООО «СеверДомСтрой». Договоры были заключены со многими контрагентами, например, ФИО17, ИП ФИО16 №1, ФИО98, другие. В 2014 г. ООО «Север» по договорам приобретало круглый лес, данный лес завозился на базу ООО «СеверДомСтрой», расположенную в &lt;адрес&gt;, где из данного леса производился обрезной пиломатериал, то есть ООО «СеверДомСтрой» оказывало ООО «Север» услуги по распиловке леса. После того, как из принадлежащего ООО «Север» круглого леса был изготовлен пиломатериал, то данный пиломатериал вывозился с базы ООО «СеверДомСтрой» на базу ООО «Север». Всего на базу ООО «СеверДомСтрой» в &lt;адрес&gt; было завезено около 800-1000 куб. м. принадлежащего ООО «Север» круглого леса, из которого было изготовлено примерно 500 куб. м. обрезного пиломатериала, который был вывезен на базу ООО «Север». Все оказанные ООО «Север» на базе ООО «СеверДомСтрой» услуги по распиловке круглого леса были оплачены ООО «Север». Также ООО «Север» платило за ООО «СеверФИО11». Вышеуказанные факты подтвердили свидетели ФИО16 №18 и ФИО16 №19 (мастер и начальник производственного участка, расположенного на производственной базе ООО «СеверДомСтрой» в &lt;адрес&gt;), указавшие, что круглый лес поступал на указанную базу и отпускался с базы на основании накладных на лесоматериалы круглые. На базе осуществлялись сортировка поступившего круглого леса, а также распиловка бревен и производство обрезного пиломатериала. Подтвердили наличие «давальческого» леса, который уходил на производство пиломатериалов. «Давальческое» сырье привозили для распиловки на пиломатериалы, а потом по звонку руководства отправляли в &lt;адрес&gt; по накладным. ФИО16 ФИО16 №12 (водитель ООО «Север») показал, что в 2014г. ООО «Север» привозил в &lt;адрес&gt; лес, его там распиливали, а оттуда возили пиломатериал, доски. ФИО16 ФИО57, имеющий высшее лесотехническое образование, указал, что выход обрезного пиломатериала из круглого леса при деревообработке более 60% маловероятен. Аналогичные сведения содержатся и в Справочнике по лесопилению, составитель ФИО86 С-Пб «ПРОФИ-ИНФОРМ» 2004 (&lt;данные изъяты&gt;); А в пункте 7.2.а ГОСТа Р 52117-2003 № «Методы измерений» (национальный стандарт Российской Федерации лесоматериалы круглые) установлена Погрешность групповых методов измерения объема партии бревен, погрешность составляет +/- 12 %. (&lt;данные изъяты&gt;). Согласно заключению эксперта №-ЭК, в период с ДД.ММ.ГГГГ по ДД.ММ.ГГГГ с расчетных счетов ООО «Север» были перечислены денежные средства за ООО «СеверДомСтрой» (в счет взаимных расчетов) в общей сумме 783000,00 руб. Обвинение противоречиво, так как указано, что ФИО12 не производя приходование заготовленного ООО «СеверДомСтрой» отсортированного и хранившегося на производственном участке ООО «СеверДомСтрой» в &lt;адрес&gt; пиловочника хвойного в виде сортиментов по бухгалтерскому учету деятельности ООО «СеверДомСтрой», действуя из корыстной заинтересованности в интересах вышеуказанных лиц и организаций, произвел отгрузку. В чем конкретно состояла, по мнению обвинения, корыстная заинтересованность ФИО12 в поставке продукции вышеуказанным лицам и организациям, не указано, не установлено, что за указанные в обвинении действия ФИО12 получил для себя какую – либо материальную или нематериальную выгоду. В чем заключается противоправность его действий при совершении преступления, в обвинении не указано. Довод о том, что отгрузка образует состав преступления, не мотивирован. Обвинение указывает, что ФИО12 совершил растрату лесопродукции путем «отгрузки». Однако под отгрузкой понимается передача изготовленной продукции перевозчику либо непосредственно потребителю. Сама по себе отгрузка лесопродукции не может являться основанием для признания действий противоправными, так как под растратой понимается безвозмездное и противоправное обращение лицом с корыстной целью вверенного ему имущества в свою пользу против воли собственника. Однако обвинением не приведены доводы о том, каким образом подсудимый безвозмездно и противоправно обратил с корыстной целью вверенное ему имущества в свою пользу против воли собственника. Из показаний свидетелей ФИО16 №18 и ФИО16 №19 следует, что лично ФИО12 не производил приходованные пиловочники и производить не мог, так как указанные функции в силу своих трудовых обязанностей были возложены на них (ФИО16 №18, ФИО16 №19). Также свидетели не показали, что ФИО12 давал указание не приходовать поступившую лесопродукцию и не представлено доказательств того, что указанная лесопродукция не была оприходована. Кроме того, вышеуказанные поставки не были скрыты, так как обвинение ссылается на документы, при этом ФИО16 не принимал никаких действий, направленных на сокрытие документов, а с ноября 2014 г. ФИО16 не являлся руководителем, при этом последующие руководители не усмотрели каких – либо нарушений, не предъявляли требований об оплате или возврате имущества. Указанные обстоятельства, свидетельствуют о необоснованности обвинения в указанной части. В части обвинения ФИО12 по присвоению денежных средств: ФИО16 ФИО16 №20 в судебном заседании и на предварительном следствии (т&lt;данные изъяты&gt;) показал, что за приобретенную на основании договоров лесопродукцию он и его компаньон ФИО49 внесли в ООО «СеверДомСтрой» денежные средства в общнй сумме 1 584 000 руб., при этом квитанции к приходным кассовым ордерам и кассовые чеки на общую сумму 1584 000 рубля были выданы ему в ООО «СеверДомСтрой». Квитанции к приходным кассовым ордерам и кассовые чеки на общую сумму 1584000 рубля о поступлении денежных средств от ФИО16 №20 в ООО «СеверДомСтрой» были осмотрены (т.14 л.д.73,74,75,81,82). Из показаний свидетеля ФИО16 №20 следует, что денежные средства ни он лично, ни его компаньон ФИО49 ФИО12 не передавали, денежные средства были переданы бухгалтеру ООО «СеверДомСтрой» и внесены в кассу. Из показаний свидетеля ФИО16 №22 в судебном заседании и на предварительном следствии &lt;данные изъяты&gt;) следует, что он приобретал в 2014 г. у ООО «СеверДомСтрой» лесопродукцию с двух лесосек по договорам № и №, оплату вносил в ООО «СеверДомСтрой» осенью 2014 г. несколькими частями в офисе ООО «СеверДомСтрой» в общей сумме 743 400 руб., на все внесенные им в ООО «СеверДомСтрой» денежные средства ему были выданы документы о принятии денежных средств. Представить данные документы в полном объеме не может, так как при переезде в другой ФИО11, документы были утеряны, им представлены документы на сумму 181 975 руб. Из показаний свидетеля ФИО16 №26 в судебном заседании и на предварительном следствии (т.14 л.д.186-187,199-200) следует, что он приобретал по просьбе брата ФИО5 в 2014 г. делянку у ООО «СеверДомСтрой». Лесозаготовку на указанной делянке осуществлял его брат ФИО5 своими силами. Осенью 2014 г. в офисе ООО «СеверДомСтрой» он за несколько приемов передал непосредственно ФИО12 денежные средства в сумме 428430 руб. в качестве оплаты за лесопродукцию, после получения денег ему были переданы документы, подтверждающих внесение в ООО «СеверДомСтрой» денежных средств - кассовые чеки, квитанции к приходным кассовым ордерам, счет-фактура, товарная накладная, договор поставки лесопродукции. Копии всех указанных документов были им выданы следствию, где находятся подлинники документов, не знает, оригиналы могли быть у брата ФИО5, который погиб. В ходе судебного заседания, после осмотра копий документов (&lt;данные изъяты&gt;) - договор поставки, спецификация к договору, копии квитанций к ПКО, кассовые чеки, счет-фактура, товарная накладная на сумму 428430 руб., свидетель ФИО16 №26 пояснил, что именно эти документы были выданы в ООО «СеверДомСтрой». Из показаний свидетеля ФИО16 №21 в судебном заседании следует, что в 2014г. он покупал у ООО «СеверДомСтрой» лес «у пня», заключал с ФИО16 договор, оплату производил наличными денежными средствами за 2 раза, суммы не помнит. Документы на всю переданную им сумму после передачи денег получил не сразу. В судебном заседании были оглашены показания свидетеля ФИО16 №21 на предварительном следствии (&lt;данные изъяты&gt;) которые он подтвердил. Судом были проанализированы выше и приняты во внимание показания, данные свидетелем ФИО16 №21 в судебном заседании и на предварительном следствии в части передачи им в кассу ООО «СеверДомСтрой» денежных средств на общую сумму 517700 рублей. Показания ФИО16 №21 о том, что им была оплачена сумма 918500 рублей, судом во внимание приняты не были, так как, будучи допрошенным в судебном заседании и в ходе предварительного следствия свидетель дал противоречивые показания относительно передачи ему документов оплаченной им суммы, указывая, что при допросе на следствии руководствовался запиской, показанной ему следователем. Из представленных свидетелем документов следует, что в кассу ООО «СДС» была оплачена вся сумма согласно заключенного договора, то есть у ООО «СДС» какой – либо ущерб отсутствует. Из показаний свидетелей ФИО16 №24 и ФИО16 №25 в судебном заседании и на предварительном следствии (т.14 л.д.166-167,183-184) следует, что в 2014 г. ФИО16 №24 по просьбе ФИО16 №25 заключала с директором ООО «СеверДомстрой» ФИО12 договоры поставки лесопродукции. ФИО16 №25 сам занимался лесозаготовкой и оплачивал денежные средства по договорам в сумме 66000 руб., передавал деньги бухгалтеру ФИО7 В качестве подтверждения внесения наличных денежных средств в кассу ООО «СеверДомстрой» ФИО16 №24 на следующий день после внесения денежных средств была выдана товарная накладная, счет-фактура, квитанция к ПКО, кассовый чек на сумму 66000 рублей Таким образом, показания свидетелей ФИО16 №24 и ФИО16 №25 подтверждают внесение денежных средств в кассу ООО «СеверДомстрой». Из показаний свидетеля ФИО16 №23 следует, что осенью 2014 г. он заключал с ООО «СеверДомСтрой» договор на оказание услуг по заготовке лесопродукции. Он оплатил в кассу ООО «СеверДомСтрой» 730000 рублей (из расчета 100 руб. за 1 куб. м древесины), деньги платил несколькими частями по 50000 - 100000 руб., в подтверждение оплаченных сумм ему были выданы договор и чеки, на следствии он выдал все имеющиеся у него документы (договор поставки, чеки). ФИО16 №23 на предварительном следствии при допросе ДД.ММ.ГГГГ показал, что он передавал ФИО12 деньги 3-4 раза от 500&lt;адрес&gt; рублей, передавал 1 или 2 раза деньги бухгалтеру ФИО7 При допросе ДД.ММ.ГГГГ свидетель показал, что им вносилось 200000 рублей ДД.ММ.ГГГГ, 67000 и 100000 рублей, всего 367000 рублей. При допросе ДД.ММ.ГГГГ свидетель показал, что денежные средства он отдавал ФИО12, который при нем относил деньги в кабинет бухгалтера ФИО7 Он получил от Сорокожердьева копию договора поставки лесопродукции от ДД.ММ.ГГГГ между ним и ООО «СеверДомСтрой», а также копии 4-х квитанций к приходным кассовым ордерам об уплате им в кассу ООО «СеверДомСтрой» денежных средств и копии кассовых чеков. (&lt;данные изъяты&gt; После оглашения данных показаний ФИО16 №23 подтвердил их правильность. Из показаний свидетеля ФИО16 №31 (главного бухгалтера ООО «СеверДомСтрой») следует, что наличные денежные средства в кассу ООО «СеверДомСтрой» вносились от физических лиц и тратились на выплату заработной платы, в том числе, рабочим, работающим в &lt;адрес&gt; и в делянках, на приобретение ГСМ для валочных комплексов, на оплату саженцев для проведения лесовосстановительных работ, на оплату налогов и сборов (в ИФНС, в УПФ РФ), иногда денежные средства вносились на расчетный счет для оплаты налогов и сборов. Помнит, что в кассу предприятия от ФИО16 №20 было внесено около 800000 рублей, данные деньги она по указанию ФИО12 передала ему под отчет, на приобретения саженцев для восстановления лесов. Из показаний свидетеля ФИО7 следует, что она помогала вести бухгалтерский учет ООО «СеверДомСтрой» - выставляла счета, выписывала платежные ведомости на заработную плату, частично выписывала первичные бухгалтерские документы, составляла отчеты. По всем проведенным по кассе операциям составлялись первичные бухгалтерские документы, которые отражались в кассовой книге и пробивались через кассовый аппарат, а также отражались в программе «1С: Предприятие». Изготовленные ею по просьбе ФИО16 таблицы с названиями «Наличные денежные поступления от реализации продукции ООО «СеверДомСтрой» за период с ДД.ММ.ГГГГ по 24.09.2014», «После завершения заготовки доходы от продажи делянок (хлысты)», являлись «Бизнес – планом» и не отражали фактически полученный ООО «СеверДомСтрой» доход. При заполнении данных таблиц она могла ошибиться, эти таблицы не явлются первичными документами. Указанные в таблице контрагенты: ИП ФИО16 №20, ИП ФИО16 №22, ИП ФИО55, ИП ФИО64, ИП ФИО16 №23, ИП ФИО16 №24 состояли в договорных отношениях с ООО «СеверДомСтрой» и рассчитывались по договорам наличными, все операции по приему денег пробиты через кассовый аппарат и отражены в кассовой книге. Кассовые чеки контрагентам могли быть выданы позднее, так как по кассе ООО «СеверДомСтрой» существовал лимит приема наличных (не более 100000 руб. в день). Принятые в кассу денежные средства расходовались по расходным документам на заработную плату, выплату пособий по беременности и родам, на оплату аренды за офис, на приобретение ГСМ и запасных частей для работающих в лесу «комплексов» и т.д. Поскольку счета ООО «СеверДомСтрой» были арестованы, то ФИО12 либо она по его просьбе брали из кассы ООО «СеверДомСтрой» денежные средства и вносили их на счет ИП ФИО16 №1, а затем ИП ФИО16 №1, по просьбе ФИО16, производил со своего расчетного счета платежи за ООО «СеверДомСтрой» (таким способом были оплачены, в том числе, арендная плата Департаменту лесного хозяйства &lt;адрес&gt;, погашались кредиты в «Хлынов Банк», платились лизинговые платежи за технику). На следствии у нее изъяли кассовую книгу, а также кассовые документы, где были, в том числе, ведомости по выплате заработной платы, приходные кассовые ордера от ФИО16 №20, ФИО16 №23, ФИО157. Учет текущих затрат в ООО «СеверДомСтрой» велся по каждой бригаде отдельно (затраты на ГСМ, на запчасти, на зарплату, на оплату «тралов» для вывозки техники из леса), данные документы были изъяты. Учет затрат на ГСМ и запчасти для комплекса ООО «СеверДомСтрой» вел ФИО148 Бухгалтерская программа 1С позволяет вносить изменения в документы либо удалять и редактировать цифры, документы. Компьютер с программой 1С забрал ФИО16 №4. В данную программу может войти любой пользователь, если программа не запаролена. В ООО «СДС» программа не была защищена паролем. Важнее первичная документация. На каждый комплекс (лесозаготовительный) №, № учет расхода велся отдельно, т.е. расходы по ГСМ, запчастям, заработной плате. Учет по валочным комплексам вел ФИО148 ИП ФИО16 №1 весной – осенью 2014 г. оказывал денежные займы ООО «СеверДомСтрой», часть из которых гасилась путем внесения наличных на расчетный счет ИП ФИО16 №1, однако полностью ООО «СеверДомСтрой» займ ИП ФИО16 №1 не вернул. ИП ФИО16 №1 в реестр кредиторов ООО «СеверДомСтрой» включен не был. Из показаний свидетеля ФИО16 №7 в судебном заседании и на предварительном следствии (т.13 л.д.19-21, 22-23, т.16 л.д. 121-123) следует, что с сентября 2014 г. она по просьбе ФИО12 или по просьбе ФИО7 неоднократно заполняла бланки приходных кассовых ордеров и квитанций к ним на поступление в ООО «СеверДомСтрой» денежных средств от ФИО16 №22, ФИО16 №23, ОО «КАиК», ФИО16 №20, ФИО156. Видела кассовую книгу и кассовый аппарат. Таким образом, из показаний вышеуказанных свидетелей следует, что денежные средства, которые были внесены ими в кассу ООО «СеверДомСтрой» ФИО12 не передавались и им не присваивались. ФИО16 ФИО16 №44 показал, что в делянку, расположенную у &lt;адрес&gt;, технику перевозили на трейлере. В 2014г. он работал в ООО «СДС», руководителем был ФИО16. При этом запчасти и ГСМ привозили машины лесовозы, которые приезжали за лесом, на машину, на которой он работал, требовалось примерно 100-120 л дизельного топлива в день, а на подборщик - 80-100 л дизельного топлива. Валочная машина и подборщик для самостоятельного переезда с делянки на делянку не предназначены, для их транспортировки нужен трейлер. На технике чаще всего заменяли шланги, это расходный материал. Заработная плата у него была в размере 30 000руб. за вахту (две недели он работал, две недели отдыхал). Специалистом ФИО62 (государственным налоговым инспектором МИФНС России № &lt;адрес&gt;) и специалистом ФИО59 (инженером по обслуживанию ККТ в ООО Сервисный центр «Вятка-Эко») была осмотрена имевшаяся в ООО «СеверДомСтрой» кассовая техника «Орион 100 К». Осмотром было установлено, что аппарат и контрольные ленты опломбированы, пломбы не нарушены, в них доступ невозможен. В фискальном отчете, снятом с кассового аппарата ОРИОН 100 К № за период с ДД.ММ.ГГГГ по ДД.ММ.ГГГГ, указаны номера и даты смен, суммы за смену; в информации, снятой из электронно – контрольной ленты защищенной (ЭКЛЗ), установленной в данном кассовом аппарате за этот же период, указаны общие суммы за смену, номера и даты смен (распечатки кассовых лент (чеков) в количестве 3 ленты (т.44л.л.4,5-9), При их сравнительном осмотре установлено, что данные фискальной памяти и ЭКЛЗ совпадают и в них содержатся сведения, аналогичные сведениям (показаниям свидетелей, кассовым приходным ордерам, кассовым чекам) о внесении денежных средств в кассу ООО «СеверДомСтрой» ФИО16 №20, ФИО16 №21, ФИО16 №22, ФИО16 №23, ФИО16 №24 (ФИО16 №25), ФИО16 №26 и др. Из показаний свидетеля ФИО16 №17 следует, что в мае 2014 г. ООО «СеверДомСтрой» производило посадку саженцев сосны, которую покупали в &lt;адрес&gt;, привозили целую машину ГАЗ. Было заключено 2 договора аренды в Дубровском лесничестве, в Лабазнинском участковом лесничестве, в Белохлуницком лесничестве на посадку саженцев. Посадка саженцев принималась лесничими. Из показаний свидетелей ФИО16 №18 и ФИО16 №19 следует, что в 2014 г. они работали в ООО «СеверДомСтрой» на производственной базе в &lt;адрес&gt;, в 2014г. на этой базе работало примерно 24 человека, которые получали от 10000 до 20000 руб. в месяц. Заработная плата выплачивалась ежемесячно, 2 раза в месяц. ФИО16 №19 приезжал к ФИО16 в офис &lt;адрес&gt;, брал ведомость, деньги на других работников, выдавал их, ведомость возвращал в ООО «СеверДомСтрой», за получение денег работники расписывались в ведомости. ФИО16 привозил запчасти, давал разрешение использовать круглый лес, пиломатериалы для ремонта строительных конструкций. Из показаний свидетеля ФИО16 №15 следует, что он получал от ФИО12 денежные средства для техники ООО «СеверДомСтрой», вел тетрадь с надписью на обложке «Касса», в которой отражал суммы переданные ему на содержание лесозаготовительных комплексов и на питание работников лесозаготовительных бригад, а также на топливо для работы комплексов, на эксплуатацию автомашины «УАЗ», а также на иные хозяйственные нужды, связанные с работой по лесозаготовке. При осмотре вещественных доказательств свидетель ФИО16 №15 пояснил суду: - при осмотре (Бумажный конверт № – тетрадь общая с надписью на обложке «Касса» (&lt;данные изъяты&gt;) тетради общей с надписью на обложке «Касса» - пояснил, что расходным материалам бригады № ООО «СеверДомСтрой» в записях указывали каждый расход, отражались затраты на валочную технику, принадлежащую ООО «СеверДомСтрой», в графе автомобиль УАЗ. Наличные денежные средства на указанные расходы получали от ФИО12, итоги подводил за каждый месяц, указывал только дизельное топливо, масло не было разбито по бригадам, но могло идти на ООО «СеверДомСтрой». - при осмотре (Бумажный конверт №– лист бумаги зеленого цвета со сведениями об объемах топлива, 13 листов бумаги с записями об объемах заготовки древесины, тетрадь общая с надписью на обложке «Топливо Комплексы» (96 листов), три тетради школьные с надписью на обложке «Комплексы») (т&lt;данные изъяты&gt;) тетради общей с надписью на обложке «Топливо Комплексы» - пояснил, что в пятой графе указаны затраты на смазочные, помимо дизельного топлива разнесены, записи по расходам велись им, отражались затраты по ООО «СеверДомСтрой» на автомобили УАЗ, Газель. Согласно заключению судебной бухгалтерской экспертизы №-эк (анализ котрой был дан выше) экспертом сделаны следующие выводы: - согласно представленным кассовым документам (копиям документов ООО «СеверДомСтрой», изъятым в ходе выемки у свидетеля ФИО7 ДД.ММ.ГГГГ (Сшивка документов на 154 листах) в период с ДД.ММ.ГГГГ по ДД.ММ.ГГГГ в кассу ООО «СеверДомСтрой» поступили денежные средства в общей сумме 810 681,40 рублей. - согласно представленной информации, снятой из электронно-контрольной ленты защищенной (ЭКЛЗ) (фискального отчета ООО «СеверДомСтрой», чеков ККМ Орион-100К) в период с ДД.ММ.ГГГГ по ДД.ММ.ГГГГ в кассу ООО «СеверДомСтрой» поступили денежные средства в общей сумме 3302520,00 руб. (таблица приложения № к заключению). - согласно сформированным на основании представленной информационной базы 1С: Предприятие регистрам бухгалтерского учета (карточке счета 51 «Расчетные счета», анализу счета 51 «Расчетные счета»), а также выпискам банков по расчетным счетам ООО «СДС» в период с ДД.ММ.ГГГГ по ДД.ММ.ГГГГ с расчетных счетов ООО «СеверДомСтрой» в качестве заработной платы работникам ООО «СеверДомСтрой» были перечислены денежные средства в сумме 1679037,01 руб. - согласно представленным кассовым документам (копиям документов ООО «СеверДомСтрой», изъятым в ходе выемки у свидетеля ФИО7 ДД.ММ.ГГГГ (Сшивка документов на 154 листах) в период с ДД.ММ.ГГГГ по ДД.ММ.ГГГГ из кассы ООО «СеверДомСтрой» была выплачена заработная плата работникам организации в общей сумме 2955493,64 руб. - согласно вещественному доказательству: конверту № – тетради общей на 96 листах формата А-4 с надписью «Касса» работникам ООО «СеверДомСтрой» за период с ДД.ММ.ГГГГ по ДД.ММ.ГГГГ была выплачена заработная плата в общей сумме 1135000,00 руб., в том числе: - по столбцу «Автомобиль УАЗ» в сумме 616000,00 руб.; - по столбцу «Комплекс бригада №» в сумме 519000,00 руб. - согласно представленным кассовым документам (копиям документов ООО «СеверДомСтрой», изъятым в ходе выемки у свидетеля ФИО7 ДД.ММ.ГГГГ (Сшивка документов на 154 листах) в период с ДД.ММ.ГГГГ по ДД.ММ.ГГГГ из кассы ООО «СеверДомСтрой» помимо выплаты на заработную плату работникам были израсходованы денежные средства в общей сумме 3006138,69 руб. - согласно вещественному доказательству: конверту № – тетради общей на 96 листах формата А-4 с надписью «Касса» за период с ДД.ММ.ГГГГ по ДД.ММ.ГГГГ помимо выплаты заработной платы работникам были израсходованы денежные средства в общей сумме 552936,00 руб. Также эксперт отмечает, что согласно вещественному доказательству: конверту № – тетради общей на 96 листах формата А-4 с надписью «Касса» за период с ДД.ММ.ГГГГ по ДД.ММ.ГГГГ были израсходованы денежные средства на ГСМ в общей сумме 573315,00 руб. (по столбцу «Комплекс Бригада №»). - согласно вещественному доказательству: конверту № – тетради 96 листов с надписью «Топливо комплексы» по столбцу «Бригада №» в период с ДД.ММ.ГГГГ по ДД.ММ.ГГГГ на ГСМ были израсходованы денежные средства в общей сумме 501358,00 руб. При этом эксперт отмечает, что в графе 5 таблицы, представленной в тетради на 96 листах с надписью «Топливо комплексы», также отражены следующие сведения по расходованию денежных средств: с пометкой «Бригада №» в сумме 10590,00 руб.; с пометками «Бригада №, 2, 3», «Бригада №, 2», «Бригада №, 3» в сумме 195000,00 руб. - согласно представленным выпискам банка по расчетным счетам ИП ФИО16 №1 в период с ДД.ММ.ГГГГ по ДД.ММ.ГГГГ с расчетных счетов ИП ФИО16 №1 /а именно с расчетного счета №, открытого в АКБ «Вятка-банк» ОАО/ за ООО «СеверДомСтрой» (в счет взаимных расчетов) были перечислены денежные средства в общей сумме 2853143,71 руб. В соответствии с выводами эксперта в кассу ООО «СеверДомСтрой» поступило денежных средств 8105 681,4 рублей, затрачено 8724 241,33 рубля, то есть ООО «СеверДомСтрой» фактически понесло затрат больше, чем доход данного Общества за указанный период, что исключает хищение денежных средств. Кроме того, согласно заключениям проведённых по делу экспертиз, в кассу в качестве поступления заемных денежных средств (по договорам займов) от ФИО16 №1 поступили денежные средства в сумме 3857500,00 рублей, а ФИО12 предоставил займ на сумму 751405,00 рублей, путем внесения на расчетный счет ООО «СеверДомСтрой». Доводы ФИО12 о том, что им оплачивалась арендная плата в департамент лесного хозяйства, лизинговые платежи, штрафы, расходовались деньги на приобретение саженцев в 2014 г., приобретение ГСМ, выплату заработной платы и на другие расходы, связанные с деятельностью ООО «СДС», нашли свое подтверждение, как и доводы о том, что понесенные Обществом расходы превышали его доходы. Обвинение в том, что ФИО12 из корыстной заинтересованности в целях личного обогащения не внес в кассу или на расчетные счета ООО «СДС», а обратил в свою пользу и распорядился по своему усмотрению, в том числе, в интересах хозяйственной деятельности производственной базы ИП ФИО16 №1, надуман и не доказан. Кроме того, хищение не может быть совершено в «интересах хозяйственной деятельности производственной базы ИП ФИО16 №1», поскольку ни физического, ни юридического лица «производственная база ИП ФИО16 №1» не существует. Свидетели ФИО16 №18 и ФИО16 №19 показали, что при отгрузке круглых лесоматериалов с производственной базы в &lt;адрес&gt; в обязательном порядке составлялись накладная на лесоматериалы круглые, в которой в графе «Покупатель» указывался получатель круглого леса. ФИО16 ФИО16 №18 производила учет поступившего круглого леса. При этом свидетели ФИО16 №18 и ФИО16 №19, главный бухгалтер ФИО16 №31, бухгалтер ФИО161, инженер ФИО16 №17, свидетель ФИО16 №2 не дали показания о том, что от ФИО12 поступали указание о сокрытии отгружаемого и поступавшего товара, о не оформлении документов. Оформление документов подтверждается исследованными в судебном заседании вещественными доказательствами, заключениями экспертиз, показаниями свидетелей. Таким образом, доводы обвинения о том, что ФИО12 запланировал не приходовать по бухгалтерскому учету пиломатериал обрезной хвойный и необработанную древесину, денежные средства, чтобы скрыть их наличие от учета ни чем не подтверждены, а, напротив, опровергаются доказательствами, представленными стороной обвинения. Кроме того, в предъявленном обвинении в части присвоения денежных средств указано, что ФИО12, действуя из корыстной заинтересованности, обратил их в свою пользу и распорядился ими по своему усмотрению, при этим в обвинении указано, что умысел у ФИО12 возник на присваивание денежных средств из корыстной заинтересованности в целях личного обогащения и обогащения ИП ФИО16 №1 Таким образом обвинение содержит противоречивые выводы о наличии и направленности умысла ФИО12, что делает невозможным признание его виновным. Кроме того, в судебном заседании установлено, что часть денежных средств согласно показаний свидетелей ФИО156, ФИО157, ФИО16 №20, ФИО16 №23 вносились после ДД.ММ.ГГГГ, то есть в период, когда ФИО12 директором не являлся, что также исключает квалификацию его действий по ч.4 ст. 160 УК РФ . Как следует из предъявленного обвинения периоды совершения растраты и присвоения не совпадают, отсутствие каких – либо доказательств о направленности умысла на совершение хищения одновременно в виде присвоения и растраты, исключает вывод о возможной совокупности преступлений. Кроме того, в обвинении указано, что умысел на хищение у ФИО12 возник с ДД.ММ.ГГГГ по ДД.ММ.ГГГГ при этом не установлено, возник умысел на всю хранившуюся на производственном участке необработанную древесину в виде сортиментов или на ее часть, как не указано каким способом, по мнению обвинения ФИО12 решил совершать растрату. Растрата - это уголовно – правовая характеристика действий, способа хищения. Уголовно – правовая характеристика действий ФИО12 в части растраты мотивирована тем, что «с целью сокрытия совершенного хищения ФИО12 решил производить отгрузку части пиломатериала обрезного хвойного и необработанной древесины в виде сортиментов с производственного участка ООО «СеверДомСтрой» в &lt;адрес&gt; юридическим лицам и индивидуальным предпринимателям без заключения соответствующих гражданско-правовых договоров и без оформления товарных накладных и счетов-фактур, а также не показать указанные пиломатериал обрезной хвойный и необработанную древесину в виде сортиментов по учету деятельности ООО «СеверДомСтрой»». Из указанной мотивировки следует, что ФИО12 вначале совершил хищение, а только после этого произвел отгрузку части пиломатериала обрезного хвойного и необработанной древесины в виде сортиментов с производственного участка, с целью скрыть хищение, что свидетельствует о необоснованности обвинения в растрате. Разрешая вопрос о наличии в деянии состава хищения в форме присвоения или растраты, суд должен установить обстоятельства, подтверждающие, что умыслом лица охватывался противоправный, безвозмездный характер действий, совершаемых с целью обратить вверенное ему имущество в свою пользу или пользу других лиц. Направленность умысла в каждом подобном случае должна определяться судом исходя из конкретных обстоятельств дела, например таких, как наличие у лица реальной возможности возвратить имущество его собственнику, совершение им попыток путем подлога или другим способом скрыть свои действия. Показания ФИО12 об отсутствии в его действиях состава преступления, предусмотренного ч.4 ст. 160 УК РФ , о том, что он не совершал действий направленных на растрату или присвоение имущества, последовательны и непротиворечивы, доводы ФИО12 полностью подтверждаются показаниями допрошенных в судебном заседании свидетелей, заключениями проведенных по делу судебных экспертиз, исследованными письменными доказательствами. По уголовному делу установлено, что ФИО12 действовал в соответствии с Уставом Общества, который не предусматривал каких-либо ограничений на реализацию продукции либо на использование денежных средств, полученных по договорам, в своей хозяйственной деятельности. Указанные в обвинении материальные ценности и денежные средства ФИО12 не вверялись, а находились в полном распоряжении Общества, для осуществления их деятельности. ФИО12 не давал указаний скрывать поступление и реализацию товаро – материальных ценностей, не давал указаний не приходовать поступившие денежные средства. Исследованные в судебном заседании доказательства позволяют установить, что ФИО12 не совершал указанных в обвинении действий, направленных на хищение имущества ООО «СеверДомСтрой». В соответствии с п.3 ч.2 ст. 302 УПК РФ в случае, если в деянии подсудимого отсутствует состав преступления, постановляется оправдательный приговор. Таким образом, совокупность вышеизложенных исследованных в суде доказательств не позволяет прийти к выводу о доказанности обвинения по ч.4 ст. 160 УК РФ , в связи с чем ФИО12 подлежит оправданию за отсутствием в его действиях состава инкриминируемого ему деяния, предусмотренного ч.4 ст. 160 УК РФ . При этом ФИО12, в силу ст.ст. - 136 УПК РФ , имеет право на реабилитацию, а также на возмещение имущественного и морального вреда. Однако, не смотря на отрицание подсудимым своей вины, государственный обвинитель считает установленной и доказанной вину ФИО4 в совершении преступления, обосновывая свой вывод на основании следующих доказательств, исследованных в судебном заседании: показаний обвиняемого &lt;данные изъяты&gt; Также в обоснование виновности подсудимого прокурор ссылается на письменные документы: протокол выемки у свидетеля ФИО16 №3 документов об объеме заготовленной в 2014 г. древесины на производственной базе в &lt;адрес&gt; (&lt;данные изъяты&gt;); протокол выемки в помещении офиса ПК «Деревянные ФИО11 ФИО16 №3» (&lt;данные изъяты&gt;); протокол осмотра копий и подлинников документов, изъятых в ходе выемки у свидетеля ФИО16 №3 (&lt;данные изъяты&gt;); сшивку документов на 390 листах, подтверждающих объем древесины, заготовленной в 2014 г. на производственной базе в &lt;адрес&gt;, отчеты об использовании лесов, воспроизводстве лесов и лесоразведении, об охране и защите лесов за январь-сентябрь 2014 г. по договору аренды от ДД.ММ.ГГГГ № (&lt;данные изъяты&gt; заключение эксперта №эк от ДД.ММ.ГГГГ (дополнительной судебной бухгалтерской экспертизы (&lt;данные изъяты&gt;); заключение эксперта №эк от ДД.ММ.ГГГГ (судебной бухгалтерской экспертизы) (&lt;данные изъяты&gt;); протоколы выемки отчетов ООО «СеверДомСтрой» об использовании лесов за 2014 г. по договору аренды от ДД.ММ.ГГГГ №. (&lt;данные изъяты&gt;), отчеты ООО «СеверДомСтрой» об использовании лесов за 2014 г. по договору аренды от ДД.ММ.ГГГГ №. (&lt;данные изъяты&gt;), копии листов кассовой книги ООО «СеверДомСтрой» на 136 листах и копии бухгалтерских документов на 18 листах, а также протокол их осмотра и осмотра отчетов ООО «СеверДомСтрой» об использовании лесов за 2014 г. по договорам аренды от ДД.ММ.ГГГГ № и № (&lt;данные изъяты&gt;); (протокол обыска (&lt;данные изъяты&gt; протокол осмотра рабочего компьютера бухгалтера ФИО7 (&lt;данные изъяты&gt; протокол обыска в ООО «ДОК»и протокол осмотра электронных носителей информации, изъятых в ООО «ДОК» (&lt;данные изъяты&gt;); протокол обыска в ООО «РостКапитал» и протокол осмотра компьютера работника ООО «РостКапитал» ФИО63 (&lt;данные изъяты&gt;); протокол обыска в офисном помещении индивидуального предпринимателя ФИО16 №1 (т&lt;данные изъяты&gt;); протокол осмотра бизнес-блокнотов, блокнота (&lt;данные изъяты&gt;); протокол осмотра документов, изъятых ДД.ММ.ГГГГ в ходе обыска в нежилых помещениях индивидуального предпринимателя ФИО16 №1 (т.20 л.д&lt;данные изъяты&gt;); протокол выемки и протокол осмотра доверенностей, выданных ИП ФИО33 (&lt;данные изъяты&gt;); протокол осмотра выписок по расчетным счетам Ип ФИО16 №1 (&lt;данные изъяты&gt;); протокол выемки квитаниций у свидетеля ФИО16 №20 и протокол осмотра документов (&lt;данные изъяты&gt; протокол выемки документов у свидетеля ФИО16 №24 и протокол их осмотра (т&lt;данные изъяты&gt;); протоколы выемки и осмотра регистрационного дела юридического лица № ООО «СеверДомСтрой» (т.9 л.д.221-222, т.20 &lt;данные изъяты&gt;); заявление ФИО16 №3 на имя руководителя Управления Следственного комитета России по &lt;адрес&gt; от ДД.ММ.ГГГГ (т.2 &lt;данные изъяты&gt;); заключение по анализу финансового положения и эффективности деятельности ООО «СеверДомСтрой» за период с ДД.ММ.ГГГГ по ДД.ММ.ГГГГ, подготовленное ООО «АПРС. Управление финансами» (т&lt;данные изъяты&gt; заявления временного управляющего ООО «СеверДомСтрой» (т&lt;данные изъяты&gt;); информацию УФНС России по &lt;адрес&gt;, зарегистрированную в КУСП УМВД России по &lt;адрес&gt; ДД.ММ.ГГГГ за № (&lt;данные изъяты&gt;7); устав ООО «СеверДомСтрой (&lt;данные изъяты&gt;); протоколы внеочередных общих собраний участников ООО «СеверДомСтрой» (&lt;данные изъяты&gt;); договор поставки от ДД.ММ.ГГГГ между ООО «СеверДомСтрой» и ООО «Север», акт сверки взаимных расчетов за период с ДД.ММ.ГГГГ по ДД.ММ.ГГГГ между ООО «СеверДомСтрой» и ООО «Север», счет-фактуры № от ДД.ММ.ГГГГ и № от ДД.ММ.ГГГГ, товарные накладные № от ДД.ММ.ГГГГ и № от ДД.ММ.ГГГГ &lt;данные изъяты&gt;); договоры поставки лесопродукции №,№ от ДД.ММ.ГГГГ и копии спецификаций к данным договорам, квитанции к приходным кассовым ордерам от ДД.ММ.ГГГГ, ДД.ММ.ГГГГ, ДД.ММ.ГГГГ, ДД.ММ.ГГГГ о внесении ФИО16 №20 в ООО «СеверДомСтрой» денежных средств в суммах 800000 руб., 65400 руб., 79040 руб., 50000 руб. (т&lt;данные изъяты&gt; копии договоров поставки лесопродукции №№, 30/4 от ДД.ММ.ГГГГ между ООО «СеверДомСтрой» и ИП ФИО16 №21, копии товарной накладной № от ДД.ММ.ГГГГ, квитанции к приходному кассовому ордеру от ДД.ММ.ГГГГ о внесении денежных средств ФИО16 №21; кассовые чеки, счет-фактуры № от ДД.ММ.ГГГГ (т.14 &lt;данные изъяты&gt;); копии договоров на оказание услуг по заготовке древесины №№,30 от ДД.ММ.ГГГГ между ООО «СеверДомСтрой» и ИП ФИО16 №22, квитанции к приходному кассовому ордеру отДД.ММ.ГГГГ, счет-фактуру № от ДД.ММ.ГГГГ, товарную накладную № от ДД.ММ.ГГГГ (&lt;данные изъяты&gt;); договор поставки лесопродукции № от ДД.ММ.ГГГГ между ООО «СеверДомСтрой» и ФИО16 №23 и квитанции к приходным кассовым ордерам без номера от ДД.ММ.ГГГГ, от ДД.ММ.ГГГГ (т&lt;данные изъяты&gt;); договор поставки лесопродукции № от ДД.ММ.ГГГГ между ООО «СеверДомСтрой» и ФИО16 №26 и квитанции к приходным кассовым ордерам, счет-фактуру № от ДД.ММ.ГГГГ, товарную накладную № от ДД.ММ.ГГГГ (&lt;данные изъяты&gt;); информацию Центра по выплате пенсий и обработке информации Пенсионного фонда Российской Федерации в &lt;адрес&gt; (т&lt;данные изъяты&gt;); информацию, предоставленную ООО «Белохолуницкий лесхоз» (т&lt;данные изъяты&gt;); копию трудового договора от ДД.ММ.ГГГГ ФИО12 (&lt;данные изъяты&gt; Однако, все вышеуказанные доказательства были исследованы в судебном заседании и оценены судом. При этом, с учетом анализа всех представленных стороной обвинения и стороной защиты доказательств, суд пришел к выводу, что причастность ФИО12 к совершению инкриминируемого ему преступления – хищения, в судебном заседании не установлена. Суд отвергает представленные стороной обвинения доводы о виновности ФИО12 в совершении преступления, по следующим мотивам. Сторона обвинения считает, что вина ФИО12 в совершении растраты обрезного пиломатериала и круглого леса подтверждена, полагая, что факты отгрузки и отчуждения круглого леса и обрезного пиломатериала с производственного участка ООО «СеверДомСтрой», находившегося в &lt;адрес&gt;, подтверждаются показаниями свидетелей – бывших работников указанного производственного участка: начальника участка ФИО16 №19, мастера участка ФИО16 №18, а также вещественными доказательствами – накладными на лесоматериалы круглые и накладными на отгрузку пиломатериала, находящимися в сшивке документов на 390 листах и шести сшивках документов в скоросшивателях с надписями: «Апрель 2014», «Май 2014», «Июнь 2014», «Июль 2014», «Август 2014», «Сентябрь 2014», изъятыми в ходе выемок у свидетеля ФИО16 №3, указывая, что достоверность указанных накладных и достоверность содержащейся в них информации об объемах отгруженной лесопродукции и об адресатах получения лесопродукции не вызывает сомнений, в том числе, при их исследования экспертом при производстве дополнительной судебной бухгалтерской экспертизы (т.22, л.д.22-83), в документах о движении лесоматериалов на производственном участке ООО «СеверДомСтрой» и в копии информационной базы 1С: «Предприятие» ООО «СеверДомСтрой» сведения о мене отсутствуют, что свидетельствует о том, что указанный лес на предприятие ООО «СДС» не поступал. Однако в судебном заседании установлено, что в вышеуказанные накладные вносились сведения обо всем поступающем на производственную базу &lt;адрес&gt; круглом лесе, в том числе, и о круглом лесе, который не принадлежал ООО «СеверДомСтрой», а являлся «давальческим», в том числе, поставленным контрагентами ООО «Север». Суд не принимает во внимание доводы прокурора о том, что факты отгрузки и отчуждения лесопродукции с производственного участка ООО «СеверДомСтрой» подтверждаются показаниями водителей, перевозивших соответствующую продукцию, поскольку данных о том, что указанные лица - водители, перевозившие круглый лес (пиломатериал) ФИО16 №11, ФИО16 №28, ФИО16 №14, ФИО16 №13, ФИО16 №12, были осведомлены о его фактической принадлежности, суду представлено не было. Свидетели – водители, также как и мастер ФИО16 №27, не показали, что им было достоверно известно о том, кому принадлежит перевозимымй им груз, и не назвали источник, откуда они почерпнули эту информацию. Сами по себе накладные на груз являются основанием для отпуска и перемещения продукции, но о принадлежности продукции достоверно свидетельствовать не могут. Кроме того, в судебном заседании установлено, что копия информационной базы 1С: «Предприятие» ООО «СеверДомСтрой» фактически по ряду позиций не соответствует документам первичного бухгалтерского учета, содержит не полные сведения о хозяйственной деятельности Общества. Доводы прокурора о том, что к показаниям свидетелей ФИО16 №5 (директора ООО «ДОК»), ФИО16 №30 (директора ООО «Профи-Лес» и ранее индивидуального предпринимателя), давших показания о том, что их предприятия действительно получали круглый лес по соответствующим накладным от ООО «СеверДомСтрой» без денежной оплаты, но в порядке мены, предоставив затем в адрес ООО «СеверДомСтрой» круглый лес в соответствующих объемах, следует относиться критически, так как указанные свидетели в ходе допросов не могли пояснить конкретные обстоятельства совершения встречного предоставления лесопродукции в адрес ООО «СеверДомСтрой» (время, местонахождение промплощадки ООО «СеверДомСтрой», куда отгружался круглый лес в порядке мены), а также сослаться на какие-либо документы, суд не принимает во внимание. Доводы прокурора о том, что директора ООО «ДОК» ФИО16 №5 и ООО «Профи-Лес» ФИО16 №30 не заинтересованы в даче по уголовному делу правдивых показаний, так как в случае, если факты получения их предприятиями лесоматериалов от ООО «СеверДомСтрой» без оплаты будут установлены судом, к указанным юридическим лицам могут быть предъявлены гражданские иски со стороны конкурсного управляющего ООО «СеверДомСтрой» о признании соответствующих сделок недействительными и применении последствий недействительности сделок суд считает надуманными. Показания свидетелей ФИО16 №5 и ФИО16 №30 оценены и приняты судом во внимание, так как они последовательны, непротиворечивы, согласуются с иными исследованными судом доказательствами. При этом суд учитывает, что запоминание руководителем предприятия и индивидуальным предпринимателем малозначимых событий (время, местонахождение промплощадки, куда отгружался круглый лес в порядке мены) маловероятно, так как обмен произведен в небольшом количестве несколько лет тому назад, данное событие не было связано с какими – либо инцидентами, которые могли отложиться в памяти. Кроме того, ФИО16 №5 является дирктором ООО «ДОК», которое, в свою очередь, является учредителем ООО «СеверДомСтрой», и был заинтересован в стабильной работе ООО «СеверДомСтрой». Кроме того, в настоящее время ООО «СеверДомСтрой» находится в стадии банкротства и реестр кредиторов уже сформирован, то есть, в соответствии с действующим законодательством, время для подачи исков «о признании соответствующих сделок недействительными и применении последствий недействительности сделок» ООО «ДОК» и ООО «Профи-Лес» упущено. В подтверждение своих доводов свидетель ФИО16 №30 представил две накладные от апреля 2014 г., свидетельствующие о том, что между ООО «СеверДомСтрой» и ИП ФИО16 №30 производился обмен пиловочника в объеме 63.35 куб. м. (&lt;данные изъяты&gt;). В заключении эксперта №ЭК (т&lt;данные изъяты&gt;) указано, что поступил круглый лесоматериал от «ФИО92 (ФИО15-ДОК)» в количестве 36,06 куб.м. Также суд не принимает во внимание доводы прокурора о том, что следует относиться критически к показаниям свидетелей индивидуального предпринимателя ФИО16 №29 давшего показания о том, что лес им приобретался в порядке «мены», а также свидетеля ФИО50 о том, что он по соответствующей накладной не получал лесоматериалов от ООО «СеверДомСтрой», поскольку ФИО16 №29 не мог представить суду подтверждающие это документы, а признание указанного факта ФИО50 может повлечь для него неблагоприятные гражданско-правовые последствия. Показания свидетелей ФИО16 №29 и ФИО50 оценены и приняты судом во внимание, так как они последовательны, непротиворечивы, согласуются с иными исследованными судом доказательствами. В подтверждение своих доводов ФИО16 №29 представил две накладные от ДД.ММ.ГГГГ от ИП ФИО16 №29 в адрес ООО «СеверДомСтрой», согласно которым ИП ФИО16 №29 передал в ООО «СеверДомСтрой» баланс диаметром от 18 до 22 в объеме 36,1 куб.м. и 37,5 куб.м., 36,4 куб.м., забрал у ООО «СДС» этот же объем пиловочника хвойного (&lt;данные изъяты&gt; Какие именно неблагоприятные гражданско-правовые последствия могут быть у ФИО50, обвинение не указывает, однако, как было указано выше, в настоящее время ООО «СеверДомСтрой» находится в стадии банкротства и реестр кредиторов уже сформирован. Указывая, что показания бывших работников ООО «Север» свидетелей ФИО16 №8 (бывший директор) и ФИО16 №9 (бывший бухгалтер), показавших на следствии, что точно не могут пояснить, какой объем пиломатериала был получен ООО «Север» от ООО «СеверДомСтрой», лично объем отгруженного ООО «СеверДомСтрой» пиломатериала они не считали и сверку с директором ООО «СеверДомСтрой» ФИО12 по объему отгруженного пиломатериала не проводили (т&lt;данные изъяты&gt; обвинение считает, что указанная позиция свидетелей ФИО16 №8 и ФИО16 №9 объясняется, с одной стороны, тем, что они опасались давать ложные показания, отрицая факт получения лесопродукции от ООО «СеверДомСтрой» в большем объеме, чем указано в предоставленных свидетелем ФИО16 №9 копиях счетов-фактур, товарных накладных и акте сверки, с другой стороны, не были заинтересованы давать правдивые показания по причине возможного предъявления гражданского иска со стороны конкурсного управляющего ООО «СеверДомСтрой». Однако данные доводы являются надуманными, строятся на предположениях, ничем не подтверждены. Государственный обвинитель полагает, что факт обнаружения изображений договора поставки пиломатериала и записки о финансово-хозяйственных отношениях между ООО «СеверДомСтрой» и ООО «Север» в памяти рабочего компьютера ООО «РостКапитал», которое в 2014 г. оказывало консультационные и юридические услуги ООО «СеверДомСтрой», указывает на то, что ФИО12 был осведомлен о содержании и факте оформления соответствующих документов. Данные доводы суд также не принимает во внимание, поскольку ФИО12, как директор ООО «СеверДомСтрой», в силу своих должностных обязанностей, должен был быть в курсе всей финансово – хозяйственной деятельности Общества. Однако сам по себе факт осведомленности об оформлении каких – либо документов состава преступления, предусмотренного ст. 160 УК РФ , не образует. Явно надуманным является и довод стороны обвинения о том, что корыстная цель и корыстный мотив действий ФИО12 при незаконном отчуждении пиломатериала обрезного в адрес ООО «Север» заключается в том, что продукция ООО «СеверДомСтрой» была отчуждена юридическому лицу ООО «Север» в интересах его единственного учредителя и директора ФИО16 №8, с которым ФИО12 знаком длительное время, поддерживает дружеские отношения, и в улучшении материального благосостояния которого ФИО12 был заинтересован, поскольку доказательств этого сторона обвинения не представила, а из материалов дела следует, что ФИО12 как физическое лицо сам кредитовал ООО «СеверДомСтрой» и, имея цель получить обратно заемные средства, был заинтересован в его стабильной работе. В части обвинения ФИО12 в совершении присвоения вверенных ему как директору ООО «СеверДомСтрой» денежных средств на общую сумму 3940740 рублей, полученных им от реализации ООО «СеверДомСтрой» необработанной лесопродукции в виде хлыстов индивидуальным предпринимателям и физическим лицам, проживающим в &lt;адрес&gt;, государственным обвинителем не опровергнуты доводы ФИО12 о том, что указанные денежные средства были полностью оприходованы в кассу возглавляемой им организации и израсходованы исключительно в интересах и на нужды ООО «СеверДомСтрой». При этом суд отмечает, что в обвинение ФИО12 не вменено, что он брал денежные средства из кассы ООО «СеверДомСтрой». Довод стороны обвинения о том, фактической целью участия ИП ФИО16 №1 и его компаньона ФИО12 в деятельности ООО «СеверДомСтрой» являлось получение доступа к близко расположенным от их производственной базы лесным участкам, суд не принимает во внимание. Также надуманы и доводы государственного обвинения о том, что ФИО12 не был заинтересован в развитии и организации нормальной хозяйственной деятельности ООО «СеверДомСтрой», так как ИП ФИО16 №1 через ООО «ВПК» обладал только 31% доли в уставном капитале ООО «СеверДомСтрой» и не мог в полном объеме контролировать всю деятельность Общества, а в условиях фактического объединения предприятий корыстная цель действий директора ООО «СеверДомСтрой» ФИО12 заключалась в извлечении дополнительной прибыли ИП ФИО33, а также выводе денежных средств, которые должны были поступить в ООО «СеверДомСтрой», на расчетный счет ИП ФИО16 №1 и расходовании денежных средств ООО «СеверДомСтрой» в интересах производственной деятельности ИП ФИО16 №1 Доказательств того, что ФИО12 являлся «компаньоном» ИП ФИО16 №1 суду не представлено, так как индивидуальное предпринимательство, предусматривает именно индивидуальную деятельность, а данных о наличии совместного участия ФИО16 №1 и ФИО12 в каких – либо формах и в каком – либо предприятии, не имеется. Соответственно, никакой общей «производственной базы» у ФИО16 №1 и ФИО12 не имеется. Такого предприятия как «производственная база ИП ФИО16 №1», с которым, по мнению обвинения, фактически объединилось в 2014 г. ООО «СеверДомСтрой», не существует. Тот факт, что ФИО12 являлся директором ООО «СеверДомстрой» и одновременно работал у ИП ФИО16 №1, доказательством совершения преступления не является. В пользу позиции подсудимого об отсутствии умысла на хищение указывает и факт предоставления им займа Обществу, а также предоставление займов ООО «СеверДомСтрой» ИП ФИО33 Согласно представленным выпискам банка по расчетным счетам ИП ФИО16 №1 в период с ДД.ММ.ГГГГ по ДД.ММ.ГГГГ с расчетных счетов ИП ФИО16 №1 /а именно с расчетного счета №, открытого в АКБ «Вятка-банк» ОАО/ за ООО «СеверДомСтрой» (в счет взаимных расчетов) были перечислены денежные средства в общей сумме 2853143,71 руб. Согласно заключений проведённых по делу экспертиз, в кассу ООО «СеверДомСтрой» в качестве поступления заемных денежных средств (по договорам займов) от ФИО16 №1 поступили денежные средства в сумме 3857500,00 руб., а ФИО12 предоставил займ на сумму 751405,00 руб. (путем внесения на расчетный счет ООО «СеверДомСтрой»). Кроме того, выше суд уже отмечал, что ФИО12 не имел доли в уставном капитале ООО «СеверДомСтрой», но как физическое лицо кредитовал ООО «СеверДомСтрой» и был заинтересован в его стабильной работе, чтобы получить обратно свои средства. Доводов и доказательств того, что ФИО12, являясь наемным рабочим ИП ФИО16 №1, был более заинтересован в развитии ИП ФИО16 №1, чем в том, чтобы вернуть свои личные средства, суду не представлено. Разумно предположить, что ФИО16 №1, являясь кредитором и учредителем ООО «СеверДомстрой», также был заинтересован в развитии и стабильной работе ООО «СеверДомстрой». Утверждая, что расходы на оплату труда работников, якобы трудоустроенных в ООО «СеверДомСтрой», однако которые работниками ООО «СеверДомСтрой» фактически не являлились, а выполняли трудовые обязанности не в интересах и не на нужды ООО «СеверДомСтрой», а в интересах ИП ФИО16 №1, обвинение противоречит самому себе, так как срубленный и отсортированный этими работниками лес, а также изготовленный этими работниками из этого же леса пиломатериал обвинение считает собственностью ООО «СеверДомСтрой». Данные доводы опровергаются и вещественным доказательством - копиями листов кассовой книги ООО «СеверДомСтрой» (т.13, л.д.15-16), где на листах 95 и 107 сшивки имеются копии платежных ведомостей на выплату заработной платы ФИО60, ФИО16 №51, ФИО37, ФИО35, ФИО16 №48, ФИО78, ФИО87 В соответствии с показаниями свидетеля ФИО16 №7 заработная плата по указанным ведомостям действительно выплачивалась. А факт отсутствия страховых отчислений работникам: ФИО60, ФИО16 №7, ФИО16 №48, ФИО37, ФИО35, ФИО16 №51, ФИО78 (т&lt;данные изъяты&gt;) факт выплаты данным работникам заработной платы не опровергает. Обвинение строит позицию на обнаруженных в памяти рабочего компьютера бухгалтера ФИО7 черновых записях о целях расходования ФИО12 полученных от реализации необработанной лесопродукции ООО «СеверДомСтрой» денежных средств, указывая, что в данных записях отсутствуют сведения о зачислении денежных средств на расчетный счет или в кассу ООО «СеверДомСтрой» (&lt;данные изъяты&gt; что, по мнению суда недопустимо. Доводы ФИО12 и бухгалтера ФИО7 о том, что денежные средства, полученные от реализации хлыстовой древесины, частично зачислялись на расчетный счет ИП ФИО16 №1, после чего расходовались на нужды и в интересах ООО «СеверДомСтрой», нашли свое подтверждение в судебном заседании. А довод государственного обвинителя о том, что денежные средства, принадлежащие ООО «СеверДомСтрой», при отсутствии каких-либо договорных отношений между ООО «СеверДомСтрой» и ИП ФИО33 необоснованно зачислялись на расчетный счет ИП ФИО16 №1, обезличивались на указанном расчетном счете, становились собственностью ИП ФИО16 №1, которой ИП ФИО16 №1 мог в любой момент распорядиться по своему усмотрению, у ИП ФИО16 №1 возникало право требования соответствующего имущественного возмещения от ООО «СеверДомСтрой» в будущем, суд не принимает во внимание. Установлено, что ИП ФИО16 №1 данными денежными средствами не распорядился, требований о возмещении имущественного возмещения от ООО «СеверДомСтрой» не заявлял, а, напротив, с данного расчетного счета ИП ФИО16 №1 производились платежи с пометкой «платеж за ООО «СеверДомСтрой» (согласно представленным выпискам банка по расчетным счетам ИП ФИО16 №1 в период с ДД.ММ.ГГГГ по ДД.ММ.ГГГГ с расчетных счетов ИП ФИО16 №1 (с расчетного счета №, открытого в АКБ «Вятка-банк» ОАО) за ООО «СеверДомСтрой» (в счет взаимных расчетов) были перечислены денежные средства в общей сумме 2853143,71 руб.) При этом сами по себе факты перечисления денежных средств с расчетного счета в даты, отличающиеся от их зачисления на расчетный счет и в иных суммах, как и довод обвинения о том, что ИП ФИО16 №1 не мог получать крупные суммы денежных средств наличными непосредственно от реализации продукции на своей производственной базе, в данном случае значения не имеют. Факт нарушения финансовой дисциплины состава такого преступления как «хищение» не образует. Суд не принимает во внимание и доводы государственного обвинения о том, что внесенные в кассу денежные средства были израсходованы якобы не в интересах и не на нужды ООО «СеверДомСтрой» (расходы на похороны ФИО60 – 66975 рублей, заработная плата бухгалтера - 30000 рублей, лесные работы: 198066 рублей, аренда трала для вывоза комплекса в сумме 50000 рублей, юридические услуги ООО «Прайм» в сумме 100000 рублей и т.д.), поскольку изъятие денежных средств из кассы ООО «СеверДомСтрой» в вину ФИО12 не вменялось, в обвинении указано, что данные денежные средства он похитил путем растраты (а не путем присвоения), кроме того, вывод обвинения о том, что денежные средства были израсходованы не в интересах и не на нужды ООО «СеверДомСтрой» надуман и не подтверждается исследованными судом доказательствами. Также в судебном заседании не нашел своего подтверждения довод обвинения о том, что имел место факт фальсификации сведений, внесенных в копии листов кассовой книги ООО «СеверДомСтрой» со ссылкой на то, что листы кассовой книги частично не имеют подписей кассира и бухгалтера, получателей и вносителей денежных средств, часть бланков кассовых документов заполнена не полностью, бланки не имеют оттисков печатей ООО «СеверДомСтрой», а также факт фальсификации приходных кассовых ордеров о поступлении денежных средств в ООО «СеверДомСтрой» от реализации хлыстовой древесины (т&lt;данные изъяты&gt;). Однако данный довод лишен оснований, поскольку допрошенные в судебном заседании свидетели – покупатели хлыстовой древесины подтвердили внесение ими денежных средств в кассу ООО «СеверДомСтрой» и получение ими документов о принятии денежных средств. Суд также не принимет во внимание доводы прокурора о том, что установлен факт фальсификации накладных на передачу готовой продукции в места хранения (т.13 л.д.15-16), поскольку свидетель ФИО16 №17 показала, что такие накладные она не подписывала, а свидетель ФИО16 №19 указал, что склад с названием «Лесной комплекс» он не знает, баланс березовый и спичечная осина, а также «пиловочник хвойный» по накладной № от ДД.ММ.ГГГГ в размере 4120 куб.м. не поступали на базу &lt;адрес&gt; (&lt;данные изъяты&gt; Суд учитывает, что данные накладные изготавливались для внутреннего учета предприятия, ФИО16 №19 бухгалтерским учетом в полном объеме в Обществе не занимался, бухгалтер ФИО16 №31 показала, что «Склад Лесной комплекс» фактически не существовал, данная графа был создана для программы «1С: Предприятие», чтобы отражать сведения о технике, работающей в делянке. Кроме того, суду не представлено сведений о несоответствии действительности данных, указанных в этих накладных, Государственный обвинитель считает, что на цель хищения денежных средств ООО «СеверДомСтрой», полученных от реализации лесопродукции, также указывают и меры, принятые ФИО12 к сокрытию операций по реализации древесины и получению денежных средств от официального учета, ведение «черновой бухгалтерии», фальсификация документов бухгалтерского учета, а именно обнаруженные в памяти рабочего компьютера бухгалтера ФИО7, в файлы, содержащие таблицы с названиями «Наличные денежные поступления от реализации продукции ООО «СеверДомСтрой», «После завершения заготовки доходы от продажи делянок (хлысты)» (т.17 л.д.178-239), а в соответствии с показаниями свидетеля ФИО7 сведения в указанные таблицы она вносила по указанию ФИО12 (т&lt;данные изъяты&gt; Однако свидетель ФИО16 №2 пояснила, что таблицы с названиями «Наличные денежные поступления от реализации продукции ООО «СеверДомСтрой» за период с ДД.ММ.ГГГГ по 24.09.2014», «После завершения заготовки доходы от продажи делянок (хлысты)», по своей сути, являются «Бизнес – планом» и не являются первичной бухгалтерской документацией, кроме того, данные таблицы, как и программа «1С: Предприятие» может быть отредактирована, так как не были защищены паролем. На предприятии велась первичная документация (кассовая книга), которая изымалась следователем и осматривалась в судебном заседании. По вышеуказанным основаниям суд не принимает во внимание и доводы обвинения о том, что копия информационной базы 1С: Предприятие ООО «СеверДомСтрой», обнаруженная и изъятая в ходе предварительного следствия (т&lt;данные изъяты&gt;) содержит недостоверные сведения в части, касающейся объема заготовленной древесины и в части, касающейся данных о поступлении денежных средств в кассу ООО «СеверДомСтрой» от контрагентов от реализации лесопродукции за период с ДД.ММ.ГГГГ по ДД.ММ.ГГГГ. Суд также считает несостоятельным довод обвинения о том, что снятая из ЭКЛЗ кассового аппарата ОРИОН-100 К информация свидетельствует лишь о том, что указанные денежные средства от продажи древесины действительно передавались покупателями древесины ФИО16, однако принимать их и распоряжаться ими в интересах ООО «СеверДомСтрой» он не имел права. Как указано выше денежные средства на руки ФИО12 не передавались, а поступали в кассу, кроме того, доводов о том, почему ФИО12, будучи директором Общества, не мог потратить данные средства на нужды ООО «СеверДомСтрой», обвинение не приводит. Поступление денежных средств за период с 07.10.2014 по 31.12.2014 и их последующее использование в указанный период времени на нужды предприятия, как и выявленные обвинением нарушения Приказа Министерства Финансов РФ от 31.10.2000 № 94 н «Об утверждении плана счетов бухгалтерского учета финансово-хозяйственной деятельности организаций и инструкции по его применению» (с последующими изменениями и дополнениями) и нарушения Федерального закона от 06.12.2011 № 402-ФЗ «О бухгалтерском учете», даже и если действительно имевшие место при ведении в ООО «СеверДомСтрой» бухгалтерского учета, состава преступления «хищение» не образуют, поскольку денежные средства не были обращены ФИО12 в свою пользу. В соответствии со ст. 25 УК РФ , диспозицией ст. 160 УК РФ указанное преступление (присвоение или растрата, то есть хищение чужого имущества, вверенного виновному) может быть совершено только с прямым умыслом. В судебном заседании стороной обвинения не представлено никаких доказательств, свидетельствующих о выполнении подсудимым ФИО103 объективной стороны вменяемого ему преступления, как и фактов того, что он извлек какую – либо выгоду для себя либо иных лиц. Обвинением не представлено доказательств, свидетельствующих о том, что ФИО12 безвозмездно, с корыстной целью, противоправно обратил вверенное ему имущество ООО «СеверДомСтрой» в свою пользу против воли собственника, а также доказательств того, что он в корыстных целях истратил вверенное ему имущество ООО «СеверДомСтрой» против воли собственника путем потребления этого имущества, его расходования или передачи другим лицам. В силу ст. и ст. 252 УПК РФ суд разрешает уголовное дело в пределах предъявленного подсудимому обвинения. В соответствии с требованиями ст. 15 УПК РФ , уголовное судопроизводство осуществляется на основе состязательности сторон, суд не является органом уголовного преследования, не выступает на стороне обвинения или стороне защиты. Представленные стороной обвинения доказательства не указывают на причастность ФИО12 к инкриминируемому ему деянию, совокупность вышеизложенных исследованных в суде доказательств не позволяет прийти к выводу о доказанности вины ФИО12 хищении путем растраты и присвоения имущества и денежных средств ООО «СеверДомСтрой». Доводы ФИО12 об отсутствии у него корыстного мотива и умысла на хищение указанных в обвинении товаро – материальных ценностей и денежных средств представленными стороной государственного обвинения не опровергнуты. Доводы стороны обвинения о том, что ФИО12 изначально хотел совершить хищение, носят предположительный характер, и не могут быть положены в основу выводов суда. Доводы подсудимого о том, что денежные средства использовались только для нужд Общества, а в его действиях отсутствует растрата, не только не опровергнуты представленными стороной обвинения доказательствами, но и подтверждены показаниями бывших сотрудников ООО «СеверДомСтрой», заключениями экспертиз, вещественными доказательствами и ничем не опровергнуты. Оформление документов по приходованною денежных средств, учет поступивших круглых лесоматериалов, оформление документов по их отгрузке и отгрузке пиломатериалов в ООО «СеверДомСтрой», в том числе, подтверждающих объемы переработанной древесины на производственной базе ООО «СеверДомСтрой» в &lt;адрес&gt; в 2014 г., подтверждается исследованным в судебном заседании доказательствами: сшивкой документов на 390 листах (&lt;данные изъяты&gt;); сшивкой копий документов (&lt;данные изъяты&gt;); заключением эксперта №эк от ДД.ММ.ГГГГ; заключением эксперта № эк от ДД.ММ.ГГГГ, выводы которых основаны в том числе на документах оформленных при отгрузке продукции(пиловочника, обрезного пиломатериала); заключением эксперта № эк от ДД.ММ.ГГГГ; протоколами выемки и осмотра копий листов кассовой книги ООО «СеверДомСтрой» бухгалтерских документов, отчетов ООО «СеверДомСтрой» об использовании лесов за 2014 год по договорам аренды от ДД.ММ.ГГГГ № и №. (&lt;данные изъяты&gt;); протокол осмотра рабочего компьютера бухгалтера ФИО7, в ходе которого в памяти указанного компьютера обнаружены файлы, содержащие таблицы с названиями «Наличные денежные поступления от реализации продукции ООО «СеверДомСтрой», «После завершения заготовки доходы от продажи делянок (хлысты)», при этом в таблице имеются сведения о получении наличных денежных средств от реализации необработанной древесины: «от продажи пиловочника ФИО16 №20 делянка ДД.ММ.ГГГГ 800 000»; «ИП ФИО16 №20 (по договору 305000 они пробиты по кассе) ДД.ММ.ГГГГ 305 000»; «ИП ФИО16 №20 (по договору 182 070) ДД.ММ.ГГГГ 200 000, 150 000»; «от продажи пиловочника ФИО16 №22 делянка ДД.ММ.ГГГГ 60 000»; «ИП ФИО16 №22 (по договору 120120) ДД.ММ.ГГГГ 502 000»; «ИП ФИО16 №22 (по договору 181 975 пробито по кассе 181 400) 181 400»; «ИП ФИО64 (по договору 517 700 пробито по кассе) ДД.ММ.ГГГГ 500 000 ДД.ММ.ГГГГ 418 500»; «ИП ФИО16 №26 (по договору 428 400») 400000,100000; «ИП ФИО16 №23 (по договору 732300 не пробито) ДД.ММ.ГГГГ – 200 000»; «ИП ФИО16 №24 (по договору 66 000 не пробито) ДД.ММ.ГГГГ 105 600» В 4 столбце таблицы «После завершения заготовки доходы от продажи делянок (хлысты)» имеются сведения о расходовании полученных от реализации необработанной лесопродукции денежных средств, в том числе: ДУ 9; Грибков, заработная плата бухгалтера; лесные работы; административные штрафы; арендная плата за лес; лесные работы; отданы в ДОК; трал вывоз комплекса; пособие беременной; «Прайм» юр.услуги; заработная плата сентябрь; аренда ОСБ офиса; СБИС; отданы в ДОК; возврат займа ФИО16 №1; лизинг «Камаз»; аванс заработная плата; пособие по рождению; страхование ОСАГО; заработная плата за октябрь; отдано в ДОК; аванс заработная плата за октябрь, долг ИП ФИО101; аренда СДС; справка метеоуслуги; заработная плата Насте и ФИО92; аванс ноябрь и декабрь; отданы в ДОК; согласно протоколу осмотра документов, изъятых ДД.ММ.ГГГГ в ходе обыска в нежилых помещениях индивидуального предпринимателя ФИО16 №1 по адресу: &lt;адрес&gt;. В ходе осмотра установлено следующее: на листе с черновыми записями о проведении платежей за ООО «СДС» за октябрь-декабрь имеется следующая информация: 03.10. – Штраф. Белог. – 35 000; 21.10. – Европлан – 70807; 22.10. – СБИС – 1200; 14.11. – СДС Аренда – 89066; 19.11. – Европлан – 70807-57; 28.11. – Европлан – 19334-43; 11.12. – Кировский ЦМС – 6591; Аренда – 89066. (&lt;данные изъяты&gt;). С учетом изложенного, суд считает необходимым оправдать подсудимого ФИО12 в соответствии с п.3 ч.2 ст. 302 УПК РФ в связи с отсутствием в его действиях состава инкриминируемого ему деяния - преступления, предусмотренного ч.4 ст. 160 УК РФ При этом ФИО12, в силу ст.ст. - 136 УПК РФ , имеет право на реабилитацию, а также на возмещение имущественного и морального вреда. Таким образом, выводы о том, что ФИО12 виновен в совершении преступления, предусмотренного ч.4 ст. 160 УК РФ не подтверждены и не доказаны, в связи с чем он подлежит оправданию за отсутствием в его действиях состава инкриминируемого ему деяния. Таким образом, оценив исследованные в судебном заседании доказательства с точки зрения их относимости, допустимости и достоверности, а в их совокупности – достаточности для разрешения дела, суд приходит к выводу о доказанности вины подсудимых в совершении преступлений, предусмотренных ч.3 ст. 260 УК РФ , - ФИО12 – в совершении четырех таких преступлений, а ФИО9 – трех. ФИО12 и ФИО9 врожденных заболеваний не имеют, инвалидами по психическому и физическому заболеванию не являются; на учете у врачей психиатра и психиатра – нарколога не состоят (т&lt;данные изъяты&gt;). С учетом материалов дела, касающихся личности подсудимых, обстоятельств совершенных ими преступлений, суд признает ФИО12 и ФИО9 вменяемыми в отношении инкриминируемых им деяний и подлежащими уголовной ответственности. Действия подсудимого ФИО12 по факту незаконной рубки в период с ДД.ММ.ГГГГ по ДД.ММ.ГГГГ в лесосеке № в выделе 7 квартала 203 Камского участкового лесничества Кайского лесничества Департамента лесного хозяйства &lt;адрес&gt; (с ДД.ММ.ГГГГ – Министерство лесного хозяйства &lt;адрес&gt;) суд квалифицирует по ч.3 ст. 260 УК РФ , как незаконную рубку лесных насаждений, совершенную в особо крупном размере, группой лиц по предварительному сговору, поскольку он, действуя умышленно, совместно и согласованно с ФИО33 (осужденным за данное преступление по ч.3 ст. 260 УК РФ Верхнекамским районным судом &lt;адрес&gt; (приговор от ДД.ММ.ГГГГ, вступивший в законную силу ДД.ММ.ГГГГ), в нарушение требований законодательства (без оформления необходимых документов, в объеме, превышающем разрешенный) дал указание другим лицам, не подлежащим уголовной ответственности (в связи с прекращением в отношении них уголовного дела за отсутствием в деянии состава преступления), на отделение путем спиливания ствола дерева от корня у лесных насаждений (деревьев), произрастающих в лесах. В результате выполнения другими лицами, не подлежащими уголовной ответственности указаний ФИО12 и ФИО16 №1 о производстве незаконной рубки Департаменту лесного хозяйства &lt;адрес&gt; (с ДД.ММ.ГГГГ – Министерство лесного хозяйства &lt;адрес&gt;) был причинен материальный ущерб в размере 3681838 рублей, который, согласно Примечанию к ст. 260 УК РФ , является особо крупным, поскольку ущерб, причиненный лесным насаждениям, исчисленный по утвержденным Правительством Российской Федерации таксам и методике, превышает 150000 руб. Умысел и сговор на совершение преступления возник у подсудимого ФИО12 до начала преступной деятельности. Во время совершения преступления он действовал совместно и согласованно с ФИО33 Действия подсудимых ФИО12 и ФИО9 по факту незаконной рубки в период с ДД.ММ.ГГГГ по ДД.ММ.ГГГГ в лесосеке № выделе 22 квартала № Лабазнинского участкового лесничества Дубровского лесничества Департамента лесного хозяйства &lt;адрес&gt; (с ДД.ММ.ГГГГ – Министерство лесного хозяйства &lt;адрес&gt;), суд квалифицирует по ч.3 ст. 260 УК РФ как незаконную рубку лесных насаждений, совершенную в особо крупном размере, группой лиц по предварительному сговору, а у ФИО12 – также с использованием своего служебного положения, поскольку они, действуя умышленно, совместно и согласованно, в нарушение требований законодательства (без оформления необходимых документов, в объеме, превышающем разрешенный) дали указание другим лицам, не подлежащим уголовной ответственности (в связи с прекращением в отношении них уголовного дела за отсутствием в деянии состава преступления), на отделение путем спиливания ствола дерева от корня у лесных насаждений (деревьев), произрастающих в лесах. В результате выполнения другими лицами, не подлежащими уголовной ответственности указаний подсудимых о производстве незаконной рубки Департаменту лесного хозяйства &lt;адрес&gt; (с ДД.ММ.ГГГГ – Министерство лесного хозяйства &lt;адрес&gt;) был причинен материальный ущерб в размере 476784 рубля, который, согласно Примечанию к ст. 260 УК РФ , является особо крупным, поскольку ущерб, причиненный лесным насаждениям, исчисленный по утвержденным Правительством Российской Федерации таксам и методике, превышает 150000 руб. Квалифицирующий признак по данному эпизоду рубки лесных насаждений) «с использованием своего служебного положения» у ФИО12 нашёл своё подтверждение, поскольку ФИО12 при совершении преступления использовал свое служебное положение, так являлся должностным лицом, выполняющим организационно-распорядительные функции в коммерческой организации. Использование им служебного положения выражалось не только в умышленном использовании им своих служебных полномочий руководителя ООО «СеверДомСтрой», но и в оказании влияния исходя из значимости и авторитета занимаемой им должности на других лиц в целях совершения ими незаконной рубки лесных насаждений. Умысел и сговор на совершение преступления возник у подсудимых до начала преступной деятельности. Во время совершения преступления подсудимые действовали совместно и согласованно. Действия подсудимых ФИО12 и ФИО9 по факту незаконной рубки в период с ДД.ММ.ГГГГ по ДД.ММ.ГГГГ в лесосеке, расположенной в выделах №, 39, 41 квартала № Троицкого участкового лесничества Дубровского лесничества Департамента лесного хозяйства &lt;адрес&gt; (с ДД.ММ.ГГГГ – Министерство лесного хозяйства &lt;адрес&gt;), а также по факту незаконной рубки в период с ДД.ММ.ГГГГ по ДД.ММ.ГГГГ в лесосеке № в выделе 15 квартала № Лабазнинского участкового лесничества Дубровского лесничества Департамента лесного хозяйства &lt;адрес&gt; (с ДД.ММ.ГГГГ – Министерство лесного хозяйства &lt;адрес&gt;), суд квалифицирует как два преступления, предусмотренные ч.3 ст. 260 УК РФ , то есть как две незаконных рубки лесных насаждений, совершенных в особо крупном размере, группой лиц по предварительному сговору, поскольку они дважды, действуя умышленно, совместно и согласованно, в нарушение требований законодательства (без оформления необходимых документов, в объеме, превышающем разрешенный) дали указание другим лицам, не подлежащим уголовной ответственности (в связи с прекращением в отношении них уголовного дела за отсутствием в деянии состава преступления), на отделение путем спиливания ствола дерева от корня у лесных насаждений (деревьев), произрастающих в лесах. В результате выполнения другими лицами, не подлежащими уголовной ответственности указаний подсудимых о производстве незаконной рубки Департаменту лесного хозяйства &lt;адрес&gt; (с ДД.ММ.ГГГГ – Министерство лесного хозяйства &lt;адрес&gt;) был причинен материальный ущерб в размерах 6260977 рубля и 2239379 рублей соответственно, который, согласно Примечанию к ст. 260 УК РФ , является особо крупным, поскольку ущерб, причиненный лесным насаждениям, исчисленный по утвержденным Правительством Российской Федерации таксам и методике, превышает 150000 руб. Умысел и сговор на совершение каждого из преступлений возникал у подсудимых до начала преступной деятельности. Во время совершения преступлений подсудимые действовали совместно и согласованно. Квалифицирующий признак (по всем эпизодам рубки лесных насаждений) «в особо крупном размере» нашёл своё подтверждение собранными по данным эпизодам доказательствами, в том числе и справками о размере ущерба, размер которого в каждом случае превысил 150000 рублей. Согласно примечанию к ст. 260 УК РФ особо крупным размером признается ущерб, причиненный лесным насаждениям, исчисленный по утвержденным Правительством Российской Федерации таксам, превышающий сто пятьдесят тысяч рублей. Преступления, предусмотренные ч.3 ст. 260 УК РФ , отнесены законом к категории тяжких преступлений (ч.4 ст. 15 УК РФ ). С учетом фактических обстоятельств совершенных подсудимыми преступлений и степени их общественной опасности, суд не усматривает оснований для изменения категории преступлений на менее тяжкие в соответствии с ч.6 ст. 15 УК РФ . Возможности применения к подсудимым положений ст.ст. - 78 УК РФ и ст.ст. - 28 УПК РФ об освобождении от уголовной ответственности суд не усматривает. При назначении вида и размера наказания, суд руководствуется требованиями законности, справедливости и соразмерности наказания содеянному, учитывает конкретные обстоятельства дела, характер и степень общественной опасности совершенных преступлений, характер и степень фактического участия подсудимых в их совершении, значение этого участия для достижения цели преступления, его влияние на характер и размер причиненного вреда, а также данные о личности подсудимых, влияние назначенного наказания на их исправление. Обстоятельств, отягчающих наказание подсудимых ФИО12 и ФИО9, предусмотренных ст. 63 УК РФ , судом не установлено (по всем преступлениям). В качестве обстоятельств, смягчающих наказание подсудимых ФИО12 и ФИО104 (по всем преступлениям), суд признает наличие малолетних детей (у ФИО4 - дочерей ФИО30 ДД.ММ.ГГГГ г.р. и ФИО30 ДД.ММ.ГГГГ г.р., у ФИО8 – сыновей ФИО31 ДД.ММ.ГГГГ г.р. и ФИО32 ДД.ММ.ГГГГ г.р.), добровольное возмещение имущественного ущерба, причиненного в результате преступлений, полное признание вины и раскаяние в содеянном (п.п. «г»,«к» ч.1 ст. , ч.2 ст. 61 УК РФ ); а также активное способствование раскрытию и расследованию преступлений (у ФИО9 – по всем преступлениям, у ФИО24 – по факту незаконной рубки лесных насаждений в лесосеке 1 выделе 15 квартале 139 Лабазнинского участкового лесничества Дубровского лесничества) (п.«и» ч.1 ст. 61 УК РФ ). Кроме того, при назначении наказания суд учитывает, что ущерб по трем преступлениям, предусмотренным ч.3 ст. 260 УК РФ фактически возмещен в полном объеме, а по преступлению, предусмотренному ч.3 ст. 260 УК РФ - по факту незаконной рубки в Лабазнинском участковом лесничестве – в значительной сумме, превышающей половину ущерба (т.45). При назначении наказания суд также учитывает личность подсудимых. ФИО12 разведен, имеет на иждивении двоих несовершеннолетних детей. По месту предыдущей работы у ИП ФИО16 №1 ФИО12 характеризуется положительно - в производственной характеристике отмечено, что за время работы в должности начальника по сбыту и снабжению зарекомендовал себя исключительно с положительной стороны, отличается пунктуальностью, пользуется уважением в коллективе, обладает обширным объемом знаний, постоянно участвовал во всех благотворительных акциях по оказанию как материальной помощи, так и в виде лесопродукции, оказывал спонсорскую помощь в спортивных мероприятиях, а также воспитанникам детского дома и школы-интерната. По месту жительства ФИО12 характеризуется также с положительной стороны. В характеристиках указано, что к уголовной ответственности не привлекался, привлекался к административной ответственности по линии ГИБДД. ФИО12 принимает активное участие в общественной жизни города, регулярно участвует в экологических мероприятиях по благоустройству и очистке города, оказывает спонсорскую помощь при проведении общегородских массовых мероприятий администрации города и района, дошкольным и школьным образовательным учреждениям. Жалоб в администрацию Белохолуницкого городского поселения на него не поступало. По характеру ФИО12 честен, ответственен, целеустремлен. В период учебы в Белохолуницкой средней общеобразовательной школе № ФИО12 характеризовался также положительно (&lt;данные изъяты&gt;). ФИО9 разведен, имеет на иждивении двоих несовершеннолетних детей – сыновей ФИО32,2010 г.р., и ФИО31, ДД.ММ.ГГГГ г.р., которых фактически воспитывает один, нигде официально не трудоустроен. По месту жительства ФИО9 характеризуется положительно - по характеру открытый, к административной ответственности не привлекался, жалоб от соседей в администрацию Белохолуницкого городского поселения на него не поступало (&lt;данные изъяты&gt; Назначая наказание, суд учитывает описанные выше обстоятельства, конкретные обстоятельства дела, материальное и семейное положение подсудимых, и, руководствуясь требованиями ст. 43 УК РФ , в целях восстановления социальной справедливости, исправления подсудимых, предупреждения совершения ими новых преступлений, приходит к выводу, что цели наказания могут быть достигнуты путем применения к каждому из подсудимых наказания в виде лишения свободы на соразмерный содеянному срок (за каждое преступление), считая возможным не назначать им дополнительные наказания в виде штрафа и в виде лишения права занимать определенные должности либо заниматься определенной деятельностью. При назначении подсудимым вида и размера наказания суд учитывает правила назначения наказания, предусмотренные ст.ст. , , , , ч.1 ст. 62 УК РФ (назначение наказания при наличии смягчающих обстоятельств). Обстоятельства, смягчающие наказание подсудимых, в их совокупности, суд не может признать исключительными, существенно уменьшающими степень общественной опасности совершённого подсудимыми преступления, поэтому оснований для применения к ним положений ст.ст. 64 УК РФ , не усматривает. Окончательно, по совокупности преступлений, суд назначает подсудимым наказание с применением ч.3 ст. 69 УК РФ , путем частичного сложения назначенных наказаний. Учитывая положительные характеристики подсудимых, совокупность смягчающих наказание обстоятельств и отсутствие отягчающих наказание обстоятельств, их семейное и материальное положение (наличие на иждивении детей), тот факт, что ущерб по трем преступлениям (незаконным рубкам) возмещен полностью, а по четвертой – в большей части, учитывая, что потерпевший не настаивал на строгом наказании подсудимых, суд считает, что исправление ФИО12 и ФИО9 возможно без изоляции их от общества, полагая возможным применить ст. 73 УК РФ и назначить подсудимым ФИО12 и ФИО9 наказание в виде лишения свободы условно. При этом суд полагает необходимым установить испытательный срок, в течение которого условно осужденные должны своим поведением доказать свое исправление, а также, с учетом возраста, трудоспособности и состояния здоровья осужденных, возложить на них исполнение определенных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указанный орган в установленные им сроки. Данное наказание суд считает наиболее соответствующим содеянному и способствующим исправлению осужденных, справедливым, учитывающим материальное и семейное положение подсудимых, влияние назначенного наказания на условия жизни подсудимых и их семей. Согласно ст. 84 УК РФ лица, осужденные за совершение преступления, могут быть освобождены от наказания вследствие объявления Государственной Думой Федерального Собрания Российской Федерации акта об амнистии. В соответствии с п.9 Постановления Государственной Думы «Об объявлении амнистии в связи с 70-летием Победы в Великой Отечественной войне 1941 - 1945 годов» от 24.04.2015 № 6576-6 ГД по уголовным делам о преступлениях, которые совершены до дня вступления в силу настоящего Постановления, суд, если признает необходимым назначить наказание условно, назначить наказание, не связанное с лишением свободы, либо применить отсрочку отбывания наказания, освобождает указанных лиц от наказания. Согласно пункту 12 вышеназванного постановления с лиц, освобожденных от наказания на основании пункта 9 постановления, судимость снимается. Поскольку преступления совершены подсудимыми до дня вступления в силу указанного выше постановления об объявлении амнистии, подсудимым суд назначает наказание условно, ФИО12 и ФИО9 к категориям лиц, на которых действие постановления не распространяется, не относятся, то, в соответствии с п.9 постановления от 24.04.2015 № 6576-6 ГД, подсудимые ФИО12 и ФИО9 подлежат освобождению от назначенного наказания со снятием судимости. Министерством лесного хозяйства &lt;адрес&gt; по настоящему делу были заявлены гражданские иски: - в сумме 3681838 руб. - за незаконную рубку лесных насаждений, совершенную в квартале № выделе № Камского участкового лесничества Кайского лесничества &lt;адрес&gt; (&lt;данные изъяты&gt;): - в сумме 3248311 руб. за незаконную рубку лесных насаждений, совершенную в квартале № выделе № Камского участкового лесничества Кайского лесничества &lt;адрес&gt; – (&lt;данные изъяты&gt;); - в сумме 14505773 руб. (за незаконные рубки лесных насаждений, совершенные в Троицком, Лабазнинском участковых лесничествах Дубровского лесничества &lt;адрес&gt; (&lt;данные изъяты&gt;). В судебных заседаниях представители потерпевшей стороны – министерства лесного хозяйства &lt;адрес&gt; иск поддержали, заявленные требования уточнили. Указали, что ущерб, причиненный лесам вследствие нарушения лесного законодательства за незаконную рубку лесных насаждений, совершенную в квартале № выделе № Камского участкового лесничества Кайского лесничества &lt;адрес&gt; возмещен ИП ФИО33 в полном объеме в размере 3681838 руб. и за незаконную рубку лесных насаждений, совершенных в квартале № выделах №№,39,41 Троицкого участкового лесничества Дубровского лесничества &lt;адрес&gt;, также возмещен ИП ФИО33 в полном объеме в размере 2239383 руб. Поэтому министерство лесного хозяйства &lt;адрес&gt; не имеет материальных претензий в части возмещения вреда в сумме 5921221 руб. (т&lt;данные изъяты&gt;). В соответствии со ст. 1064 Гражданского кодекса Российской Федерации (далее по тексту – ГК РФ) вред, причиненный личности или имуществу гражданина, имуществу юридического лица, подлежит возмещению в полном объеме лицом, причинившим вред. Согласно ст. 1080 ГК РФ лица, совместно причинившие вред, отвечают перед потерпевшим солидарно. В судебном заседании установлено, что от совместных преступных действий подсудимых ФИО12 и ФИО9, совершивших незаконные рубки в лесосеке № в выделе 22 квартала 83 Лабазнинского участкового лесничества Дубровского лесничества министерства лесного хозяйства &lt;адрес&gt; причинен материальный ущерб на общую сумму 476784 руб.; в лесосеке № в выделе 15 квартала № Лабазнинского участкового лесничества Дубровского лесничества министерства лесного хозяйства &lt;адрес&gt; причинен материальный ущерб на общую сумму 6260977 руб. Расчет указанной суммы подтвержден материалами дела, подсудимыми не оспорен. Ущерб за вышеназванные преступления возмещен подсудимыми: - за незаконную рубку в лесосеке № в выделе 22 квартала 83 Лабазнинского участкового лесничества Дубровского лесничества министерства лесного хозяйства Кировской области возмещен ФИО12 в размере 475784 рубля (платежные поручения на суммы 30000 руб., 127784 руб., 318000 руб.), ФИО9 - в сумме 1000 руб., то есть в полном объеме в размере 476784 руб.; - за незаконную рубку в лесосеке № в выделе 15 квартала №139 Лабазнинского участкового лесничества Дубровского лесничества министерства лесного хозяйства Кировской области возмещен ФИО12 в размере 3205000 руб. (платежные поручения на суммы 5000 руб., 1400000 руб., 1500000 руб., 300000 руб.), ФИО9 - в сумме 5000 руб., всего погашен ущерб в сумме 3210000 руб. (&lt;данные изъяты&gt; Следовательно, не возмещенный материальный ущерб от преступления (незаконной рубки в лесосеке № в выделе 22 квартала 83 Лабазнинского участкового лесничества Дубровского лесничества) составил 3050977 руб. и подлежит возмещению подсудимыми, как лицами, виновными в его причинении, в солидарном порядке. Подсудимые исковые требования признали в полном объеме. На основании изложенного суд приходит к выводу, что исковые требования Министерства лесного хозяйства &lt;адрес&gt; следует удовлетворить в сумме 3050977 руб., взыскав указанную сумму солидарно с подсудимых ФИО12 и ФИО9 В остальной части заявленные министерством лесного хозяйства Кировской области исковые требования удовлетворению не подлежат, на основании ч.2 ст. 306 УПК РФ , поскольку по обвинению в совершении преступления, предусмотренного ч.3 ст. 260 УК РФ (по факту рубки в лесосеке № в выделе 12 квартала 203 Камского участкового лесничества Кайского лесничества Департамента лесного хозяйства &lt;адрес&gt;) ФИО12 оправдан., а по обвинению по ч.3 ст. 260 УК РФ - по факту незаконной рубки в период с ДД.ММ.ГГГГ по ДД.ММ.ГГГГ в лесосеке № в выделе 15 квартала № Лабазнинского участкового лесничества Дубровского лесничества Департамента лесного хозяйства &lt;адрес&gt;, судом был принят измененный (уменьшенный) объем обвинения, было постановлено считать что ущерб, причиненный Департаменту лесного хозяйства &lt;адрес&gt; (с ДД.ММ.ГГГГ – Министерство лесного хозяйства &lt;адрес&gt;) незаконной рубкой лесных насаждений, совершенной ФИО12 и ФИО9, составил 6260977 рублей. ООО «СеверДомСтрой» был заявлен к ФИО12 гражданский иск на общую сумму 8316201 рубль 22 коп. в возмещение ущерба, причиненного преступлением - растратой имущества и присвоением денежных средств ООО «СеверДомСтрой» (&lt;данные изъяты&gt; иск был поддержан представителем потерпевшего в судебном заседании. Подсудимый ФИО12 иск не признал, указывая, что не виновен в совершении преступления. Суд приходит к выводу, что иск на общую сумму 8316201 рубль 22 коп., заявленный ООО «СеверДомСтрой», удовлетворению не подлежит на основании ч.2 ст. 306 УПК РФ , поскольку в данной части обвинения (по обвинению в совершении преступления, предусмотренного ч.4 ст. 160 УК РФ ) ФИО12 оправдан. В целях обеспечения гражданских исков в ходе предварительного следствия был наложен арест на имущество - на индивидуальный жилой дом ФИО12, стоимостью не менее 7500000 руб. (т&lt;данные изъяты&gt;) Поскольку причиненный потерпевшему ущерб до настоящего времени не возмещен, арест следует сохранить, обратить взыскание на данное имущество в счет возмещения причиненного ущерба (в пределах взысканной суммы материального ущерба). Меры, по обеспечению прав иждивенцев обвиняемых и представителей потерпевших не применялись. Вопрос о вещественном доказательстве суд разрешает в соответствии с ч.3 ст. 81 УПК РФ . На основании изложенного, руководствуясь ст.ст. , - 309 УПК РФ , суд ПРИГОВОРИЛ: ФИО12 по предъявленному обвинению в совершении преступления, предусмотренного по ч.3 ст. Уголовного кодекса Российской Федерации (незаконная рубка лесных насаждений, совершенная в период с ДД.ММ.ГГГГ по ДД.ММ.ГГГГ в лесосеке № в выделе 12 квартала 203 Камского участкового лесничества Кайского лесничества Департамента лесного хозяйства &lt;адрес&gt; (с ДД.ММ.ГГГГ – Министерство лесного хозяйства &lt;адрес&gt;), а также в совершении преступления, предусмотренного по ч.4 ст. Уголовного кодекса Российской Федерации, оправдать за отсутствием в его действиях состава преступления (на основании п.3 ч.2 ст. 302 УПК РФ ). Признать за оправданным ФИО12 и разъяснить право на реабилитацию в порядке, установленном главой 18 УПК РФ (ст.ст. - 138 УПК РФ ), и возмещение вреда, связанного с уголовным преследованием. ФИО9 признать виновным в совершении трех преступлений, предусмотренных частью 3 статьи Уголовного кодекса Российской Федерации. ФИО12 признать виновным в совершении четырёх преступлений, предусмотренных частью 3 статьи Уголовного кодекса Российской Федерации. Назначить подсудимым наказания за совершенные преступления: ФИО12 назначить наказание: - по ч.3 ст. 260 УК РФ (по факту незаконной рубки в лесосеке № в выделе 7 квартала 203 Камского участкового лесничества Кайского лесничества Демартамента лесного хозяйства &lt;адрес&gt; (с ДД.ММ.ГГГГ – Министерство лесного хозяйства &lt;адрес&gt;) - в виде лишения свободы сроком на 01 (один) год; - по ч.3 ст. 260 УК РФ (по факту незаконной рубки в лесосеке № выделе 22 квартала № Лабазнинского участкового лесничества Дубровского лесничества Департамента лесного хозяйства &lt;адрес&gt; (с ДД.ММ.ГГГГ – Министерство лесного хозяйства &lt;адрес&gt;) - в виде лишения свободы сроком на 01 (один) год 06 (шесть) месяцев; - по ч.3 ст. 260 УК РФ (по факту незаконной рубки в лесосеке № в выделе 15 квартала № Лабазнинского участкового лесничества Дубровского лесничества Департамента лесного хозяйства &lt;адрес&gt; (с ДД.ММ.ГГГГ – Министерство лесного хозяйства &lt;адрес&gt;) - в виде лишения свободы сроком на 02 (два) года 06 (шесть) месяцев; - по ч.3 ст. 260 УК РФ (по факту незаконной рубки в выделах №, 39, 41 квартала № Троицкого участкового лесничества Дубровского лесничества Департамента лесного хозяйства &lt;адрес&gt; (с ДД.ММ.ГГГГ – Министерство лесного хозяйства &lt;адрес&gt;) – в виде лишения свободы сроком на 02 (два) года 03 (три) месяца; В соответствии с ч.3 ст. 69 УК РФ , по совокупности преступлений, путем частичного сложения назначенных наказаний, назначить ФИО12 окончательное наказание в виде лишения свободы на срок 03 (три) года 06 (шесть) месяцев. - ФИО9 назначить наказание: - по ч.3 ст. 260 УК РФ (по факту незаконной рубки в лесосеке № выделе 22 квартала № Лабазнинского участкового лесничества Дубровского лесничества Департамента лесного хозяйства &lt;адрес&gt; (с ДД.ММ.ГГГГ – Министерство лесного хозяйства &lt;адрес&gt;) - в виде лишения свободы на срок 01 (один) год 03 (три) месяца; - по ч.3 ст. 260 УК РФ (по факту незаконной рубки в лесосеке № в выделе 15 квартала № Лабазнинского участкового лесничества Дубровского лесничества Департамента лесного хозяйства &lt;адрес&gt; (с ДД.ММ.ГГГГ – Министерство лесного хозяйства &lt;адрес&gt;) - в виде лишения свободы сроком на 02 (два) года 06 (шесть) месяцев; - по ч.3 ст. 260 УК РФ (по факту незаконной рубки в период с ДД.ММ.ГГГГ по ДД.ММ.ГГГГ в лесосеке, расположенной в выделах №,39,41 квартала № Троицкого участкового лесничества Дубровского лесничества Департамента лесного хозяйства &lt;адрес&gt; (с ДД.ММ.ГГГГ – Министерство лесного хозяйства &lt;адрес&gt;) - в виде лишения свободы сроком на 02 (два) года 03 (три) месяца. В соответствии с ч.3 ст. 69 УК РФ , по совокупности преступлений, путем частичного сложения назначенных наказаний, назначить ФИО9 окончательное наказание в виде лишения свободы на срок 03 (три) года 03 (три) месяца. В соответствии со ст. 73 УК РФ назначенное ФИО12 и ФИО9 наказание в виде лишения свободы считать условным, установив испытательный срок продолжительностью на 03 (три) года каждому. В соответствии с ч.5 ст. 73 УК РФ возложить на осужденных ФИО12 и ФИО9 в течение испытательного срока обязанности: не менять своего постоянного места жительства без уведомления специализированного государственного органа, осуществляющего контроль за поведением осужденного по месту жительства, один раз в месяц являться в указанный орган для регистрации в установленные данным органом сроки. На основании пунктов 9, 12 Постановления Государственной Думы Федерального Собрания РФ от 24.04.2015 № 6576-6 ГД «Об объявлении амнистии в связи с 70-летием Победы в Великой Отечественной войне 1941-1945 годов» освободить осужденных от назначенного наказания в виде лишения свободы - ФИО12 – на срок 03 (три) года 06 (шесть) месяцев, а ФИО9 - на срок 03 (три) года 03 (три) месяца условно с испытательным сроком на 03 (три) года каждому, и снять с них судимость по данному приговору. Меру пресечения осужденным ФИО9 и ФИО12 до вступления приговора в законную силу оставить без изменения - в виде подписки о невыезде и надлежащем поведении каждому. Взыскать солидарно с ФИО12 и ФИО9 в пользу Министерства лесного хозяйства &lt;адрес&gt; в счет возмещения причиненного имущественного ущерба от преступления (за незаконную рубку в лесосеке № в выделе 22 квартала 83 Лабазнинского участкового лесничества Дубровского лесничества) материальный ущерб в размере 3050977 (три миллиона пятьдесят тысяч девятьсот семьдесят семь) рублей, с перечислением на счет в УФК по Кировской области (Министерство лесного хозяйства Кировской области) ИНН &lt;***&gt;, КПП 434501001, расчетный счет &lt;***&gt; в ГРКЦ ГУ Банка России по Кировской области г. ФИО95, БИК 043304001, ОКТМО 33605101001, КБК 05311625071016000140. В удовлетворении остальной части иска министерству лесного хозяйства Кировской области отказать. Обратить взыскание на арестованное имущество, принадлежащее ФИО12 (в пределах взысканной суммы материального ущерба) - индивидуальный жилой дом (т&lt;данные изъяты&gt;) В удовлетворении гражданского иска ООО «СеверДомСтрой» к ФИО12 в полном объеме (в сумме 8316201 рублей 22 копейки) отказать. Арест на индивидуальный жилой дом ФИО12 сохранить до исполнения гражданского иска (&lt;данные изъяты&gt;). Вещественное доказательства:: - Системный блок компьютера без серийного номера, изъятый протоколом обыска от ДД.ММ.ГГГГ в нежилых помещениях индивидуального предпринимателя ФИО16 №1 по адресу: &lt;адрес&gt;, упакованный в пакет из полимерного материала черного цвета, опечатанный печатями УМВД России по &lt;адрес&gt; «Для пакетов №», снабженный биркой с пояснительным текстом – хранится при уголовном деле (т.&lt;данные изъяты&gt;) – возвратить ФИО16 №1 - Диск CD-R, емкостью 700MB, серийный номер F71391785 02104 21, на который произведено копирование информации о деятельности ООО «СеверДомСтрой» из памяти системного блока компьютера, изъятого в ходе обыска ДД.ММ.ГГГГ в нежилых помещениях индивидуального предпринимателя ФИО16 №1, упакованный в бумажный конверт, опечатанный печатями УМВД России по &lt;адрес&gt; «Для пакетов №», снабженный биркой с пояснительным текстом – хранить в материалах уголовного дела (&lt;данные изъяты&gt; - Диск DVD-R, емкостью 4,7GB, серийный №Е2810 13744 00, на который произведено копирование баз данных бухгалтерских документов «1С» ООО «СеверДомСтрой» с носителя информации «SAMSUNG» в корпусе черного цвета емкостью 1TB с серийным номером E2FWJJHG815BC7, изъятый в ходе обыска ДД.ММ.ГГГГ в нежилых помещениях ООО «ДОК» по адресу: &lt;адрес&gt;, опечатанный печатями УМВД России по &lt;адрес&gt; «Для пакетов №», снабженный биркой с пояснительным текстом – хранить в материалах уголовного дела (т&lt;данные изъяты&gt;); - Пакет № – три бизнес-блокнота, изъятые ДД.ММ.ГГГГ в ходе обыска в нежилых помещениях по адресу: &lt;адрес&gt;, – хранятся при уголовном деле (&lt;данные изъяты&gt;) –уничтожить; - Пакет № – 8 накладных на лесоматериалы круглые с указанием поставщика «ООО «Север» и покупателя «ИП ФИО16 №1» (т.19 л&lt;данные изъяты&gt; - уничтожить; - Бумажный конверт № – 12 накладных на лесоматериалы круглые с указанием поставщика «СДС» и покупателя «ИП ФИО16 №1»– хранятся при уголовном деле (&lt;данные изъяты&gt;) – уничтожить; - Бумажный конверт № – лист формата А-4 из белой бумаги с текстом «Прайс лист», 22 накладные за 2014 год, тетрадный лист с рукописными записями красителем синего цвета «Ульяновск», 22 накладные за 2015 год, тетрадный лист с рукописными записями, лист формата А-4 с напечатанной таблицей «расчет мельницы 1,0х1,2 м из оцилиндрованного бревна диаметром 180 мм на сумму 29 263 руб», лист формата А-4 с напечатанной таблицей с названием «Каркас здания (1-й этап строительства)» с расчетом на общую сумму 282 040 руб. – хранятся при уголовном деле (&lt;данные изъяты&gt;) –уничтожить; - Бумажный конверт № – блокнот зеленого цвета на гребне с названием на обложке на английском языке «Index» на 40 листах формата А5, лист бумаги, на котором указаны объемы заготовленной древесины и стоимость заготовки за период с ДД.ММ.ГГГГ по ДД.ММ.ГГГГ,– хранятся при уголовном деле (&lt;данные изъяты&gt;) – уничтожить; - Бумажный конверт № – лист бумаги зеленого цвета со сведениями об объемах топлива, 13 листов бумаги с записями об объемах заготовки древесины, тетрадь общая с надписью на обложке «Топливо Комплексы» (96 листов), три тетради школьные с надписью на обложке «Комплексы»,– хранятся при уголовном деле (&lt;данные изъяты&gt; – уничтожить; - Бумажный конверт № – тетрадь общая с надписью на обложке «Касса», осмотренная ДД.ММ.ГГГГ в СУ УМВД России по &lt;адрес&gt;,– хранится при уголовном деле (&lt;данные изъяты&gt;) -уничтожить; - Шесть сшивок документов в скоросшивателях с надписями: «Апрель 2014», «Май 2014», «Июнь 2014», «Июль 2014», «Август 2014», «Сентябрь 2014», изъятые в ходе выемки ДД.ММ.ГГГГ и осмотренные в помещении офиса ПК «Деревянные ФИО11 ФИО16 №3» по адресу: &lt;адрес&gt;,– хранятся при уголовном деле (&lt;данные изъяты&gt;) –уничтожить; - Сшивка копий документов – листов, пронумерованных с № по №: копии листов кассовой книги ООО «СеверДомСтрой» на 136 листах, копия требования – накладной № от ДД.ММ.ГГГГ об отгрузке со склада лесопродукции на ФИО102 участок дров смешанных пород 4 620 метров кубических на 1 листе, копия акта на списание материалов от ДД.ММ.ГГГГ дров смешанных пород и баланса березового в объеме 200 метров кубических, на 1 листе, копия второго листа акта на списание материалов от ДД.ММ.ГГГГ на 1 листе, копии двух актов на списание материалов от ДД.ММ.ГГГГ: дров смешанных пород и баланса березового в объемах 4000 и 420 метров кубических на 2 листах, копия авансового отчета ФИО4 № от ДД.ММ.ГГГГ на сумму 1 976 612,16 руб. на 1 листе, копии трех квитанций к приходному кассовому ордеру: от ДД.ММ.ГГГГ на сумму 388 461,92 руб., от ДД.ММ.ГГГГ на сумму 850 000 руб., от ДД.ММ.ГГГГ № ООО «Мегастрой» на сумму 738 150,24 руб. на 1 листе, копия договора поставки без № от ДД.ММ.ГГГГ между ООО «Мегастрой» и ООО «СеверДомстрой» на 2 листах, копия договора № на оказание услуг между ООО «Мегастрой» и ООО «СеверДомстрой» на 2 листах, копия счета-фактры № от ДД.ММ.ГГГГ, копия товарной накладной № от ДД.ММ.ГГГГ, копия акта № У 315 от ДД.ММ.ГГГГ об исполнении ООО «Мегастрой» услуг по посадке лесных культур в грунт на общую сумму 738 150 рублей 24 копейки на 1 листе, копия авансового отчета ФИО4 № от ДД.ММ.ГГГГ на сумму 185 250,92 руб. на 1 листе, копии двух квитанций к приходным кассовым ордерам № от ДД.ММ.ГГГГ на сумму 55 250 руб. 92 коп. и № от ДД.ММ.ГГГГ на сумму 130 000 рублей КОГП «Вятавтодор» Белохолуницкое дорожное и двух кассовых чеков на сумму 55 250 руб. 92 коп. и на сумму 130 000 рублей на 1 листе, копия записки «Движение материалов по ООО «СеверДомСтрой» 2-3 &lt;адрес&gt; года» на 1 листе, копия акта снятия остатков дров в делянках, подписанного ФИО4 и ФИО16 №17 на 1 листе, копия накладной на передачу готовой продукции в места хранения № от ДД.ММ.ГГГГ на продукцию «пиловочник хвойный», «баланс березовый», «спич. осина», «дрова смешанных пород» общим объемом 4800 метров кубических на 1 листе, подписанной от имени ФИО16 №17, копия накладной на передачу готовой продукции в места хранения № от ДД.ММ.ГГГГ на продукцию «пиловочник хвойный», «баланс березовый», «баланс сосновый 1-2 сорт», «дрова хвойных пород» общим объемом 9315,156 метров кубических, подписанной от имени ФИО16 №17, копия накладной на передачу готовой продукции в места хранения № от ДД.ММ.ГГГГ на продукцию «пиловочник хвойный», «баланс березовый», «спич. осина», «дрова смешанных пород» общим объемом 21 681,00 метров кубических на 1 листе, подписанной от имени ФИО16 №17, копия накладной на передачу готовой продукции в места хранения № от ДД.ММ.ГГГГ на продукцию «пиловочник хвойный», «баланс березовый», «баланс сосновый 1-2 сорт», «дрова хвойных пород» общим объемом 4725,16 метров кубических, подписанной от имени ФИО16 №17 – всего копии документов на 154 листах, осмотренные ДД.ММ.ГГГГ в СУ УМВД России по &lt;адрес&gt;, приобщенные к уголовному делу постановлением руководителя следственного органа ДД.ММ.ГГГГ. Сшивка копий документов,- хранится при уголовном деле (&lt;данные изъяты&gt;)-уничтожить; - Бумажный конверт № – подлинник счета-фактуры № от 30.09.2014г., подлинник товарной накладной № от ДД.ММ.ГГГГ, – хранятся при уголовном деле (&lt;данные изъяты&gt;) -уничтожить; - Бумажный конверт № – отчеты ООО «СеверДомСтрой» об охране и защите лесов по договору аренды от ДД.ММ.ГГГГ №-ДД.ММ.ГГГГ год на 9 листах, подписанные от имени директора ООО «СеверДомСтрой» ФИО4, отчеты ООО «СеверДомСтрой» о воспроизводстве лесов и лесоразведении по договору аренды от ДД.ММ.ГГГГ №-ДД.ММ.ГГГГ год на 13 листах, подписанные от имени директора ООО «СеверДомСтрой» ФИО4, отчеты об использовании лесов ООО «СеверДомСтрой» за январь – март 2014 года, январь – июнь 2014 года, январь – сентябрь 2014 года по договору аренды от ДД.ММ.ГГГГ № (на 33 листах), подписанные от имени директора ООО «СеверДомСтрой» ФИО4,– (&lt;данные изъяты&gt;)- уничтожить; - Пакет № – отчеты ООО «СеверДомСтрой» об использовании лесов по договору аренды от ДД.ММ.ГГГГ № за январь-декабрь 2014 года, подписанные от имени директора ООО «СеверДомСтрой» ФИО16 №4, в количестве 45 экземпляров, на 45 листах, сшивка документов по договору аренды от ДД.ММ.ГГГГ №-ДД.ММ.ГГГГ год из 54 листов, подписанных от имени директора ООО «СеверДомСтрой» ФИО16 №4: отчет об охране и защите лесов за январь-декабрь 2014 года на 3 листах, отчет о воспроизводстве лесов и лесоразведении за январь-декабрь 2014 года на 4 листах, отчет ООО «СеверДомСтрой» об использовании лесов по договору аренды от ДД.ММ.ГГГГ № за январь-декабрь 2014 года, в количестве 47 экземпляров, на 47 листах, – хранятся при уголовном деле (&lt;данные изъяты&gt;) – уничтожить; - Сшивка документов на 24-х листах с названием «Документация ИП ФИО16 №1 взаимоотношениях с ООО «СеверДомСтрой за 2015 год»,– хранится при уголовном деле &lt;данные изъяты&gt;) – уничтожить; - Бумажный конверт № – 1) договор № поставки лесопродукции от ДД.ММ.ГГГГ; 2) договор № на оказание услуг по заготовке древесины от ДД.ММ.ГГГГ; 3) счет- фактура № от ДД.ММ.ГГГГ; 4) товарная накладная № от ДД.ММ.ГГГГ; 5) квитанция к приходному кассовому ордеру без номера от ДД.ММ.ГГГГ; 6) кассовый чек ООО «СеверДомСтрой» на сумму 66 000 рублей от ДД.ММ.ГГГГ,– хранятся при уголовном деле (&lt;данные изъяты&gt;)- уничтожить; - Сшивка документов на 390 листах, подтверждающих объемы переработанной древесины на производственной базе ООО «СеверДомСтрой» в &lt;адрес&gt; в 2014 году, осмотренная ДД.ММ.ГГГГ в СУ УМВД России по &lt;адрес&gt;, приобщенная к уголовному делу постановлением руководителя следственного органа ДД.ММ.ГГГГ – хранится при уголовном деле (т&lt;данные изъяты&gt;17) – уничтожить; - Сшивка документов на 52 листах с названием «Акты сверок взаимных расчетов между ИП ФИО33 и ООО «СеверДомСтрой» за 2014 год. Счета-фактуры, письма и платежные поручения за 2014 год», - хранится при уголовном деле (&lt;данные изъяты&gt;) – уничтожить; - 17 отчетов об использовании лесов за январь-сентябрь 2014 года по договору аренды от ДД.ММ.ГГГГ №, 1 отчет о воспроизводстве лесов и лесоразведении за январь-сентябрь 2014 года по договору аренды от ДД.ММ.ГГГГ №, 1 отчет об охране и защите лесов за январь-сентябрь 2014 года по договору аренды от ДД.ММ.ГГГГ № (т&lt;данные изъяты&gt;) - хранить при уголовном деле; - Второй том регистрационного дела юридического лица № ООО «СеверДомСтрой», – хранится при уголовном деле (&lt;данные изъяты&gt; - возвратить в налоговой орган (МиФНС № по &lt;адрес&gt;); - Книга учета доходов и расходов организаций и индивидуальных предпринимателей, применяющих упрощенную систему налогообложения, на 2014 год индивидуального предпринимателя ФИО16 №1,– хранится при уголовном деле (т.20 л&lt;данные изъяты&gt; возвратить ФИО16 №1; - Бумажный конверт № – уведомление директора ООО «СеверДомСтрой» ФИО4 от ДД.ММ.ГГГГ участнику ООО «СеверДомСтрой» - ООО «ВПК» в лице директора ФИО16 №1 о созыве внеочередного общего собрания участников на одном листе, незаверенная и неподписанная копия письма директора ООО «СеверДомСтрой» ФИО4 от ДД.ММ.ГГГГ директору ООО «Север» ФИО16 №8 о заключении договора поставки лесопродукции ДД.ММ.ГГГГ и отгрузке по товарной накладной № от ДД.ММ.ГГГГ пиломатериала обрезного на сумму 3.053475 руб. на одном листе, лист с черновыми записями о проведении платежей за ООО «СДС» за октябрь- декабрь, – хранятся при уголовном деле (т&lt;данные изъяты&gt;) – уничтожить; - Выписка по расчетному счету индивидуального предпринимателя ФИО16 №1 № в ПАО «Норвик Банк» (Вятка банк) за период с ДД.ММ.ГГГГ по ДД.ММ.ГГГГ на 104 листах, осмотренная ДД.ММ.ГГГГ в СУ УМВД России по &lt;адрес&gt;, приобщенная к уголовному делу постановлением руководителя следственного органа ДД.ММ.ГГГГ, (т&lt;данные изъяты&gt; – хранить в материалах уголовного дела; - Бумажный конверт № – нотариально заверенная копия доверенности, выданной ИП ФИО33 ФИО4 ДД.ММ.ГГГГ на 1 листе, карточка с образцами оттисков печати ИП ФИО16 №1 и подписей уполномоченных лиц, имеющих право распоряжаться банковским счетом на 1 листе, доверенность, выданная ИП ФИО33 ФИО7, на право получения расчетных документов, сдачу и получение наличных денежных средств со счета № от ДД.ММ.ГГГГ на 1 листе, карточка учета выдачи выписок из лицевых счетов и приложений к ним по счету №, на 1 листе, кассовые документы о движении денежных средств по расчетному счету ИП ФИО16 №1 № за период с ДД.ММ.ГГГГ по ДД.ММ.ГГГГ: 11 денежных чеков, 33 объявления на взнос наличными,– хранятся при уголовном деле (&lt;данные изъяты&gt;.166) – уничтожить; - Квитанция к приходному кассовому ордеру от ДД.ММ.ГГГГ на сумму 300 000 рублей, квитанция к приходному кассовому ордеру от ДД.ММ.ГГГГ на сумму 240 000 рублей, квитанция к приходному кассовому ордеру от ДД.ММ.ГГГГ в сумме 800 000 рублей, квитанция к приходному кассовому ордеру от ДД.ММ.ГГГГ в сумме 79 040 рублей, кассовый чек ООО «СеверДомСтрой» на сумму 79 040 рублей от ДД.ММ.ГГГГ., квитанция к приходному кассовому ордеру от ДД.ММ.ГГГГ о внесении денежных на сумму 100 000 рублей, кассовый чек ООО «СеверДомСтрой» на сумму 50 000 рублей от ДД.ММ.ГГГГ, кассовый чек ООО «СеверДомСтрой» на сумму 50 000 рублей от ДД.ММ.ГГГГ, квитанция к приходному кассовому ордеру от ДД.ММ.ГГГГ на сумму 65 400 рублей, кассовый чек ООО «СеверДомСтрой» на сумму 65 400 рублей от ДД.ММ.ГГГГ &lt;данные изъяты&gt;) – считать возвращенными законному владельцу ФИО16 №20; - Автомобиль «КАМАЗ» гос.номер Н 327 НН, с прицепом гос.номер АК228843; автомобиль «КАМАЗ 43118-24» гос.номер Р 653 ОВ, с прицепом АК698943; автомобиль «КАМАЗ 43118-24» гос.номер Р 651 ОВ, с прицепом АК699043; автомобиль «КАМАЗ 43118-24» гос.номер Р 194 ОС, с прицепом АК960743; автомобиль «КАМАЗ 67187-080» гос.номер М 150 РА, с прицепом АЕ775143; автомобиль «КАМАЗ 43118-24» гос.номер Р 654 ОВ, с прицепом АК697743 – выданные на ответственное хранение ФИО16 №9 (т.28 л.д.200) – считать возвращенными ФИО16 №9; - Свидетельство о регистрации 4337 №; свидетельство о регистрации 4337 №; свидетельство о регистрации 4337 №; свидетельство о регистрации &lt;адрес&gt;; свидетельство о регистрации 4316 №; свидетельство о регистрации 4316 №; свидетельство о регистрации 4337 №; свидетельство о регистрации 4337 №; свидетельство о регистрации 4337 №; свидетельство о регистрации 4337 №; свидетельство о регистрации 4337 №; свидетельство о регистрации 4337 № – выданные на ответственное хранение ФИО16 №8 (&lt;данные изъяты&gt;) – считать возвращенными ФИО16 №8; - Валочная машина «Амкодор 2551» гос.номер КЕ6242; подборщик «Амкодор 2661-01» гос.номер КЕ6241; бытовой вагончик; свидетельство о регистрации ВН026680; свидетельство о регистрации ВН026681; блок управления валочной машиной «Амкодор 2551», состоящий из дисплея «Мотомит» № и модуля МСllЕ01 №; два интерфейсных кабеля; два металлических ключа на металлическом кольце; модуль МСllТ01 Parker; блок управления Parker 96МСТ65 – выданные на ответственное хранение ФИО16 №1 (&lt;данные изъяты&gt;) – считать выданными ФИО16 №1 - Тетрадь «Комплексы лесозаготовительная бригада №» на 18 листах; тетрадь «Топливо комплексы» на 80 листах; тетрадь «Комплексы заготовительная бригада №» на 18 листах; тетрадь «Комплексы заготовительная бригада №» на 18 листах; тетрадь «Касса» на 96 листах; блокнот «Index» с расчетами; бизнес блокнот с данными по объемам древесины; бизнес блокнот «Погрузки 2015» с данными по объемам древесины; бизнес блокнот «Погрузки» с данными по объемам древесины; ученическая тетрадь в клетку с рукописными записями на 10 листах – хранятся при уголовном деле &lt;данные изъяты&gt;уничтожить; - Станок оцилиндровочный фрезерный ОФ28; станок оцилиндровочный фрезерный ОФ32; станок торцовочный; станок торцовочный; станок для нарезки чашек; станок для нарезки чашек; станок для распиловки бревен «Шервуд 668»; сушильный комплекс «АСКМ-М»; четырехсторонний станок «Бивер 525»; валочная машина «Амкодор 2551» без номера; модуль МСllЕ01; модуль 96МСТ65 с дисплеем мотомит; подборщик «Амкодор 2661» гос.номер КС5561; паспорт самоходной машины 421244 на форвардер-амкодор 2661-01; свидетельство о регистрации №СВ138667; паспорт самоходной машины №; свидетельство о регистрации №СВ138666 – выданные на ответственное хранение ФИО16 №1 (&lt;данные изъяты&gt;) – считать возвращенными ФИО16 №1; - гидравлический шланг – хранится в камере хранения вещественных доказательств УМВД России по &lt;адрес&gt; по адресу: &lt;адрес&gt;. (&lt;данные изъяты&gt;) – уничтожить; - DVD-R диск «TDK» с находящимися на нем документами Кировского филиала ПАО «ВымпелКом», содержащих сведения телефонной связи, а именно информацию о соединениях и местонахождении абонента с номером &lt;данные изъяты&gt; которым пользовался обвиняемый ФИО4, с другими абонентами и абонентскими устройствами за период с ДД.ММ.ГГГГ по ДД.ММ.ГГГГ – находится при уголовном деле (&lt;данные изъяты&gt;) – уничтожить; - СD-R диск «Verbatim» с находящимися на нем документами Кировского филиала ПАО «МТС», содержащих сведения телефонной связи, а именно информацию о соединениях и местонахождении абонента с номером &lt;данные изъяты&gt; которым пользовался обвиняемый ФИО4, с другими абонентами и абонентскими устройствами за период с ДД.ММ.ГГГГ по ДД.ММ.ГГГГ – находится при уголовном деле (т&lt;данные изъяты&gt;) – уничтожить; - СD-R диск «Smartbuy» с находящимися на нем документами Кировского филиала ПАО «ВымпелКом», содержащих сведения телефонной связи, а именно информацию о соединениях и местонахождении абонента с номером &lt;данные изъяты&gt; которым пользовался свидетель ФИО16 №1, с другими абонентами и абонентскими устройствами за период с ДД.ММ.ГГГГ по ДД.ММ.ГГГГ – находится при уголовном деле (т&lt;данные изъяты&gt;) – уничтожить; - контрольно – кассовый аппарат «Орион 100к», зарядное устройство к нему и 3 блока электронно – контрольных лент защищенных (блоки ЭКЛЗ) – хранятся при уголовном деле - уничтожить. Приговор может быть обжалован в апелляционном порядке в Кировский областной суд через Слободской районный суд Кировской области (непосредственно или через суд в г. Белая Холуница) в течение 10 суток со дня его постановления. В случае подачи осужденными апелляционной жалобы, а также в случае внесения прокурором апелляционного представления или подачи жалобы иными участниками процесса, затрагивающими интересы осужденного, осужденный вправе участвовать в рассмотрении уголовного дела судом апелляционной инстанции. Судья: Л.Н. Маслова. Суд: Слободской районный суд (Кировская область) (подробнее) Судьи дела: Маслова Л.Н. (судья) (подробнее) Последние документы по делу: Постановление от 22 ноября 2017 г. по делу № 1-2/22/2017 Приговор от 22 ноября 2017 г. по делу № 1-2/22/2017 Приговор от 19 сентября 2017 г. по делу № 1-2/22/2017 Приговор от 19 сентября 2017 г. по делу № 1-2/22/2017 Приговор от 23 июля 2017 г. по делу № 1-2/22/2017 Приговор от 15 июня 2017 г. по делу № 1-2/22/2017 Приговор от 13 июня 2017 г. по делу № 1-2/22/2017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Амнистия Судебная практика по применению нормы ст. 84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