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ФИО5 и ФИО7, соответственно, совершили мошенничество, то есть хищение чужого имущества путем обмана, группой лиц по предварительному сговору, лицом с использованием своего служебного положения, в крупном размере. Преступление по факту хищения 920 000 рублей, выделенных из бюджета Воронежской области ГБУ ВО «Информцентр» в рамках проведения Международного футбольного турнира «Кубок Южной Столицы» в &lt;...&gt; с 05.07.2015 по 16.07.2015, совершено при следующих обстоятельствах: 06.02.2007 на основании постановления администрации Воронежской области № 988 от 01.12.2006, приказа главного управления государственного имущества Воронежской области №66 от 26.01.2007 и приказа управления по физической культуре и спорту Воронежской области №1819 от 29.12.2006 создано государственное бюджетное образовательное учреждение дополнительного образования Воронежской области «Специализированная детско-юношеская спортивная школа олимпийского резерва по футболу «Факел» (ГБОУ «СДЮСШОР по футболу «Факел»). Согласно Уставу ГБОУ «СДЮСШОР по футболу «Факел», утвержденному 22.10.2015 Приказом управления физической культуры и спорта Воронежской области, основным видом деятельности данного учреждения являлось осуществление образовательной деятельности в сфере физической культуры и спорта. 10.01.2013 на должность директора ГБОУ «СДЮСШОР по футболу «Факел» назначен ФИО7, который на основании п. 6 Устава данного учреждения и должностных обязанностей, указанных в трудовом договоре, являлся должностным лицом, действовал без доверенности от имени учреждения, представлял его интересы и совершал сделки, руководил текущей деятельностью учреждения, то есть выполнял организационно-распорядительные и административно-хозяйственные функции в вышеуказанном учреждении. 06.02.2007 на должность тренера - преподавателя ГБОУ «СДЮСШОР по футболу «Факел» принят ФИО5 17.03.2015 ФИО5, как единственный учредитель (на основании решения № 1 единственного учредителя) с целью осуществления предпринимательской деятельности создал Общество с ограниченной ответственностью «Вымпел» (далее по тексту ООО «Вымпел»), которое 13.04.2015 зарегистрировано в качестве юридического лица Межрайонной инспекцией Федеральной налоговой службы России №12 по Воронежской области за основным государственным регистрационным номером &lt;***&gt;, 13.04.2015 поставлено на налоговый учет в Инспекции Федеральной налоговой службы по Ленинскому району г. Воронежа с присвоенным идентификационным номером налогоплательщика (ИНН) &lt;***&gt;. В ОО «Воронежский» ПАО «Ханты-Мансийский Банк Открытие» по адресу: &lt;...&gt; 07.05.2015 открыт расчетный счет ООО «Вымпел» №&lt;***&gt;. Юридический адрес ООО «Вымпел»: г. Воронеж, ул. Кольцовская, дом №58, офис №209, по которому фактически указанное Общество никогда не располагалось, какую-либо деятельность по данному адресу не осуществляло. Согласно Уставу ООО «Вымпел», утвержденному 17.03.2015 решением №1 единственного учредителя ФИО5, основными видами деятельности ООО «Вымпел» являются: деятельность в области спорта, деятельность по предоставлению прочих вспомогательных услуг для бизнеса, деятельность спортивных объектов и деятельность зрелищно-развлекательная. С 13.04.2015 ФИО5 назначен на должность директора указанной организации. На основании п. 12 Устава ООО «Вымпел», директор ФИО5 руководит деятельностью Общества и осуществляет следующие функции: без доверенности действует от имени Общества, представляет его интересы и совершает сделки; распоряжается имуществом Общества; заключает договоры от имени Общества, и выдает доверенности, в том числе с правом передоверия; открывает и закрывает счета Общества в банках и других кредитных организациях; осуществляет прием и увольнение работников Общества; издает распоряжения, приказы, обязательные для штатных сотрудников Общества; руководит текущей деятельностью Общества, совершает любые действия, необходимые для реализации данных функций. Таким образом, ФИО5, являясь директором ООО «Вымпел», в силу своего служебного положения руководил им и был наделен организационно-распорядительными полномочиями и административно-хозяйственными функциями. Не позднее 26.06.2015 в г. Воронеже, ФИО5 и ФИО7, имея корыстную цель и прямой умысел, направленные на незаконное и быстрое обогащение путем извлечения материальной выгоды за счет безвозмездного изъятия и обращения в свою пользу чужого имущества, вступили в преступный сговор на совершение мошеннических действий. Действуя совместно и согласованно, приняли решение о совершении с использованием служебного положения каждого умышленного корыстного преступления против собственности – хищения путем обмана денежных средств, выделяемых из бюджета Воронежской области Государственному бюджетному учреждению Воронежской области «Информационно-аналитический центр развития физической культуры и спорта» (далее по тексту ГБУ ВО «Информцентр»), для финансирования участия спортивных юношеских команд ГБОУ «СДЮСШОР по футболу «Факел» в турнирах по футболу, поступающих на расчетный счет указанного выше ООО «Вымпел» в качестве оплаты услуг, которые фактически не выполнились. Реализуя совместный преступный сговор, ФИО7, согласно отведенной ему преступной роли, используя свое служебное положение директора ГБОУ «СДЮСШОР по футболу «Факел», не позднее 26.06.2015, по предварительной договоренности с ФИО5, направил в Управление физической культуры и спорта Воронежской области запрос ( записку) о финансировании участия юношеской команды ГБОУ «СДЮСШОР по футболу «Факел» в Международном футбольном турнире «Кубок Южной Столицы», проводимом в &lt;...&gt; с 05.07.2015 по 16.07.2015. ФИО5 и ФИО7 достоверно знали о том, что указанный турнир не проводится, и соответственно нет необходимости участия в нем команды ГБОУ «СДЮСШОР по футболу «Факел». По результатам рассмотрения указанной заявки, первый заместитель руководителя Управления физической культуры и спорта Воронежской области ФИО10, будучи обманутым и введенным в заблуждение, относительно проведения указанного турнира, а так же истинных целей и задач ФИО7 и ФИО5, не позднее 26.06.2015 принял решение о направлении спортивных команд ГБОУ «СДЮСШОР по футболу «Факел» для участия в Международном турнире по футболу «Кубок Южной Столицы», проходящем в &lt;...&gt; с 05.07.2015 по 16.07.2015. Организовать участие спортивных команд в данном мероприятии поручено ГБУ ВО «Информцентр» за счет средств бюджета Воронежской области. Затем, 26.06.2015 между ГБУ ВО «Информцентр», в лице директора ФИО11 и ООО «Вымпел», в лице директора ФИО5, использующего свое служебное положение директора Общества, действующего по предварительному сговору с ФИО7, не имеющих намерений исполнять обязательства в полном объеме, заключен государственный контракт №2015.223781 на оказание услуг по организации участия воронежских спортсменов в межрегиональных и международных соревнованиях, а именно - в Финале Первенства МОА «Черноземье» ДД.ММ.ГГГГ года рождения в &lt;...&gt; в период с 29.06.2015 по 08.07.2015 и в Международном турнире «Кубок Южной Столицы» 1999-ДД.ММ.ГГГГ года рождения в &lt;...&gt; в период с 05.07.2015 по 16.07.2015, Согласно условий контракта, ООО «Вымпел» должно было обеспечить проезд к месту проведения соревнований, а так же проживание и питание спортсменов на период проведения соревнований. Цена указанного контракта составила 1 211 099,66 рублей, в том числе за услуги по организации участия спортсменов в Финале Первенства МОА «Черноземье» в &lt;...&gt; - 291 099,66 рублей, за услуги по организации участия спортсменов в Международном турнире «Кубок Южной Столицы» в &lt;...&gt; - 920 000 рублей. Не позднее 16.07.2015 в г. Воронеже ФИО5 и ФИО7 в продолжение осуществлять совместный преступный сговор, используя служебное положение каждого, подписали 2 акта об оказании услуг №2 и №3 от 16.07.2015, достоверно зная о том, что участие юношеских команд ГБОУ «СДЮСШОР по футболу «Факел» в Международном турнире «Кубок Южной Столицы» в &lt;...&gt; не планировалось в указанный период. В осуществление совместных преступных замыслов, ФИО5 по предварительному сговору с ФИО7, не позднее 16.07.2015 представил в ГБУ ВО «Информцентр» для оплаты документы, содержащие ложные сведения об оказании услуг согласно контракту в части участия юношеских команд ГБОУ «СДЮСШОР по футболу «Факел» в Международном футбольном турнире «Кубок Южной Столицы», проводимом в &lt;...&gt; с 05.07.2015 по 16.07.2015. При этом, ФИО5 и ФИО7 было достоверно известно о том, что фактически обязательства по вышеуказанному контракту ООО «Вымпел» не исполнены в полном объеме, команды в вышеуказанном соревновании в &lt;...&gt; участия не принимали, а документы, представленные ФИО5 в качестве отчета об исполнении условий вышеуказанного контракта, содержат заведомо ложные сведения о выполнении ООО «Вымпел» своих обязательств по государственному контракту в этой части. 16.07.2015 директор ГБУ ВО «Информцентр» ФИО11, будучи обманутым и введенным в заблуждение относительно достоверности указанных сведений, подписал акты выполненных работ №4 и №5 от 16.07.2015, содержащие сведения о выполнении ООО «Вымпел» обязательств по государственному контракту №2015.223781 от 26.06.2015 в части организации участия спортсменов ГБОУ «СДЮСШОР по футболу «Факел» в Международном детско-юношеском футбольном турнире «Кубок Южной Столицы» в &lt;...&gt;. Затем 28.07.2015 платежными поручениями №457 и №458 от 23.07.2015 с расчетного счета ГБУ ВО «Информцентр» №&lt;***&gt;, открытого в УФК по Воронежской области по адресу: г. Воронеж, ул. Куцыгина, дом №15 «а», на расчетный счет ООО «Вымпел» №&lt;***&gt;, открытый в ОО «Воронежский» ПАО «Ханты - Мансийский Банк Открытие», расположенном по адресу: г. Воронеж, ул. Кольцовская, дом №76, были перечислены денежные средства в общей сумме 920 000 рублей, выделенные из бюджета Воронежской области, за выполнение оказанных услуг согласно контракту №2015.223781 от 26.06.2015 и актов выполненных работ №4 и №5 от 16.07.2015. Указанные денежные средства в крупном размере в сумме 920 000 рублей, поступившие на расчетный счет ООО «Вымпел», ФИО5 и ФИО7 похитили и распорядились ими по своему усмотрению, причинив ГБУ ВО «Информцентр» материальный ущерб на указанную сумму.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ФИО5 и ФИО7, соответственно, совершили мошенничество, то есть хищение чужого имущества путем обмана, группой лиц по предварительному сговору, лицом с использованием своего служебного положения, в крупном размере, Преступление по факту хищения 980 000 рублей, выделенных из бюджета Воронежской области ГБУ ВО «Информцентр» в рамках проведения Международного турнира по футболу в &lt;...&gt; с 15.06.2016 по 25.06.2016, совершено при следующих обстоятельствах: Не позднее 09.06.2016 в г. Воронеже ФИО5 и ФИО7, имея корыстную цель и прямой умысел, направленные на незаконное и быстрое обогащение путем извлечения материальной выгоды за счет безвозмездного изъятия и обращения в свою пользу чужого имущества, вступили в преступный сговор на совершение мошеннических действий. Действуя совместно и согласованно, они приняли решение о совершении с использованием служебного положения каждого умышленного корыстного преступления против собственности – хищения путем обмана денежных средств, выделяемых из бюджета Воронежской области Автономному учреждению Воронежской области «Центр развития физической культуры и спорта» (далее по тексту АУ ВО «ЦРФКС»), для финансирования участия спортивных юношеских команд ГБОУ «СДЮСШОР по футболу «Факел» в турнирах по футболу, поступающих на расчетный счет указанного выше ООО «Вымпел» в качестве оплаты услуг, которые фактически не выполнились. Реализуя совместный преступный сговор, ФИО7, согласно отведенной ему преступной роли, используя свое служебное положение директора ГБОУ «СДЮСШОР по футболу «Факел», не позднее 09.06.2016, по предварительной договоренности с ФИО5, направил в Управление физической культуры и спорта Воронежской области запрос о финансировании участия юношеской команды ГБОУ «СДЮСШОР по футболу «Факел» в Международном турнире по футболу в &lt;...&gt; в период с 15.06.2016 по 25.06.2016. ФИО5 и ФИО7 достоверно знали о том, что указанный турнир не проводится, и соответственно нет необходимости участия в нем команды ГБОУ «СДЮСШОР по футболу «Факел». По результатам рассмотрения указанной заявки, первый заместитель руководителя Управления физической культуры и спорта Воронежской области ФИО10, будучи обманутым и введенным в заблуждение, относительно проведения указанного турнира, а так же истинных целей и задач ФИО7 и ФИО5, подписал Приказ №668-ОД от 31.05.2016, на основании которого было принято решение направить спортивные команды ГБОУ «СДЮСШОР по футболу «Факел» для участия в Международном турнире по футболу в &lt;...&gt; с 15.06.2016 по 25.06.2016. Организовать участие спортивных команд в данном мероприятии поручено АУ ВО «ЦРФКС» за счет средств бюджета Воронежской области. Затем, 09.06.2016 между АУ ВО «ЦРФКС», в лице исполняющего обязанности руководителя ФИО12 и ООО «Вымпел», в лице директора ФИО5, использующего свое служебное положение директора Общества, действующего по предварительному сговору с ФИО7, не имеющих намерений исполнять обязательства, заключен договор №44-ЕП на оказание услуг по обеспечению участия спортивных команд Воронежской области в Международном турнире по футболу в &lt;...&gt; в период с 15.06.2016 по 25.06.2016 Согласно условий договора ООО «Вымпел» должно было обеспечить проезд к месту проведения соревнований, а так же проживание и питание спортсменов на период проведения соревнований. Цена указанного договора составила 980 000 рублей. Не позднее 25.06.2016 в г. Воронеже ФИО5 и ФИО7 в продолжение осуществлять совместный преступный сговор, используя служебное положение каждого, подписали акт об оказании услуг №1 от 25.06.2016, достоверно зная о том, что участие юношеских команд ГБОУ «СДЮСШОР по футболу «Факел» в Международном турнире по футболу в &lt;...&gt; не планировалось в указанный период. В осуществление совместных преступных замыслов, ФИО5 по предварительному сговору с ФИО7, не позднее 25.06.2016 представил в АУ ВО «ЦРФКС» для оплаты документы, содержащие ложные сведения об оказании услуг согласно договору по организации участия юношеских команд ГБОУ «СДЮСШОР по футболу «Факел» в Международном турнире по футболу, проводимом в &lt;...&gt; с 15.06.2016 по 25.06.2016. При этом, ФИО5 и ФИО7 было достоверно известно о том, что фактически обязательства по вышеуказанному договору ООО «Вымпел» не исполнены, команды в вышеуказанном соревновании в &lt;...&gt; участия не принимали, а документы, представленные ФИО5 в качестве отчета об исполнении условий вышеуказанного договора, содержат заведомо ложные сведения о выполнении ООО «Вымпел» своих обязательств. 25.06.2016 руководитель АУ ВО «ЦРФКС» ФИО11, будучи обманутым и введенным в заблуждение относительно достоверности указанных сведений, подписал акт выполненных работ №4 от 25.06.2016, содержащий сведения о выполнении ООО «Вымпел» обязательств по договору №44-ЕП от 09.06.2016 по организации участия спортивных команд Воронежской области в Международном турнире по футболу в &lt;...&gt;. Затем 14.07.2016 и 25.07.2016 платежными поручениями №726 от 11.07.2016 и №748 от 18.07.2016 с расчетного счета АУ ВО «ЦРФКС» №&lt;***&gt;, открытого в УФК по Воронежской области по адресу: г. Воронеж, ул. Куцыгина, дом №15 «а», на расчетный счет ООО «Вымпел» №&lt;***&gt;, открытый в ОО «Воронежский» ПАО «Ханты - Мансийский Банк Открытие», расположенном по адресу: г. Воронеж, ул. Кольцовская, дом №76, были перечислены денежные средства в общей сумме 980 000 рублей, выделенные из бюджета Воронежской области, за выполнение оказанных услуг согласно договору №44-ЕП от 09.06.2016 и акта выполненных работ №4 от 25.06.2016. Указанные денежные средства в крупном размере в сумме 980 000 рублей, поступившие на расчетный счет ООО «Вымпел», ФИО5 и ФИО7 похитили и распорядились ими по своему усмотрению, причинив ГБУ ВО «Информцентр» материальный ущерб указанную на сумму</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ФИО5 и ФИО7, соответственно, совершили мошенничество, то есть хищение чужого имущества путем обмана, группой лиц по предварительному сговору, лицом с использованием своего служебного положения, в крупном размере. Преступление по факту хищения 600 000 рублей, выделенных из бюджета Воронежской области ГБУ ВО «Информцентр» в рамках проведения Всероссийского турнира по футболу «Золотая Осень» в г. Белгороде с 29.10.2016 по 06.11.2016, совершено при следующих обстоятельствах: Не позднее 27.10.2016 в г. Воронеже ФИО5 и ФИО7, имея корыстную цель и прямой умысел, направленные на незаконное и быстрое обогащение путем извлечения материальной выгоды за счет безвозмездного изъятия и обращения в свою пользу чужого имущества, вступили в преступный сговор на совершение мошеннических действий. Действуя совместно и согласованно, приняли решение о совершении с использованием служебного положения каждого умышленного корыстного преступления против собственности – хищения путем обмана денежных средств, выделяемых из бюджета Воронежской области АУ ВО «ЦРФКС», для финансирования участия спортивных юношеских команд ГБОУ «СДЮСШОР по футболу «Факел» в турнирах по футболу, поступающих на расчетный счет указанного выше ООО «Вымпел» в качестве оплаты услуг, которые фактически не выполнились. Реализуя совместный преступный сговор, ФИО7, согласно отведенной ему преступной роли, используя свое служебное положение директора ГБОУ «СДЮСШОР по футболу «Факел», не позднее 27.10.2016, по предварительной договоренности с ФИО5, направил в Управление физической культуры и спорта Воронежской области запрос о финансировании участия юношеской команды ГБОУ «СДЮСШОР по футболу «Факел» во всероссийском турнире по футболу «Золотая Осень», проводимом в г. Белгороде с 29.10.2016 по 06.11.2016. ФИО5 и ФИО7 достоверно знали о том, что указанный турнир не проводится, и соответственно нет необходимости участия в нем команды ГБОУ «СДЮСШОР по футболу «Факел». По результатам рассмотрения указанной заявки, первый заместитель руководителя Управления физической культуры и спорта Воронежской области ФИО10, будучи обманутым и введенным в заблуждение, относительно проведения указанного турнира, а так же истинных целей и задач ФИО7 и ФИО5, подписал Приказ №1182-ОД от 28.10.2016, на основании которого было принято решение направить спортивные команды ГБОУ «СДЮСШОР по футболу «Факел» для участия во всероссийском турнире по футболу «Золотая Осень», проводимом в г. Белгороде с 29.10.2016 по 06.11.2016. Организовать участие спортивных команд в данном мероприятии поручено АУ ВО «ЦРФКС» за счет средств бюджета Воронежской области. Затем, 27.10.2016 между АУ ВО «ЦРФКС», в лице руководителя ФИО11 и ООО «Вымпел», в лице директора ФИО5, использующего свое служебное положение директора Общества, действующего по предварительному сговору с ФИО7, не имеющих намерений исполнять обязательства, заключен договор №104-ЕП на оказание услуг по обеспечению участия спортивных команд Воронежской области во всероссийском турнире по футболу «Золотая осень» в г. Белгороде в период с 29.10.2016 по 05.11.2016. Согласно условий договора ООО «Вымпел» должно было обеспечить проезд к месту проведения соревнований, а так же проживание и питание спортсменов на период проведения соревнований. Цена указанного договора составила 600 000 рублей. Не позднее 06.11.2016 в г. Воронеже ФИО5 и ФИО7, в продолжение осуществлять совместный преступный сговор, используя служебное положение каждого, подписали акт об оказании услуг №2 от 06.11.2016, достоверно зная о том, что участие юношеских команд ГБОУ «СДЮСШОР по футболу «Факел» во всероссийском турнире по футболу «Золотая осень» в г. Белгороде не планировалось в указанный период. В осуществление совместных преступных замыслов, ФИО5 по предварительному сговору с ФИО7, не позднее 06.11.2016 представил в АУ ВО «ЦРФКС» для оплаты документы, содержащие ложные сведения об оказании услуг согласно договору по организации участия юношеских команд ГБОУДОВО «СДЮСШОР по футболу «Факел» во всероссийском турнире «Золотая осень», проводимом в г. Белгороде с 29.10.2016 по 05.11.2016. При этом ФИО5 и ФИО7 было достоверно известно о том, что фактически обязательства по вышеуказанному договору ООО «Вымпел» не исполнены, команды в вышеуказанном соревновании в г. Белгороде участия не принимали, а документы, представленные ФИО5 в качестве отчета об исполнении условий вышеуказанного договора, содержат заведомо ложные сведения о выполнении ООО «Вымпел» своих обязательств. 06.11.2016 руководитель АУ ВО «ЦРФКС» ФИО11, будучи обманутым и введенным в заблуждение относительно достоверности указанных сведений, подписал акт выполненных работ №7 от 06.11.2016, содержащий сведения о выполнении ООО «Вымпел» обязательств по договору №104-ЕП от 27.10.2016 по организации участия спортивных команд Воронежской области во всероссийском турнире по футболу «Золотая осень» в г. Белгороде. Затем 22.11.2016 платежным поручением №1412 от 17.11.2016 с расчетного счета АУ ВО «ЦРФКС» №&lt;***&gt;, открытого в УФК по Воронежской области по адресу: г. Воронеж, ул. Куцыгина, дом №15 «а», на расчетный счет ООО «Вымпел» №&lt;***&gt;, открытый в ОО «Воронежский» ПАО «Ханты - Мансийский Банк Открытие», расположенном по адресу: г. Воронеж, ул. Кольцовская, дом №76, были перечислены денежные средства в общей сумме 600 000 рублей, выделенные из бюджета Воронежской области, за выполнение оказанных услуг согласно договору №104-ЕП от 27.10.2016 и акта выполненных работ №7 от 06.11.2016. Указанные денежные средства в крупном размере в сумме 600 000 рублей, поступившие на расчетный счет ООО «Вымпел», ФИО5 и ФИО7 похитили и распорядились ими по своему усмотрению, причинив ГБУ ВО «Информцентр» материальный ущерб на указанную сумму. Допрошенный в судебном заседании ФИО5 свою вину не признал и пояснил, что знаком с ФИО7 с 1986 г., и находится с ним в дружеских отношениях. Он является тренером СДЮСШОР по футболу «Факел», в которой тренируются дети. Команды посещают различные соревнования, участвуют в турнирах и спортивных сборах. Для участия команд выделяются бюджетные денежные средства, как правило, из бюджета Воронежской области. Соревнования и турниры проводятся в соответствии графиком соревнований и турниров юношеских команд. Руководство СДЮШОР принимает решение об участии в конкретных соревнованиях в соответствии с финансовой возможностью. В 2015 году он зарегистрировал ООО «Вымпел» с целью проведения организации спортивных мероприятий. В данном ООО он является единственным учредителем, директором и работником. В начале лета 2015 года ФИО7, являющийся директором ГБОУ ДОД ВО «СДЮСШОР по футболу «Факел», сообщил ему, что есть возможность заработать денежные средства путем организации участия команды футболистов их школы в турнирах по футболу в &lt;...&gt; и в &lt;...&gt;, на что он согласился. Затем он, как директор ООО «Вымпел», подал в ГБУ ВО «Информационно-аналитический центр развития физической культуры и спорта» (в настоящее время АУ ВО «ЦРФКС») заявку (записку) для участия в аукционе и организации участия Воронежских спортсменов в указанных спортивных мероприятиях. ООО «Вымпел» выиграло данный аукцион. 26.06.2015 между ГБУ ВО «Информационно-аналитический центр развития физической культуры и спорта» (ГБУ ВО «Информцентр») в лице директора ФИО120. и ООО «Вымпел» в его лице, как директора, был заключен государственный контракт №2015.223781 от 26.06.2015, в рамках которого ООО «Вымпел» взяло на себя обязательства оказать ГБУ ВО «Информационно-аналитический центр развития физической культуры и спорта» услуги по организации участия Воронежских спортсменов в межрегиональных и международных соревнованиях в Финале Первенства МАО «Черноземье» ДД.ММ.ГГГГ г.р., проводимом в &lt;...&gt; в период с 29.06.2015 по 08.07.2015 и по организации участия спортсменов в Международном турнире «Кубок Южной Столицы» 1999 -ДД.ММ.ГГГГ г.р., проводимом в &lt;...&gt; в период с 05.07.2015 по 16.07.2015. Общая цена контракта на оказание услуг составила 1 211 099,66 рублей. Стоимость услуги по организации участия спортсменов в соревнованиях &lt;...&gt; составляла примерно 300 000 рублей. Стоимость услуги по организации участия спортсменов 1999 - ДД.ММ.ГГГГ г.р. в турнирах &lt;...&gt; составляла 920 000 рублей. Учитывая, что финансирование производилось по завершении соревнований, он передал из своих личных средств ФИО7 900 000 рублей и тренеру ГБОУДОДВО «СДЮСШОР по футболу «Факел» ФИО119. 300 000 рублей, чтобы на данные деньги они организовали необходимые услуги для детей, поскольку он сам не ездил на указанные соревнования. При передаче денег ФИО13 и ФИО7 каких-либо расписок никто из них не подписывал из-за доверительных между ними. Через некоторое время ему ФИО7 передал документы, в том числе, акты выполненных работ, которые он подписал и отнес в ГБУ ВО «Информационно-аналитический центр развития физической культуры и спорта». Примерно через месяц указанные выше денежные суммы тремя платежами поступили на счет его ООО, он их получил и забрал. Указанные денежные средства он снял с расчетного счета ООО «Вымпел» наличными, часть из которых он потратил на нужды ООО «Вымпел», а часть забрал себе в счет возмещения переданных им ранее денежных средств ФИО7 и ФИО121. Со слов ФИО7 и ФИО122 ему известно, что соревнования состоялись и дети приняли в них свое участие. Кто именно принимал участие в указанных турнирах в &lt;...&gt; и в &lt;...&gt;, ему не известно. Далее, весной 2016 года ФИО7 сообщил ему, что учащиеся их СДЮСШОР по футболу «Факел» будут принимать участие в соревнованиях, проводимых в &lt;...&gt; и он, как директор ООО «Вымпел», может подать заявку в качестве организатора соревнований, то есть ООО «Вымпел» должно было обеспечить проезд, проживание, питание и др.участников соревнований. Его заинтересовало данное предложение и он от лица ООО «Вымпел» летом 2016 года подал служебную записку в АУ ВО «ЦРФКС». До этого директор СДЮСШОР ФИО7 направил письмо в Управление физической культуры и спорта Воронежской области о том, что будут проводиться соревнования, и необходимо выделить денежные средства для их организации. ООО «Вымпел» в его лице заключило договор с АУ ВО «ЦРФКС» в лице исполняющего обязанности руководителя ФИО123. №44-ЕП от 09.06.2016 на организацию участия Воронежских спортсменов в Международном турнире по футболу, проводимом в &lt;...&gt; с 15.06.2016 по 25.06.2016. Цена договора составила 980 000 рублей. После этого для согласования вопроса об организации, получения списков участников, он поехал в СДЮСШОР по футболу «Факел», где ФИО7 познакомил его с ФИО14, который был у него в кабинете. ФИО14 предложил ему помощь в организации участия их спортсменов в указанном турнире в &lt;...&gt;, поскольку имеет опыт в организации соревнований и имеет определенные связи, которые помогут быстро и качественно организовать такую работу. Его устроило данное предложение. Он в то время организовывал участие команд в турнире «Кожаный мяч», проводимом в Рамонском районе Воронежской области и у него было немного времени. ФИО14 первоначально говорил, что организует участие за свои деньги, а потом, после перечисления, он передаст ФИО14 денежные средства в размере 900 000 рублей. 80 000 рублей причитались ему. Через некоторое время они снова встретились в СДЮСШОР, ФИО14 сказал, что необходимо внести предоплату за проживание в гостинице. Он (ФИО5) согласился и передал ему 450 000 рублей из своих личных средств. ФИО14 написал ему расписку о том, что получил денежные средства. Позже ФИО14 передал ему пакет документов, в которых было указано об организации соревнований в &lt;...&gt;. Указанный пакет документов он передал в АУ ВО «ЦРФКС» для оплаты. После этого он передал ФИО14 оставшиеся 450 000 рублей так же из своих личных денежных средств. Примерно через месяц на расчетный счет ООО «Вымпел» поступили денежные средства из АУ ВО «ЦРФКС» в размере 980 000 рублей, за организацию соревнований в &lt;...&gt;, которые он получил и потратил. При этом, он был уверен, что указанные соревнования состоялись, а документы, переданные ему ФИО14, содержат достоверные сведения об участии их команд в данных соревнованиях, поэтому он передал указанные документы в АУ ВО «ЦРФКС» без малейших сомнений для оплаты. Вместе с тем, осенью 2016 год к нему обратился ФИО14, с предложением провести соревнования, как ранее, только в г. Белгороде. Он спросил у ФИО7 о соревнованиях, тот сказал, что соревнования будут проводиться. ФИО7 написал письмо в Управление физической культуры и спорта Воронежской области для финансирования участия юношеской команды ГБОУДОДВО «СДЮСШОР по футболу «Факел» во всероссийском турнире «Золотая осень», проводимом в г. Белгороде с 29.10.2016 по 06.11.2016. На основании данного письма Управлением было решено профинансировать участие Воронежских команд в указанных соревнованиях, а также осуществить организацию участия было поручено АУ ВО «ЦРФКС». После этого он подал служебную записку в АУ ВО «ЦРФКС» и между ним, как директором ООО «Вымпел» и руководителем АУ ВО «ЦРФКС» ФИО11 был подписан договор №104-ЕП от 27.10.2016, в рамках которого ООО «Вымпел» взяло на себя обязательства обеспечить участие спортивной команды Воронежской области во всероссийском турнире по футболу «Золотая осень» в г. Белгороде в период с 29.10.2016 по 05.11.2016. Цена договора составила 600 000 рублей. ФИО14, согласно договоренности, начал организовывать соревнования за свои денежные средства. Он (ФИО5) передавал ему аванс около 250 000 руб. из личных сбережений, которые хранились у него дома, в том числе, которые он снимал со счета ООО «Вымпел». ФИО14 написал ему расписку о том, что получил от него указанные денежные средства в качестве аванса. Позже ФИО14 передал ему пакет документов, подтверждающий участие Воронежской команды в соревнованиях в г. Белгороде. Получив от ФИО14 указанные документы, он передал ФИО14 оставшиеся денежные средства из личных сбережений за организацию поездки спортсменов в &lt;...&gt;. При этом, расписку ФИО14 о получении аванса он вернул. Затем указанный пакет документов, переданный ему ФИО14, он передал в АУ ВО «ЦРФКС» для оплаты, после чего, через месяц на расчетный счет ООО «Вымпел» поступили денежные средства в сумме 600 000 рублей, которые также были им потрачены на нужды Общества. Подавая документы, переданные ему ФИО14 в АУ ВО «ЦРФКС», он был уверен, что соревнования в &lt;...&gt; и в г. Белгороде в 2016 г. проводились, и учащиеся СДЮШОР по футболу «Факел» принимали в них участие. Конкретно он указанные документы никогда не готовил. Предоставлял всегда в АУ ВО «ЦРФКС» только документы, переданные ему ФИО14. О том, что соревнований не было, он узнал в ходе проведения полицией проверки. Он свою вину не признает и просит его оправдать. Вместе с тем, он частично возместил ущерб в размере 220 000 рублей и просит суд учесть данное обстоятельство. Допрошенный в судебном заседании ФИО7 свою вину не признал и пояснил, что работает в должности директора ГБОУ ДОД ВО «СДЮСШОР по футболу «Факел». В его должностные обязанности входит обеспечение деятельности футбольной школы «Факел» по всем вопросам. С ФИО5 он знаком с 1980-90 г.г. и находится с ним в дружеских отношениях. В 2007 году ФИО5 был трудоустроен в СДЮСШОР «Факел» тренером, а с 2015 г. он является директором ООО «Вымпел». В конце 2015 года он ( ФИО7) направлял в Управление письмо на участие в соревнованиях, где дети спортивной школы могли бы получить 1 разряды. После этого ему в начале года приходил план, куда включали, при наличии возможности финансирования, в указанные мероприятия их детей. В начале 2015 года он выступил с инициативой организовать международный детско-юношеский турнир по футболу. Данный турнир необходим был для получения учениками их школы 1 взрослого разряда по футболу. С этой целью он обратился в АНО ФК «Юг-Спорт» для организации указанного турнира. Он разговаривал с кем-то из представителей указанного клуба по телефону, и в ходе их разговора по телефону ему ответили, что указанный турнир ими будет организован по его просьбе, и они пришлют в адрес ГБОУДОДВО «СДЮСШОР по футболу «Факел» соответствующее приглашение - вызов. Через некоторое время после данного разговора в ГБОУДОДВО «СДЮСШОР по футболу «Факел» из АНО ФК «Юг-Спорт» пришел вызов с приглашением на Международный турнир «Кубок Южной Столицы» среди юношей ДД.ММ.ГГГГ г.р. и ДД.ММ.ГГГГ г.р., проводимом в &lt;...&gt; в период с 05.07.2015 по 16.07.2015. Получив данное приглашение, он направил в Управление физкультуры и спорта Воронежской области соответствующую записку с просьбой организовать и профинансировать участие команд их школы в указанном турнире. Управление физкультуры и спорта одобрило запрос, на основании чего был издан соответствующий Приказ об организации участия команд их школы в указанном турнире. Организовать данное участие было поручено ГБУВО «Информационно-аналитический центр развития физической культуры и спорта» (в настоящее время АУ ВО «ЦРФКС»). Указанный Центр должен был организовать либо аукцион, либо торги. Он, зная, что один из тренеров их школы «Факел» ФИО5 является директором ООО «Вымпел», которое как раз оказывает услуги по организации спортивных мероприятий, сообщил последнему, что есть возможность организовать участие ребят их школы в указанном турнире. Данное ООО выиграло торги и был заключен соответствующий контракт с ГБУВО «Информационно-аналитический центр развития физической культуры и спорта», в рамках которого ООО «Вымпел» взяло на себя обязательства оказать ГБУВО «Информационно-аналитический центр развития физической культуры и спорта» услуги по организации участия Воронежских спортсменов в межрегиональных и международных соревнованиях в Финале Первенства МАО «Черноземье» ДД.ММ.ГГГГ г.р., проводимом в &lt;...&gt; в период с 29.06.2015 по 08.07.2015 и в Международном турнире «Кубок Южной Столицы» 1999 - ДД.ММ.ГГГГ г.р., проводимом в &lt;...&gt; в период с 05.07.2015 по 16.07.2015. ФИО5 сообщил, что организовать участие их ребят в указанных турнирах сам лично не сможет, так как занят в качестве главного тренера в спартакиаде школьников, проходящей в г. Иванове. При этом, ФИО5 поинтересовался у него, сможет ли он организовать сам участие ребят в турнирах, проводимых в &lt;...&gt; при финансировании их участия со стороны ФИО5. Он согласился на предложение ФИО5 и получил от последнего денежные средства в сумме около 900 000 рублей для организации участия учащихся ГБОУДОДВО «СДЮСШОР по футболу «Факел» ДД.ММ.ГГГГ г.р., ДД.ММ.ГГГГ г.р. в Международном турнире «Кубок Южной Столицы», проводимом в &lt;...&gt; с 05.07.2015 по 16.07.2015. Сразу же после получения от ФИО5 денежных средств у него произошел «форс-мажор», а именно он узнал о том, что команда ребят - учащиеся ГБОУДОДВО «СДЮСШОР по футболу «Факел», ДД.ММ.ГГГГ года рождения, в полном составе уехали на спартакиаду в г. Иваново. Ребята - учащиеся ГБОУДОДВО «СДЮСШОР по футболу «Факел», ДД.ММ.ГГГГ года рождения, были распущены тренером ФИО132. и разъехались в связи с летними каникулами. В поисках команд он обратился к своему знакомому ФИО131 (умер летом 2017 года), который собрал ему указанные 2 команды в составе 36 человек. Кроме ФИО15 он обратился с просьбой съездить на указанный турнир в &lt;...&gt; тренера ФИО129., который согласился. Непосредственно перед самым выездом он передал ФИО130. все денежные средства, которые ему дал ФИО5 для организации участия 2 команд в указанных турнирах, проводимых в &lt;...&gt; в июле 2015 года. После этого указанные две команды ребят в количестве 36 человек отправились на указанные соревнования, проводимые в &lt;...&gt; в период с 05.07.2015 по 16.07.2015. ФИО133 уехал с одной командой. Кто поехал со второй командой, ему не известно, но должен был ехать тренер ФИО15. Анкетных данных ребят, входящих в составы указанных команд, которые непосредственно поехали в &lt;...&gt;, у него нет. По возвращению ФИО134 предоставил ему пакет документов, которые он передал ФИО5 Когда и как происходила оплата ему неизвестно. Далее, весной 2016 г. ему стало известно о проведении спортивных соревнований среди футбольных команд в &lt;...&gt; в период с 15.06.2016 по 25.06.2016. Затем он лично обратился в Управление физической культуры и спорта с письмом от 26.04.2016 о даче согласия на участие юношеских команд по футболу в Международном турнире, который проводился в &lt;...&gt; в этот период. После этого было получено согласие руководства Управления физической культуры и спорта Воронежской области об участии в турнире и был издан приказ о направлении спортивной команды для участия в международном турнире. С этой целью Управление физической культуры и спорта поручило АУ ВО «ЦРФКС» организовать участие команды в данном мероприятии. ООО «Вымпел» в лице ФИО5 выиграло аукцион по заключению договора на оказание услуги по обеспечению участия спортивных команд Воронежской области в международном турнире по футболу в &lt;...&gt;. Примерно в этот период времени при личной встрече он сообщил ФИО14, которого узнал через ФИО15, что планируется участие футбольной команды в турнире в &lt;...&gt;, и что если тот хочет поучаствовать в помощи, может обратиться к ФИО5. Непосредственно перед поездкой в &lt;...&gt; к нему в кабинет пришел ФИО14, где в этот момент находился и ФИО5 Он представил их друг другу, поскольку считал, что они ранее не были знакомы, и предложил ФИО5 воспользоваться услугами ФИО14 по обеспечению участия футбольной команды «Факел» в международном турнире в &lt;...&gt;. После этого они ушли и дальнейшее их общение происходило без него. До выезда команды на турнир в &lt;...&gt; ФИО14 пришел к нему и попросил подписать акт выполненных работ, на какую сумму он не помнит. Он спросил, почему подписание актов требуется до отъезда команды. ФИО14 пояснил, что это необходимо для того, чтобы тот мог быстро по возвращении сдать документы ФИО5, а его может не быть на месте. Он согласился и сказал бухгалтеру ГБОУ ДОД ВО «СДЮСШОР по футболу «Факел» ФИО135. напечатать акт выполненных работ. Данный акт был составлен до 25.06.2016, то есть до окончания турнира. Он подписал указанный акт и поставил печать. После этого ФИО14 через два или три дня порвал акты выполненных работ, подписанные им, поскольку, с его слов, соревнования не состоятся. С ФИО5 по поводу отмены турнира он не общался. О том, что на основании предоставленных заявок на обеспечение участия команды в турнире в &lt;...&gt; в адрес ООО «Вымпел» в последующем были перечислены денежные средства по соответствующим договорам, ему стало известно только в связи с начавшимся расследованием. Кроме того, в 2016 году он планировал участие спортсменов СДЮСШОР «Факел» в турнире «Золотая Осень», поскольку это необходимо было для получения спортсменами спортивного разряда. Данный турнир проводится ежегодно. О том, что турнир «Золотая осень» будет проводиться в период 29.10.2016 по 06.11.2016 в г. Белгороде он узнал от ФИО14. Затем он подготовил письмо (запрос) в Управление по физической культуре и спорту Воронежской области с просьбой о финансировании участия юношеских команд школы по футболу «Факел» 2003 и 2004 годов рождения в турнире «Золотая Осень» в г. Белгороде. К данному письму он приложил список спортсменов. Далее Управлением физической культуры и спорта Воронежской области был издан приказ об участии спортивных команд Воронежской области во всероссийском турнире по футболу в г. Белгороде. Организовать участие их спортсменов в данном турнире было поручено АУ ВО «ЦРФКС». ООО «Вымпел» в лице ФИО5 выиграло аукцион. Через некоторое время к нему на работу пришел ФИО14 и сообщил, что именно он будет от имени ООО «Вымпел» заниматься организацией участия учеников их школы в указанном турнире в г. Белгороде. Затем тренерам он сообщил о дате отъезда. Перед выездом команды на соревнования в &lt;...&gt; к нему пришел ФИО14 и передал ему акты выполненных работ ООО «Вымпел» и пояснил, что так как он собирается уйти в отпуск, ему нужно заранее подписать акты. Он подписал акты выполненных работ. Примерно через два или три дня к нему пришел ФИО14 и сказал, что турнира в г. Белгороде не будет. При этом, ФИО14 порвал акты выполненных работ, которые он ранее подписал. О том, что на основании предоставленных заявок на обеспечение участие команды в турнире в &lt;...&gt; в адрес ООО «Вымпел» в последующем были перечислены денежные средства по соответствующим договорам ему стало известно только в связи начавшимся расследованием. Никаких он денег не похищал, в связи с чем он просит его оправдать. Вместе с тем, он просит принять во внимание тот факт, что он частично возместил ущерб в размере 220 000 рублей. Несмотря на непризнание ФИО5 и ФИО7 своей вины, она подтверждается показаниями потерпевшего, свидетелей по делу, а также письменными доказательствами, исследованными в ходе судебного следствия. Потерпевший ФИО136 суду пояснил, что знаком с подсудимыми по работе. ФИО7 работает в должности &lt;данные изъяты&gt; ГБОУ ДОД ВО «СДЮСШОР по футболу «Факел», а ФИО5 является директором ООО «Вымпел». С 05.12.2017 на основании Приказа №60-л/с от 05.12.2017 Управления физической культуры и спорта Воронежской области он (ФИО16) исполняет обязанности руководителя Автономного учреждения Воронежской области «Центр развития физической культуры и спорта» (АУ ВО «ЦРФКС»). Ранее АУ ВО «ЦРФКС», до 22.09.2015 именовалось Государственное бюджетное учреждение Воронежской области «Информационно-аналитический центр развития физической культуры и спорта» (ГБУ ВО «Информцентр»). Переименование ГБУ ВО «Информцентр» на АУ ВО «ЦРФКС» произошло в названии, в связи с реорганизацией. До него руководителем АУ ВО «ЦРФКС» являлся ФИО11 В его должностные обязанности входит осуществление текущего руководства деятельностью АУ ВО «ЦРФКС», заключение и подписание от лица этого учреждения всех договоров, деятельность по приему на работу в АУ ВО «ЦРФКС», утверждение штатной структуры АУ ВО «ЦРФКС» и ее изменение. Основным видом деятельности АУ ВО «ЦРФКС» является проведение спортивных и физкультурных мероприятий на территории Воронежской области и направление спортивных команд Воронежской области на различные соревнования в другие регионы РФ. В материалах дела имеется исковое заявление о взыскании с ФИО5 и ФИО7 денежных средств в пользу АУ ВО «ЦРФКС» за причиненный преступлением вред, которое он поддерживает в полном объеме и просит удовлетворить. При этом, в деле находятся его показания об участии подсудимых в совершении преступлений. Данные показания заверены его подписями. В настоящее время он поясняет, что подробности совершенных указанными лицами преступлений в 2016 г. ему неизвестны, поскольку он в июне-июле месяцах не работал. Помимо того, в период 2015 года он не знает обстоятельств организации поездки в &lt;...&gt; спортивной команды из числа детей. Деньги за указанные поездки были выплачены. Он просит исковое заявление удовлетворить. Свидетель ФИО137. суду пояснил, что с марта 2012 года по настоящее время работает в должности руководителя Управления физической культуры и спорта Воронежской области. Управление физической культуры и спорта Воронежской области является исполнительным органом государственной власти Воронежской области, обеспечивающим на территории Воронежской области разработку и реализацию государственной политики Воронежской области в сфере физической культуры и спорта. В его должностные обязанности входит организация работы Управления в соответствии с возложенными задачами и функциями Управления; определяет функции структурных подразделений Управления; распределяет обязанности между заместителями руководителя Управления; назначает на должность и освобождает от должности, принимает меры поощрения и дисциплинарного воздействия в отношении работников Управления; распоряжается денежными средствами, выделенными Управлению в пределах утвержденных смет и ассигнований; подписывает документы от имени Управления в пределах своей компетенции; решает иные вопросы, отнесенные к полномочиям Управления, предусмотренные Положением «Об Управлении физической культуры и спорта Воронежской области». У него в подчинении есть первый заместитель - ФИО139 и заместитель – ФИО138, который так же является начальником отдела развития массовой физической культуры и спорта высших достижений. ФИО7 он знает, как руководителя спортивной школы, а ФИО5 – как директора ООО «Вымпел». В ходе расследования настоящего дела он был вызван к следователю и дал показания, которые записал следователь. Он их поддерживает и сообщает суду, что 13.01.2015 в Управление физической культуры и спорта Воронежской области из ГБОУДОВО «СДЮСШОР по футболу «Факел» поступил запрос №85/16-01-16/01 от 13.01.2015 о финансировании в рамках государственной программы развития физической культуры и спорта Воронежской области на 2015 год для командирования команд СДЮСШОР по футболу «Факел» на официальные Российские соревнования (учащихся 2003, 2004, ДД.ММ.ГГГГ г.р. в &lt;...&gt;, Тамбов, Волжский с мая по июнь 2015 года) и на международные соревнования команды ДД.ММ.ГГГГ г.р. (Италия, Чехия в июне 2015 года) в размере 1 800 000 рублей, который был подписан директором указанной школы ФИО7 Согласно данному запросу, ГБОУДОВО «СДЮСШОР по футболу «Факел» ходатайствовала об отправке своих учащихся спортсменов на различные соревнования по футболу за счет средств бюджета Воронежской области. После поступления данного запроса им, как руководителем Управления физической культуры и спорта Воронежской области, было дано письменное указание его первому заместителю ФИО140 уточнить, что за соревнования указаны в запросе; их необходимость и значимость; откуда эти суммы. Затем данный запрос был рассмотрен и ФИО142., дано письменное указание ФИО141 для исполнении, согласно резолюции. Таким образом, Управлением физической культуры и спорта Воронежской области было решено профинансировать команды ГБОУДОВО «СДЮСШОР по футболу «Факел» для участия в турнирах в &lt;...&gt; и в &lt;...&gt; в 2015 году. На тот момент Приказы в Управлении физической культуры и спорта Воронежской области о финансировании команд не издавались. Указанием для исполнения служила резолюция руководителя на поступившем запросе об исполнении. Организовать участие спортивных команд в данном мероприятии было поручено ГБУ ВО «Информцентр» (в настоящее время АУ ВО «ЦРФКС») за счет средств бюджета Воронежской области. После этого в рамках исполнения данного указания 26.06.2015 между ГБУ ВО «Информцентр», в лице директора ФИО11 и ООО «Вымпел», в лице директора ФИО5, был заключен государственный контракт №2015.223781 на оказание услуг по организации участия воронежских спортсменов в Финале Первенства МОА «Черноземье» ДД.ММ.ГГГГ г.р. в &lt;...&gt; в период с 29.06.2015 по 08.07.2015 и в Международном турнире «Кубок южной столицы» в &lt;...&gt; в период с 05.07.2015 по 16.07.2015. Согласно условий контракта ООО «Вымпел» должно было обеспечить проезд к месту проведения соревнований, а так же проживание и питание спортсменов на период проведения соревнований. Цена указанного контракта составила 1211099,66 рублей. Спустя некоторое время после заключения указанного контракта директором ООО «Вымпел» ФИО5 были представлены в ГБУ ВО «Информцентр» документы об участии юношеских команд ГБОУДОВО «СДЮСШОР по футболу «Факел» в Финале Первенства МОА «Черноземье» ДД.ММ.ГГГГ г.р. в &lt;...&gt; в период с 29.06.2015 по 08.07.2015 и в Международном турнире «Кубок южной столицы» в &lt;...&gt; в период с 05.07.2015 по 16.07.2015. для оплаты. На основании документов, представленных директором ООО «Вымпел» ФИО5 в июле 2015 года ГБУ ВО «Информцентр» перечислило на расчетный счет ООО «Вымпел» денежные средства в общей сумме 1211099,66 рублей: выделенные из бюджета Воронежской области, за выполнение оказанных услуг согласно контракта №2015.223781 от 26.06.2015 и актов выполненных работ (291099,66 рублей за участие юношеских команд ГБОУДОВО «СДЮСШОР по футболу «Факел» в Финале Первенства МОА «Черноземье» ДД.ММ.ГГГГ г.р. в &lt;...&gt; в период с 29.06.2015 по 08.07.2015 и 920 000 рублей за участие в Международном турнире «Кубок южной столицы» в &lt;...&gt; в период с 05.07.2015 по 16.07.2015). 26.04.2016 в Управление физической культуры и спорта Воронежской области из ГБОУДОВО «СДЮСШОР по футболу «Факел» поступил запрос №85/16-01-16/35 от 26.04.2016 о финансировании юношеской команды ГБОУДОВО «СДЮСШОР по футболу «Факел» в Международном футбольном турнире, проводимом в &lt;...&gt; с 15.06.2016 по 25.06.2016, который был подписан директором указанной школы ФИО7 Согласно данного запроса, ГБОУДОВО «СДЮСШОР по футболу «Факел» ходатайствовала об отправке своих учащихся спортсменов на соревнования по футболу в &lt;...&gt; в период с 15.06.2016 по 25.06.2016 за счет средств бюджета Воронежской области. Данный запрос Управлением был рассмотрен и удовлетворен, поскольку был направлен в соответствии с Календарным планом официальных физкультурных и спортивных мероприятий Воронежской области на 2016 год. Кроме того, международный турнир по футболу в &lt;...&gt; входил в План подготовки к Спартакиаде учащихся России в 2017 году. Основным критерием удовлетворения заявки является наличие спортивного мероприятия в Календарном плане официальных физкультурных и спортивных мероприятий Воронежской области. Кроме того, существует Календарный план официальных физкультурных и спортивных мероприятий Российской Федерации, утвержденный Министерством спорта Российской Федерации. В случае внесения изменений в этот план, соответствующий план Воронежской области также может быть скорректирован, с приложением письма руководителя соответствующей спортивной федерации. По результатам рассмотрения указанной заявки №85/16-01-16/35 от 26.04.2016, ФИО10 в пределах своих полномочий, как первый заместитель Управления физической культы и спорта Воронежской области подписал приказ №668-ОД от 31.05.2016. На основании данного Приказа, было дано указание направить спортивные команды Воронежской области для участия в Международном турнире по футболу, проходящем в &lt;...&gt; с 15.06.2016 по 25.06.2016. Организовать участие спортивных команд в данном мероприятии было поручено АУ ВО «ЦРФКС» в лице руководителя ФИО144. за счет средств бюджета Воронежской области. Контроль за исполнением данного Приказа был возложен на заместителя руководителя – начальника отдела развития массовой физической культуры и спорта высших достижений управления ФИО143. После этого в рамках исполнения указанного Приказа, 09.06.2016 между Автономным учреждением Воронежской области «Центром развития физической культуры и спорта», в лице исполняющего обязанности руководителя ФИО12 и ООО «Вымпел», в лице директора ФИО5, был заключен договор №44-ЕП на оказание услуги по обеспечению участия спортивных команд Воронежской области в международном турнире по футболу в &lt;...&gt; в период с 15.06.2016 по 25.06.2016. Согласно условий договора, ООО «Вымпел» должно было обеспечить проезд к месту проведения соревнований, а так же проживание и питание спортсменов на период проведения соревнований. Цена указанного договора составила 980 000 рублей. Спустя некоторое время после заключения указанного договора директором ООО «Вымпел» ФИО5 были представлены в АУ ВО «ЦРФКС» документы об участии юношеской команды ГБОУДОВО «СДЮСШОР по футболу «Факел» в Международном футбольном турнире «Кубок Южной Столицы», проводимом в &lt;...&gt; с 15.06.2016 по 25.06.2016 для оплаты. На основании документов, представленных директором ООО «Вымпел» ФИО5 в июле 2016 года АУ ВО «ЦРФКС» перечислило на расчетный счет ООО «Вымпел» денежные средства в сумме 980 000 рублей, выделенные из бюджета Воронежской области, за выполнение оказанных услуг согласно договору №44-ЕП от 09.06.2016 и акта выполненных работ №4 от 25.06.2016. 17.10.2016 в Управление физической культуры и спорта Воронежской области из ГБОУДОВО «СДЮСШОР по футболу «Факел» поступил запрос №85/16-01-16/76 от 17.10.2016 о финансировании юношеской команды ГБОУДОВО «СДЮСШОР по футболу «Факел» в футбольном турнире «Золотая Осень», проводимом в г. Белгороде с 29.10.2016 по 06.11.2016. Данный запрос был подписан директором ГБОУДОВО «СДЮСШОР по футболу «Факел» ФИО7 Согласно данному запросу, вышеуказанная организация ходатайствовала о финансировании участия юношеских команд «СДЮСШОР по футболу «Факел» ДД.ММ.ГГГГ г.р. и ДД.ММ.ГГГГ г.р. в турнире «Золотая Осень» в &lt;...&gt; в период с 29.10.2016 по 06.11.2016. за счет средств бюджета Воронежской области. Дынные соревнования изначально отсутствовали в Календарном плане официальных физкультурных и спортивных мероприятий Воронежской области на 2016 год, но были внесены туда на основании письма Воронежской общественной организации «Федерация футбола Воронежской области». По результатам рассмотрения указанной заявки, ФИО10, в рамках своих компетенций, как первый заместитель руководителя Управления физической культуры и спорта Воронежской области, предполагая, что турнир будет проведен в установленные сроки и надлежащим образом, подписал Приказ №1182-ОД от 28.10.2016. На основании данного Приказа в Календарный план выездных официальных физкультурных мероприятий и спортивных мероприятий Воронежской области 2016 года был включен всероссийский турнир «Золотая осень». Кроме того, данным Приказом было дано указание направить спортивные команды Воронежской области для участия во всероссийском турнире по футболу «Золотая Осень», проходящем в г. Белгороде с 29.10.2016 по 06.11.2016. Организовать участие спортивных команд в данном мероприятии было поручено АУ ВО «ЦРФКС» в лице руководителя ФИО145. за счет средств бюджета Воронежской области. Контроль за исполнением данного Приказа был возложен на заместителя руководителя – начальника отдела развития массовой физической культуры и спорта высших достижений управления ФИО146. После этого в рамках исполнения указанного Приказа, 27.10.2016 между Автономным учреждением Воронежской области «Центром развития физической культуры и спорта», в лице руководителя ФИО11 и ООО «Вымпел», в лице директора ФИО5, был заключен договор №104-ЕП на оказание услуги по обеспечению участия спортивных команд Воронежской области во всероссийском турнире по футболу «Золотая осень» в &lt;...&gt; в период с 29.10.2016 по 05.11.2016. Согласно условий договора ООО «Вымпел» должно было обеспечить проезд к месту проведения соревнований, а так же проживание и питание спортсменов на период проведения соревнований. Цена указанного договора составила 600 000 рублей. Спустя некоторое время директором ООО «Вымпел» ФИО5 были представлены в АУ ВО «ЦРФКС» документы об участии юношеской команды ГБОУДОВО «СДЮСШОР по футболу «Факел» во всероссийском турнире по футболу «Золотая осень» в &lt;...&gt; в период с 29.10.2016 по 05.11.2016 для оплаты. На основании указанных документов в ноябре 2016 года АУ ВО «ЦРФКС» перечислило на расчетный счет ООО «Вымпел» денежные средства в сумме 600 000 рублей, выделенные из бюджета Воронежской области, за выполнение оказанных услуг согласно договору №104-ЕП от 27.10.2016 и акта выполненных работ №7 от 06.11.2016. После того, как сотрудниками полиции началась проверка деятельности ООО «Вымпел» по исполнению договорных обязательств АУ ВО «ЦРФКС», ему стало известно, что обстоятельства по вышеуказанным договорам ООО «Вымпел» исполнены не были, команды в вышеуказанных соревнованиях участия не принимали (в &lt;...&gt; в период с 05.07.2015 по 16.07.2015, и в 2016 году в &lt;...&gt; и г.Белгороде). Он считает, что ущерб был причинен не ФИО5, а ООО «Вымпел». Кто именно распорядился похищенными деньгами – ему неизвестно. Свидетель ФИО147. подтвердил показания, данные им на следствии, и пояснил суду, что знает ФИО7 и ФИО5 по работе, характеризует их с положительной стороны. Он сам с 2012 года по настоящее время работает в должности первого заместителя руководителя Управления физической культуры и спорта Воронежской области. Руководителем Управления физической культуры и спорта Воронежской области является ФИО149. В его (ФИО148) должностные обязанности входит: контроль за реализацией государственной программы Воронежской области «Развитие физической культуры и спорта», контроль за деятельностью всех отделов Управления физической культуры и спорта Воронежской области. Так же он в отсутствие ФИО150. исполняет обязанности руководителя Управления. 26.04.2016 в Управление физической культуры и спорта Воронежской области поступил запрос №85/16-01-16/35 от 26.04.2016 о финансировании юношеской команды ГБОУДОВО «СДЮСШОР по футболу «Факел» в Международном футбольном турнире, проводимом в &lt;...&gt; с 15.06.2016 по 25.06.2016, подписанный директором ГБОУДОВО «СДЮСШОР по футболу «Факел» ФИО7 Согласно данному запросу, вышеуказанная организация ходатайствовала об отправке спортсменов на соревнования по футболу в &lt;...&gt; в период с 15.06.2016 по 25.06.2016 за счет средств бюджета Воронежской области. Данный запрос был рассмотрен и удовлетворен, поскольку был направлен в соответствии с Календарным планом официальных физкультурных и спортивных мероприятий Воронежской области на 2016 год. Кроме того, международный турнир по футболу в &lt;...&gt; входил в План подготовки к Спартакиаде учащихся России в 2017 году. По результатам рассмотрения указанной заявки №85/16-01-16/35 от 26.04.2016, он предполагая, что турнир будет проведен в установленные сроки и надлежащим образом, подписал приказ №668-ОД от 31.05.2016. На основании данного Приказа, было дано указание направить спортивные команды Воронежской области для участия в Международном турнире по футболу, проходящем в &lt;...&gt; с 15.06.2016 по 25.06.2016. Организовать участие спортивных команд в данном мероприятии было поручено АУ ВО «ЦРФКС» в лице руководителя ФИО153. за счет средств бюджета Воронежской области. Контроль за исполнением данного Приказа был возложен на заместителя руководителя – начальника отдела развития массовой физической культуры и спорта высших достижений управления ФИО151 Затем, 09.06.2016 между Автономным учреждением Воронежской области «Центром развития физической культуры и спорта», в лице исполняющего обязанности руководителя ФИО152. и ООО «Вымпел» в лице директора ФИО5 был заключен договор №44-ЕП на оказание услуги по обеспечению участия спортивных команд Воронежской области в международном турнире по футболу в &lt;...&gt; в период с 15.06.2016 по 25.06.2016. Согласно условий договора, ООО «Вымпел» должно было обеспечить проезд к месту проведения соревнований, а так же проживание и питание спортсменов на период проведения соревнований. Цена указанного договора составила 980 000 рублей. Спустя некоторое время директором ООО «Вымпел» ФИО5 были представлены в АУ ВО «ЦРФКС» документы об участии юношеской команды ГБОУДОВО «СДЮСШОР по футболу «Факел» в Международном футбольном турнире «Кубок Южной Столицы», проводимом в &lt;...&gt; с 15.06.2016 по 25.06.2016 для оплаты. На основании указанных документов, представленных директором ООО «Вымпел» ФИО5 в июле 2016 года АУ ВО «ЦРФКС» перечислило на расчетный счет ООО «Вымпел» денежные средства в сумме 980 000 рублей, выделенные из бюджета Воронежской области, за выполнение оказанных услуг согласно договору №44-ЕП от 09.06.2016 и акта выполненных работ №4 от 25.06.2016. Отчетные документы, представленные ФИО5 в АУ ВО «ЦРФКС», касающиеся выполнения указанного Приказа находятся в АУ ВО «ЦРФКС» и в Управление физической культуры и спорта Воронежской области они не направляются. Как выяснилось позже, фактически обстоятельства по вышеуказанному договору ООО «Вымпел» исполнены не были, команда в вышеуказанном соревновании участия не принимала. 17.10.2016 в Управление физической культуры и спорта Воронежской области поступил запрос №85/16-01-16/76 от 17.10.2016 о финансировании юношеской команды ГБОУДОВО «СДЮСШОР по футболу «Факел» в футбольном турнире «Золотая Осень», проводимом в г. Белгороде с 29.10.2016 по 06.11.2016, подписанный директором ГБОУДОВО «СДЮСШОР по футболу «Факел» ФИО7 Согласно данному запросу, вышеуказанная организация ходатайствовала о финансировании участия юношеских команд «СДЮСШОР по футболу «Факел» 2003 и 2004 годов рождения в турнире «Золотая Осень» в &lt;...&gt; в период с 29.10.2016 по 06.11.2016 за счет средств бюджета Воронежской области. Дынные соревнования изначально отсутствовали в Календарном плане официальных физкультурных и спортивных мероприятий Воронежской области на 2016 год, но были внесены туда на основании письма Воронежской общественной организации «Федерация футбола Воронежской области». По результатам рассмотрения указанной заявки, он, как первый заместитель руководителя Управления физической культуры и спорта Воронежской области, предполагая, что турнир будет проведен в установленные сроки и надлежащим образом, подписал Приказ №1182-ОД от 28.10.2016, на основании которого в Календарный план выездных официальных физкультурных мероприятий и спортивных мероприятий Воронежской области 2016 года был включен всероссийский турнир «Золотая осень». Данным Приказом было дано указание направить спортивные команды Воронежской области для участия во всероссийском турнире по футболу «Золотая Осень», проходящем в г. Белгороде с 29.10.2016 по 06.11.2016. Организовать участие спортивных команд в данном мероприятии было поручено АУ ВО «ЦРФКС» в лице руководителя ФИО156 за счет средств бюджета Воронежской области. Контроль за исполнением данного Приказа был возложен на заместителя руководителя – начальника отдела развития массовой физической культуры и спорта высших достижений управления ФИО154 Затем, 27.10.2016 между Автономным учреждением Воронежской области «Центром развития физической культуры и спорта», в лице руководителя ФИО155. и ООО «Вымпел», в лице директора ФИО5, был заключен договор №104-ЕП на оказание услуги по обеспечению участия спортивных команд Воронежской области во всероссийском турнире по футболу «Золотая осень» в &lt;...&gt; в период с 29.10.2016 по 05.11.2016. Согласно условий договора ООО «Вымпел» должно было обеспечить проезд к месту проведения соревнований, а так же проживание и питание спортсменов на период проведения соревнований. Цена указанного договора составила 600 000 рублей. Спустя некоторое время директором ООО «Вымпел» ФИО5 были представлены в АУ ВО «ЦРФКС» документы об участии юношеской команды ГБОУДОВО «СДЮСШОР по футболу «Факел» во всероссийском турнире по футболу «Золотая осень» в &lt;...&gt; в период с 29.10.2016 по 05.11.2016 для оплаты. На основании указанных документов в ноябре 2016 года АУ ВО «ЦРФКС» перечислило на расчетный счет ООО «Вымпел» денежные средства в сумме 600 000 рублей, выделенные из бюджета Воронежской области, за выполнение оказанных услуг согласно договору №104-ЕП от 27.10.2016 и акта выполненных работ №7 от 06.11.2016. Отчетные документы, представленные ФИО5 в АУ ВО «ЦРФКС», касающиеся выполнения указанного Приказа находятся в АУ ВО «ЦРФКС» и в Управление физической культуры и спорта Воронежской области они не направляются. Однако, как выяснилось позже, во время проверки, проводимой сотрудниками полиции, обязательства по вышеуказанному договору ООО «Вымпел» исполнены не были, команда в вышеуказанном соревновании участия не принимала. Показания данные на предварительном следствии, он поддерживает. Свидетель ФИО157 подтвердил показания, данные на следствии и суду сообщил, что с 2014 года по настоящее время работает в должности заместителя руководителя – начальника отдела развития массовой физической культуры и спорта высших достижений Управления физической культуры и спорта Воронежской области. Руководителем Управления является ФИО158 Его первым заместителем – ФИО159 В его должностные обязанности входит: организация и проведение мероприятий входящих в единый Календарный план физкультурных и спортивных мероприятий Воронежской области, контроль за организацией и проведения конкурсных процедур в Управление физической культуры и спорта Воронежской области, формирование, организация и контроль за реализацией мероприятий государственной программы «Развитие физической культуры и спорта Воронежской области» и иные обязанности, предусмотренные его должностным регламентом. 31.05.2016 первый заместитель руководителя Управления физической культуры и спорта Воронежской области ФИО160. подписал Приказ Управления №668-ОД «Об участии спортивных команд Воронежской области в соревнованиях по футболу». Данный приказ был подписан на основании письма ГБОУ ДО ВО «СДЮСШОР по футболу «Факел» от 26.04.2016 №85/16-01-16/35, подписанного его директором ФИО7 Согласно данному письму, вышеуказанная организация ходатайствовала об отправке спортсменов на соревнования по футболу в &lt;...&gt; в период с 15.06.2016 по 25.06.2016 за счет средств бюджета Воронежской области. Данное письмо было рассмотрено и удовлетворено, поскольку было направлено в соответствии с Календарным планом официальных физкультурных и спортивных мероприятий Воронежской области на 2016 год. Кроме того, международный турнир по футболу в &lt;...&gt; входил в план подготовки к Спартакиаде учащихся России в 2017 году. В Приказе №668-ОД от 31.05.2016 было дано указание направить спортивные команды Воронежской области для участия в Международном турнире по футболу, проходящему в &lt;...&gt; с 15.06.2016 по 25.06.2016. Организовать участие спортивных команд в данном мероприятии, было поручено АУ ВО «ЦРФКС» в лице руководителя ФИО11 за счет средств бюджета Воронежской области. Контроль за исполнением данного Приказа был возложен на него. Затем с целью отправки спортсменов на указанные соревнования 09.06.2016 между Автономным учреждением Воронежской области «Центром развития физической культуры и спорта», в лице исполняющего обязанности руководителя ФИО161 и ООО «Вымпел», в лице директора ФИО5, был заключен договор №44-ЕП на оказание услуги по обеспечению участия спортивных команд Воронежской области в международном турнире по футболу в &lt;...&gt; в период с 15.06.2016 по 25.06.2016. Согласно условий договора, ООО «Вымпел» должно было обеспечить проезд к месту проведения соревнований, а так же проживание и питание спортсменов на период проведения соревнований. Цена указанного договора составила 980 000 рублей. Он лично во время подготовки к поездке, контроль за исполнением не осуществлял, поскольку данные обязанности на него не возложены. Контроль за исполнением Приказа Управления №668-ОД «Об участии спортивных команд Воронежской области в соревнованиях по футболу» с его стороны заключался в том, что после проведенных мероприятий ему был предоставлен протокол соревнований, либо отчет главного судьи. Данные документы являются подтверждением того, что спортивное мероприятие проведено в полном объеме. В случае с выездом спортсменов в &lt;...&gt;, ему был предоставлен протокол соревнований. О том, что спортсмены не ездили на соревнования в &lt;...&gt; в указанный выше период времени ему известно не было до начала проверки данного факта сотрудниками полиции. В рамках исполнения указанного договора, за выполнение оказанных услуг, АУ ВО «ЦРФКС» перечислило на расчетный счет ООО «Вымпел» денежные средства в общей сумме 980 000 рублей, выделенные из бюджета Воронежской области. Помимо того, 28.10.2016 первым заместителем руководителя Управления физической культуры и спорта Воронежской области ФИО162. был подписан Приказ №1182 – ОД на основании письма ГБОУ ДО ВО «СДЮСШОР по футболу «Факел» №85/16-01-16/76 от 17.10.2016 о финансировании юношеской команды ГБОУДОВО «СДЮСШОР по футболу «Факел» в футбольном турнире «Золотая Осень», проводимом в г. Белгороде с 29.10.2016 по 06.11.2016, подписанном директором ГБОУДОВО «СДЮСШОР по футболу «Факел» ФИО7 Указанным Приказом было дано указание о включении турнира по футболу «Золотая осень», проводимом в г. Белгороде в период с 29.10.2016 по 05.11.2016 в Календарный план, а также об обеспечении участия сборной команды Воронежской области в данном турнире, за счет средств бюджета Воронежской области. Руководитель АУ ВО «ЦРФКС» ФИО163. был назначен ответственным за выполнение этой части приказа. Затем 27.10.2016 между Автономным учреждением Воронежской области «Центром развития физической культуры и спорта», в лице руководителя ФИО11 и ООО «Вымпел», в лице директора ФИО5, был заключен договор №104-ЕП на оказание услуги по обеспечению участия спортивных команд Воронежской области во всероссийском турнире по футболу «Золотая осень» в &lt;...&gt; в период с 29.10.2016 по 05.11.2016. Согласно условий договора, ООО «Вымпел» должно было обеспечить проезд к месту проведения соревнований, а так же проживание и питание спортсменов на период проведения соревнований. Цена указанного договора составила 600 000 рублей. Он лично во время подготовки к поездке, контроль за исполнением не осуществлял, поскольку данные обязанности на него не возложены. В случае с выездом спортсменов в &lt;...&gt; может пояснить, что ему был предоставлен протокол соревнований, либо отчет главного судьи, что именно точно не помнит. Данные документы ему на ознакомление предоставлял ФИО164 После предоставления данных документов его обязанности по контролю за исполнением вышеуказанного Приказа закончились. О том, что спортсмены не ездили на соревнования в &lt;...&gt; в указанный выше период времени, ему известно не было до начала проверки данного факта сотрудниками полиции. В рамках исполнения указанного договора за выполнение оказанных услуг, АУ ВО «ЦРФКС» перечислило на расчетный счет ООО «Вымпел» денежные средства в общей сумме 600 000 рублей, выделенные из бюджета Воронежской области. С инициаторами проведения турнира по футболу «Золотая осень», проходившего в период с 29.10.2016 по 05.11.2016 в г. Белгороде он не связывался. Свидетель ФИО165 подтвердил показания, данные на следствии 13.02.2018 г. и показал суду, что с конца мая 2015 года по 05.12.2017 он работал в должности руководителя Автономного учреждения Воронежской области «Центр развития физической культуры и спорта». В 2015 году, еще до его назначения в конце мая 2015 года, Управлением физической культуры и спорта Воронежской области, было принято решение профинансировать команды СДЮСШОР по футболу «Факел» для участия в турнирах в &lt;...&gt; и в &lt;...&gt; в 2015 году. Организовать участие спортивных команд в данном мероприятии было поручено еще до его назначения ГБУ ВО «Информцентр» (АУ ВО «ЦРФКС») за счет средств бюджета Воронежской области, где он на тот момент работал в должности директора. После этого в рамках исполнения данного указания 26.06.2015 между ГБУ ВО «Информцентр» в его лице, и ООО «Вымпел», в лице директора ФИО5, был заключен государственный контракт №2015.223781 на оказание услуг по организации участия воронежских спортсменов в Финале Первенства МОА «Черноземье» ДД.ММ.ГГГГ г.р. в &lt;...&gt; в период с 29.06.2015 по 08.07.2015 и в Международном турнире «Кубок южной столицы» в &lt;...&gt; в период с 05.07.2015 по 16.07.2015. Согласно условий указанного контракта ООО «Вымпел» должно было обеспечить проезд воронежских спортсменов к месту проведения соревнований, а так же проживание и питание спортсменов на период проведения соревнований. Цена указанного контракта составила 1211099,66 рублей. По Тамбову ему неизвестно, а по &lt;...&gt; он сообщает следующее. После заключения указанного контракта, примерно в июле 2015 года директором ООО «Вымпел» ФИО5 были представлены в ГБУ ВО «Информцентр» документы об участии юношеских команд ГБОУДОВО «СДЮСШОР по футболу «Факел» в Международном турнире «Кубок южной столицы» в &lt;...&gt; в период с 05.07.2015 по 16.07.2015 и акты выполненных работ для оплаты. После прохождения внутреннего согласования, на основании представленных ФИО5 документов он подписал акты выполненных работ по указанному контракту, будучи уверенным, что ООО «Вымпел» в лице директора ФИО5 выполнило взятые на себя обязательства по указанному контракту в полном объеме. На основании указанных документов в июле 2015 года ГБОУ ВО «Информцентр» с расчетного счета №&lt;***&gt;, открытого в УФК по Воронежской области на расчетный счет ООО «Вымпел» №&lt;***&gt;, открытый в ОО «Воронежский» ПАО «Ханты - Мансийский Банк Открытие», были перечислены денежные средства в общей сумме примерно 920 000 рублей за участие в Международном турнире «Кубок южной столицы» в &lt;...&gt; в период с 05.07.2015 по 16.07.2015). После того, как сотрудниками полиции началась проверка деятельности ООО «Вымпел» по исполнению договорных обязательств ГБУ ВО «Информцентр», ему стало известно со слов сотрудников полиции, что фактически обязательства по вышеуказанному контракту ООО «Вымпел» исполнены в полном объеме не были, команда в Международном турнире «Кубок южной столицы» в &lt;...&gt; в период с 05.07.2015 по 16.07.2015 участия не принимала. Также, в апреле 2016 в Управление физической культуры и спорта Воронежской области от директора ГБОУДОВО «СДЮСШОР по футболу «Факел» ФИО7 поступил запрос №85/16-01-16/35 от 26.04.2016 о финансировании юношеской команды ГБОУДОВО «СДЮСШОР по футболу «Факел» в Международном футбольном турнире, проводимом в &lt;...&gt; с 15.06.2016 по 25.06.2016. Указанная заявка была рассмотрена первым заместителем руководителем Управления ФИО166. По результатам рассмотрения указанной заявки был подписан в Управлении приказ №668-ОД от 31.05.2016, на основании которого было решено направить спортивные команды Воронежской области для участия в Международном турнире по футболу, проходящем в &lt;...&gt; с 15.06.2016 по 25.06.2016. Организовать участие спортивных команд в данном мероприятии было поручено АУ ВО «ЦРФКС» в его лице за счет средств бюджета Воронежской области. После этого, 09.06.2016 между Автономным учреждением Воронежской области «Центром развития физической культуры и спорта», в лице исполняющего обязанности руководителя ФИО167 ( и ООО «Вымпел», в лице директора ФИО5, был заключен договор №44-ЕП на оказание услуги по обеспечению участия спортивных команд Воронежской области в международном турнире по футболу в &lt;...&gt; в период с 15.06.2016 по 25.06.2016. В рамках указанного договора ООО «Вымпел» взяло на себя обязательства обеспечить проезд к месту проведения соревнований, а так же проживание и питание спортсменов на период проведения соревнований. Стоимость была определена в сумме 980 000 рублей. Затем 25.06.2016 директором ООО «Вымпел» ФИО5 в АУ ВО «ЦРФКС» был предоставлен акт выполненных работ №4 от 25.06.2016 и пакет документов, подтверждающих проведение указанных соревнований (протоколы соревнований), а именно участие юношеской команды ГБОУДОВО «СДЮСШОР по футболу «Факел» в Международном футбольном турнире «Кубок Южной Столицы», проводимом в &lt;...&gt; с 15.06.2016 по 25.06.2016. После прохождения внутреннего согласования, на основании данных документов он подписал акт выполненных работ по указанному договору. На основании представленных документов, рассмотрения приемочной комиссии, положительного ее заключения, он полагал, что данный договор был исполнен и подписал акт приема выполненных работ. На основании указанных документов 14.07.2016 и 25.07.2016 платежными поручениями с расчетного счета АУ ВО «ЦРФКС» №&lt;***&gt;, открытого в УФК по Воронежской области на расчетный счет ООО «Вымпел» №&lt;***&gt;, открытый в ОО «Воронежский» ПАО «Ханты - Мансийский Банк Открытие», были перечислены денежные средства в сумме 980 000 рублей, выделенные из бюджета Воронежской области, за выполнение оказанных услуг согласно договору №44-ЕП от 09.06.2016 и акта выполненных работ №4 от 25.06.2016. Вместе с тем, 17.10.2016 в Управление физической культуры и спорта Воронежской области от директора ГБОУДОВО «СДЮСШОР по футболу «Факел» ФИО7 поступил запрос №85/16-01-16/76 от 17.10.2016 о финансировании юношеской команды ГБОУДОВО «СДЮСШОР по футболу «Факел» в футбольном турнире «Золотая Осень», проводимом в г. Белгороде с 29.10.2016 по 06.11.2016. Указанная заявка была рассмотрена первым заместителем руководителем Управления ФИО168 По результатам рассмотрения указанной заявки ему было дано 17.10.2016 письменное указание оказать содействие. После данного указания 27.10.2016 между Автономным учреждением Воронежской области «Центром развития физической культуры и спорта», в его лице, как руководителя, и ООО «Вымпел», в лице директора ФИО5, был заключен договор №104-ЕП на оказание услуги по обеспечению участия спортивных команд Воронежской области во всероссийском турнире по футболу «Золотая осень» в &lt;...&gt; в период с 29.10.2016 по 05.11.2016. Стоимость был определена в сумме 600 000 рубле. Затем 06.11.2016 директором ООО «Вымпел» ФИО5 в АУ ВО «ЦРФКС» был предоставлен акт выполненных работ №7 от 06.11.2016 и пакет документов, подтверждающих проведение указанных соревнований (протоколы соревнований), а именно участие юношеской команды ГБОУДОВО «СДЮСШОР по футболу «Факел» во всероссийском турнире по футболу «Золотая осень» в &lt;...&gt; в период с 29.10.2016 по 05.11.2016. После прохождения внутреннего согласования, на основании данных документов он подписал акт выполненных работ по указанному договору. На основании представленных документов, рассмотрения приемочной комиссии, положительного ее заключения, он полагал, что данный договор был исполнен и подписал акт приема выполненных работ. На основании указанных документов 22.11.2016 платежными поручениями с расчетного счета АУ ВО «ЦРФКС» №&lt;***&gt;, открытого в УФК по Воронежской области на расчетный счет ООО «Вымпел» №&lt;***&gt;, открытый в ОО «Воронежский» ПАО «Ханты - Мансийский Банк Открытие», были перечислены денежные средства в сумме 600 000 рублей, выделенные из бюджета Воронежской области, за выполнение оказанных услуг согласно договору №104-ЕП от 27.10.2016 и акта выполненных работ №7 от 06.11.2016. О том, что указанные турниры в &lt;...&gt; и г. Белгороде не проводились, ему известно не было. Свидетель ФИО169. суду пояснил, что работает в ФГБОУ ВО «Воронежский государственный педагогический университет», в должности декана факультета физической культуры и безопасности жизнедеятельности. С апреля по июль 2016 года он работал в должности заместителя руководителя Автономного учреждения Воронежской области «Центр развития физической культуры и спорта» (АУ ВО «ЦРФКС»). В июне 2016 года он исполнял обязанности руководителя АУ ВО «ЦРФКС» и им заключался договор №44-ЕП от 19.06.2016 на оказание услуг по обеспечению участия команды Воронежской области по футболу в международном турнире по футболу в &lt;...&gt; в период с 15.06.2016 по 25.06.2016 года. Данный договор был заключен между АУ ВО «ЦРФКС» и ООО «Вымпел». Со стороны ООО «Вымпел» договор был подписан директором организации ФИО5 Стоимость услуги, согласно договору составила 980 000 руб. Данный договор заключался на основании приказа №668-ОД от 31.05.2016, изданного Управлением физической культуры и спорта Воронежской области. Об обстоятельствах исполнения данного договора он не осведомлен. Ему на подпись представлялся согласованный со всеми специалистами договор с ООО «Вымпел», который был им подписан. Также ему неизвестно, ездили ли на турнир дети. Показания, данные на следствии, он подтверждает. Свидетель ФИО170., показания которого оглашались по ходатайству прокурора и согласию сторон, пояснял, что работает в должности тренера – преподавателя в ДЮСШ №6, а так же является председателем БМОО «Детская футбольная лига». В его обязанности, как председателя входит: развитие футбола, оказание помощи в организации и проведении массовых мероприятий, в том числе соревнований по футболу. В г. Белгороде каждой осенью проводится турнир под названием «Золотая осень», однако он проводится среди детских команд только детской спортивной школы г. Белгорода и проводит данные соревнования именно данная детская спортивная школа. Это внутренний турнир для команд детской спортивной школы г. Белгорода, и иные города в данном турнире участия не принимают. Никакого положения о проведении всероссийского турнира по футболу «Золотая осень» среди команд юношей 2000 – 2001, 2003 – ДД.ММ.ГГГГ года рождения, он не подписывал, не утверждал и не издавал. При изучении представленного ему положения о проведении всероссийского турнира по футболу «Золотая осень» среди команд юношей 2000 – 2001, 2003 – ДД.ММ.ГГГГ года рождения, им было установлено, что в верхнем левом углу стоит подпись, похожая не его, однако он такого положения не утверждал. Юношеские команды ГБОУДОО «СДЮСШОР по футболу «Факел» никогда не принимали участие в турнире «Золотая осень», так как в данном турнире участвуют только футболисты г. Белгорода. Соревнования под названием «Золотая осень», проводятся в г. Белгороде каждый год, в осенний период времени. Точные даты проведения данного турнира назвать затрудняется. ФИО174 является президентом областной федерации футбола Белгородской области, и никакого отношения к турниру под названием «Золотая осень», не имеет. ФИО5, на сколько ему известно, является тренером ГБОУДОВО «СДЮСШОР по футболу «Факел», является ли ФИО5 директором ООО «Вымпел», он не знает. ФИО173. является директором ГБОУДОВО «СДЮСШОР по футболу «Факел». ФИО171. и ФИО172., ему не знакомы. Команды, участвующие в соревнованиях, за пределами Белгородской области, финансируются за счет привлеченных средств, примерно на 90-95 процентов за счет средств родителей футболистов. Это происходит в связи с тем, что бюджет их ДЮШС небольшой и денежные средства, которые выделяются на финансирование, уходят на оплату турнирных взносов в МАО «Черноземье» и БРО «Федерации футбола», а также на транспортные расходы к месту проведения соревнований. На турнир «Золотая осень», проводимый в г. Белгороде осенью 2016 года, никогда команды из других городов не приезжали и положения о проведении всероссийского турнира по футболу «Золотая осень» сери команд юношей 2000 – 2001, 2003 – ДД.ММ.ГГГГ года рождения он никогда не подписывал. (т. 3 л.д. 146-148). Свидетель ФИО175 показания которого оглашались по ходатайству прокурора и согласию сторон, пояснял, что о приглашении какой-либо сборной команды Воронежской области по футболу (1999-2000 годов рождения) на Международный турнир в &lt;...&gt; в период с 05.07.2015 по 16.07.2015, ему ничего не известно. В качестве главного судьи таблицу Международного футбольного турнира «Кубок Южной Столицы» среди юношей 1999 – 2000 годов рождения, проводимом в &lt;...&gt;, в период с 05.07.2015 по 16.07.2015, он не подписывал. Привозил ли ФИО5 в летнее время футбольную команду в &lt;...&gt;, ему не известно. С 15.06.2016 по 25.06.2016 какого-либо международного турнир «Кубок Южной Столицы» по футболу в &lt;...&gt; с его участием не проводилось, какого-либо приглашения сборной команды Воронежской области по футболу (2000 – 2001 годов рождения) он не составлял. В вышеуказанные сроки положение о проведении в &lt;...&gt; международного детско-юношеского футбольного турнира «Кубок Южной Столицы», он не подписывал, кто его готовил, ему не известно. В графе «Согласовано Директор АНО ФК «Юг-Спорт» ФИО176, в указанном положении подпись стоит не его. В качестве главного судьи он никогда не был, таблицу Международного футбольного турнира «Кубок Южной Столицы» среди юношей ДД.ММ.ГГГГ года рождения, ДД.ММ.ГГГГ года рождения, проводимом в &lt;...&gt;, в период времени с 15.06.2016 по 25.06.2016, он не подписывал. (т. 3 л.д. 172-173). Свидетель ФИО177., показания которого оглашались по ходатайству прокурора и согласию сторон, пояснял, что с 2012 года по настоящее время является Президентом Воронежской областной общественной организации «Федерация футбола» (далее по тексту ВООО «Федерация футбола»), которая зарегистрирована по адресу: &lt;...&gt; «а». Основным видом деятельности Федерации является деятельность прочих общественных организаций, не включенных в другие группировки. Основными целями и задачами, функциями ВООО «Федерация футбола» являются: развитие и популяризация (пропаганда) футбола в Воронежской области; организация и проведение официальных и неофициальных спортивных мероприятий по футболу; контроль и надзор за футбольными матчами всех видов, в том числе товарищескими, которые проводятся на территории Воронежской области; содействие уполномоченным государственным органам власти и органам местного самоуправления, общественным объединениям в совершенствовании правового регулирования в области спорта и футбола; представление интересов воронежского футбола в межрегиональных и общероссийских спортивных организациях; разработка и утверждение структуры, регламентов и календарей областных соревнований по футболу и контроль за их соблюдением; организация и проведение официальных и неофициальных соревнований по футболу на территории Воронежской области; а так же многое другое, что связано с футболом. В его должностные обязанности входит: осуществление общего руководства деятельностью Федерации; от имени Федерации представлять ее интересы в отношениях с гражданами и юридическими лицами, совершать необходимые сделки и заключать договора, организовать исполнение обязательств, принятых на себя Федерацией; издавать приказы и распоряжения и так далее. Об участии юношеской команды ГБОУДОВО «СДЮСШОР по футболу «Факел» в Международном футбольном турнире «Кубок Южной Столицы», проводимом в &lt;...&gt; с 05.07.2015 по 16.07.2015, ему ничего не известно. Если бы данный турнир и проводился, то он точно бы знал об этом. Соответственно может с уверенностью сказать, что данный турнир не проводился. Всероссийский турнир по футболу «Золотая осень» в &lt;...&gt; в период с 29.10.2016 по 05.11.2016 не проводился. Юношеская команда по футболу ГБОУДОВО «СДЮСШОР по футболу «Факел» в указанном турнире, либо какая-другая Воронежская команда спортсменов, участия в нем не принимали. Ознакомившись с предъявленной копией письма ВООО «Федерация футбола» в адрес руководителя управления физической культуры и спорта Воронежской области ФИО178., подписанное от его имени, согласно которого, он от имени Федерации просит включить в план спортивных мероприятий на 2016 год турнир по футболу «Золотая осень» среди юношей 2000-ДД.ММ.ГГГГ г.р., который будет проходить в &lt;...&gt; с 29.10.2016 по 06.11.2016, пояснил, что подобного рода писем, запросов, других документов, он не подписывал. Всероссийский турнир по футболу «Золотая осень» в &lt;...&gt; в период с 29.10.2016 по 05.11.2016, как он уже сказал выше, не проводился. О включении в план спортивных мероприятий на 2016 год указанного соревнования он никогда никого не просил, в том числе подобных писем в адрес Управления физической культуры и спорта Воронежской области не направлял. Кроме того, в ВООО «Федерация футбола» сложилась такая практика, что на отправляемой документации, в том числе письмах, запросах, свою подпись он ставит только после того, как они зарегистрированы в книге учета исходящей корреспонденции ВООО «Федерация футбола» и имеют свой исходящий номер и дату направления. При этом на представленной ему для ознакомления копии письма нет исходящего номера и даты отправки, что подтверждает то, что он указанное письмо он не подписывал и не отправлял. Кроме того форма самого бланка письма не соответствует форме бланка писем, отправляемых уже на протяжении многих лет в ВООО «Федерация футбола», а именно в верхнем левом углу отсутствует «фирменный» логотип с изображением футбольного мяча, фрагмента карты России и текстом «Воронежская областная федерация футбола». Кроме того на бланке письма, представленного ему для ознакомления, текст в верхней части выполнен с отличием от текста на их бланке, а именно на третьей строчке на их бланке присутствует текст «Федерация футбола», а на копии представленной ему для ознакомления на третьей строчке присутствует только слово «футбола», что так же свидетельствует о том, что письмо, в том числе его копия, которая ему представлена для ознакомления, с просьбой включить в план соревнований турнир, в ВООО «Федерация футбола» не изготовлялась и им не подписывалась. Считает, что кто-то фиктивно изготовил указанное письмо, в том числе его копию. Для чего именно это было сделано, сказать не может, так как ему об этом ничего не известно. (т. 3 л.д. 187-189). Свидетель ФИО179. подтвердила показания, данные в ходе расследования и пояснила, что с 2013 года работает в Автономном учреждении Воронежской области «Центр развития физической культуры и спорта» (АУ ВО «ЦРФКС»). Примерно с октября 2015 года она занимает должность главного бухгалтера в указанном центре. Основным видом деятельности АУ ВО «ЦРФКС» является: деятельность в области спорта, а именно участвуют в развитии программы физической культуры и спорта в Воронежской области. Штат сотрудников АУ ВО «ЦРФКС» составляет 43 человека. В АУ ВО «ЦРФКС» есть пять отделов: «административно-управленческий отдел», «отдел бухгалтерского учета», «отдел развития массового спорта», «отдел сопровождения деятельности учредителей», и «аналитический отдел». Кроме того, до января 2017 года в АУ ВО «ЦРФКС» был еще один отдел – «договорных отношений». Руководителем АУ ВО «ЦРФКС» является ФИО182. Заместителем ФИО180. является ФИО181. В ее должностные обязанности входит ведение бухгалтерского учета АУ ВО «ЦРФКС». Между АУ ВО «ЦРФКС» и ООО «Вымпел» было заключено всего 3 договора. По двум договорам №44-ЕП от 09.06.2016 и №104-ЕП от 27.10.2016 ООО «Вымпел» должно было обеспечить проезд спортсменов – футболистов к месту проведения соревнований, а также проживание и питание спортсменов на период проведения соревнований, а именно турниров по футболу в &lt;...&gt; и в г. Белгороде. Кроме того, между АУ ВО «ЦРФКС» и ООО «Вымпел» в 2015 году был заключен еще один договор, номер которого не помнит. Какую именно услугу ООО «Вымпел» оказывало для АУ ВО «ЦРФКС» в 2015 году в рамках данного договора, сказать не может. Как именно заключались указанные договоры между АУ ВО «ЦРФКС» и ООО «Вымпел», ей не известно. Оплата по указанным договорам проходила 14.07.2016, 25.07.2016 и 22.11.2016. Кто именно подготавливал платежные поручения, согласно которым АУ ВО «ЦРФКС» оплатило услуги ООО «Вымпел», сообщить не может. Оплата производилась в соответствии с представленными в бухгалтерию АУ ВО «ЦРФКС» документами, а именно договором, счетом, актом выполненных и оказанных услуг. О том, что ООО «Вымпел» не исполнил обязательства перед АУ ВО «ЦРФКС», ей известно не было. О том, что ООО «Вымпел» не организовал проведения соревнований, а именно турниров по футболу команд Воронежской области в &lt;...&gt; и в г. Белгороде, ей известно не было. Подписи в протоколе заседания приемочной комиссии АУ ВО «ЦРФКС» от 25.06.2016, на котором были рассмотрены результаты исполнения договора №44-ЕП от 09.06.2016 (оказание услуг по обеспечению участия спортивной команды Воронежской области в Международном турнире по футболу в &lt;...&gt;) и приложении к протоколу в виде заключения экспертизы результатов исполнения Договора, напротив ее фамилии стоят ее. Указанный протокол и приложение к нему в виде заключения экспертизы результатов исполнения Договора были подписаны приемочной комиссией на основании акта выполненных работ №4 от 25.06.2016 и Договора №44-ЕП от 09.06.2016. Оригиналы указанных протоколов, приложения к нему в виде заключения экспертизы, и акт №4 от 25.06.2016 должны храниться у них в бухгалтерии АУ ВО «ЦРФКС». На основании каких именно документов был подписан акт выполненных работ №4 от 25.06.2016 со стороны АУ ВО «ЦРФКС», ей не известно. Подписи в протоколе заседания приемочной комиссии АУ ВО «ЦРФКС» от 06.11.2016, на котором были рассмотрены результаты исполнения договора №104-ЕП от 27.10.2016 (оказание услуг по обеспечению участия спортивной команды Воронежской области во Всероссийском турнире по футболу «Золотая осень» в &lt;...&gt;) и приложении к протоколу в виде заключения экспертизы результатов исполнения Договора, напротив ее фамилии стоят ее. Указанный протокол и приложение к нему в виде заключения экспертизы результатов исполнения Договора были подписаны приемочной комиссией на основании акта выполненных работ №7 от 06.11.2016 и Договора №104-ЕП от 27.10.2016. Каким именно образом происходило подписание указанных протокола и приложения к нему, она уже не помнит. Оригиналы указанных протокола, приложения к нему в виде заключения экспертизы, и акт №7 от 06.11.2016 должны храниться у них в бухгалтерии АУ ВО «ЦРФКС». На основании каких именно документов были подписан акт выполненных работ №7 от 06.11.2016 со стороны АУ ВО «ЦРФКС», ей не известно. При подписании протокола заседания приемочной комиссии ей было достаточно акта выполненных работ. Свидетель ФИО183., показания которой оглашались по ходатайству прокурора и согласию сторон, поясняла, что с июня 2016 года она работает в ООО «Комфорт» в должности директора и главного бухгалтера. Организация имеет один расчетный счет, открытый в банке ВТБ, расположенном в г. Воронеже. Для дистанционного банковского обслуживания ООО «Комфорт» пользуется услугами «Клиент-Банка». Электронный ключ для подключения к указанной услуге находится у кассира ФИО184 на рабочем месте в офисе ООО «Комфорт» по адресу: &lt;...&gt;. По указанному адресу так же находятся все учредительные и бухгалтерские документы указанного ООО. Основным видом деятельности ООО «Комфорт», согласно Уставу, является деятельность гостиниц и ресторанов. ООО «Комфорт» для осуществления своей деятельности арендует базу отдыха «Немецкая Слобода», расположенную по адресу: Воронежской области, с. Чертовицы, пер. Спортивный, д.21 у ООО «Ремекс», директором которого является ФИО185. База отдыха имеет около 450 спальных мест. Кроме того, с июня 2016 года она работает так же в должности директора ООО «Мир Гостиниц». Основным видом деятельности ООО «Мир Гостиниц» так же является деятельность гостиниц и ресторанов. Фактически ООО «Мир Гостиниц» осуществляет функции бронирования для ООО «Комфорт». Для этих целей между указанными юридическим лицами заключены соответствующие договоры. Юридический и фактический адрес ООО «Мир Гостиниц»: г. Воронеж, ул. Плехановская, д.10 «а», офис №201. В 2016 году в период времени с 30 июня по 22 июля между ООО «Комфорт» и ООО «Вымпел» было заключено 3 договора купли продажи путевок: №08/16 от 30.06.2016, №10/16 от 10.07.2016, №15/16 от 22.07.2016, в рамках которых ООО «Комфорт» предоставляло ООО «Вымпел» услуги по проживанию на базе «Немецкая Слобода»: по договору №08/16 от 30.06.2016 услуги по проживанию на базе «Немецкая Слобода» были предоставлены участникам Финала первенства «Черноземье» с 31.05.2016 по 08.06.2016 на сумму 120000 рублей; по договору №10/16 от 10.07.2016 услуги по проживанию на базе «Немецкая Слобода» были предоставлены участникам Второй Всероссийской летней спартакиады спортивных школ с 04.07.2016 по 10.07.2016 на общую сумму 819000 рублей; по договору №15/16 от 22.07.2016 услуги по проживанию на базе «Немецкая Слобода» были предоставлены участникам Всероссийских соревнований по футболу «Кожаный мяч» с 15.07.2016 по 21.07.2016 на общую сумму 1485290 рублей. Указанные договоры между ООО «Комфорт» и ООО «Вымпел» были подписаны ею, как директором ООО «Комфорт» и ФИО5, как директором ООО «Вымпел». При этом при подписании указанных договоров она лично с ФИО5 не общалась. Видела его всего один раз и то, при каких обстоятельствах не помнит. Подписание указанных договоров проходило через отдел продаж ООО «Мир Гостиниц». После того, как услуги ООО «Комфорт» оказало, были заключены указанные выше договоры. То есть договор заключался фактически уже после оказания услуги. До оказания услуги между ООО «Комфорт» и ООО «Вымпел» каких-либо договоров не подписывалось. Это делалось с той целью, чтобы проще было просчитать стоимость оказанной услуги, так как кто – то мог не заехать на базу отдыха, кто – то мог съехать раньше. При подписании договора на оказание услуги уже после фактически оказанной услуги проще просчитать всю стоимость данной услуги. Кто именно поименно отдыхал в рамках заключенных договоров на базе отдыха «Немецкая Слобода» в период с 31.05.2016 по 08.06.2016; с 04.07.2016 по 10.07.2016; с 15.07.2016 по 21.07.2016, сказать не может. На данный вопрос может ответить только то, что в указанные периоды времени на базе отдыха «Немецкая Слобода» отдыхали дети, в рамках заключенных между ООО «Комфорт» и ООО «Вымпел» договоров. Ей было известно, что приезжающие и располагающие у них дети приезжали на соревнования по футболу. Она с ФИО5 условия размещения и питания не обсуждала. С какого города размещались дети, она не знает. На базе отдыха ответственность за детей несет сопровождающее лицо, соответственно в случае с ООО «Вымпел» так же должны были быть ответственные от данного Общества лица – по всей видимости тренеры. Так как ООО «Комфорт» заключал договоры не с конкретным отдыхающим - физическим лицом, а с юридическим лицом, то им данные отдыхающих нужны не были. То есть ООО «Комфорт» в рамках заключенных договоров предоставлял просто для ООО «Вымпел» койко-места. Единственное, что ООО «Комфорт» могло потребовать от ООО «Вымпел» при заселении отдыхающих детей на базу отдыха это предъявление доверенностей от родителей, справок о состоянии здоровья каждого ребенка и копии Свидетельств о рождении детей. Указанные документы ООО «Комфорт» себе никогда не оставляло, а хранилось все у Заказчика, в данном случае у ООО «Вымпел». Списки размещаемых детей от ООО «Вымпел» в ООО «Комфорт» отсутствуют. Может предположить, что их данные были на ресепшен на базе отдыха только на период их проживания на базе. Однако после съезда никаких списков отдыхающих они себе не оставляли. После оказанных услуг ООО «Комфорт» от ООО «Вымпел» на расчетный счет в срок получило оплату оказанных услуг в полном объеме. Так от ООО «Вымпел» на расчетный счет ООО «Комфорт» поступили денежные средства в общей сумме 2424290 рублей в следующих суммах и в следующие даты: 01.07.2016 в сумме 120000 рублей с основанием платежа: «Предоплата за питание по договору №2-2016 от 01.07.2016»; 14.07.2016 в сумме 186000 рублей с основанием платежа: «доплата за проживание по контракту №2-2016 от 01.07.2016»; 14.07.2016 в сумме 200000 рублей с основанием платежа: «предоплата за питание по договору №4-2016 от 11.07.2016»; 25.07.2016 в сумме 580000 рублей с основанием платежа: «доплата за питание по договору №4-2016 от 11.07.2016»; 05.08.2016 в сумме 256950 рублей с основанием платежа: «оплата за проживание по договору №5-2016 от 11.07.2016»; 23.09.2016 в сумме 619340 рублей с основанием платежа: «оплата по счету №НЕМ00238 от 23.09.2016»; 23.11.2016 в сумме 462000 рублей с основанием платежа: «оплата по договору №8 от 27.10.2016 за питание и проживание по счету №НЕМ00271 от 17.11.2016». Таким образом, ООО «Вымпел» полностью расплатилось с ООО «Комфорт» за оказанные услуги. ООО «Вымпел» за предоставленные услуги по проживанию расплачивалось всегда безналичным расчетом. Наличные денежные средства она от ООО «Вымпел», в том числе от ФИО5 никогда не получала и ему не передавала. После оплаты ООО «Вымпел» оказанных услуг ООО «Комфорт» полученные денежные средства были израсходованы Обществом на текущую деятельность организации, погашения задолженностей перед поставщиками и прочие расходы Общества. О договорных отношениях между ООО «Вымпел» и АУ ВО «ЦРФКС», ей ничего не известно. (т. 3 л.д. 202-206). Свидетель ФИО186. суду пояснила, что с 2011 года работает в должности бухгалтера-кассира в ООО «Комфорт». В ее обязанности входит: ведение и соблюдение кассовой дисциплины в ООО «Комфорт», составление различных бухгалтерских и банковских документов, иная текущая бухгалтерская работа организации. Основным видом деятельности ООО «Комфорт», согласно Уставу, является деятельность в области отдыха, а именно ООО «Комфорт» оказывает услуги по проживанию отдыхающих на базе отдыха «Немецкая Слобода», расположенной в с. Чертовицы Рамонского района Воронежской области и «Глухомань», расположенной в Бобровском районе. Директором ООО «Комфорт» с июня 2016 года является ФИО187. У ООО «Комфорт» имеется один расчетный счет, открытый в банке ВТБ, расположенном в г. Воронеже. Для дистанционного банковского обслуживания ООО «Комфорт» пользуется услугами «Клиент-Банка Она помнит, что с июля 2016 года по ноябрь 2016 года на расчетный счет ООО «Комфорт» поступали денежные средства в крупных суммах с расчетного счета ООО «Вымпел». Основанием поступления указанных денежных средств на счет ООО «Комфорт» было предоставление организацией ООО «Комфорт» услуг по проживанию и питанию отдыхающих от ООО «Вымпел» на базе отдыха «Немецкая Слобода». При этом, в 2016 году на турбазе «Немецкая Слобода» проживала детская команда футболистов, которая ей запомнилась тем, что в ООО «Комфорт» было много суеты с их проживанием, в том числе, связанной с закупками больших объемов продуктов питания для них. Назвать, кто именно из указанных выше детей и их сопровождающих проживал на базе отдыха «Немецкая Слобода» в периоды времени с 31.05.2016 по 08.06.2016; с 04.07.2016 по 10.07.2016; с 15.07.2016 по 21.07.2016, назвать не может. Свои показания на следствии она поддерживает в полном объеме. Свидетель ФИО188. показания которого оглашались по ходатайству прокурора и согласию сторон, пояснял, что с августа 2006 года он является индивидуальным предпринимателем (ИП ФИО191.). Основным и единственным его видом деятельности, как индивидуального предпринимателя, является деятельность прочего сухопутного транспорта по регулярным внутригородским и пригородным пассажирским перевозкам. У него в собственности есть 8 пассажирских автобусов, которые стоят на балансе ИП ФИО189. Юридический и фактический адрес его ИП находится по адресу его регистрации: &lt;...&gt;. Его рабочее место находится в офисном помещении, расположенном в административном задании на 10 автобазе г. Воронежа, расположенной по адресу: &lt;...&gt;. Там же на территории автобазы у него припаркованы принадлежащие ему автобусы. Штат сотрудников ИП ФИО190. составляет 8 сотрудников – водителей. Бухгалтера у него нет. Бухгалтерские услуги ему оказывают различные организации в рамках заключенных договоров. Техническим обслуживанием и ремонтом техники он занимается сам совместно с водителями. В 2016 году между ним, как индивидуальным предпринимателем и ООО «Вымпел» были заключены 3 договора на оказание автотранспортных услуг, а именно на пассажирские перевозки: №08-2016 от 10.06.2016, №31-2016 от 11.07.2016, №9-2016 от 27.10.2016. В рамках указанных договоров он осуществлял перевозки спортсменов-футболистов в течение примерно 2 недель для ООО «Вымпел» осенью 2016 года на территории Воронежской области, в частности в Рамонский район Воронежской области, где проходили соревнования по футболу и соревнования по стрельбе. Междугородних, международных перевозок для ООО «Вымпел» он никогда не осуществлял. Непосредственно в &lt;...&gt; и в &lt;...&gt; спортсменов, других пассажиров, для ООО «Вымпел» он, как индивидуальный предприниматель, в том числе в 2015-2016 годах не перевозил. Точных обстоятельств заключения договоров на перевозки с ООО «Вымпел», он не помнит. Единственное, что помнит, это то, что по поводу перевозки спортсменов для ООО «Вымпел» он общался с мужчиной по имени Игорь, являющимся директором указанного ООО. Точных анкетных данных Игоря он не помнит. Его номера телефона у него не сохранилось. За свои услуги от ООО «Вымпел» он получил на свой расчетный счет чуть больше 400 000 рублей, которые им были потрачены в ходе осуществления его индивидуальной предпринимательской деятельности и в личных целях. Договоров между ним и ООО «Вымпел», у него не сохранилось. Кто именно из его водителей работал на автобусах, которые перевозили пассажиров для ООО «Вымпел», он назвать не может, так как штат водителей у него постоянно меняется. После полученной оплаты от ООО «Вымпел», ни с его директором, ни с другими сотрудниками указанного ООО, он не общался. Помимо указанных 3 договоров между ним и ООО «Вымпел» других договоров никогда не заключалось. О каких-либо турнирах по футболу в &lt;...&gt; в 2015-2016 годах и в &lt;...&gt; в 2016 году ему ничего не известно. Конкретно он, как индивидуальный предприниматель, каких-либо перевозок пассажиров летом 2015-2016 г. в &lt;...&gt; и осенью 2016 г. в &lt;...&gt;, не осуществлял. (т. 3 л.д. 218-220). Свидетель ФИО192., показания которой оглашались по ходатайству прокурора и согласию сторон, поясняла, что с 2011 года она работает в должности бухгалтера в ООО «Газстройсервис». В ее должностные обязанности входит ведение бухгалтерии в указанном Обществе. Основным видом деятельности ООО «Газстройсервис» является строительство жилых и нежилых зданий и сооружений. Директором ООО «Газстройсервис» является ФИО193. ООО «Газстройсервис» зарегистрировано и фактически располагается с января 2015 года по адресу: г. Воронеж, ул. Кольцовская, дом №58 «а», офис №209. Собственником данного помещения являются ФИО194 и ФИО195. Такое юридическое лицо, как ООО «Вымпел» ей не знакомо. Каким видом деятельности занимается ООО «Вымпел», она не знает. По адресу: г. Воронеж, ул. Кольцовская, д.58 «а», офис №209 с января 2015 года ООО «Вымпел» не располагалось. ФИО5 ей не знаком (т. 3 л.д. 225-226). Свидетель ФИО196., показания которого оглашались по ходатайству прокурора и согласию сторон, пояснял, что работает начальником отдела материально-технического обеспечения АУ «МФЦ». У него совместно с его женой ФИО197 есть в собственности офисное помещение, расположенное по адресу: г. Воронеж, ул. Кольцовская, д.58 «а», офис №209. Указанное офисное помещение у них арендует с января 2015 года ООО «Газстройсервис». Такое юридическое лицо, как ООО «Вымпел» ему не знакомо. Каким видом деятельности занимается ООО «Вымпел», он не знает. По адресу: г. Воронеж, ул. Кольцовская, д.58 «а», офис №209 ООО «Вымпел» никогда не располагалось. ФИО5 ему не знаком. (т. 3 л.д. 229-230). Свидетель ФИО198., показания которого оглашались по ходатайству прокурора и согласию сторон, пояснял, что с 2012 года по сентябрь 2016 год работал в должности инженера-программиста АУ ВО «ЦРФКС». В его должностные обязанности входило установка техники, программ, оборудования, консультация работников центра по работе техники, договаривался по закупкам центром оборудования и офисной техники, настраивал телефонию и выполнял другие задания для бесперебойной работы техники в АУ ВО «ЦРФКС». Подписи в протоколе заседания приемочной комиссии АУ ВО «ЦРФКС» от 25.06.2016, на котором были рассмотрены результаты исполнения договора №44-ЕП от 09.06.2016 (оказание услуг по обеспечению участия спортивной команды Воронежской области в Международном турнире по футболу в &lt;...&gt;) и приложении к протоколу в виде заключения экспертизы результатов исполнения Договора, напротив его фамилии стоят его подписи. Указанный протокол и приложение к нему в виде заключения экспертизы результатов исполнения Договора были подписаны приемочной комиссией на основании акта выполненных работ №4 от 25.06.2106 и Договора №44-ЕП от 09.06.2016. Каким именно образом происходило подписание указанного протокола и приложения к нему, не помнит. Бывало так, что документы подписывались «стопками», он мог просто не обратить внимания на содержание подписываемых документов. В состав членов комиссии он был включен в результате того, что в Центре не хватало сотрудников, и его попросили войти в указанный состав членов комиссии, на что он согласился. Кто его просил это сделать, не помнит. На основании каких именно документов были подписан акт выполненных работ №4 от 25.06.2016 со стороны АУ ВО «ЦРФКС», ему не известно. В его обязанности проверять на фиктивность какие-либо документы, а так же проверять действительно ли были выполнены работы и услуги по договору не входит, и не входило. При подписании протокола заседания приемочной комиссии было достаточно, акта выполненных работ. (т. 3 л.д. 232-234). Свидетель ФИО199. полностью поддержал показания, данные в ходе расследования и показал суду, что работает в должности оперуполномоченного ОЭБиПК УМВД России по г. Воронежу. В связи с исполнением должностных обязанностей, в ходе проведения оперативно-розыскных мероприятий им получена информация о том, что директор ООО «Вымпел» (ИНН &lt;***&gt;) ФИО5, ДД.ММ.ГГГГ г.р., зарегистрированный по адресу: &lt;...&gt;, проживающий по адресу: &lt;...&gt;, совместно с неустановленными лицами совершили хищение денежных средств, выделенных из бюджета Воронежской области Автономному учреждению Воронежской области «ЦРФКС». Так, директор ГБОУ ДОД ВО СДЮСШОР по футболу «Факел» ФИО7 направил в Управление физической культуры и спорта Воронежской области запрос №85/16-01-16/35 от 26.04.2016 о финансировании юношеской команды ГБОУДОВО «СДЮСШОР по футболу «Факел» в Международном футбольном турнире, проводимом в &lt;...&gt; с 15.06.2016 по 25.06.2016. Управлением физической культуры и спорта Воронежской области, на основании рассмотрения указанной заявки, был подписан приказ №668-ОД от 31.05.2016, согласно которому было решено направить спортивные команды Воронежской области для участия в Международном турнире по футболу, проходящем в &lt;...&gt; с 15.06.2016 по 25.06.2016. Организовать участие спортивных команд в данном мероприятии Управление физической культуры и спорта Воронежской области поручило АУ ВО «ЦРФКС» в лице ФИО200 за счет средств бюджета Воронежской области. С целью выполнения данного поручения, 09.06.2016 между АУ ВО «ЦРФКС», в лице исполняющего обязанности руководителя ФИО201 и ООО «Вымпел», в лице директора ФИО5, был заключен договор №44-ЕП от 09.06.2016 на оказание услуги по обеспечению участия спортивных команд Воронежской области в международном турнире по футболу в &lt;...&gt; в период с 15.06.2016 по 25.06.2016. По условиям договора ООО «Вымпел» взяло на себя обязательства по организации проезда к месту проведения соревнований, а так же проживание и питание спортсменов на период проведения соревнований. Цена указанного договора составила 980 000 рублей. Затем ФИО5 и ФИО7 изготовили фиктивные документы об участии юношеской команды ГБОУДОВО «СДЮСШОР по футболу «Факел» в Международном футбольном турнире «Кубок Южной Столицы», проводимом в &lt;...&gt; с 15.06.2016 по 25.06.2016, которые представили в АУ ВО «ЦРФКС» для оплаты. При этом, ему было достоверно известно о том, что фактически обязательства по вышеуказанному договору ООО «Вымпел» исполнены не были, команда в вышеуказанном соревновании участия не принимала, а документы, представленные ФИО5 в качестве отчета об исполнении условий вышеуказанного договора ООО «Вымпел», являются фиктивными. На основании указанных документов в июле 2016 года АУ ВО «ЦРФКС» перечислило на расчетный счет ООО «Вымпел» денежные средства сумме 980 000 рублей, выделенные из бюджета Воронежской области, за выполнение якобы оказанных услуг согласно договору №44-ЕП от 09.06.2016. Указанные денежные средства ФИО5 м ФИО7 были похищены. Вместе с тем, ФИО7 направил в Управление физической культуры и спорта Воронежской области запрос №85/16-01-16/76 от 17.10.2016 о финансировании юношеской команды ГБОУДОВО «СДЮСШОР по футболу «Факел» в футбольном турнире «Золотая Осень», проводимом в &lt;...&gt; с 29.10.2016 по 06.11.2016. Управление физической культуры и спорта Воронежской области, на основании рассмотрения указанной заявки, был подписан приказ №1182-ОД от 28.10.2016, согласно которому было решено направить спортивные команды Воронежской области для участия в Международном турнире по футболу, проходящем в &lt;...&gt; с 29.10.2016 по 06.11.2016. Организовать участие спортивных команд в данном мероприятии Управление физической культуры и спорта Воронежской области, поручило АУ ВО «ЦРФКС» в лице ФИО11 за счет средств бюджета Воронежской области. С целью выполнения данного поручения, 27.10.2016 между АУ ВО «ЦРФКС», в лице руководителя ФИО11 и ООО «Вымпел», в лице директора ФИО5, был заключен договор №104-ЕП от 27.10.2016 на оказание услуги по обеспечению участия спортивных команд Воронежской области в турнире по футболу в г. Белгороде в период с 29.10.2016 по 06.11.2016. По условиям договора ООО «Вымпел» взяло на себя обязательства по организации проезда к месту проведения соревнований, а так же проживание и питание спортсменов на период проведения соревнований. Цена указанного договора составила 600 000 рублей. Затем ФИО5 по предварительному сговору с неустановленными лицами, осуществляя задуманное преступление до конца, изготовили фиктивные документы об участии юношеской команды ГБОУДОВО «СДЮСШОР по футболу «Факел» во всероссийском турнире по футболу «Золотая Осень» проводимом в &lt;...&gt; с 29.10.2016 по 06.11.2016, которые представил в АУ ВО «ЦРФКС» для оплаты. При этом ФИО5 было достоверно известно о том, что фактически обязательства вышеуказанному договору ООО «Вымпел» исполнены не были, команда в вышеуказанном соревновании участия не принимала, а документы, представленные ФИО5 в качестве отчета об исполнении условий вышеуказанного договора ООО «Вымпел», являются фиктивными. На основании указанных документов в ноябре 2016 года АУ ВО «ЦРФКС» перечислило на расчетный счет ООО «Вымпел» денежные средства сумме 600 000 рублей, выделенные из бюджета Воронежской области, за выполнение оказанных услуг согласно договору №104-ЕП от 27.10.2016. Указанные денежные средства были похищены. Кроме того, 26.06.2015 между ГБУ ВО «Информцентр», в лице директора ФИО202 и ООО «Вымпел», в лице директора ФИО5, был заключен государственный контракт №2015.223781 на оказание услуг по организации участия воронежских спортсменов в Финале Первенства МОА «Черноземье» ДД.ММ.ГГГГ г.р. в &lt;...&gt; в период с 29.06.2015 по 08.07.2015 и в Международном турнире «Кубок южной столицы» в &lt;...&gt; в период с 05.07.2015 по 16.07.2015. Согласно условий контракта ООО «Вымпел» должно было обеспечить проезд к месту проведения соревнований, а так же проживание и питание спортсменов на период проведения соревнований. Цена указанного контракта составила 1211099,66 рублей. Спустя некоторое время после заключения указанного контракта директором ООО «Вымпел» ФИО5 были представлены в ГБУ ВО «Информцентр» документы об участии юношеских команд ГБОУДОВО «СДЮСШОР по футболу «Факел» в Финале Первенства МОА «Черноземье» ДД.ММ.ГГГГ г.р. в &lt;...&gt; в период с 29.06.2015 по 08.07.2015 и в Международном турнире «Кубок южной столицы» в &lt;...&gt; в период с 05.07.2015 по 16.07.2015. для оплаты. На основании документов, представленных директором ООО «Вымпел» ФИО5, в июле 2015 года ГБУ ВО «Информцентр» перечислило на расчетный счет ООО «Вымпел» денежные средства в общей сумме 1211099,66 рублей: выделенные из бюджета Воронежской области, за выполнение оказанных услуг согласно контракту №2015.223781 от 26.06.2015 и актов выполненных работ (291099,66 рублей за участие юношеских команд ГБОУДОВО «СДЮСШОР по футболу «Факел» в Финале Первенства МОА «Черноземье» ДД.ММ.ГГГГ г.р. в &lt;...&gt; в период с 29.06.2015 по 08.07.2015 и 920 000 рублей за участие в Международном турнире «Кубок южной столицы» в &lt;...&gt; в период с 05.07.2015 по 16.07.2015). Фактически обязательства по вышеуказанному контракту ООО «Вымпел» исполнены в полном объеме не были, команда в Международном турнире «Кубок южной столицы» в &lt;...&gt; в период с 05.07.2015 по 16.07.2015 участия не принимала. В результате данных преступных действий АУ ВО «ЦРФКС» причинен материальный ущерб в крупном размере на сумму 920 000 рублей. Свидетель ФИО203. показания которого оглашались по ходатайству прокурора и согласию сторон, пояснял, что с 10.01.1982 он осуществляет трудовую деятельность в должности тренера-преподавателя в ГБОУ ДОД ВО «СДЮСШОР по футболу «Факел», расположенном по адресу: &lt;...&gt;. Директором ГБОУ ДОД ВО «СДЮСШОР по футболу «Факел» является ФИО7. Основным видом деятельности данного образовательного учреждения является подготовка юных футболистов. В его должностные обязанности входит: обучение детей футболу, воспитание детей и иные обязанности, предусмотренные его должностной инструкцией. Совместно с ним трудовую деятельность в должностях тренеров-преподавателей осуществляют: ФИО5, ФИО205, ФИО206, ФИО207, ФИО208, ФИО204, ФИО209, ФИО210. В период с 05.07.2015 по 16.07.2015 он не выезжал с командой футболистов юношей ДД.ММ.ГГГГ года рождения и ДД.ММ.ГГГГ года рождения на Международный детско - юношеский футбольный турнир «Кубок Южной Столицы», проходивший в &lt;...&gt;. Ему не известно, что данный футбольный турнир проходил в указанный период времени. Юношей ДД.ММ.ГГГГ года рождения в 2015 году он не тренировал, поскольку у него была команда детей ДД.ММ.ГГГГ года рождения. Директор ГБОУ ДОД ВО «СДЮСШОР по футболу «Факел» ФИО7 ему ничего о данном турнире не сообщал. Тренера ФИО211. ему ничего о данном турнире не сообщали, и также на данный турнир в &lt;...&gt; не выезжали. Об обстоятельствах проведения данного турнира ему ничего неизвестно. На Международный детско-юношеский футбольный турнир «Кубок южной столицы» среди команд юношей 2000 и 2001 годов рождения, проходивший в &lt;...&gt; в период с 15 июня по 25 июня 2016 года, он выезд не осуществлял. Об обстоятельствах проведения данного турнира ему ничего неизвестно. На турнир по футболу «Золотая осень» с командой футболистов 2000, 2004 годов рождения в &lt;...&gt; в период с 29.10.2016 по 05.11.2016, он не выезжал. Об обстоятельствах проведения данного турнира ему ничего неизвестно. О данном спортивном мероприятии ему директор ГБОУ ДОД ВО «СДЮСШОР по футболу «Факел» ФИО7, тренера ФИО5 тренера ФИО212. не сообщали, и на вышеуказанные турниры по футболу выезд не осуществляли. (т. 4 л.д. 4-6). Свидетель ФИО213 показания которого оглашались по ходатайству прокурора и согласию сторон, пояснял, что с сентября 2007 года он осуществляет трудовую деятельность в должности тренера – преподавателя ГБОУДОДВО «СДЮСШОР по футболу «Факел», по адресу: &lt;...&gt;. Директором ГБОУДОДВО «СДЮСШОР по футболу «Факел» является ФИО7 Основным видом деятельности данного образовательного учреждения является подготовка юных футболистов. В его должностные обязанности входит обучение детей футболу, воспитание детей и иные обязанности, предусмотренные его должностной инструкцией. Совместно с ним тренерами-преподавателями работают: ФИО214, ФИО5, ФИО215. На Международный детско-юношеский футбольный турнир «Кубок южной столицы» среди команд юношей 2000 и 2001 годов рождения, проходивший в &lt;...&gt; в период с 15 июня по 25 июня 2016 года, он выезд не осуществлял. Об обстоятельствах проведения данного турнира ему ничего неизвестно. На турнир по футболу «Золотая осень» с командой футболистов 2000, 2004 годов рождения в &lt;...&gt; в период с 29.10.2016 по 05.11.2016, он не выезжал. В период с 05.07.2015 по 16.07.2015 с командой футболистов юношей 1999 и 2000 годов рождения на Международный детско-юношеский футбольный турнир «Кубок южной столицы», проходивший в &lt;...&gt;, он не выезжал. Кроме того, ему не известно, что данный футбольный турнир проходил в указанный период времени. Юношей ДД.ММ.ГГГГ года рождения в 2015 году он не тренировал, поскольку у него была команда детей ДД.ММ.ГГГГ года рождения, однако, они так же на указанный турнир не выезжали. Об обстоятельствах проведения данного турнира ему ничего не известно. О данном спортивном мероприятии ему директор ГБОУ ДОД ВО «СДЮСШОР по футболу «Факел» ФИО7, тренера ФИО5, ФИО216. не сообщали, и на вышеуказанные турниры по футболу выезд не осуществляли. (т. 4 л.д. 8-10). Свидетель ФИО217., суду сообщил, что с 2006 года он осуществляет трудовую деятельность в должности тренера-преподавателя ГБОУ ДОД ВО «СДЮСШОР по футболу «Факел», расположенном по адресу: &lt;...&gt;. Директором ГБОУ ДОД ВО «СДЮСШОР по футболу «Факел» является ФИО7. Основным видом деятельности данного образовательного учреждения является: подготовка юных футболистов. В его должностные обязанности входит: обучение детей футболу, воспитание детей, выезд на различные соревнования проводимые, как в Воронежской области, так и за ее пределами, и иные обязанности, предусмотренные его должностной инструкцией. Он тренирует футбольную команду детей ДД.ММ.ГГГГ года рождения. Совместно с ним трудовую деятельность в должностях тренеров-преподавателей осуществляют: ФИО219, ФИО5, ФИО220. В 2015 году он посещал единственный турнир финал первенства МОА «Черноземье» (юноши ДД.ММ.ГГГГ года рождения), проходивший в &lt;...&gt; в период с 29.06.2015 по 08.07.2015. На данный турнир он выезжал со своей командой детей ДД.ММ.ГГГГ года рождения в количестве 18 человек. На турнир они отправлялись в составе организованной группы, в которую входили: он, футболисты: ФИО221 и другие, кто точно в настоящее время не помнит. Про поездки в &lt;...&gt; и &lt;...&gt; в 2015-2016 г. ему ничего неизвестно, он туда не ездил с командами спортсменов. Свидетель ФИО218., показания которого оглашались по ходатайству прокурора и согласию сторон, пояснял, что с 2007 года работает в должности тренера-преподавателя в ГБОУ ДОД ВО «СДЮСШОР по футболу «Факел», расположенном по адресу: &lt;...&gt;. Директором ГБОУ ДОД ВО «СДЮСШОР по футболу «Факел» является ФИО7. Совместно с ним в должностях тренеров-преподавателей работают: ФИО222, ФИО5, ФИО223. На турнир по футболу «Золотая осень» с командами футболистов 2000, 2004 годов рождения в &lt;...&gt; в период с 29.10.2016 по 05.11.2016, он выезд не осуществлял. Директор ГБОУ ДОД ВО «СДЮСШОР по футболу «Факел» ФИО7 и ФИО5 ему ничего о проведении данного спортивного мероприятия не сообщали. На Международный детско-юношеский футбольный турнир «Кубок южной столицы», среди команд юношей 2000 и 2001 годов рождения, проходивший в &lt;...&gt; в период с 15 июня по 25 июня 2016 года, он не выезжал, его команда детей ДД.ММ.ГГГГ года рождения, а также тренера: ФИО224, участие в данных турнирах не принимали. Директор ГБОУ ДОД ВО «СДЮСШОР по футболу «Факел» ФИО7 и тренер ФИО5 ему ничего о проведении вышеуказанного спортивного мероприятия не сообщали. В период с 05.07.2015 по 16.07.2015 с командой футболистов юношей ДД.ММ.ГГГГ года рождения и ДД.ММ.ГГГГ года рождения на Международный детско-юношеский футбольный турнир «Кубок южной столицы», проходивший в &lt;...&gt;, он не выезжал. Ему не известно, что данный футбольный турнир проходил в указанный период времени. Директор ГБОУ ДОД ВО «СДЮСШОР по футболу «Факел» ФИО7 и тренер ФИО5 ему ничего о данном турнире не сообщали. Тренеры ФИО225. на данный турнир в &lt;...&gt; не выезжали. (т. 4 л.д. 17-19). Свидетель ФИО226. суду пояснила, с 14.09.2007 работает в должности главного бухгалтера ГБОУ ДОД ВО «СДЮСШОР по футболу «Факел», расположенном по адресу: &lt;...&gt;. Директором ГБОУ ДОД ВО «СДЮСШОР по футболу «Факел» является ФИО7. Основным видом деятельности данного образовательного учреждения является: деятельность в области физической культуры и спорта. В ее должностные обязанности входит: ведение бухгалтерского учета, контроль финансовых средств ГБОУ ДОД ВО «СДЮСШОР по футболу «Факел» и иные обязанности, предусмотренные ее должностной инструкцией. Штат сотрудников учреждения составляет 23 человека. ГБОУ ДОД ВО «СДЮСШОР по футболу «Факел» в лице директора ФИО7 имеет право запрашивать бюджетные денежные средства для направления на турниры спортсменов школы «Факел». Указанные заявки рассматриваются Управлением физической культуры и спорта, которые могут быть одобрены либо нет, о чем составляется Приказ руководителя Управления. Данные заявки формируются сотрудниками ГБОУ ДОД ВО «СДЮСШОР по футболу «Факел» по указанию директора школы «Факел» ФИО7 Направляются заявки ФИО7 17.10.2016 года ФИО7 было направлено письмо в Управление физической культуры и спорта Воронежской области с заявкой на выделение бюджетного финансирования для участия спортивной команды Воронежской области в турнире по футболу «Золотая осень» в г. Белгороде в период с 29.10.2016 по 05.11.2016. Отдельно в Управление физической культуры и спорта Воронежской области был направлен список участников спортивной команды Воронежской области по футболу. После утверждения Управлением физической культуры и спорта Воронежской области заявки об участии в турнире по футболу в г. Белгороде, ФИО7 издал приказ об участии тренеров ФИО227, а также футболистов (дети 2000 и 2004 годов рождения) в данном мероприятии, номер приказа и от какого числа, она не помнит, данный приказ был предоставлен в бухгалтерию. На основании этого приказа заполнялись табеля учета рабочего времени сотрудников школы «Факел», в том числе тренеров-преподавателей ФИО228. В табелях учета рабочего времени последних, указаны сведения о нахождении данных граждан в период с 29.10.2016 по 05.11.2016 в командировке, однако, фактически данные граждане участие в турнире по футболу «Золотая осень» в г. Белгороде в период с 29.10.2016 по 05.11.2016 не принимали, кроме того, футболисты согласно заявленного списка также на данный турнир не выезжали. На Международный детско-юношеский футбольный турнир «Кубок южной столицы», среди команд юношей 2000 и 2001 годов рождения, проходивший в &lt;...&gt; в период с 15 июня по 25 июня 2016 года, сотрудники ГБОУ ДОД ВО «СДЮСШОР по футболу «Факел» не выезжали. Какие-либо документы о проведении данного турнира в бухгалтерии отсутствуют. Директор ГБОУ ДОД ВО «СДЮСШОР по футболу «Факел» ФИО7, тренер-преподаватель ФИО5 ей ничего о проведении вышеуказанных спортивных мероприятиях не сообщали. Ей ничего не известно о том, проводился ли Международный детско-юношеский футбольный турнир «Кубок южной столицы» проходящий в &lt;...&gt; в период с 05.07.2015 по 16.07.2015, на который должна была выезжать команда школы «Факел» с командой футболистов юношей ДД.ММ.ГГГГ года рождения и ДД.ММ.ГГГГ года рождения, она не знает. Директор ГБОУ ДОД ВО «СДЮСШОР по футболу «Факел» ФИО7 и тренер ФИО5 ей ничего о данном турнире не сообщали, также тренера ФИО229. на данный турнир в &lt;...&gt; не выезжали. Какие-либо документы в бухгалтерии ГБОУ ДОД ВО «СДЮСШОР по футболу «Факел» о проведении данного мероприятия отсутствуют. В 2015 году проводился единственный турнир финал первенства МОА «Черноземье» (юноши ДД.ММ.ГГГГ года рождения), проходивший в &lt;...&gt; в период с 29.06.2015 по 08.07.2015, что подтверждается соответствующей документацией, а именно: приказ о командировании, утвержденный список команды, протоколы соревнований. Показания, данные на следствии, она поддерживает в полном объеме. Свидетель ФИО230 показания которого оглашались по ходатайству прокурора и согласию сторон, пояснял, что с 2008 года работает в должности тренера-преподавателя в ГБОУ ДОД ВО «СДЮСШОР по футболу «Факел», расположенном по адресу: &lt;...&gt;. Директором ГБОУ ДОД ВО «СДЮСШОР по футболу «Факел» является ФИО7. Основным видом деятельности данного образовательного учреждения является: деятельность в области физической культуры и спорта, подготовка юных футболистов. В его должностные обязанности входит: обучение детей футболу, воспитание детей и иные обязанности, предусмотренные его должностной инструкцией. Совместно с ним в должностях тренеров-преподавателей работают: ФИО231. В период с 05.07.2015 по 16.07.2015 он не выезжал с командой футболистов юношей 1999 и 2000 годов рождения на Международный детско-юношеский футбольный турнир «Кубок южной столицы», проходивший в &lt;...&gt;. Ему не известно, что данный футбольный турнир проходил в указанный период времени. Юношей ДД.ММ.ГГГГ года рождения в 2015 году он не тренировал, поскольку у него была команда вратарей. Директор ГБОУ ДОД ВО «СДЮСШОР по футболу «Факел» ФИО7 ему ничего о данном турнире не сообщал. Тренеры ФИО232. ему ничего о данном турнире не сообщали, и также на данный турнир в &lt;...&gt; не выезжали. В каких-либо приказах о командировании в &lt;...&gt; он не расписывался. Об обстоятельствах проведения данного турнира ему ничего неизвестно. На Международный детско-юношеский футбольный турнир «Кубок южной столицы», среди команд юношей 2000 и 2001 годов рождения, проходивший в &lt;...&gt; в период с 15 июня по 25 июня 2016 года, он выезд не осуществлял, об обстоятельствах проведения данного турнира ему ничего неизвестно. О данном спортивном мероприятии директор ГБОУ ДОД ВО «СДЮСШОР по футболу «Факел» ФИО7, тренер ФИО5 ему ничего не сообщали. Тренеры ФИО233. на вышеуказанный турнир по футболу выезд не осуществляли. На турнир по футболу «Золотая осень» с командой футболистов 2000, 2004 годов рождения в &lt;...&gt; в период с 29.10.2016 по 05.11.2016, он не выезжал. Об обстоятельствах проведения данного турнира ему ничего неизвестно. О данном спортивном мероприятии директор ГБОУ ДОД ВО «СДЮСШОР по футболу «Факел» ФИО7, тренер ФИО5 ему ничего не сообщали. Тренеры ФИО234. на вышеуказанный турнир по футболу выезд не осуществляли. (т. 4 л.д. 26-28). Свидетель ФИО235, показания которого оглашались по ходатайству прокурора и согласию сторон, пояснял, что с 2005 года работает в должности тренера-преподавателя в ГБОУ ДОД ВО «СДЮСШОР по футболу «Факел», расположенном по адресу: &lt;...&gt;. Директором ГБОУ ДОД ВО «СДЮСШОР по футболу «Факел» является ФИО7. Основным видом деятельности данного образовательного учреждения является: подготовка юных футболистов. В его должностные обязанности входит: обучение детей футболу, воспитание детей, выезд на различные соревнования, проводимые, как в Воронежской области, так и за ее пределами, и иные обязанности, предусмотренные его должностной инструкцией. Он обучает футболу команду детей ДД.ММ.ГГГГ года рождения. Совместно с ним в должностях тренеров-преподавателей работают: ФИО236 На Международный детско-юношеский футбольный турнир «Кубок южной столицы», среди команд юношей 2000 и ДД.ММ.ГГГГ г.р., проходивший в &lt;...&gt; в период с 15 июня по 25 июня 2016 года, он не выезжал. Тренеры: ФИО237 выезд на данный турнир не осуществляли. Директор ГБОУ ДОД ВО «СДЮСШОР по футболу «Факел» ФИО7 и тренер ФИО5 ему ничего о проведении вышеуказанного спортивного мероприятия не сообщали. В каких-либо приказах ГБОУ ДОД ВО «СДЮСШОР по футболу «Факел» об участие в проведении вышеуказанного турнира он не расписывался. О проведении турнира по футболу «Золотая осень» с командами футболистов 2000, 2004 годов рождения в г. Белгороде, в период с 29.10.2016 по 05.11.2016, ему ничего неизвестно, поскольку на данный турнир он выезд не осуществлял. ФИО238, участие в данном турнире так же не принимали. Директор ГБОУ ДОД ВО «СДЮСШОР по футболу «Факел» ФИО7 и тренер ФИО5 ему ничего о данном турнире не сообщали. О проведении в период с 05.07.2015 по 16.07.2015 Международного детско-юношеского футбольного турнира «Кубок южной столицы», проходившего в &lt;...&gt; среди футболистов юношей 1999 и 2000 годов рождения, ему ничего не известно. На данный турнир он не выезжал. Директор ГБОУ ДОД ВО «СДЮСШОР по футболу «Факел» ФИО7 и тренер ФИО5 ему ничего о данном турнире не сообщали. Тренеры ФИО239. на данный турнир в &lt;...&gt; не выезжали. (т. 4 л.д. 26-28). Свидетель ФИО240., показания которого оглашались по ходатайству прокурора и согласию сторон, пояснял, что с 2010 года он осуществляет трудовую деятельность в должности тренера-преподавателя в ГБОУ ДОД ВО «СДЮСШОР по футболу «Факел», расположенном по адресу: &lt;...&gt;. Директором ГБОУ ДОД ВО «СДЮСШОР по футболу «Факел» является ФИО7. Основным видом деятельности данного образовательного учреждения является: деятельность в области физической культуры и спорта, подготовка юных футболистов. В его должностные обязанности входит: обучение детей футболу, воспитание детей и иные обязанности, предусмотренные его должностной инструкцией. Совместно с ним трудовую деятельность в должностях тренеров-преподавателей осуществляют: ФИО241. Он тренирует команду футболистов юношей ДД.ММ.ГГГГ года рождения. В период с 05.07.2015 по 16.07.2015 он не выезжал с командой футболистов юношей ДД.ММ.ГГГГ года рождения и ДД.ММ.ГГГГ года рождения на Международный детско-юношеский футбольный турнир «Кубок южной столицы», проходивший в &lt;...&gt;. Ему не известно, проводился ли данный футбольный турнир в указанный период времени. Директор ГБОУ ДОД ВО «СДЮСШОР по футболу «Факел» ФИО7 ему ничего о данном турнире не сообщал. Тренеры ФИО242 ему ничего о данном турнире не сообщали. Они так же на данный турнир в &lt;...&gt; не выезжали. Об обстоятельствах проведения данного турнира ему ничего неизвестно. В каких-либо приказах о командировании в &lt;...&gt; он не расписывался. На Международный детско-юношеский футбольный турнир «Кубок южной столицы» среди команд юношей 2000 и 2001 годов рождения, проходивший в &lt;...&gt; в период с 15 июня по 25 июня 2016 года, он выезд не осуществлял. Об обстоятельствах проведения данного турнира ему ничего неизвестно. Об указанном спортивном мероприятии ему директор ГБОУ ДОД ВО «СДЮСШОР по футболу «Факел» ФИО7, тренер ФИО5 не сообщали. Тренеры ФИО243 на вышеуказанный турнир по футболу выезд не осуществляли. На турнир по футболу «Золотая осень» с командой футболистов 2000, 2004 годов рождения в &lt;...&gt; в период с 29.10.2016 по 05.11.2016, он не выезжал. Ему не известно, проводился ли данный футбольный турнир в указанный период времени. Об указанном спортивном мероприятии ему директор ГБОУ ДОД ВО «СДЮСШОР по футболу «Факел» ФИО7, тренер ФИО5 не сообщали. (т. 4 л.д. 55-57). Свидетель ФИО244., показания которого оглашались по ходатайству прокурора и согласию сторон, пояснял, что являлся воспитанником ГБОУДОДВО «СДЮСШОР по футболу «Факел», расположенного по адресу: &lt;...&gt;. В указанной школе «Факел» он обучается футболу, играет в команде юношей ДД.ММ.ГГГГ года рождения. Директором указанной школы является ФИО7 Его тренером-преподавателем является ФИО245. На Международный детско-юношеский футбольный турнир «Кубок Южной Столицы», проходивший среди команд детей ДД.ММ.ГГГГ года рождения в период с 05.07.2015 по 16.07.2015 в &lt;...&gt;, он с командой футболистов и тренером ФИО246 не выезжал. О проведении данного турнира ему ничего не известно. Директор школы «Факел» ФИО7 его команде о данном спортивном мероприятии не сообщал. В Международном детско-юношеском футбольном турнире «Кубок Южной Столицы» в &lt;...&gt; в период с 15.06.2016 по 25.06.2016 он участия не принимал. Команды футболистов, в которой он играет, а так же тренер ФИО247. на данный турнир выезда не осуществляли. В указанный период они занимались тренировками в г. Воронеже. Директор ГБОУДОДВО «СДЮСШОР по футболу «Факел» ФИО7 его команде о проведении данного турнира не сообщал. (т. 12 л.д. 43-45). Свидетель ФИО248., показания которого оглашались по ходатайству прокурора и согласию сторон, пояснял, что является выпускником 11 «Б» класса МБОУ СОШ №99. С 2011 год по 2015 год он занимался футболом в ГБОУДОДВО «СДЮСШОР по футболу «Факел», расположенном по адресу: &lt;...&gt;. Директором данной школы является ФИО7 О проведении Международного детско-юношеского футбольного турнира «Кубок Южной Столицы» юношей ДД.ММ.ГГГГ года рождения, проходившего в &lt;...&gt; в период с 05.07.2015 по 16.07.2015, ему ничего не известно. На данный турнир он в составе команды не выезжал. Так же его тренер ФИО249 и команда детей ДД.ММ.ГГГГ года рождения выезд на данное спортивное мероприятие не осуществляли. В период обучения футболу его тренером являлся ФИО251. Занятия проводились ежедневно, кроме выходных дней. Он играл в команде детей ДД.ММ.ГГГГ года рождения. В Международном детско-юношеском турнире «Кубок Южной Столицы» в &lt;...&gt; в период с 15.06.2016 по 25.06.2016 он участия не принимал, поскольку в указанный период он уже не являлся воспитанником школы «Факел», однако, ему известно, что на данный турнир тренер ФИО250, а так же футболисты ДД.ММ.ГГГГ года рождения не выезжали. На турнир по футболу «Золотая осень» в &lt;...&gt; в период с 29.10.2016 по 05.11.2016 он также соответственно не выезжал. (т. 12 л.д. 73-75). Свидетель ФИО252., показания которого оглашались по ходатайству прокурора и согласию сторон, пояснял, что является выпускником 11 «Б» класса МБОУ «СОШ № 87». С 2011 года по апрель 2017 года он являлся воспитанником ГБОУ ДОД ВО «СДЮСШОР по футболу «Факел», расположенного по адресу: &lt;...&gt;. Директором школы «Факел» является ФИО7 Его тренером-преподавателем являлся ФИО253. На турнир по футболу «Золотая осень» с командой футболистов ДД.ММ.ГГГГ года рождения и тренерами ФИО256. в город Белгород в период с 29.10.2016 по 05.11.2016 он не выезжал. Об обстоятельствах проведения данного турнира ему ничего неизвестно, поскольку никто из его команды юношей ДД.ММ.ГГГГ года рождения, в которой он занимался, участие в данном турнире не принимал. Директор ГБОУ ДОД ВО «СДЮСШОР по футболу «Факел» ФИО7 его команде футболистов ничего о данном спортивном мероприятии не сообщал. На Международный детско-юношеский футбольный турнир «Кубок южной столицы», среди команд юношей 2000 и 2001 годов рождения, проходивший в &lt;...&gt; в период с 15 июня по 25 июня 2016 года, он выезд не осуществлял, об обстоятельствах проведения данного турнира ему ничего неизвестно, поскольку никто из его команды юношей ДД.ММ.ГГГГ года рождения, в которой он занимался, участие в данных турнирах не принимали. В период с 05.07.2015 по 16.07.2015 он не выезжал с командой футболистов юношей 1999 и 2000 годов рождения на Международный детско-юношеский футбольный турнир «Кубок южной столицы», проходивший в &lt;...&gt;. Ему не известно, что данный футбольный турнир проходил в указанный период времени. Тренеры ФИО254 также на вышеуказанные турниры не выезжали, в указанные периоды времени, он с командой юношей ДД.ММ.ГГГГ года рождения и тренером ФИО255. тренировался в г. Воронеже на стадионе «Мир футбола», расположенном по ул. Хользунова г. Воронежа. Директор ГБОУ ДОД ВО «СДЮСШОР по футболу «Факел» ФИО7 его команде футболистов ничего о вышеуказанном спортивном мероприятии не сообщал. (т. 12 л.д. 70-72). Аналогичные показания давали в ходе предварительного расследования свидетели ФИО257. (т. 12 л.д. 67-69), ФИО258. (т. 12 л.д. 103-105), ФИО259. (т. 12 л.д. 64-66), ФИО260 (т. 12 л.д. 52-54), ФИО261 (т. 12 л.д. 106-108), ФИО262. (т. 12 л.д. 46-48), ФИО263. (т. 12 л.д. 49-51), ФИО264. (т. 12 л.д. 109-112), ФИО265. (т. 12 л.д. 55-57), ФИО266. (т. 12 л.д. 99-102), ФИО267 (т. 12 л.д. 85-88), ФИО268 (т. 12 л.д. 96-98), ФИО269 (т. 12 л.д. 92-95), ФИО270. (т. 12 л.д. 89-91), ФИО271. (т. 12 л.д. 61-63), ФИО272 (т. 12 л.д. 76-78), ФИО273. (т. 12 л.д. 79-81), ФИО274 (т. 12 л.д. 58-60), ФИО275. (т. 12 л.д. 82-84, и они были оглашены судом по ходатайству участников процесса. Согласно показаний данных свидетелей, все они являлись воспитанниками ГБОУ ДОД ВО «СДЮСШОР по футболу «Факел» и в период с 05.07.2015 по 16.07.2015 в &lt;...&gt;, в июне – июле 2016 г. в &lt;...&gt; и с 29.10.2016 по 05.11.2016 в &lt;...&gt; на турниры они не выезжали. Свидетель ФИО276., показания которого оглашались по ходатайству прокурора и согласию сторон, пояснял, что примерно около 10 лет работает врачом в медицинском центре ООО «Святая Кассиана». С 1994 по 2007 год работал спортивным врачом воронежской хоккейной команды «Буран». Ознакомившись с предъявленными ему для ознакомления 2 заявочными листами для участия спортсменов 2000 и ДД.ММ.ГГГГ г.р. в Международном детско-юношеском футбольном турнире «Кубок Южной Столицы» в городе Сочи в период с 15 июня по 25 июня 2016 года, в которых стоят подписи от его имени и оттиск печати врача в графах «Виза врача», пояснил,, что именно он расписывался в указанных документах от имени врача и ставил свою печать врача «ВРАЧ ФИО277». Об этом его попросил примерно летом 2016 года его хороший знакомый ФИО280, который работает в должности начальника отдела по работе с молодежью и организации культурного досуговой и физкультурно-спортивной деятельности администрации городского округа город Воронеж Управы Центрального района городского округа город Воронеж. Для чего ФИО278 были необходимы указанные заявочные листы, он не знает. Он просто по просьбе ФИО279. расписался в них и поставил свою печать врача. Каких-либо спортсменов, указанных в данных заявочных листах, он не осматривал, их не знает. Кроме того, он знаком с ФИО5, работающим тренером ГБОУ ДО ВО «СДЮСШОР по футболу «Факел», а так же директором ООО «Вымпел». С ФИО5 он проживает в одном доме и в одном подъезде. Какое именно ФИО5 имеет отношение к предъявленным ему для ознакомления документам, он не знает. О каких-либо турнирах по футболу в &lt;...&gt; в 2015-2016 годах и в &lt;...&gt; в 2016 году ему ничего не известно (т. 4 л.д. 144-146). Свидетель ФИО281., показания которого оглашались по ходатайству прокурора и согласию сторон, пояснял, что примерно с 2009 года по 2013 год он работал в должности начальника административно-хозяйственного отдела Управы Центрального района городского округа г. Воронежа. До 2009 года он являлся директором Дворца Спорта «Юбилейный». С 2013 года по настоящее время работает в должности начальника отдела по работе с молодежью и организации культурно-досуговой и физкультурно-спортивной деятельности Управы Центрального района городского округа город Воронеж. Основными задачами и функциями возглавляемого им отдела являются: организация соревнований и физкультурно-спортивных праздников на территории Центрального района г. Воронежа; обеспечение участия жителей их района в мероприятиях, проводимых в рамках массовых городских движений, смотров, конкурсов в сфере досуговой, социально-воспитательной, физкультурно-оздоровительной и спортивной работы; организация и проведение праздников, смотров, конкурсов, культурно-массовых и досуговых мероприятий и так далее. Он, как начальник отдела, осуществляет общее руководство деятельностью отдела; организует, планирует и контролирует деятельность отдела. С ФИО282 он знаком около 20 лет. Между ними сложились приятельские отношения, которые поддерживают до настоящего времени. Поводов оговаривать ФИО283. у него нет. Ознакомившись с предъявленными ему 2 заявочными листами для участия спортсменов ДД.ММ.ГГГГ года рождения и ДД.ММ.ГГГГ года рождения в Международном детско-юношеском футбольном турнире «Кубок Южной Столицы» в городе Сочи в период с 15 июня по 25 июня 2016 года, в которых стоят подписи от имени ФИО284. и оттиск его печати врача в графах «Виза врача», пояснил, что не помнит, чтобы просил ФИО285. поставить свои подписи и печать в предъявленных ему 2 заявочных листах. При этом он действительно несколько раз ранее просил ФИО286, как врача, поставить свои подписи в заявочных листах сборной сотрудников Управы Центрального района для участия в соревнованиях по волейболу, бадминтону среди Управ районов городского округа г. Воронежа и сдачи нормативов «ГТО». Об этом он просил ФИО287 с той целью, чтобы ускорить процесс формального прохождения медицинского осмотра состава сборной Управы. Он не отрицает, что мог обратиться к ФИО288. с просьбой поставить свои подписи в предъявленных ему двух заявочных листах, но просто точно не помнит, кто его попросил об этом. О турнирах по футболу с участием воронежских спортсменов, проводимых в &lt;...&gt; в 2015-2016 годах и в &lt;...&gt; в 2016 году ему ничего не известно. (т. 4 л.д. 150-153). Свидетель ФИО289 суду пояснила, что с 2015 года она работает в должности заместителя главного бухгалтера АУ ВО «ЦРФКС». Летом 2016 года АУ ВО «ЦРФКС» организовывало участие спортивных команд Воронежской области в соревнованиях за пределами области. Одной из организаций, с которой был заключен договор, являлось ООО «Вымпел». От ООО «Вымпел» был получен акт выполненных работ и пакет документов, подтверждающих факт участия воронежской футбольной команды в турнире. После получения указанных документов ею, как членом приемочной комиссии подписывались экспертное заключение и протокол. О том, что ООО «Вымпел» фактически не оказало услуг, ей известно не было. Свои показания на предварительном следствии она поддерживает в полном объеме. Свидетель ФИО290 подтвердила показания, данные в ходе расследования и суду пояснила, что с 2015 года работает в должности заместителя начальника отдела организации спортивных мероприятий АУ ВО «ЦРФКС». В ее должностные обязанности входит обеспечение проведения АУ ВО «ЦРФКС» спортивных мероприятий, проводимых на территории Воронежской области, а именно составление Приказов, формирование плана, согласование участия медицинского персонала. Летом 2016 года она была включена в состав приемочной комиссии АУ ВО «ЦРФКС», в состав которой входит до настоящего момента. Летом 2016 года ею, как членом приемочной комиссии подписывался протокол приемочной комиссии на основании акта выполненных работ на участие спортивной команды Воронежской области по футболу на соревнованиях за пределами Воронежской области. Ввиду большого объема проводимых мероприятий за пределами Воронежской области, какой-либо детальной информации она не помнит, поскольку выездные мероприятия не курирует. При подписании документов она удостоверяется в наличии подписи главного бухгалтера ФИО291.. подтверждающей целевое расходование денежных средств. Каких-либо дополнительных проверок расходования денежных средств она не проводит, поскольку это не входит в ее должностные обязанности. Свидетель ФИО292 суду пояснила, что работала в должности заведующей складом АУ ВО «ЦРФКС». В ее обязанности входит выдача спортивной, наградной атрибутики со склада, а так же выполнение хозяйственной работы различного характера. По поводу каких-либо выездных спортивных соревнованиях ее не информировали, так как она к этому не имеет отношения, за исключением случаев, когда идет обеспечение спортивной атрибутики на основании приказов. О том, заключались ли какие-либо договоры по обеспечению участия спортивных команд Воронежской области в турнирах по футболу в &lt;...&gt; и в г. Белгороде 09.06.2017 и 27.10.2016 ей не известно, спортивную атрибутику для этого не выдавала. Показания на следствии она поддерживает. Свидетель ФИО293, показания которого оглашались по ходатайству прокурора и согласию сторон, пояснял, что арендует помещение по адресу: &lt;...&gt;, расположенное на первом этаже жилого многоквартирного дома, в котором располагается пекарня «Красная Шапочка» и осуществляется реализация хлебо - булочных изделий. По вышеуказанном адресу ООО «Вымпел» не располагается. Руководитель ООО «Вымпел» ему не известен. (т. 6 л.д. 97-100). Свидетель ФИО294 суду пояснил, что с 2006 года по сентябрь 2017 года он работал в должности тренера-преподавателя ГБУОДОДВО «СДЮСШОР по футболу «Факел», расположенного по адресу: &lt;...&gt;. С сентября 2017 года он решил уволиться по собственному желанию, в связи с преклонным возрастом. Директором ГБУОДОДВО «СДЮСШОР по футболу «Факел» является ФИО7. Основным видом деятельности данного образовательного учреждения является подготовка юных футболистов. В его должностные обязанности входило: обучение детей футболу, воспитание детей, выезд на различные соревнования, проводимые, как в Воронежской области, так и за ее пределами, и иные обязанности, предусмотренные его должностной инструкцией. С 2015 года по 2017 год непосредственно он тренировал футбольную команду детей ДД.ММ.ГГГГ года рождения. Совместно с ним тренерами-преподавателями в указанной школе работали: ФИО295. ООО «Вымпел» ему не знакомо. Кто является его директором и учредителем, он не знает. Каким видом деятельности занимается указанная организация, он не знает. Он, как тренер-преподаватель ГБУОДОДВО «СДЮСШОР по футболу «Факел», с учащимися данной школы - спортсменами 1999 и 2000 годов рождения на Международный турнир «Кубок Южной Столицы», проводимый в &lt;...&gt; с 05.07.2015 по 16.07.2015 не выезжал. О проведении данного турнира ему ничего не известно. Кроме того, он, также с учащимися данной школы 2000 и 2001 годов рождения на Международный турнир по футболу, проводимый в &lt;...&gt; с 15.06.2016 по 25.06.2016 ни с кем не выезжал. О данном турнире ему ничего не известно. Вместе с тем, он также с учащимися данной школы 2000 и 2004 годов рождения на всероссийский турнир по футболу «Золотая осень», проводимый в г. Белгороде с 29.10.2016 по 05.11.2016 не выезжал. О данном турнире ему ничего не известно. Однако, летом 2015 года точной даты не помнит, скорее всего в июле 2015 года, он выезжал в &lt;...&gt; с командой футболистов на соревнования по футболу. Так, летом 2015 года к нему обратился его непосредственный руководитель и директор ГБУОДОДВО «СДЮСШОР по футболу «Факел» ФИО7, который попросил съездить в качестве тренера-преподавателя с командой футболистов &lt;...&gt; на соревнования по футболу. Так как ФИО7 являлся его непосредственным руководителем, он пошел на встречу и согласился на просьбу. При этом, от ФИО7 он узнал, что выезжать нужно будет на следующий день, но отказывать было неудобно. Затем на следующий день рано утром он пришел к школе ГБУОДОДВО «СДЮСШОР по футболу «Факел», расположенной по адресу: г. Воронеж, ул. Писателя Маршака, дом №1 «а». Там он подошел к ФИО7, который подвел его к микроавтобусу, припаркованному возле указанной школы. В указанном автобусе находилась команда футболистов, состоящая из незнакомых ему ребят в количестве примерно 18 человек, возраста около 16-18 лет. Он предположил, что это сборная команда. Затем ФИО7 сообщил, что с указанной командой ему и необходимо будет съездить на соревнования по футболу в &lt;...&gt;. Из тренерского состава он был один. Имен, других данных, указанных ребят, водителя (был один водитель), он не помнит. Затем от ФИО7 он получил один бумажный пакет, содержимое которого он не проверял. Со слов ФИО7 в указанном пакете были денежные средства и документы, которые необходимо было передать мужчине, который будет их встречать. После этого они поехали в &lt;...&gt;. По приезду в указанный город уже в темное время суток их встретил на вокзале незнакомый мужчина, который поинтересовался, откуда они, и уточнил не из Воронежа ли. Получив утвердительный ответ, мужчина уточнил, не от ФИО7 ли он. Он передал мужчине пакет, который ему дал ФИО7 перед выездом. После этого указанный мужчина проводил их в гостиницу, адрес и названия которой он не помнит. Они заселились в указанную гостиницу. Водитель микроавтобуса, на котором они приехали в &lt;...&gt; уехал. Встретивший их мужчина сообщил ему и команде, что на следующий день, если будет игра, то за ними приедет автобус. В &lt;...&gt; они проживали примерно около 8 – 10 дней. Практически ежедневно указанная команда под его тренерским руководством играла в футбол, обычно в утреннее и послеобеденное время. Его команда призовые места не занимала, награждений не получали. Соревнования напоминали товарищеские матчи. После окончания указанных футбольных соревнований он от встречавшего их при описанных выше обстоятельствах мужчины получил запечатанный бумажный конверт, содержимое которого не смотрел. Данный мужчина попросил передать данный пакет ФИО7 со словами, что в указанном пакете (дословно): «находятся документы относительно проведенных игр». После этого за ними приехал микроавтобус. Был ли это тот микроавтобус, на котором они приехали в &lt;...&gt;, или это был другой автобус, он не знает. После возвращения в г. Воронеж, он указанный выше пакет, передал ФИО7 Показания на следствии он поддерживает. Свидетель ФИО296. суду пояснил, что с 2014 года осуществляет трудовую деятельность в должности директора АНСО ФК «Воронеж». Фактический адрес данной организации: &lt;...&gt;. Юридический адрес располагается по адресу его регистрации: &lt;...&gt;. Основным видом деятельности данного образовательного учреждения является: подготовка юных футболистов. В его должностные обязанности входит: осуществление общего руководства учреждением, видение финансово-хозяйственной деятельности организации. ФИО7 и ФИО5 ему знакомы примерно с 2014 года. ФИО5 является тренером юношеской спортивной школы «Факел». ФИО7 является директором указанной школы. С ФИО7 и ФИО5 он знаком по работе в сфере спорта, а именно футбола. Каких-либо дружеских отношений с ними не поддерживает, так как они «являются людьми разного поколения». Примерно в июле 2015 года, точной даты не помнит, ФИО7 обратился к нему с просьбой съездить в качестве тренера (сопровождающего) на соревнования по футболу в &lt;...&gt;. Он согласился. Так как у него на тот момент своей команды футболистов не было, ФИО7 сообщил, что команду футболистов найдут. Со слов ФИО7 с командой поможет ФИО297. С ФИО298 он ранее пересекался, как с футболистом, как с тренером он с ним не работал. В подробности, откуда будут футболисты, он не вникал. Спустя примерно 2 недели ему позвонил ФИО7 и сообщил, что надобность в его помощи в поездке с командой футболистов в &lt;...&gt; отпала. Ездил ли кто-либо кроме него на указанные соревнования в &lt;...&gt;, ему не известно. Свои показания на следствии он поддерживает. Свидетель ФИО299. суду пояснил, что примерно с апреля 2016 года по февраль 2017 года он работал в АУ ВО «ЦРФКС», в должности юрисконсульта I категории. В его должностные обязанности входило правовое сопровождение деятельности учреждения, юридическое сопровождение заключенных между АУ ВО «ЦРФКС» договоров с другими юридическими лицами, дача юридических консультаций работникам центра и выполнение другой работы, связанной с юридическими вопросами в работе центра. Руководителем АУ ВО «ЦРКС» являлся ФИО300. С февраля 2017 года его должность попала под сокращением, в связи с чем, с указанного момента он в АУ ВО «ЦРФКС» не работает. В 2016 году между АУ ВО «ЦРФКС» и ООО «Вымпел» были заключены 2 договора по организации ООО «Вымпел» участия юношеских команд ГБОУДОВО «СДЮСШОР по футболу «Факел» в турнирах по футболу, проводимых в &lt;...&gt; (летом 2016 года) и в г. Белгороде (осенью 2016 года). Точных обстоятельств подписания и заключения указанных договоров между Учреждением и ООО он не знает. После проведения указанных турниров от ООО «Вымпел» в АУ ВО «ЦРФКС» были представлены документы, подтверждающие факты проведения указанных турниров. На основании представленных ООО «Вымпел» документов были подписаны акты выполненных работ. Затем на основании указанных договоров и актов выполненных работ с лицевого счета АУ ВО «ЦРФКС» в УФК по Воронежской области были перечислены на счет ООО «Вымпел» денежные средства за оказанные услуги по организации турниров по футболу в &lt;...&gt; и в г. Белгороде. Какие именно были перечислены сумы и когда точно, он не знает. Примерно летом 2017 года, ему от сотрудников полиции стало известно, что указанные турниры не проводились. Ознакомившись с копией протокола заседания приемочной комиссии АУ ВО «ЦРФКС» от 06.11.2016, на котором были рассмотрены результаты исполнения договора №104-ЕП от 27.10.2016 (оказание услуг по обеспечению участия спортивной команды Воронежской области во Всероссийском турнире по футболу «Золотая осень» в &lt;...&gt;) и приложения к протоколу в виде копии заключения экспертизы результатов исполнения Договора №104-ЕП от 27.10.2016., пояснил, что подписи в протоколе заседания приемочной комиссии АУ ВО «ЦРФКС» от 06.11.2016, на котором были рассмотрены результаты исполнения договора №104-ЕП от 27.10.2016 (оказание услуг по обеспечению участия спортивной команды Воронежской области во Всероссийском турнире по футболу «Золотая осень» в &lt;...&gt;) и приложении к протоколу в виде заключения экспертизы результатов исполнения Договора, напротив его фамилии стоят его подписи. Указанный протокол и приложение к нему в виде заключения экспертизы результатов исполнения Договора были подписаны приемочной комиссией на основании акта выполненных работ №7 от 06.11.2106 и Договора №104-ЕП от 27.10.2016. Каким именно образом происходило подписание указанных документов не помнит. На основании каких именно документов был подписан акт выполненных работ №7 от 06.11.2016 со стороны АУ ВО «ЦРФКС», ему не известно. При подписании протокола заседания приемочной комиссии ему было достаточно акта выполненных работ, подписанного между руководителем АУ ВО «ЦРФКС» ФИО301 и директором ООО «Вымпел». Проводились ли в действительности указанные турниры ему в момент подписания бумаг известно не было. Свои показания на следствии он поддерживает. Свидетель ФИО302 поддержала показания, данные на следствии, и суду пояснила, что с 2013 года по настоящее время она работает в должности главного специалиста отдела организации и проведения спортивно-массовых мероприятий АУ ВО «ЦРФКС». До 22.09.2015 АУ ВО «ЦРФКС» именовалось ГБУ ВО «Информцентр». С мая 2015 года директором ГБУ ВО «Информцентр» до 22.09.2015 являлся ФИО303. С 22.09.2015 по 05.12.2017 ФИО306 являлся руководителем АУ ВО «ЦРФКС». С 06.12.2017, в связи с увольнением ФИО304., исполняющим обязанности руководителя АУ ВО «ЦРФКС» является ФИО305. В ее обязанности входит оформление документов на проведение соревнований, которые внесены в календарный план. В 2015 году Управлением физической культуры и спорта Воронежской области было поручено АУ ВО «ЦРФКС» (на тот момент ГБУ ВО «Инормцентр») организовать участие воронежских юношеских спортивных команд в турнирах по футболу в &lt;...&gt; и в &lt;...&gt; за счет средств бюджета Воронежской области. После этого примерно летом 2015 года когда точно не знает, между ГБУ ВО «Информцентр», в лице директора ФИО307. и ООО «Вымпел», в лице директора ФИО5, был заключен государственный контракт на оказание услуг по организации участия воронежских спортсменов в турнирах по футболу в &lt;...&gt; и в турнире по футболу в &lt;...&gt;. ООО «Вымпел» на основании заключенного контракта должно было обеспечить проезд к месту проведения соревнований, а так же проживание и питание воронежских спортсменов на период проведения соревнований в &lt;...&gt; и в &lt;...&gt;. Спустя некоторое время после заключения указанного контракта от ООО «Вымпел» были представлены в ГБУ ВО «Информцентр» документы об участии юношеских команд ГБОУДОВО «СДЮСШОР по футболу «Факел» в Финале Первенства МОА «Черноземье» ДД.ММ.ГГГГ г.р. в &lt;...&gt; в период с 29.06.2015 по 08.07.2015 и в Международном турнире «Кубок южной столицы» в &lt;...&gt; в период с 05.07.2015 по 16.07.2015 для оплаты. На основании представленных от ООО «Вымпел» документов, между ГБУ ВО «Информцентр» в лице директора ФИО308. и ООО «Вымпел» в лице директора ФИО5 были подписаны акты выполненных работ. Что за документы были представлены со стороны ООО «Вымпел» ей не известно. На основании указанных актов выполненных работ членами приемочной комиссии ГБУ ВО «Информцентр», были подписаны: протокол заседания приемочной комиссии ГБУ ВО «Информцентр» №8 от 16.07.2015, на котором были рассмотрены результаты исполнения контракта (оказание услуг по организации участия воронежских спортсменов в межрегиональных и международных соревнованиях в &lt;...&gt;) и приложение к протоколу в виде акта приемки товаров (работ, услуг) от 16.07.2015; а так же протокол заседания приемочной комиссии ГБУ ВО «Информцентр» №7 от 08.07.2015, на котором были рассмотрены результаты исполнения контракта (оказание услуг по организации участия воронежских спортсменов в межрегиональных и международных соревнованиях в &lt;...&gt;) и приложение к протоколу в виде акта приемки товаров (работ, услуг) от 08.07.2015. Она в число членов приемочной комиссии не входила, однако расписывалась в указанных документах, так как являлась секретарем. При подписании протокола заседания приемочной комиссии членам приемочной комиссии, достаточно акта выполненных работ, подписанного между директором ГБУ ВО «Информцентр» ФИО310. и директором ООО «Вымпел». Каких-либо подозрений при подписании указанного выше протокола и приложения к нему у нее не возникло. Затем на основании указанных выше документов, примерно летом 2015 года с лицевого счета ГБУ ВО «Информцентр» в УФК по Воронежской области были перечислены на расчетный счет ООО «Вымпел» денежные средства за оказанные по указанному контракту услуги. О том, что соревнования по указанному контракту в &lt;...&gt; не проводились она узнала после того, как началась проверка, проводимая сотрудниками полиции. Ей стало известно, что фактически обстоятельства по вышеуказанному контракту ООО «Вымпел» исполнены в полном объеме не были, команда в турнире по футболу в &lt;...&gt; участия не принимала. В 2016 году между АУ ВО «ЦРФКС» и ООО «Вымпел» были заключены 2 договора по организации ООО «Вымпел» участия юношеских команд по футболу в турнирах по футболу, проводимых в &lt;...&gt; (летом 2016 года) и в г. Белгороде (осенью 2016 года). Точных обстоятельств подписания и заключения указанных договоров между Учреждением и ООО «Вымпел», она не знает. После проведения указанных турниров, от ООО «Вымпел» в АУ ВО «ЦРФКС» были представлены документы, подтверждающие проведение указанных турниров. На основании представленных ООО «Вымпел» документов, между АУ ВО «ЦРФКС» в лице руководителя ФИО309 и ООО «Вымпел» в лице директора ФИО5 были подписаны акты выполненных работ. Затем на основании указанных договоров и актов выполненных работ с лицевого счета АУ ВО «ЦРФКС» в УФК по Воронежской области были перечислены на счет ООО «Вымпел» денежные средства за оказанные услуги по организации турниров по футболу в &lt;...&gt; и в г. Белгороде. Какие именно были перечислены сумы и когда точно, не знает. Примерно летом 2017 года ей от сотрудников полиции стало известно, что указанные турниры не проводились. В 2016 году она в состав приемочной комиссии АУ ВО «ЦРФКС» не входила, секретарем не являлась, протоколы заседаний приемочной комиссии и приложения к ним в виде заключений экспертиз результатов исполнения Договоров не подписывала. Свидетель ФИО311 суду пояснил, что с февраля 2015 года по август 2015 года он работал в должности начальника отдела организации и проведения спортивных мероприятий в ГБУ ВО «Информцентр». Директором ГБУ ВО «Информцентр» с мая 2015 года являлся ФИО312. В его должностные обязанности входило издание распорядительных документов и организация проведения спортивных мероприятий на территории Воронежской области, внесенных в календарный план. Такая организация, как ООО «Вымпел» ему знакома. В 2015 году между ООО «Вымпел» и ГБУ ВО «Информцентр» имелись договорные отношения по поводу организации ООО «Вымпел» участия воронежских юных спортсменов в турнирах по футболу, проводимых в &lt;...&gt; и в &lt;...&gt;. Так, между ГБУ ВО «Информцентр» и ООО «Вымпел» в 2015 году был подписан контракт, согласно которого ООО «Вымпел» должно было организовать участие летом 2015 года юных воронежских спортсменов в турнирах по футболу, проводимых в &lt;...&gt; и в &lt;...&gt; за счет средств бюджета Воронежской области. Сообщить, как именно происходило заключение и подписание указанного контракта, не может, так как заключение контрактов и договоров, не входило в его обязанности. Спустя некоторое время после заключения указанного контракта, примерно в середине лета 2015 года в ГБУ ВО «Информцентр» были представлены для оплаты по контракту документы, подтверждающие выполнение обязательств по контракту со стороны ООО «Вымпел», а именно организацию участия юных воронежских спортсменов в турнирах по футболу в &lt;...&gt; и в &lt;...&gt;. Затем на основании представленных от ООО «Вымпел» документов между данным ООО в лице директора и ГБУ ВО «Информцентр», в лице директора ФИО313., были подписаны акты выполненных работ. Затем на основании указанных актов выполненных работ на заседании приемочной комиссии ГБУ ВО «Информцентр» летом 2015 года ее членами, в число которых входил и он, были подписаны: протокол заседания приемочной комиссии ГБУ ВО «Информцентр», на котором были рассмотрены результаты исполнения контракта (оказание услуг по организации участия воронежских спортсменов в межрегиональных и международных соревнованиях в &lt;...&gt;) и приложение к протоколу в виде акта приемки товаров (работ, услуг); а так же протокол заседания приемочной комиссии ГБУ ВО «Информцентр», на котором были рассмотрены результаты исполнения контракта (оказание услуг по организации участия воронежских спортсменов в межрегиональных и международных соревнованиях в &lt;...&gt;) и приложение к протоколу в виде акта приемки товаров (работ, услуг). При подписании протокола заседания приемочной комиссии членам приемочной комиссии, достаточно было акта выполненных работ, подписанного между директором ГБУ ВО «Информцентр» ФИО314. и директором ООО «Вымпел». Лично он подписывал указанные протоколы и приложения к нему. Каких-либо документов, помимо актов выполненных работ, свидетельствующих о проведении соревнований в &lt;...&gt; и в &lt;...&gt;, членам комиссии для изучения не представлялось. Для подписания протоколов и приложений к ним достаточно было актов выполненных работ. После этого ГБУ ВО «Информцентр» выполнило взятые на себя обязательства по контракту и оплатило стоимость контракта за оказанные услуги по организации участия юношеских воронежских команд в &lt;...&gt; и в &lt;...&gt;, перечислив с лицевого счета в УФК по Воронежской области на счет ООО «Вымпел» денежные средства. Какова была стоимость контракта, и сколько именно было оплачено денежных средств за оказанные услуги, сообщить не может. О том, что соревнования по указанному контракту в части организации участия юношеских спортивных команд в &lt;...&gt; не проводились, ему известно не было. Показания на следствии он поддерживает. Свидетель ФИО315. суду пояснила, что примерно в сентябре 2015 года она в очередной раз трудоустроилась в ГБУОДОДВО «СДЮСШОР по футболу «Факел» на должность инструктора-методиста. В указанной должности она проработала до февраля 2016 года. С февраля 2016 года по настоящее время она занимает должность заместителя директора ГБУОДОДВО «СДЮСШОР по футболу «Факел» по учебно-воспитательной работе. Директором школы является ФИО7. В ее должностные обязанности входит: учебно-воспитательная работа с учащимися школы, составляет программы спортивной подготовки, программы дополнительной предпрофессиональной подготовки, подготавливает учебные планы, занимается методической работой. Большей частью работы, связанной с различного рода документацией в школе занимается она. ООО «Вымпел» ей не знакомо. Кто является директором и чем именно занимается ООО «Вымпел» она не знает. Ей про участие тренеров-преподавателей и учащихся ГБУОДОДВО «СДЮСШОР по футболу «Факел» 1999 и 2000 годов рождения в Международном турнире «Кубок Южной Столицы», проводимом в &lt;...&gt; с 05.07.2015 по 16.07.2015, ничего не известно. Проводился ли указанный турнир вообще, она не знает. Она каких-либо приказов, иных документов о направлении в командировку сотрудников, тренеров и учащихся их школы в &lt;...&gt; никогда не готовила. Ей про участие тренеров-преподавателей и учащихся ГБУОДОДВО «СДЮСШОР по футболу «Факел» 2000 и 2001 годов рождения в Международном турнире по футболу, проводимом в &lt;...&gt; с 15.06.2016 по 25.06.2016, ничего не известно. Проводился ли указанный турнир вообще, она не знает. Приказов, иных документов, о направлении в командировку сотрудников, тренеров и учащихся школы в &lt;...&gt; никогда не готовила. Ей про участие тренеров-преподавателей и учащихся ГБУОДОДВО «СДЮСШОР по футболу «Факел» 2000 и 2004 годов рождения во всероссийском турнире по футболу «Золотая осень», проводимом в г. Белгороде с 29.10.2016 по 05.11.2016 ничего не известно. Были ли вообще данные поездки она сказать не может. Показания данные на следствии поддерживаю. Свидетель ФИО316., показания которой оглашались по ходатайству стороны защиты и согласию сторон, поясняла, что проживает с ФИО318 и тремя детьми. Квартира находится в ее собственности. ФИО319. ей знаком с 2015 года, который является руководителем АУ ВО «ЦРФКС». В данной должности он работает с 2015 года. До ухода в декретный отпуск она работала в АУ ВО «ЦРФКС» в должности главного специалиста. У ФИО320 помимо адреса, где они вместе проживают, другого жилья не имеется. ФИО321 в настоящее время находится в г. Москве. Показания на следствии она поддерживает. Свидетель ФИО317. пояснила суду, что работает в должности начальника отдела организационно – методической и правовой работы Управления физической культуры и спорта Воронежской области. По настоящему уголовному делу она первоначально выступала в качестве представителя потерпевшего и в этом качестве допрашивалась следователем. В протоколах допроса содержатся ее подписи, однако, она не помнит, что давала показания, изложенные в протоколах. Эти показания записал следователь, а она их только подписала. Свидетель ФИО322 суду сообщил, что настоящее уголовное дело находилось у него в производстве и именно он отбирал показания у ФИО323 которая первоначально выступала в качестве представителя потерпевшего лица. Он записывал показания с ее слов и тот факт, что она их изменила в суде, сославшись на то, что именно он написал данные показания, является неправдой и свидетельствует о неискренности свидетеля. Именно ФИО324 на следствии сообщала, что турниры в 2015 г.т 2016 г. в г Сочи и &lt;...&gt; не состоялись, однако, денежные суммы на счет ООО « Вымпел» поступили из государственных средств в размере 920 000, 980 000 и 600 000 рублей, соответственно. В ходе допроса она ознакомилась с содержанием составленного протокола и подписала его, замечаний от нее не поступало. Помимо вышеприведенных доказательств в подтверждение вины ФИО5 и ФИО7 в совершении преступлений, она подтверждается совокупностью письменных доказательств, исследованных в ходе судебного следствия, а именно: - рапортом следователя по ОВД СЧ по РОПД ГСУ ГУ МВД России по Воронежской области майора юстиции ФИО325. от 29.06.2017 о том, что в ходе рассмотрения результатов оперативно – розыскной деятельности в отношении директора ООО «Вымпел» ФИО5 и неустановленных лиц по факту хищения денежных средств в сумме 980 000 рублей, выделенных из бюджета Воронежской области АУ ВО «ЦРФКС», было установлено, что 09.06.2016 между АУ ВО «ЦРФКС» в лице исполняющего обязанности руководителя ФИО12 и ООО «Вымпел» в лице директора ФИО5 был заключен договор №44-ЕП от 09.06.2016 на обеспечение участия спортивных команд Воронежской области в турнире по футболу в &lt;...&gt;. Согласно условиям договора, ООО «Вымпел» должно было обеспечить проезд к месту проведения соревнований, а так же проживание и питание спортсменов на период проведения соревнований с 15.06.2016 по 25.06.2016. Цена указанного договора составила 980 000 рублей, которые были выделены из бюджета Воронежской области и в полном объеме перечислены на расчетный счет ООО «Вымпел». Однако, фактически обязательства по вышеуказанному договору ООО «Вымпел» исполнены не были, команды в вышеуказанных соревнованиях участия не принимали, а документы, представленные ФИО5 в качестве отчета об исполнении условий вышеуказанного договора со стороны ООО «Вымпел», содержат ложные сведения об организации участия команд в данных соревнованиях. Указанные денежные средства, поступившие на расчетный счет ООО «Вымпел», ФИО5 похитил и распорядился ими по своему усмотрению, причинив АУ ВО «ЦРФКС» ущерб в крупном размере на сумму 980 000 рублей. (т. 1 л.д. 67-68); - рапортом следователя по ОВД СЧ по РОПД ГСУ ГУ МВД России по Воронежской области майора юстиции ФИО326. от 29.06.2017 о том, что в ходе рассмотрения результатов оперативно – розыскной деятельности в отношении директора ООО «Вымпел» ФИО5 и неустановленных лиц по факту хищения денежных средств в сумме 600 000 рублей, выделенных из бюджета Воронежской области АУ ВО «ЦРФКС», было установлено, что 27.10.2016 между АУ ВО «ЦРФКС» в лице руководителя ФИО327. и ООО «Вымпел» в лице директора ФИО5 был заключен договор №104-ЕП от 27.10.2016 на обеспечение участия спортивных команд Воронежской области в турнире по футболу в г. Белгороде. Согласно условиям договора, ООО «Вымпел» должно было обеспечить проезд к месту проведения соревнований, а так же проживание и питание спортсменов на период проведения соревнований с 29.10.2016 по 05.11.2016. Цена указанного договора составила 600 000 рублей, которые были выделены из бюджета Воронежской области и в полном объеме перечислены на расчетный счет ООО «Вымпел». Однако, фактически обязательства по вышеуказанному договору ООО «Вымпел» исполнены не были, команды в вышеуказанных соревнованиях участия не принимали, а документы, представленные ФИО5 в качестве отчета об исполнении условий вышеуказанного договора со стороны ООО «Вымпел», содержат ложные сведения об организации участия команд в данных соревнованиях. Указанные денежные средства, поступившие на расчетный счет ООО «Вымпел», ФИО5 похитил и распорядился ими по своему усмотрению, причинив АУ ВО «ЦРФКС» ущерб в крупном размере на сумму 600 000 рублей. (т. 1 л.д. 69-70); - рапортом следователя по ОВД СЧ по РОПД ГСУ ГУ МВД России по Воронежской области майора юстиции ФИО328. от 31.08.2017 о том, что в ходе расследования уголовного дела №11701200067140207 было установлено, что 26.06.2015 между ГБУ ВО «Информцентр» (с 22.09.2015 - АУ ВО «ЦРФКС») в лице директора ФИО329 и ООО «Вымпел» в лице директора ФИО5 был заключен государственный контракт №2015.223781 от 26.06.2015 на оказание услуг по организации участия воронежских спортсменов в межрегиональных и международных соревнованиях, а именно - в Финале Первенства МОА «Черноземье» ДД.ММ.ГГГГ года рождения в &lt;...&gt; в период с 29.06.2015 по 08.07.2015 и в Международном турнире «Кубок Южной Столицы» 1999-ДД.ММ.ГГГГ года рождения в &lt;...&gt; в период с 05.07.2015 по 16.07.2015. Согласно условиям договора, ООО «Вымпел» должно было обеспечить проезд к месту проведения соревнований, а так же проживание и питание спортсменов на период проведения соревнований. Цена указанного контракта составила 1 211 099,66 рублей, в том числе за услуги по организации участия спортсменов в Финале Первенства МОА «Черноземье» в &lt;...&gt; - 291 099,66 рублей, за услуги по организации участия спортсменов в Международном турнире «Кубок Южной Столицы» в &lt;...&gt; - 920 000 рублей, которые были выделены из бюджета Воронежской области и в полном объеме перечислены на расчетный счет ООО «Вымпел». Однако, фактически обязательства по вышеуказанному контракту ООО «Вымпел» исполнены в полном объеме не были, команды в соревнованиях в &lt;...&gt; участия не принимали, а документы, представленные ФИО5 в качестве отчета об исполнении условий вышеуказанного контракта со стороны ООО «Вымпел», содержат ложные сведения об организации участия команд в данных соревнованиях в &lt;...&gt;. Указанные денежные средства, поступившие на расчетный счет ООО «Вымпел», ФИО5 похитил и распорядился ими по своему усмотрению, причинив ГБУ ВО «Информцентр» (с 22.09.2015 - АУ ВО «ЦРФКС») ущерб в крупном размере на сумму 920 000 рублей. (т. 1 л.д. 71-72); - справкой от 14.03.2017, выданной Управлением физической культуры и спорта Белгородской области, согласно которой Управлением физической культуры и спорта Белгородской области, в связи с отсутствием в календарном плане областных спортивно – массовых мероприятия на 2016 год всероссийского турнира по футболу «Золотая осень», проходившего в г. Белгороде в период с 29.10.2016 по 05.11.2016, организация и проведение данного мероприятия не осуществлялась (т. 1 л.д. 110); - актом приема-передачи документов от 03.05.2017, согласно которому АУ ВО «ЦРФКС» в лице ФИО330В. передало УМВД России по г. Воронежу в лице ФИО331 договор №44-ЕП на оказание услуги по обеспечению участия спортивных команд Воронежской области в международном турнире по футболу от 09.06.2016 на 9 листах; договор №104-ЕП на оказание услуги по обеспечению участия спортивных команд Воронежской области о всероссийском турнире по футболу «Золотая осень» от 27.10.2016 на 9 листах. (т. 1 л.д. 113); - справкой от 04.03.2017, выданной ИФНС России по Ленинскому району г. Воронежа, согласно которой у ООО «Вымпел» (ИНН &lt;***&gt;) с 07.05.2015 открыт один расчетный счет №&lt;***&gt; в ПАО «Ханты-Мансийский Банк Открытие». (т. 1 л.д. 207); - копией выписки из ЕГРЮЛ №366820170124516 от 05.04.2017, содержащей сведения в отношении юридического лица ООО «Вымпел», которое 13.04.2015 зарегистрировано в качестве юридического лица Межрайонной инспекцией Федеральной налоговой службы №12 по Воронежской области за регистрационным номером (ОГРН) &lt;***&gt; и 13.04.2015 поставлено на налоговый учет в налоговом органе по месту его нахождения в Инспекции Федеральной налоговой службы по Ленинскому району г. Воронежа с присвоением идентификационного номера налогоплательщика (ИНН) &lt;***&gt; (КПП 366401001). Данная выписка так же содержит сведения об учредителе юридического лица, которым является ФИО5, ДД.ММ.ГГГГ г.р., а так же сведения о физическом лице, имеющем право без доверенности действовать от имени юридического лица (директоре), которым является ФИО5, ДД.ММ.ГГГГ г.р. (т. 1 л.д. 235-239); - справкой от 26.04.2017, выданной Воронежским региональным отделением Фонда социального страхования Российской Федерации, согласно которой ООО «Вымпел» (ИНН &lt;***&gt;) состоит на учете в качестве страхователя в региональном отделении Фонда с 14.04.2015. За период с 14.04.2015 по 25.04.2017 данной организацией страховые взносы не начислялись и не перечислялись в бюджет отделения Фонда. (т. 2 л.д. 175); - справкой от 28.04.2017, выданной отделением пенсионного фонда Российской Федерации по Воронежской области, согласно которой ООО «Вымпел» (ИНН &lt;***&gt;) с 13.04.2015 (дата регистрации) представлялась отчетность (расчет по начисленным и уплаченным страховым взносам на ОПС и ОМС) в Управление ПФР за 2,3,4 квартал 2015 г. и 1,2,3,4 квартал 2016 г. В представленных отчетах ООО «Вымпел» отсутствуют сведения о работающих и застрахованных лицах и сведения о страховых взносах на обязательное пенсионное страхование и страховом стаже для включения в индивидуальные лицевые счета. (т. 2 л.д. 177); - справкой №01-4-07/64307 от 10.04.2017, представленной ПАО Банк «ФК Открытие», согласно которой снятие денежных средств по чекам ООО «Вымпел» (ИНН &lt;***&gt;) с расчетного счета №&lt;***&gt;, открытого 07.05.2015 в ПАО «Ханты-Мансийский Банк Открытие», осуществлял ФИО5, ДД.ММ.ГГГГ г.р., зарегистрированный по адресу: г. Воронеж, пр. Труда, дом №31, квартира №56. (т. 2 л.д. 183); - рапортом старшего оперуполномоченного по ОВД УФСБ России по Воронежской области майора ФИО332. от 30.06.2017 о том, что в ходе проведения ОРМ, получена информация об осуществлении ФИО5, являющимся в период с 13.04.2015 по настоящее время директором ООО «Вымпел» (ИНН &lt;***&gt;), действий, связанных с хищением денежных средств из бюджета Воронежской области, путем обмана и злоупотребления доверием в особо крупном размере. (т. 2 л.д. 206-208); - материалами ОРД (т. 2 л.д. 209-216); - справкой, выданной Автономной Некоммерческой Организацией ФК «Юг-Спорт», согласно которой в период с 15.06.2016 по 25.06.2016 Международный детско-юношеский футбольный турнир «Кубок Южной Столицы» не проводился. Турнир проводился в период с 22.03.2016 по 08.04.2016. (т. 2 л.д. 252); - справкой №08 от 02.06.2017, выданной Белгородской Местной Общественной Организацией «Детская футбольная лига», согласно которой в период с 29.10.2016 по 05.11.2016 Всероссийский турнир по футболу «Золотая осень» БМОО ДФЛ в городе Белгороде не проводился. Сведениями об участии спортивных команд Воронежской области в каких-либо турнирах в городе Белгороде в период с 29.10.2016 по 05.11.2016 не располагают. (т. 2 л.д. 254); - копией Постановления Правительства Воронежской области от 22.09.2015 «О создании автономного учреждения Воронежской области «Центр развития физической культуры и спорта» путем изменения типа и наименования существующего государственного бюджетного учреждения Воронежской области «Информационно-аналитический центр развития физической культуры и спорта». (т. 3 л.д. 18-20); - копией Приказа руководителя Управления физической культуры и спорта Воронежской области ФИО334. №60-л/с от 05.12.2017, согласно которого с 06.12.2017 исполняющим обязанности руководителя АУ ВО «ЦРФКС» назначен заместитель руководителя ФИО333. (т. 3 л.д. 21); - заявлением о преступлении от 16.01.2018, согласно которому ФИО335. просит привлечь к ответственности директора ООО «Вымпел» ФИО5, который путем обмана в период с 26.05.2015 по 22.11.2016 похитил денежные средства в общей сумме 2 500 000 рублей, выделенные из бюджета Воронежской области АУ ВО «ЦРФКС» (до 22.09.2015 – ГБУ ВО «Информцентр») для направления спортивных команд Воронежской области для участия в турнирах по футболу, проходящих: в &lt;...&gt; с 05.07.2015 по 16.07.2015; в &lt;...&gt; с 15.06.2016 по 25.06.2016 и в г. Белгороде с 29.10.2016 по 05.11.2016. (т. 3 л.д. 62); - заявлением о преступлении от 17.07.2017, согласно которому ФИО336. просит привлечь к ответственности неустановленных лиц, которые в период времени с 26.02.2016 по 22.11.2016 похитил денежные средства в общей сумме 1 580 000 рублей, выделенные из бюджета Воронежской области АУ ВО «ЦРФКС» для направления спортивных команд Воронежской области для участия в Международном турнире по футболу, проходящему в &lt;...&gt; с 15.06.2016 по 25.06.2016, так же направления спортивных команд Воронежской области для участия о всероссийском турнире по футболу «Золотая Осень», проходящему в г. Белгороде с 29.10.2016 по 06.11.2016. (т. 3 л.д. 78); - протоколом получения образцов для сравнительного исследования от 29.09.2017, в ходе которого у свидетеля ФИО337. получены образцы оттиска печати БМОО «Детская футбольная лига» на 7 листах формата А4. (т. 3 л.д. 152); - протоколом получения образцов для сравнительного исследования от 23.08.2017, в ходе которого у свидетеля ФИО338. получены образцы оттиска печати АНО ФК «Юг-Спорт» на 3 листах формата А4. (т. 3 л.д. 176); - протоколом получения образцов для сравнительного исследования от 23.08.2017, в ходе которого у свидетеля ФИО339. получены образцы подписей на 5 листах формата А4. (т. 3 л.д. 181); - протоколом выемки от 01.09.2017, в ходе которой в МИФНС России №12 по Воронежской области, по адресу: &lt;...&gt;, было изъято регистрационное дело ООО «Вымпел», ИНН &lt;***&gt; на 27 листах, включающее: опись дела ООО «Вымпел» (ОГРН &lt;***&gt;) на 1 листе; расписку в получении документов, представленных при государственной регистрации юридического лица от 06.04.2015 на 1 листе; заявление о государственной регистрации юридического лица при создании ООО «Вымпел» от имени ФИО5 от 06.04.2015 на 10 листах; квитанцию об оплате государственной пошлины от 27.03.2015 на 1 листе; решение №1 единственного учредителя ООО «Вымпел» ФИО5 от 17.03.2015 о создании ООО «Вымпел» на 1 листе; Устав ООО «Вымпел», утвержденный Решением единственного учредителя ООО «Вымпел» ФИО5 №1 от 17.03.2015 на 13 листах, имеющие значение для расследования уголовного дела, которое служит средством для обнаружения преступления и установления обстоятельств уголовного дела. (т. 4 л.д. 217-220); - протоколом выемки от 15.08.2017, в ходе которой в ПАО «Ханты-Мансийский Банк Открытие» по адресу: &lt;...&gt;, были изъяты документы, содержащие сведения об открытии 07.05.2015, ведении и использовании расчетного счета №&lt;***&gt; ООО «Вымпел», ИНН &lt;***&gt; на 47 листах, включающие: сертификат ключа проверки электронной подписи от 08.05.2015 на 1 листе; сопроводительное письмо к комплекту документов юридического лица от 06.05.2015 на 7 листах; заявление о присоединении к Правилам банковского обслуживания от имени директора ООО «Вымпел» ФИО5 от 06.05.2015 на 3 листах; карточку с образцами подписи и оттиска печати ООО «Вымпел» от 07.05.2015 на 1 листе (расчетный счет &lt;***&gt;), в которой в графе владелец счета указан ФИО5 и стоит его подпись и оттиск печати ООО «Вымпел»; соглашение о порядке применения подписей, заявленных в карточке с образцами подписей и оттиска печати, при указании юридическим лицом одной подписи от 07.05.2015, заключенное между ПАО Ханты-Мансийский банк Открытие» в лице начальника отдела клиентского обслуживания Оперционного офиса «Воронежский» ПАО Ханты-Мансийский банк Открытие» ФИО17 и ООО «Вымпел» в лице директора ФИО5 на 1 листе; основные сведения о юридическом лице ООО «Вымпел» на 6 листах (ОГРН &lt;***&gt;; ИНН &lt;***&gt;; юридический адрес: &lt;...&gt;; дата регистрации 13.04.2015; директор и учредитель ФИО5); уведомление ООО «Вымпел» от 06.05.2015 на 1 листе; копию свидетельства 36 №003679824 о постановке на учет Российской организации в налоговом органе по месту нахождения отношении ООО «Вымпел» (ОГРН &lt;***&gt;) от 13.04.2015 на 1 листе; копию свидетельства 36 №003679823 о государственной регистрации юридического лица ООО «Вымпел» (ОГРН &lt;***&gt;) от 13.04.2015 на 1 листе; копию решения №1 единственного учредителя ООО «Вымпел» ФИО5 о создании ООО «Вымпел» от 17.03.2015 на 1 листе; Уведомление директора ООО «Вымпел» ФИО5 в адрес ПАО «Ханты-Мансийский банк Открытие» от 06.05.2015 на 1 листе о том, что фактическим местонахождением единоличного исполнительного органа ООО «Вымпел» является адрес: г. Воронеж, ул. Кольцовская, д.58, офис №209; письмо в ПАО Ханты-Мансийский банк Открытие» от имени директора ООО «Вымпел» ФИО5 от 06.05.2015 на 1 листе, в котором он информирует об отсутствии в отношении ООО «Вымпел» производства по делу о несостоятельности (банкротстве); вопросник по самосертификации, заполненный от имени директора ООО «Вымпел» ФИО5 от 06.05.2015 на 2 листах; анкету директора ООО «Вымпел» ФИО5 для открытия расчетного счета ПАО «Ханты-Мансийский банк Открытие» от 06.05.2015 на 3 листах; сведения о бенефициарном владельце от 06.05.2015 на 1листе; Устав ООО «Вымпел», утвержденный Решением единственного учредителя ООО «Вымпел» ФИО5 №1 от 17.03.2015 на 13 листах; копию паспорта на имя ФИО5 серии2001 №297833, выданного 25.08.2010 отделом УФМС России по Воронежской области в Коминтерновском районе г. Воронежа на 3 листах, имеющие значение для расследования уголовного дела, которые служат средством для обнаружения преступления и установления обстоятельств уголовного дела. (т. 4 л.д. 230-233); - протоколом выемки от 10.08.2017, в ходе которой в ИФНС России по Ленинскому району г. Воронежа по адресу: &lt;...&gt;, были изъяты оригиналы налогового дела ООО «Вымпел», ИНН &lt;***&gt; на 28 листах, включающие: расчет сумм налога на доходы физических лиц, исчисленных и удержанных налоговым агентом на 2 листах; расчет по страховым взносам на 4 листах; расчет сумм налога на доходы физических лиц, исчисленных и удержанных налоговым агентом на 2 листах; расчет по страховым взносам на 4 листах; налоговую декларацию по налогу, уплачиваемому в связи с применением упрощенной системы налогообложения на 2 листах; упрощенную бухгалтерскую (финансовую отчетность) на 2 листах; расчет сумм налога на доходы физических лиц, исчисленных и удержанных налоговым агентом на 2 листах; сведения о среднесписочной численности работников за предшествующий календарный год на 1 листе; расчет сумм налога на доходы физических лиц, исчисленных и удержанных налоговым агентом на 2 листах; расчет сумм налога на доходы физических лиц, исчисленных и удержанных налоговым агентом на 2 листах; упрощенную бухгалтерскую (финансовую) отчетность на 2 листах; налоговую декларация по налогу, уплачиваемому в связи с применением упрощенной системы налогообложения на 2 листах; сведения о среднесписочной численности работников за предшествующий календарный год на 1 листе, имеющие значение для расследования уголовного дела, которые служат средством для обнаружения преступления и установления обстоятельств уголовного дела. (т. 4 л.д. 242-245); - протоколом осмотра предметов (документов) от 12.01.2018, в ходе которого осмотрены: - регистрационное дело ООО «Вымпел», ИНН &lt;***&gt; на 27 листах, изъятое в ходе выемки 01.09.2017 в МИФНС России №12 по Воронежской области, по адресу: &lt;...&gt;, включающее: опись дела ООО «Вымпел» (ОГРН &lt;***&gt;) на 1 листе; расписку в получении документов, представленных при государственной регистрации юридического лица от 06.04.2015 на 1 листе; заявление о государственной регистрации юридического лица при создании ООО «Вымпел» от имени ФИО5 от 06.04.2015 на 10 листах; квитанцию об оплате государственной пошлины от 27.03.2015 на 1 листе; решение №1 единственного учредителя ООО «Вымпел» ФИО5 от 17.03.2015 о создании ООО «Вымпел» на 1 листе; Устав ООО «Вымпел», утвержденный Решением единственного учредителя ООО «Вымпел» ФИО5 №1 от 17.03.2015 на 13 листах; - документы, содержащие сведения об открытии 07.05.2015, ведении и использовании расчетного счета №&lt;***&gt; ООО «Вымпел», ИНН &lt;***&gt; на 47 листах, изъятые в ходе выемки 15.08.2017 ПАО «Ханты-Мансийский Банк Открытие» по адресу: &lt;...&gt;, включающие: сертификат ключа проверки электронной подписи от 08.05.2015 на 1 листе; сопроводительное письмо к комплекту документов юридического лица от 06.05.2015 на 7 листах; заявление о присоединении к Правилам банковского обслуживания от имени директора ООО «Вымпел» ФИО5 от 06.05.2015 на 3 листах; карточку с образцами подписи и оттиска печати ООО «Вымпел» от 07.05.2015 на 1 листе (расчетный счет &lt;***&gt;), в которой в графе владелец счета указан ФИО5 и стоит его подпись и оттиск печати ООО «Вымпел»; соглашение о порядке применения подписей, заявленных в карточке с образцами подписей и оттиска печати, при указании юридическим лицом одной подписи от 07.05.2015, заключенное между ПАО Ханты-Мансийский банк Открытие» в лице начальника отдела клиентского обслуживания Оперционного офиса «Воронежский» ПАО Ханты-Мансийский банк Открытие» ФИО17 и ООО «Вымпел» в лице директора ФИО5 на 1 листе; основные сведения о юридическом лице ООО «Вымпел» на 6 листах (ОГРН &lt;***&gt;; ИНН &lt;***&gt;; юридический адрес: &lt;...&gt;; дата регистрации 13.04.2015; директор и учредитель ФИО5); уведомление ООО «Вымпел» от 06.05.2015 на 1 листе; копию свидетельства 36 №003679824 о постановке на учет Российской организации в налоговом органе по месту нахождения отношении ООО «Вымпел» (ОГРН &lt;***&gt;) от 13.04.2015 на 1 листе; копию свидетельства 36 №003679823 о государственной регистрации юридического лица ООО «Вымпел» (ОГРН &lt;***&gt;) от 13.04.2015 на 1 листе; копию решения №1 единственного учредителя ООО «Вымпел» ФИО5 о создании ООО «Вымпел» от 17.03.2015 на 1 листе; Уведомление директора ООО «Вымпел» ФИО5 в адрес ПАО «Ханты-Мансийский банк Открытие» от 06.05.2015 на 1 листе о том, что фактическим местонахождением единоличного исполнительного органа ООО «Вымпел» является адрес: г. Воронеж, ул. Кольцовская, д.58, офис №209; письмо в ПАО Ханты-Мансийский банк Открытие» от имени директора ООО «Вымпел» ФИО5 от 06.05.2015 на 1 листе, в котором он информирует об отсутствии в отношении ООО «Вымпел» производства по делу о несостоятельности (банкротстве); вопросник по самосертификации, заполненный от имени директора ООО «Вымпел» ФИО5 от 06.05.2015 на 2 листах; анкету директора ООО «Вымпел» ФИО5 для открытия расчетного счета ПАО «Ханты-Мансийский банк Открытие» от 06.05.2015 на 3 листах; сведения о бенефициарном владельце от 06.05.2015 на 1листе; Устав ООО «Вымпел», утвержденный Решением единственного учредителя ООО «Вымпел» ФИО5 №1 от 17.03.2015 на 13 листах; копию паспорта на имя ФИО5 серии2001 №297833, выданного 25.08.2010 отделом УФМС России по Воронежской области в Коминтерновском районе г. Воронежа на 3 листах; - оригиналы налогового дела ООО «Вымпел», ИНН &lt;***&gt; на 28 листах, изъятые в ходе выемки 10.08.2017 в ИФНС России по Ленинскому району г. Воронежа по адресу: &lt;...&gt;, включающие: расчет сумм налога на доходы физических лиц, исчисленных и удержанных налоговым агентом на 2 листах; расчет по страховым взносам на 4 листах; расчет сумм налога на доходы физических лиц, исчисленных и удержанных налоговым агентом на 2 листах; расчет по страховым взносам на 4 листах; налоговую декларацию по налогу, уплачиваемому в связи с применением упрощенной системы налогообложения на 2 листах; упрощенную бухгалтерскую (финансовую отчетность) на 2 листах; расчет сумм налога на доходы физических лиц, исчисленных и удержанных налоговым агентом на 2 листах; сведения о среднесписочной численности работников за предшествующий календарный год на 1 листе; расчет сумм налога на доходы физических лиц, исчисленных и удержанных налоговым агентом на 2 листах; расчет сумм налога на доходы физических лиц, исчисленных и удержанных налоговым агентом на 2 листах; упрощенную бухгалтерскую (финансовую) отчетность на 2 листах; налоговую декларация по налогу, уплачиваемому в связи с применением упрощенной системы налогообложения на 2 листах; сведения о среднесписочной численности работников за предшествующий календарный год на 1 листе, имеющие значение для расследования уголовного дела, которое служат средством для обнаружения преступления и установления обстоятельств уголовного дела. (т. 4 л.д. 246-249); - постановлением о признании и приобщении к уголовному делу вещественных доказательств от 12.01.2018. (т. 4 л.д. 250-254); - протоколом обыска от 17.07.2017, в ходе которого в жилище ФИО5 по адресу: &lt;...&gt; были изъяты: USB-устройство (электронный ключ) в пластиковом корпусе синего цвета с надписью «Открытие» с номером «D64K12BZ 0022425137 SL»; бумажный банковский конверт от электронного ключа с надписью «Открытие банк, Интернет-банк для бизнеса»; денежная чековая книжка на 25 денежных чеков за номерами от АВ 2332601 до АВ2332625 для получения наличных денег с расчетного счета №&lt;***&gt;, открытого в ПАО «Ханты – Мансийский Банк Открытие»; прямоугольный штамп с оттиском «ОБЩЕСТВО С ОГРАНИЧЕННОЙ ОТВЕТСТВЕННОСТЬЮ «ВЫМПЕЛ»; прямоугольный угловой штамп с оттиском ООО «Вымпел»; круглая мастичная печать с оттиском ООО «Вымпел» (ОГРН&lt;***&gt;, ИНН &lt;***&gt;); USB-устройство (электронный ключ) в пластиковом корпусе черного цвета с надписью «Time 321-60 GXXIY 32558» с биркой в виде ракушки; USB-устройство (электронный ключ) в пластиковом корпусе черного цвета с надписью «Time 321-60 GXXIY 32558» и пометкой «1», выполненной белой краской; USB-устройство (электронный ключ) в пластиковом корпусе черного цвета с надписью «Time 321-60 GXXIY 32558» и пометкой «8», выполненной белой краской; приказ №1262-к ГБУ ВО «Центр спортивной подготовки сборных команд» от 20.10.2015, содержащие информацию, имеющую значение для расследования уголовного дела, служащие средством для обнаружения преступления и установления обстоятельств уголовного дела. (т. 5 л.д. 6-14); - протоколом осмотра предметов (документов) от 02.08.2017, в ходе которого осмотрены: USB-устройство (электронный ключ) в пластиковом корпусе синего цвета с надписью «Открытие» с номером «D64K12BZ 0022425137 SL»; бумажный банковский конверт от электронного ключа с надписью «Открытие банк, Интернет-банк для бизнеса»; денежная чековая книжка на 25 денежных чеков за номерами от АВ 2332601 до АВ2332625 для получения наличных денег с расчетного счета №&lt;***&gt;, открытого в ПАО «Ханты – Мансийский Банк Открытие»; прямоугольный штамп с оттиском «ОБЩЕСТВО С ОГРАНИЧЕННОЙ ОТВЕТСТВЕННОСТЬЮ «ВЫМПЕЛ»; прямоугольный угловой штамп с оттиском ООО «Вымпел»; круглая мастичная печать с оттиском ООО «Вымпел» (ОГРН&lt;***&gt;, ИНН &lt;***&gt;); USB-устройство (электронный ключ) в пластиковом корпусе черного цвета с надписью «Time 321-60 GXXIY 32558» с биркой в виде ракушки; USB-устройство (электронный ключ) в пластиковом корпусе черного цвета с надписью «Time 321-60 GXXIY 32558» и пометкой «1», выполненной белой краской; USB-устройство (электронный ключ) в пластиковом корпусе черного цвета с надписью «Time 321-60 GXXIY 32558» и пометкой «8», выполненной белой краской; приказ №1262-к ГБУ ВО «Центр спортивной подготовки сборных команд» от 20.10.2015, изъятые 17.07.2017 в ходе обыска в жилище ФИО5 по адресу: &lt;...&gt;, содержащие информацию, имеющую значение для расследования уголовного дела, служащие средством для обнаружения преступления и установления обстоятельств уголовного дела. (т. 5 л.д. 15-33); - постановлением о признании и приобщении к уголовному делу вещественных доказательств от 02.08.2017. (т. 5 л.д. 34-36); - протоколом обыска от 17.07.2017, в ходе которого в помещении офиса ООО «Комфорт» по адресу: г. Воронеж, ул. Плехановская, д.10 «а», офис №201 были изъяты: лист бумаги формата А4, на котором в верхней части расположен текст «Анализ проживания ООО «Вымпел» в период 31.05 по 21.07.2016»; копия договора купли-продажи путевок №08/16 от 30.06.2016 на 2 листах формата А4, заключенного между ООО «Комфорт» (Продавец) в лице директора ФИО343. и ООО «Вымпел» (Покупатель) в лице директора ФИО5; акт №НЕМ00238 от 30.06.2016 на 1 листе формата А4, подписанный между ООО «Комфорт» в лице директора ФИО18 и ООО «Вымпел» в лице директора ФИО5; копия договора купли-продажи путевок №10/16 от 10.07.2016 на 2 листах формата А4, заключенного между ООО «Комфорт» (Продавец) в лице директора ФИО341 В.П. и ООО «Вымпел» (Покупатель) в лице директора ФИО5; акт №НЕМ00170 от 10.07.2016 на 1 листе формата А4, подписанный между ООО «Комфорт» в лице директора ФИО342 и ООО «Вымпел» в лице директора ФИО5; копия договора купли-продажи путевок №15/16 от 22.07.2016 на 2 листах формата А4, заключенного между ООО «Комфорт» (Продавец) в лице директора ФИО344. и ООО «Вымпел» (Покупатель) в лице директора ФИО5; акт №НЕМ00163 от 22.07.2016 на 1 листе формата А4, подписанный между ООО «Комфорт» в лице директора ФИО340П. и ООО «Вымпел» в лице директора ФИО5, содержащие информацию, имеющую значение для расследования уголовного дела, служащие средством для обнаружения преступления и установления обстоятельств уголовного дела. (т. 5 л.д. 128-133); - постановлением о признании и приобщении к уголовному делу вещественных доказательств от 02.08.2017. (т. 5 л.д. 134-135); - протоколом обыска от 17.07.2017, в ходе которого в помещении офиса АУ ВО «ЦРФКС» по адресу: г. Воронеж, ул. Студенческая, д.17, офис №215 были изъяты: счет на оплату №8 от 16.07.2015 на 1 листе; акт №5 от 16.07.2015 на 1 листе; акт №2 об оказании услуг от 16.07.2015 на 1 листе; счет на оплату №9 от 16.07.2015 на 1 листе; акт №4 от 16.07.2015 на 1 листе; акт №3 об оказании услуг от 16.07.2015 на 1 листе; счет на оплату №7 от 08.07.2015 на 1 листе; акт №3 от 08.07.2015 на 1 листе; акт №1 об оказании услуг от 08.07.2015 на 1 листе; государственный контракт №2015.223781 от 26.06.2015 «на оказание услуг по организации участия воронежских спортсменов в межрегиональных и международных соревнованиях» с приложением всего на 19 листах; протокол заседания приемочной комиссии ГБУ ВО «Информцентр» №7 от 08.07.2015 с приложением в виде акта приемки товаров (работ, услуг) от 08.07.2015 всего на 3 листах; протокол заседания приемочной комиссии ГБУ ВО «Информцентр» №8 от 16.07.2015 с приложением в виде акта приемки товаров (работ, услуг) от 16.07.2015 всего на 3 листах; копия Приглашения сборной команды Воронежской области по футболу (1999-2000 годов рождения) на Международный турнир в город Сочи в период с 05 июля по 16 июля 2015 года в виде Положения о проведении в &lt;...&gt; международного детско-юношеского футбольного турнира «Кубок Южной Столицы» на 1 листе; приказ руководителя ГБУ ВО «Информцентр» ФИО11 №394-с/1 от 02.07.2015 об организации участия воронежских спортсменов в межрегиональных и международных соревнованиях - международного детско-юношеского футбольного турнира «Кубок Южной Столицы» ДД.ММ.ГГГГ г.р. в &lt;...&gt; с 05 по 16 июля 2015 г. на 2 листах; список учащихся СДЮСШОР по футболу «Факел» ДД.ММ.ГГГГ г.р. международного детско-юношеского футбольного турнира «Кубок Южной Столицы» с 05 по 16 июля 2015 г.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заявочный лист команды СДЮСШОР по футболу «Факел» ДД.ММ.ГГГГ г.р. в Международном детско-юношеском футбольном турнире «Кубок Южной Столицы» в городе Сочи в период с 05 июля по 16 июля 2015 года на 1 листе; Календарь игр Международного детско-юношеского турнира «Кубок Южной Столицы» среди юношей ДД.ММ.ГГГГ г.р. в &lt;...&gt; с 05 по 16 июля 2015 года на 1 листе; таблица Международного детско-юношеского турнира «Кубок Южной Столицы» среди юношей ДД.ММ.ГГГГ г.р., в &lt;...&gt; с 05 по 16 июля 2015 года на 1 листе; папка – скоросшиватель с титульным листом с надписью «Международный футбольный турнир «Кубок Южной Столицы» ДД.ММ.ГГГГ г.р. 05 - 16 июля 2015 г. &lt;...&gt;»; копия Приглашения сборной команды Воронежской области по футболу (1999-2000 годов рождения) на Международный турнир в город Сочи в период с 05 июля по 16 июля 2015 года в виде Положения о проведении в &lt;...&gt; международного детско-юношеского футбольного турнира «Кубок Южной Столицы» на 1 листе; приказ руководителя ГБУ ВО «Информцентр» ФИО11 №396-с/1 от 02.07.2015 об организации участия воронежских спортсменов в межрегиональных и международных соревнованиях - международного детско-юношеского футбольного турнира «Кубок Южной Столицы» ДД.ММ.ГГГГ г.р. в &lt;...&gt; с 05 по 16 июля 2015 г. на 2 листах; список учащихся СДЮСШОР по футболу «Факел» ДД.ММ.ГГГГ г.р. международного детско-юношеского футбольного турнира «Кубок Южной Столицы» с 05 по 16 июля 2015 г.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заявочный лист команды СДЮСШОР по футболу «Факел» ДД.ММ.ГГГГ г.р. в Международном детско-юношеском футбольном турнире «Кубок Южной Столицы» в городе Сочи в период с 05 июля по 16 июля 2015 года на 1 листе; Календарь игр Международного детско-юношеского турнира «Кубок Южной Столицы» среди юношей ДД.ММ.ГГГГ г.р. в &lt;...&gt; с 05 по 16 июля 2015 года на 1 листе; таблица Международного детско-юношеского турнира «Кубок Южной Столицы» среди юношей ДД.ММ.ГГГГ г.р., в &lt;...&gt; с 05 по 16 июля 2015 года на 1 листе; копия запроса директора ГБОУДОВО «СДЮСШОР по футболу «Факел» ФИО7 в адрес Управления физической культуры и спорта Воронежской области №85/16-01-16/01 от 13.01.2015 на 1 листе о финансировании юношеской команды ГБОУДОВО «СДЮСШОР по футболу «Факел» на официальные Российские соревнования в &lt;...&gt;, Тамбов, Волжский с мая по июнь 2015 года и н международные соревнования команд в Италию и Чехию в размере 1 800 000 рублей; приказ руководителя ГБУ ВО «Информцентр» ФИО11 №386-с/1 от 26.06.2015 об организации участия воронежских спортсменов в межрегиональных и международных соревнованиях – в Финале первенства МОА «Черноземье» ДД.ММ.ГГГГ г.р. в &lt;...&gt; 29 июня - 8 июля 2015 г.» на 2 листах; список учащихся СДЮСШОР по футболу «Факел» ДД.ММ.ГГГГ г.р. для участия в Финале первенства МОА «Черноземье» с 29 июня по 8 июля 2015 г в &lt;...&gt;» на 1 листе; таблица финального турнира Первенства МОА «Черноземье» юношей ДД.ММ.ГГГГ г.р. в &lt;...&gt; 29 июня - 8 июля 2015 г.» на 1 листе; Календарь игр финального турнира Первенства МОА «Черноземье» юношей ДД.ММ.ГГГГ г.р. в &lt;...&gt; 29 июня - 8 июля 2015 г.» на 1 листе; заявочный лист команды СДЮСШОР по футболу «Факел» в финальном турнире Первенства МОА «Черноземье» юношей ДД.ММ.ГГГГ г.р. на 2015 г.» на 1 листе; дозаявочный лист команды СДЮСШОР по футболу «Факел» в финальном турнире Первенства МОА «Черноземье» юношей ДД.ММ.ГГГГ г.р. на 2015 г.» на 1 листе; дозаявочный лист команды СДЮСШОР по футболу «Факел» в финальном турнире Первенства МОА «Черноземье» юношей ДД.ММ.ГГГГ г.р. на 2015 г.» на 1 листе; протокол соревнований на 1 листе; протокол соревнований на 1 листе; протокол соревнований на 1 листе; протокол соревнований на 1 листе; протокол соревнований на 1 листе; протокол соревнований на 1 листе; акт №3 от 08.07.2015 на 1 листе, подписанный между ООО «Вымпел» в лице директора ФИО5 и ГБУ ВО «Информцентр» в лице руководителя ФИО11, согласно которого приняты работы в виде оказания услуг по организации участия спортивной команды Воронежской области в финале первенства МАО «Черноземье» по государственному контракту №2015.223781 от 26.06.2015 на сумму 291 099,66 рублей; копия акта №1 об оказании услуг от 08.07.2015 на 1 листе, подписанный между ООО «Вымпел» в лице директора ФИО5 и СДЮСШОР по футболу «Факел» в лице директора ФИО7; 5 листов формата А4, на каждом из которых стоят оттиски круглой печати синего цвета «АУ ВО «ЦРФКС», содержащие информацию, имеющую значение для расследования уголовного дела, служащие средством для обнаружения преступления и установления обстоятельств уголовного дела. (т. 5 л.д. 185-193); - протоколом осмотра предметов (документов) от 17.07.2017, в ходе которого осмотрены: счет на оплату №8 от 16.07.2015 на 1 листе; акт №5 от 16.07.2015 на 1 листе; акт №2 об оказании услуг от 16.07.2015 на 1 листе; счет на оплату №9 от 16.07.2015 на 1 листе; акт №4 от 16.07.2015 на 1 листе; акт №3 об оказании услуг от 16.07.2015 на 1 листе; счет на оплату №7 от 08.07.2015 на 1 листе; акт №3 от 08.07.2015 на 1 листе; акт №1 об оказании услуг от 08.07.2015 на 1 листе; государственный контракт №2015.223781 от 26.06.2015 «на оказание услуг по организации участия воронежских спортсменов в межрегиональных и международных соревнованиях» с приложением всего на 19 листах; протокол заседания приемочной комиссии ГБУ ВО «Информцентр» №7 от 08.07.2015 с приложением в виде акта приемки товаров (работ, услуг) от 08.07.2015 всего на 3 листах; протокол заседания приемочной комиссии ГБУ ВО «Информцентр» №8 от 16.07.2015 с приложением в виде акта приемки товаров (работ, услуг) от 16.07.2015 всего на 3 листах; копия Приглашения сборной команды Воронежской области по футболу (1999-2000 годов рождения) на Международный турнир в город Сочи в период с 05 июля по 16 июля 2015 года в виде Положения о проведении в &lt;...&gt; международного детско-юношеского футбольного турнира «Кубок Южной Столицы» на 1 листе; приказ руководителя ГБУ ВО «Информцентр» ФИО345. №394-с/1 от 02.07.2015 об организации участия воронежских спортсменов в межрегиональных и международных соревнованиях - международного детско-юношеского футбольного турнира «Кубок Южной Столицы» ДД.ММ.ГГГГ г.р. в &lt;...&gt; с 05 по 16 июля 2015 г. на 2 листах; список учащихся СДЮСШОР по футболу «Факел» ДД.ММ.ГГГГ г.р. международного детско-юношеского футбольного турнира «Кубок Южной Столицы» с 05 по 16 июля 2015 г.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заявочный лист команды СДЮСШОР по футболу «Факел» ДД.ММ.ГГГГ г.р. в Международном детско-юношеском футбольном турнире «Кубок Южной Столицы» в городе Сочи в период с 05 июля по 16 июля 2015 года на 1 листе; Календарь игр Международного детско-юношеского турнира «Кубок Южной Столицы» среди юношей ДД.ММ.ГГГГ г.р. в &lt;...&gt; с 05 по 16 июля 2015 года на 1 листе; таблица Международного детско-юношеского турнира «Кубок Южной Столицы» среди юношей ДД.ММ.ГГГГ г.р., в &lt;...&gt; с 05 по 16 июля 2015 года на 1 листе; папка – скоросшиватель с титульным листом с надписью «Международный футбольный турнир «Кубок Южной Столицы» ДД.ММ.ГГГГ г.р. 05 - 16 июля 2015 г. &lt;...&gt;»; копия Приглашения сборной команды Воронежской области по футболу (1999-2000 годов рождения) на Международный турнир в город Сочи в период с 05 июля по 16 июля 2015 года в виде Положения о проведении в &lt;...&gt; международного детско-юношеского футбольного турнира «Кубок Южной Столицы» на 1 листе; приказ руководителя ГБУ ВО «Информцентр» ФИО346. №396-с/1 от 02.07.2015 об организации участия воронежских спортсменов в межрегиональных и международных соревнованиях - международного детско-юношеского футбольного турнира «Кубок Южной Столицы» ДД.ММ.ГГГГ г.р. в &lt;...&gt; с 05 по 16 июля 2015 г. на 2 листах; список учащихся СДЮСШОР по футболу «Факел» ДД.ММ.ГГГГ г.р. международного детско-юношеского футбольного турнира «Кубок Южной Столицы» с 05 по 16 июля 2015 г.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копия протокола соревнований на 1 листе; заявочный лист команды СДЮСШОР по футболу «Факел» ДД.ММ.ГГГГ г.р. в Международном детско-юношеском футбольном турнире «Кубок Южной Столицы» в городе Сочи в период с 05 июля по 16 июля 2015 года на 1 листе; Календарь игр Международного детско-юношеского турнира «Кубок Южной Столицы» среди юношей ДД.ММ.ГГГГ г.р. в &lt;...&gt; с 05 по 16 июля 2015 года на 1 листе; таблица Международного детско-юношеского турнира «Кубок Южной Столицы» среди юношей ДД.ММ.ГГГГ г.р., в &lt;...&gt; с 05 по 16 июля 2015 года на 1 листе; копия запроса директора ГБОУДОВО «СДЮСШОР по футболу «Факел» ФИО7 в адрес Управления физической культуры и спорта Воронежской области №85/16-01-16/01 от 13.01.2015 на 1 листе о финансировании юношеской команды ГБОУДОВО «СДЮСШОР по футболу «Факел» на официальные Российские соревнования в &lt;...&gt;, Тамбов, Волжский с мая по июнь 2015 года и н международные соревнования команд в Италию и Чехию в размере 1 800 000 рублей; приказ руководителя ГБУ ВО «Информцентр» ФИО11 №386-с/1 от 26.06.2015 об организации участия воронежских спортсменов в межрегиональных и международных соревнованиях – в Финале первенства МОА «Черноземье» ДД.ММ.ГГГГ г.р. в &lt;...&gt; 29 июня - 8 июля 2015 г.» на 2 листах; список учащихся СДЮСШОР по футболу «Факел» ДД.ММ.ГГГГ г.р. для участия в Финале первенства МОА «Черноземье» с 29 июня по 8 июля 2015 г в &lt;...&gt;» на 1 листе; таблица финального турнира Первенства МОА «Черноземье» юношей ДД.ММ.ГГГГ г.р. в &lt;...&gt; 29 июня - 8 июля 2015 г.» на 1 листе; Календарь игр финального турнира Первенства МОА «Черноземье» юношей ДД.ММ.ГГГГ г.р. в &lt;...&gt; 29 июня - 8 июля 2015 г.» на 1 листе; заявочный лист команды СДЮСШОР по футболу «Факел» в финальном турнире Первенства МОА «Черноземье» юношей ДД.ММ.ГГГГ г.р. на 2015 г.» на 1 листе; дозаявочный лист команды СДЮСШОР по футболу «Факел» в финальном турнире Первенства МОА «Черноземье» юношей ДД.ММ.ГГГГ г.р. на 2015 г.» на 1 листе; дозаявочный лист команды СДЮСШОР по футболу «Факел» в финальном турнире Первенства МОА «Черноземье» юношей ДД.ММ.ГГГГ г.р. на 2015 г.» на 1 листе; протокол соревнований на 1 листе; протокол соревнований на 1 листе; протокол соревнований на 1 листе; протокол соревнований на 1 листе; протокол соревнований на 1 листе; протокол соревнований на 1 листе; акт №3 от 08.07.2015 на 1 листе, подписанный между ООО «Вымпел» в лице директора ФИО5 и ГБУ ВО «Информцентр» в лице руководителя ФИО11, согласно которого приняты работы в виде оказания услуг по организации участия спортивной команды Воронежской области в финале первенства МАО «Черноземье» по государственному контракту №2015.223781 от 26.06.2015 на сумму 291 099,66 рублей; копия акта №1 об оказании услуг от 08.07.2015 на 1 листе, подписанный между ООО «Вымпел» в лице директора ФИО5 и СДЮСШОР по футболу «Факел» в лице директора ФИО7; 5 листов формата А4, на каждом из которых стоят оттиски круглой печати синего цвета «АУ ВО «ЦРФКС», изъятые 17.07.2017 в ходе обыска в помещении офиса АУ ВО «ЦРФКС» по адресу: г. Воронеж, ул. Студенческая, д.17, офис №215, содержащие информацию, имеющую значение для расследования уголовного дела, служащие средством для обнаружения преступления и установления обстоятельств уголовного дела. (т. 5 л.д. 194-203); - постановлением о признании и приобщении к уголовному делу вещественных доказательств от 17.07.2017. (т. 5 л.д. 204-217); - протоколом выемки от 17.07.2017, в ходе которой в Управлении физической культуры и спорта Воронежской области по адресу: &lt;...&gt;, были изъяты: распоряжение на перечисление средств №РК2671 от 23.07.2015 на 1 листе; платежное поручение №449 от 21.07.2015 на 1 листе; копия счета на оплату №7 от 08.07.2015 на 1 листе; копия акта №3 от 08.07.2015 на 1 листе; копия приказа директора ГБК ВО «Информцентр» ФИО11 №404-с от 13.07.2015 «Об оплате контракта от 26.06.2015 №2015.223781» на 1 листе; распоряжение на перечисление средств №РК2708 от 24.07.2015 на 1 листе; платежное поручение №457 от 23.07.2015 на 1 листе; копия счета на оплату №8 от 16.07.2015 на 1 листе; копия акта №5 от 16.07.2015 на 1 листе; платежное поручение №458 от 23.07.2015 на 1 листе; копия счета на оплату №9 от 16.07.2015 на 1 листе; копия акта №4 от 16.07.2015 на 1 листе; копия приказа директора ГБК ВО «Информцентр» ФИО11 №416-с от 20.07.2015 «Об оплате контракта от 26.06.2015 №2015.223781» на 1 листе; копия сопроводительного письма №85-12/945 от 22.05.2015 с приложением на 2 листах; копия государственного контракта №2015.223781 от 26.06.2015 «на оказание услуг по организации участия воронежских спортсменов в межрегиональных и международных соревнованиях» с приложением всего на 19 листах, содержащие информацию, имеющую значение для расследования уголовного дела, служащие средством для обнаружения преступления и установления обстоятельств уголовного дела. (т. 5 л.д. 229-235); - протоколом осмотра предметов (документов) от 29.07.2017, в ходе которого осмотрены: распоряжение на перечисление средств №РК2671 от 23.07.2015 на 1 листе; платежное поручение №449 от 21.07.2015 на 1 листе; копия счета на оплату №7 от 08.07.2015 на 1 листе; копия акта №3 от 08.07.2015 на 1 листе; копия приказа директора ГБК ВО «Информцентр» ФИО347. №404-с от 13.07.2015 «Об оплате контракта от 26.06.2015 №2015.223781» на 1 листе; распоряжение на перечисление средств №РК2708 от 24.07.2015 на 1 листе; платежное поручение №457 от 23.07.2015 на 1 листе; копия счета на оплату №8 от 16.07.2015 на 1 листе; копия акта №5 от 16.07.2015 на 1 листе; платежное поручение №458 от 23.07.2015 на 1 листе; копия счета на оплату №9 от 16.07.2015 на 1 листе; копия акта №4 от 16.07.2015 на 1 листе; копия приказа директора ГБК ВО «Информцентр» ФИО348 №416-с от 20.07.2015 «Об оплате контракта от 26.06.2015 №2015.223781» на 1 листе; копия сопроводительного письма №85-12/945 от 22.05.2015 с приложением на 2 листах; копия государственного контракта №2015.223781 от 26.06.2015 «на оказание услуг по организации участия воронежских спортсменов в межрегиональных и международных соревнованиях» с приложением всего на 19 листах, изъятые 17.07.2017 в ходе выемки в Управлении физической культуры и спорта Воронежской области по адресу: &lt;...&gt;, содержащие информацию, имеющую значение для расследования уголовного дела, служащие средством для обнаружения преступления и установления обстоятельств уголовного дела. (т. 5 л.д. 236-241); - постановлением о признании и приобщении к уголовному делу вещественных доказательств от 29.07.2017. (т. 5 л.д. 242-245); - протоколом обыска от 17.07.2017, в ходе которого в помещении офиса ГБОУДОВО «СДЮСШОР по футболу «Факел» по адресу: &lt;...&gt; были изъяты: системный блок компьютера с номером 1155505; жесткий диск «TOSHIBA» с серийным номером S/N 66QAXH6AS; жесткий диск «Maxtor» с серийным номером S/N 6PS1Y317, содержащие информацию, имеющую значение для расследования уголовного дела, служащую средством для обнаружения преступления и установления обстоятельств уголовного дела. (т. 6 л.д. 3-8); - протоколом осмотра предметов (документов) от 29.07.2017, в ходе которого осмотрены: системный блок компьютера с номером 1155505; жесткий диск «TOSHIBA» с серийным номером S/N 66QAXH6AS; жесткий диск «Maxtor» с серийным номером S/N 6PS1Y317, изъятые в ходе обыска 17.07.2017 в помещении офиса ГБОУДОВО «СДЮСШОР по футболу «Факел» по адресу: &lt;...&gt;, содержащие информацию, имеющую значение для расследования уголовного дела, служащую средством для обнаружения преступления и установления обстоятельств уголовного дела. (т. 6 л.д. 9-30); - постановлением о признании и приобщении к уголовному делу вещественных доказательств от 16.08.2017. (т. 6 л.д. 31-32); - протоколом выемки от 30.08.2017, в ходе которой в Управлении физической культуры и спорта Воронежской области по адресу: &lt;...&gt;, были изъяты: копия запроса директора ГБОУДОВО «СДЮСШОР по футболу «Факел» ФИО7 в адрес Управления физической культуры и спорта Воронежской области №85/16-01-16/01 от 13.01.2015 на 1 листе; указание первого заместителя руководителя управления физической культуры и спорта Воронежской области ФИО349 от 14.01.2015 к №85-10/27 от 13.01.2015 ФИО350 «Для исполнения согласно резолюции» на 1 листе; указание руководителя управления физической культуры и спорта Воронежской области ФИО352 от 13.01.2015 к №85-10/27 от 13.01.2015 ФИО351 «Прошу уточнить, что это за соревнования. Их необходимость и значимость. Откуда эти суммы» на 1 листе, содержащие информацию, имеющую значение для расследования уголовного дела, служащие средством для обнаружения преступления и установления обстоятельств уголовного дела. (т. 6 л.д. 61-64); - протоколом осмотра предметов (документов) от 30.08.2017, в ходе которого осмотрены: копия запроса директора ГБОУДОВО «СДЮСШОР по футболу «Факел» ФИО7 в адрес Управления физической культуры и спорта Воронежской области №85/16-01-16/01 от 13.01.2015 на 1 листе; указание первого заместителя руководителя управления физической культуры и спорта Воронежской области ФИО353 от 14.01.2015 к №85-10/27 от 13.01.2015 ФИО354 «Для исполнения согласно резолюции» на 1 листе; указание руководителя управления физической культуры и спорта Воронежской области ФИО355 от 13.01.2015 к №85-10/27 от 13.01.2015 О.В. ФИО356 «Прошу уточнить, что это за соревнования. Их необходимость и значимость. Откуда эти суммы» на 1 листе, изъятые 30.08.2017 в ходе выемки в Управлении физической культуры и спорта Воронежской области по адресу: &lt;...&gt;, содержащие информацию, имеющую значение для расследования уголовного дела, служащие средством для обнаружения преступления и установления обстоятельств уголовного дела. (т. 6 л.д. 65-66); - постановлением о признании и приобщении к уголовному делу вещественных доказательств от 29.07.2017 (т. 6 л.д. 67-68); - протоколом выемки от 12.07.2017, в ходе которой у свидетеля ФИО357 в СЧ по РОПД ГСУ ГУ МВД России по Воронежской области по адресу: &lt;...&gt;, каб.335, был изъят договор №44-ЕП на оказание услуги по обеспечению участия спортивных команд Воронежской области в международном турнире по футболу от 09.06.2016, имеющий значение для расследования уголовного дела, который служит средством для обнаружения преступления и установления обстоятельств уголовного дела. (т. 6 л.д. 84-86); - протоколом осмотра предметов (документов) от 12.07.2017, в ходе которого осмотрен договор №44-ЕП на оказание услуги по обеспечению участия спортивных команд Воронежской области в международном турнире по футболу от 09.06.2016, изъятый 12.07.2017 в ходе выемки у свидетеля ФИО358 в СЧ по РОПД ГСУ ГУ МВД России по Воронежской области по адресу: &lt;...&gt;, каб.335, имеющий значение для расследования уголовного дела, который служит средством для обнаружения преступления и установления обстоятельств уголовного дела. (т. 6 л.д. 87-89); - постановлением о признании и приобщении к уголовному делу вещественных доказательств от 08.07.2017 (т. 6 л.д. 90-91); - справкой оперуполномоченного ОЭБ и ПК УМВД России по г. Воронежу от 17.07.2017, согласно которой помещение офиса ООО «Вымпел» по адресу: &lt;...&gt; не располагается и никогда не располагалось. (т. 6 л.д. 96); - протоколом осмотра места происшествия от 17.07.2017, в ходе которого осмотрен жилой многоэтажный дом, расположенный по адресу: &lt;...&gt;. В ходе осмотра ничего не изымалось. (т. 6 л.д. 101-104); - справкой №12706/422148 от 18.07.2017, выданной Банк ВТБ «ПАО», согласно которой предоставлена информация по расчетному счету №&lt;***&gt; ООО «Комфорт» (ИНН &lt;***&gt;) за период с 08.08.2013 по 17.07.2017. (т. 6 л.д. 165); - протоколом осмотра предметов (документов) от 22.07.2017, в ходе которого осмотрен CD диск с выпиской о движении денежных средств по расчетному счету ООО «Комфорт» (ИНН &lt;***&gt;) №&lt;***&gt; за период с 08.08.2013 (дата открытия счета) по 17.07.2017, с карточкой с образцами подписей и оттиска печати, сведениями об Ip-адресах, представленный 18.07.2017 (исх.: 12706/422148) из ОАО Банк ВТБ в г. Воронеже, содержащий информацию, имеющую значение для расследования уголовного дела, служащую средством для обнаружения преступления и установления обстоятельств уголовного дела. (т. 6 л.д. 166-169); - постановлением о признании и приобщении к уголовному делу вещественных доказательств от 08.07.2017 (т. 6 л.д. 170-171); - протоколом осмотра предметов (документов) от 08.07.2017, в ходе которого осмотрен CD-R диск с расширенной выпиской о движении денежных средств по расчетному счету ООО «Вымпел» (ИНН &lt;***&gt;) №&lt;***&gt; с момента открытия счета 07.05.2015 по 10.03.2017; с копиями документов, находящихся в юридическом досье ООО «Вымпел» (ИНН &lt;***&gt;); сведениями об Ip и МАС адресах, с которых осуществлялось управление расчетным счетом по системе «банк клиент» за период с 07.05.2015 по 10.03.2017, представленный в рамках доследственной проверки 18.04.2017 (исх.: 01-4-07/64307) из ПАО Банк «ФК Открытие» содержащий информацию, имеющую значение для расследования уголовного дела, служащую средством для обнаружения преступления и установления обстоятельств уголовного дела. (т. 6 л.д. 172-239); - постановлением о признании и приобщении к уголовному делу вещественных доказательств от 08.07.2017 (т. 6 л.д. 240-241); - справкой №163 от 10.08.2017, выданной Общественной организацией «Краснодарская краевая федерация футбола», согласно которой в календарном плане спортивно-массовых мероприятий за 2015 год турнира «Кубок южной столицы» (среди юношей 1999, 2000 годов рождения) не было. Организаторами соревнований «Кубок южной столицы» в случае их проведения является футбольный клуб «Юг-Спорт» (директор ФИО359). Однако подобного рода турнир проводится в весенние (март-апрель) и осенние (ноябрь) каникулы. В указанный период с 05.07.2015 по 16.07.2015 турнира «Кубок южной столицы» не проводилось. (т. 6 л.д. 246); - справкой №08/32/197 от 17.08.2017, выданной Воронежским филиалом макрорегионального филиала «Центр» Публичного акционерного общества междугородной и международной электрической связи «Ростелеком», согласно которой под IP-адресами 77.45.203.249, 77.45.235.0, 77.45.240.121, 95.32.47.88, 77.45.237.72 сессии выхода в Интернет осуществлялись с логина vanplu7d@vrn, который принадлежит ГБОУ ДО ВО «СДЮСШОР по футболу «Факел». Услуга предоставлена по адресу: &lt;...&gt;, корп. А. (т. 6 л.д. 252); - заключением эксперта №7742/4-1 от 09.10.2017, согласно которому подписи от имени ФИО5, расположенные: - в счете на оплату №7 от 08.07.2015 после слова «Руководитель»; - в акте №1 об оказании услуг от 08.07.2015 в графе «Исполнитель»; - в акте №3 выполненных работ от 08.07.2015 в графе «Исполнитель»; - в счете на оплату №8 от 16.07.2015 после слова «Руководитель»; - в акте №5 выполненных работ от 16.07.2015 в графе «Исполнитель»; - в акте №2 об оказании услуг от 16.07.2015 в графе «Исполнитель»; - в счете на оплату №9 от 16.07.2015 после слова «Руководитель»; - в акте №4 выполненных работ от 16.07.2015 в графе «Исполнитель»; - в Акте №3 об оказании услуг от 16.07.2015 в графе «Исполнитель», выполнены самим ФИО5. (т. 7 л.д. 6-12); - заключением эксперта №7741/4-1 от 07.10.2017, согласно которому подписи от имени ФИО11, расположенные: - в приказе №394-с/1 от 02.07.2015 ГБУ ВО «Информационно-аналитический центр развития физической культуры и спорта» на 2-ом листе после слова «Директор»; - в приказе №396-с/1 от 02.07.2015 ГБУ ВО «Информационно-аналитический центр развития физической культуры и спорта» на 2-ом листе после слова «Директор»; - в протоколе заседания приемочной комиссии ГБУ ВО «Информцентр» №7 от 08.07.2015 на 1-ом листе в графе «Утверждаю» и на 2-ом листе после слов «Председатель приемочной комиссии»; - в акте приемки товаров (работ, услуг) от 08.07.2015 после слов «директор ГБУ ВО «Информцентр»; - в протоколе заседания приемочной комиссии ГБУ ВО «Информцентр» №8 от 16.07.2015 на 1-ом листе в графе «Утверждаю» и на 2-ом листе после слов «Председатель приемочной комиссии»; - в акте приемки товаров (работ, услуг) от 16.07.2015 после слов директор ГБУ ВО «Информцентр», выполнены самим ФИО11. (т. 7 л.д. 36-38); - заключением эксперта №8448/2-1 от 14.09.2017, согласно которому не печатью ВООО «Федерация футбола», оттиски-образцы которой представлены, нанесен оттиск печати, изображение которого находится в копии письма от имени президента ВООО «Федерация футбола» ФИО360 на имя руководителя Управления физической культуры и спорта Воронежской области ФИО361. (т. 7 л.д. 75-78); - заключением эксперта №10170/4-1 от 26.12.2017, согласно которому подписи от имени ФИО19, расположенные: - после слов: «Главный судья» на строке «___ФИО362.» в верхней правой части Календаря игр Международного детско-юношеского турнира «Кубок Южной Столицы» среди юношей ДД.ММ.ГГГГ г.р. в &lt;...&gt; с 05 по 16 июля 2015 года; - после слов: «Главный судья» на строке «___ФИО363.» в нижней части таблицы Международного детско-юношеского турнира «Кубок Южной Столицы» среди юношей ДД.ММ.ГГГГ г.р., в &lt;...&gt; с 05 по 16 июля 2015 года; - после слов: «Главный судья» на строке «___ФИО364.» в верхней правой части Календаря игр Международного детско-юношеского турнира «Кубок Южной Столицы» среди юношей ДД.ММ.ГГГГ г.р. в &lt;...&gt; с 05 по 16 июля 2015 года; - после слов: «Главный судья» на строке «___ФИО365.» в нижней части таблицы Международного детско-юношеского турнира «Кубок Южной Столицы» среди юношей ДД.ММ.ГГГГ г.р., в &lt;...&gt; с 05 по 16 июля 2015 года – выполнены не самим ФИО366., а другим лицом (лицами). (т. 7 л.д. 102-104); - заключением эксперта №10171/2-1 от 28.12.2017, согласно которому не печатью АНО «Футбольный клуб «Юг-Спорт», оттиски – образцы которой представлены для сравнения, нанесены оттиски печати АНО «Футбольный клуб «Юг-Спорт» в документах: - Календаре игр Международного детско-юношеского турнира «Кубок Южной Столицы» среди юношей ДД.ММ.ГГГГ г.р. в &lt;...&gt; с 05 по 16 июля 2015 года; - Таблице Международного детско-юношеского турнира «Кубок Южной Столицы» среди юношей ДД.ММ.ГГГГ г.р., в &lt;...&gt; с 05 по 16 июля 2015 года; - копии протокола соревнований, обозначенной в ходе осмотра №1; - копии протокола соревнований, обозначенной в ходе осмотра №2; - копии протокола соревнований, обозначенной в ходе осмотра №3; - копии протокола соревнований, обозначенной в ходе осмотра №4; - копии протокола соревнований, обозначенной в ходе осмотра №5; - копии протокола соревнований, обозначенной в ходе осмотра №6; - Календаре игр Международного детско-юношеского турнира «Кубок Южной Столицы» среди юношей ДД.ММ.ГГГГ г.р. в &lt;...&gt; с 05 по 16 июля 2015 года; - Таблице Международного детско-юношеского турнира «Кубок Южной Столицы» среди юношей ДД.ММ.ГГГГ г.р., в &lt;...&gt; с 05 по 16 июля 2015 года; - копии протокола соревнований, обозначенной в ходе осмотра №7; - копии протокола соревнований, обозначенной в ходе осмотра №8; - копии протокола соревнований, обозначенной в ходе осмотра №9; - копии протокола соревнований, обозначенной в ходе осмотра №10; - копии протокола соревнований, обозначенной в ходе осмотра №11; - копии протокола соревнований, обозначенной в ходе осмотра №12; - копии протокола соревнований, обозначенной в ходе осмотра №13. (т. 7 л.д. 117-120); - заключением эксперта №9655/2-1 от 13.11.2017, согласно которому не печатью БМОО «Детская футбольная лига», оттиски – образцы которой представлены для сравнения, нанесены оттиски печати БМОО «Детская футбольная лига» в документах: - Положении о проведении всероссийского турнира по футболу «Золотая осень» среди команд юношей 2000-2001, 2003-ДД.ММ.ГГГГ г.р. в &lt;...&gt; в период с 29.10.2016 по 05.11.2016; - копии таблицы Всероссийского турнира по футболу «Золотая осень» среди команд юношей ДД.ММ.ГГГГ г.р. в &lt;...&gt; в период с 29.10.2016 по 05.11.2016, обозначенной в ходе осмотра №1; - копии таблицы Всероссийского турнира по футболу «Золотая осень» среди команд юношей ДД.ММ.ГГГГ г.р. в &lt;...&gt; в период с 29.10.2016 по 05.11.2016, обозначенной в ходе осмотра №2; - копии протокола соревнований, обозначенной в ходе осмотра №1; - копии протокола соревнований, обозначенной в ходе осмотра №2; - копии протокола соревнований, обозначенной в ходе осмотра №3; - копии протокола соревнований, обозначенной в ходе осмотра №4; - копии протокола соревнований, обозначенной в ходе осмотра №5; - копии протокола соревнований, обозначенной в ходе осмотра №6; - копии протокола соревнований, обозначенной в ходе осмотра №7; - копии протокола соревнований, обозначенной в ходе осмотра №8; - копии протокола соревнований, обозначенной в ходе осмотра №9; - копии протокола соревнований, обозначенной в ходе осмотра №10. (т. 7 л.д. 132-135); - протоколом получения образцов для сравнительного исследования от 17.07.2017, в ходе которого у подозреваемого ФИО5 получены образцы почерка на 2 листах формата А4, подписей на 2 листах формата А4. (т. 7 л.д. 140-141); - протоколом получения образцов для сравнительного исследования от 21.07.2017, в ходе которого у свидетеля ФИО367В. получены образцы подписей на 7 листах формата А4. (т. 7 л.д. 161); - протоколом получения образцов для сравнительного исследования от 04.09.2017, в ходе которого у свидетеля ФИО12 получены образцы подписей на 7 листах формата А4. (т. 7 л.д. 170); - протоколом получения образцов для сравнительного исследования от 05.09.2017, в ходе которого у свидетеля ФИО368 получены образцы оттиска печати ВООО «Федерация футбола» на 4 листах формата А4. (т. 7 л.д. 186-187); - справкой от 19.03.2018 (исх. 3-04/11181-к), выданной компанией сотовой связи ПАО «Вымпелком», согласно которой предоставлен CD-R диск с детализацией входящих и исходящих телефонных соединений абонентского номера &lt;***&gt;, находящегося в пользовании ФИО369., с указанием номеров и адресов базовых станций. (т. 10 л.д. 7); - справкой от 16.03.2018 (исх. 36507-2018), выданной компанией сотовой связи ПАО «МТС», согласно которой предоставлен CD-R диск с детализацией входящих и исходящих телефонных соединений абонентского номера &lt;***&gt;, находящегося в пользовании ФИО370., с указанием номеров и адресов базовых станций. (т. 10 л.д. 14); - протоколом осмотра предметов (документов) от 04.04.2018, в ходе которого осмотрены: CD-R диск с детализацией входящих и исходящих телефонных соединений абонентского номера &lt;***&gt;, находящегося в пользовании ФИО371 с указанием номеров и адресов базовых станций, представленный 19.03.2018 (исх. 3-04/11181-к) из компании сотовой связи ПАО «Вымпелком»; CD-R диск с детализацией входящих и исходящих телефонных соединений абонентского номера &lt;***&gt;, находящегося в пользовании ФИО372 с указанием номеров и адресов базовых станций, представленный 16.03.2018 (исх.36507-2018) из компании сотовой связи ПАО «МТС», содержащие информацию, имеющую значение для расследования уголовного дела, служащую средством для обнаружения преступления и установления обстоятельств уголовного дела. (т. 10 л.д. 21-97); - постановлением о признании и приобщении к уголовному делу вещественных доказательств от 04.04.2018 (т. 10 л.д. 98-99); - протоколом очной ставки от 08.06.2018 между подозреваемым ФИО7 и свидетелем ФИО373., в ходе которой свидетель ФИО374. подтвердил ранее данные им показания и показал, что он, как тренер-преподаватель, с учащимися ГБУОДОДВО «СДЮСШОР по футболу «Факел» спортсменами 1999 и 2000 годов рождения на Международный турнир «Кубок Южной Столицы», проводимый в &lt;...&gt; с 05.07.2015 по 16.07.2015 не выезжал. О проведении данного турнира ему ничего не известно. Летом 2015 года ФИО7 просил его съездить с неизвестной ему командой спортсменов на соревнования в &lt;...&gt;. Однако он поехать на указанные соревнования не смог по семейным обстоятельствам. Подозреваемый ФИО7 полностью подтвердил показания свидетеля ФИО15 (т. 12 л.д. 116-120); - протоколом очной ставки от 08.06.2018 между подозреваемым ФИО7 и свидетелем ФИО375., в ходе которой свидетель ФИО376. подтвердил ранее данные им показания и показал, что он, как тренер-преподаватель ГБУОДОДВО «СДЮСШОР по футболу «Факел», с учащимися данной школы - спортсменами 1999 и 2000 годов рождения на Международный турнир «Кубок Южной Столицы», проводимый в &lt;...&gt; с 05.07.2015 по 16.07.2015 не выезжал. О проведении данного турнира ему ничего не известно. Летом 2015 года он по просьбе ФИО7 с неизвестными ему спортсменами выезжал на неизвестные ему соревнования в &lt;...&gt;, как и где они проходили не помнит. Подозреваемый ФИО7 полностью подтвердил показания свидетеля ФИО377. (т. 12 л.д. 121-126); - справкой №158 от 01.06.2018, выданной Общественной организацией «Краснодарская краевая федерация футбола» о том, что согласно утвержденному календарному плану официальных физкультурных мероприятий спортивных мероприятий Краснодарского края на 2015 год, официальные турниры по футболу в &lt;...&gt; в июле 2015 года не проводились. (т. 12 л.д. 128); - справкой №54-4082/18-01-10 от 25.06.2018, выданной Министерством физической культуры и спорта Краснодарского края о том, что в соответствии с предоставленной информацией от муниципального образования город – курорт Сочи и общественной организации «Краснодарская краевая федерация футбола» в июле 2015 года согласно утвержденному календарному плану официальных физкультурных мероприятий и спортивных мероприятий Краснодарского края на 2015 год официальные турниры по футболу в муниципальном образовании город-курорт Сочи не проводились. Информацией о проведении на территории муниципального образования город-курорт Сочи не официальных турниров по футболу Министерство физической культуры и спорта Краснодарского края не располагает. (т. 12 л.д. 130); - справкой от 01.06.2018, выданной АНО ФК «Юг-Спорт» о том, что в летний период Международный детско-юношеский футбольный турнир «Кубок южной столицы» не проводился. Турнир проводился в период с 22.03.2016 по 08.04.2016. (т. 12 л.д. 132); - копией Приказа первого заместителя руководителя Управления физической культуры и спорта Воронежской области ФИО20 №1-л от 10.01.2013, согласно которого с 10.01.2013 директором ГБОУ ДОД ВО «СДЮСШОР по футболу «Факел» назначен ФИО7. (т. 13 л.д. 145); - копией трудового договора №1 между Управлением физической культуры и спорта Воронежской области и ФИО7 от 10.01.2013, согласно которого ФИО7 является должностным лицом, действует без доверенности от имени ГБОУ ДОД ВО «СДЮСШОР по футболу «Факел», представляет его интересы, совершает сделки и руководит текущей деятельностью учреждения, то есть выполняет организационно-распорядительные и административно-хозяйственные функции в вышеуказанном учреждении. (т. 13 л.д. 146-153); - копией Устава ГБОУ ДОД ВО «СДЮСШОР по футболу «Факел», утвержденного 22.10.2015 Приказом управления физической культуры и спорта Воронежской области, согласно которого основным видом деятельности данного учреждения является осуществление образовательной деятельности в сфере физической культуры и спорта. Директор учреждения является должностным лицом, действует без доверенности от имени ГБОУ ДОД ВО «СДЮСШОР по футболу «Факел», представляет его интересы, совершает сделки и руководит текущей деятельностью учреждения, то есть выполняет организационно-распорядительные и административно-хозяйственные функции в вышеуказанном учреждении. (т. 13 л.д. 154-156). Изучив материалы уголовного дела, выслушав мнения участников процесса, анализируя в совокупности исследованные в ходе судебного заседания доказательства, суд находит вину ФИО5 и ФИО7 доказанной по каждому из инкриминированных им преступлений. При этом, доказательства, представленные стороной обвинения и приведенные выше в настоящем судебном документе, суд считает достоверными, допустимыми и достаточными для вынесения обвинительного приговора, поскольку они соответствуют требованиям ст. 88 УПК РФ , и они были добыты в соответствии с нормами уголовно-процессуального закона. Нарушений уголовно-процессуального закона при сборе и оформлении данных доказательств судом не установлено. Порядок привлечения к уголовной ответственности ФИО5 и ФИО7 соблюден. Действия ФИО5 и ФИО7 суд квалифицирует по ч. 3 ст. 159 УК РФ (по каждому из преступлений), как мошенничество, то есть хищение чужого имущества путем обмана, совершенное группой лиц по предварительному сговору, лицом с использованием своего служебного положения, в крупном размере. Каждое из преступлений, инкриминированных в вину ФИО5 и ФИО7, соответственно, суд считает оконченным, поскольку в результате обмана виновными потерпевшего лица чужое имущество фактически перешло в их незаконное владение и они получили реальную возможность пользоваться им или распоряжаться по своему усмотрению, что имело место по настоящему уголовному делу. В соответствии с разъяснениями, содержащимися в п. 2 постановления Пленума Верховного Суда РФ от 30.11.2017 №48 «О судебной практике по делам о мошенничестве, присвоении и растрате», обман как способ совершения хищения может состоять в сознательном сообщении (представлении) заведомо ложных, не соответствующих действительности сведений, либо в умолчании об истинных фактах, либо в умышленных действиях направленных на введение владельца имущества или иного лица в заблуждение». Таким образом, с субъективной стороны каждое деяние заключается в прямом умысле и корыстной цели, когда виновные осознавали, что обманывают потерпевшего либо заведомо использовали его доверие для получения чужого имущества или права на чужое имущество, и желали этого. При этом, суд не может согласиться с позицией защитников и подсудимых о том, что в действительности команды должны были поехать на соревнования и они не ожидали, что турниры не состоятся, все их действия были правомерными и умысла на хищение денежных средств у них не было, суд не может принять во внимание, так как предложенная ими версия полностью противоречит содержащимся в деле доказательствам, не соответствует показаниям опрошенных по делу свидетелей, а также совокупности письменных доказательств, содержащихся в материалах настоящего уголовного дела и исследованных в ходе судебного следствия. Также, суд относится критически к показаниям подсудимого ФИО5 о том, что деньги по каждому из эпизодов были им переданы малознакомому мужчине по имени Иван, который оказывал содействие по организации и поездке команд на турниры, а тот, в свою очередь, не выполнил свои обязательства, а деньги похитил. При этом, по версии подсудимого, деньги, полученные подсудимым из государственных средств, являлись суммами, которые он ранее потратил от имени ООО «Вымпел» на организацию турниров, путем передачи Ивану. Данная позиция является несостоятельной и она не соответствует действительности, поскольку опровергается письменными доказательствами и показаниями допрошенных в суде лиц. Помимо того, суду представляется сомнительным, что малознакомому человеку ФИО5 неоднократно мог передавать крупные суммы денег (расписки отсутствуют) и впоследствии не проверить их последующее использование по назначению. Вместе с тем, суд вышеуказанную позицию подсудимых и их защитников расценивает как позицию защиты, и принимает ее во внимание, учитывая, что она никоим образом не может ухудшать положение привлекаемых к ответственности лиц. Также суд критически относится к показаниям в судебном заседании свидетеля ФИО378 работающей в должности начальника отдела организационно – методической и правовой работы Управления физической культуры и спорта Воронежской области, которая фактически опровергла свои собственные показания, данные на следствии, пояснив, что хотя подписи, которые имеются в протоколах и принадлежат ей, показания, содержащиеся в них, она не давала и они были записаны следователем. В связи с противоречиями судом были оглашены показания указанного свидетеля, данные на следствии (т. 3 л.д. 92-96) и допрошен свидетель ФИО381 в производстве которого находилось настоящее уголовное дело, на предмет порядка производства допроса ФИО379. Согласно пояснений ФИО380., первоначально ФИО382. имела статус представителя потерпевшего и допрашивалась в данном статусе. Она четко и последовательно излагала известные ей обстоятельства по делу, которые до ее допроса следователь не знал. Данные показания он оформил протоколом. Замечаний в части несоответствия содержания протокола допроса показаниям свидетеля не поступало, ФИО384., ознакомившись с ними, была согласна с содержанием протокола. Далее, согласно показаний ФИО383., оглашенных судом (т. 3 л.д. 92-96), последняя сообщала сведения о том, что ей были известны обстоятельства организации турниров юношеских футбольных команд в &lt;...&gt; в 2016 и 2016 г., а также в &lt;...&gt; в 2016 г., порядок оформления документов, оплаты. Учитывая, что показания, данные ею на следствии, по своему содержанию полностью соответствуют показаниям других свидетелей по делу в этой части, допрошенных судом, ее показания в заседании суд находит несостоятельными, ложными и противоречащими совокупности доказательств, исследованных в ходе судебного разбирательства. Вместе с тем, показания ФИО385 на следствии, суд принимает во внимание, как объективные и последовательные, а также соответствующие иным полученным доказательствам, приведенным в судебном приговоре. При назначении наказания ФИО5 суд учитывает характер и степень общественной опасности совершенных ФИО5 преступлений, относящихся к категории тяжких. Смягчающими наказание обстоятельствами, на основании ст. ч. 1 УК РФ, являются наличие у него на иждивении престарелой матери, частичное добровольное возмещение причиненного ущерба, наличие хронических заболеваний – диабета 2 степени, гипертонической болезни, а также состояние здоровья его близких родственников. Обстоятельств, отягчающих наказание подсудимого, на основании ст. ч. 1 УК РФ, судом не установлено. Вместе с тем, суд принимает во внимание семейное положение подсудимого ФИО5, состоящего в зарегистрированном браке, несовершеннолетних детей не имеющего, общее состояние здоровья подсудимого, имеющего хронические заболевания, наличие престарелой матери, его состояние здоровья и состояние здоровья его близких родственников, данные о том, что он на учетах в Воронежском областном наркологическом диспансере и Воронежском областном клиническом психоневрологическом диспансере не состоит, положительно характеризующие данные по месту жительства и работы. При назначении наказания ФИО7 суд учитывает характер и степень общественной опасности совершенных ФИО7 преступлений, относящихся к категории тяжких. Смягчающими наказание обстоятельствами, на основании ст. ч. 1 УК РФ, являются наличие у него на иждивении несовершеннолетнего ребенка и престарелой матери, частичное добровольное возмещение ущерба, его состояние здоровья и наличие заболевания сердечно – сосудистой деятельности, а также состояние здоровья его близких родственников. Обстоятельств, отягчающих наказание подсудимого, на основании ст. ч. 1 УК РФ, судом не установлено. Вместе с тем, суд принимает во внимание семейное положение подсудимого ФИО7, разведенного, наличие на иждивении несовершеннолетнего ребенка и престарелой матери, общее состояние здоровья подсудимого и наличие заболевания сердечно – сосудистой деятельности, состояние здоровья его близких родственников, данные о том, что он на учетах в Воронежском областном наркологическом диспансере и Воронежском областном клиническом психоневрологическом диспансере не состоит, положительно характеризующие данные по месту жительства и работы. Вместе с тем, суд принимает во внимание мнение потерпевшего, поддержавшего исковое заявление и ходатайствующего перед судом о назначении подсудимым гуманного наказания, не связанного с изоляцией от общества. Обстоятельства совершенных преступлений, смягчающие и иные, указанные выше обстоятельства, оцененные судом в совокупности, совершение ФИО5 и ФИО7 преступлений впервые и частичное возмещение ущерба, дают суду основания в целях восстановления социальной справедливости, исправления осужденных и предупреждения совершения ими новых преступлений, для назначения наказания, не связанного с изоляцией от общества, то есть с применением ст. 73 УК РФ , - в виде лишения свободы, условно, поскольку именно такое наказание будет соразмерно содеянному, восстановит социальную справедливость и станет способствовать исправлению осужденных и предупреждению совершения ими новых преступлений. Одновременно, суд считает возможным применить к подсудимым положения ст. ч. 1 УК РФ, предусматривающей правила назначения наказания при наличии смягчающих обстоятельств и отсутствии отягчающих, при котором срок или размер наказания не может превышать двух третей максимального срока или размера наказания, предусмотренного соответствующей статьей особенной части Уголовного кодекса Российской Федерации, поскольку каждый из подсудимых частично возместили причиненный ущерб. Оснований для применения положений ст. ч. 6 УК РФ, предусматривающей возможность изменения категории преступления на менее тяжкую, а также ст. 64 УК РФ , определяющей правила назначения наказания при наличии исключительных обстоятельств у суда не имеется. Дополнительное наказание в виде штрафа и ограничения свободы суд считает возможным осужденным не назначать, учитывая их семейное, материальное положение и состояние здоровья. Вместе с тем, в материалах дела имеется исковое заявление Автономного Учреждения Воронежской области «Центр развития физической культуры и спорта» (АУ ВО «ЦРФКС») о взыскании с подсудимых в пользу данной организации материального ущерба в размере 2 500 000 рублей с обоих подсудимых, соответственно. В ходе рассмотрения уголовного дела подсудимые добровольно возместили АУ ВО «ЦРФКС» ущерб в следующем размере: подсудимый ФИО5 в размере 220 000 рублей и подсудимый ФИО7 - в размере 220 000 рублей. При этом, не возмещенным остался ущерб на общую сумму 2 060 000, которая подлежит взысканию с виновных лиц, а именно: с ФИО5 в размере 1 030 000 рублей и с ФИО7 в размере 1 030 000 рублей, соответственно. На основании изложенного, руководствуясь ст.ст. , , , , и 309 УПК РФ , приговорил: Признать виновным ФИО5 в совершении преступлений, предусмотренных ст.ст. ч. 3, 159 ч. 3, 159 ч. 3 УК РФ, и назначить наказание: - по ч. 3 ст. 159 УК РФ (по эпизоду хищения 920 000 рублей) в виде лишения свободы сроком на 02 (два) года; - по ч. 3 ст. 159 УК РФ (по эпизоду хищения 980 000 рублей) в виде лишения свободы сроком 02 (два) года; - по ч. 3 ст. 159 УК РФ (по эпизоду хищения 600 000 рублей) в виде лишения свободы сроком 02 (два) года. На основании ст. ч. 3 УК РФ, по совокупности преступлений, путем частичного сложения назначенных наказаний, окончательно к отбытию назначить наказание в виде лишения свободы сроком на 03 (три) года. На основании ст. 73 УК РФ назначенное ФИО5 наказание в виде лишения свободы считать условным с испытательным сроком на 03 (три) года. Обязать ФИО5 стать на учет в УИИ по месту жительства,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своевременно являться на регистрацию. Меру пресечения ФИО5 в виде подписки о не выезде и надлежащем поведении до вступления приговора в законную силу оставить прежней. Признать виновным ФИО7 в совершении преступлений, предусмотренных ст.ст. ч. 3, 159 ч. 3, 159 ч. 3 УК РФ, и назначить наказание: - по ч. 3 ст. 159 УК РФ (по эпизоду хищения 920 000 рублей) в виде лишения свободы сроком на 02 (два) года; - по ч. 3 ст. 159 УК РФ (по эпизоду хищения 980 000 рублей) в виде лишения свободы сроком 02 (два) года; - по ч. 3 ст. 159 УК РФ (по эпизоду хищения 600 000 рублей) в виде лишения свободы сроком 02 (два) года. На основании ст. ч. 3 УК РФ, по совокупности преступлений, путем частичного сложения назначенных наказаний, окончательно к отбытию назначить наказание в виде лишения свободы сроком на 03 (три) года. На основании ст. 73 УК РФ назначенное ФИО7 наказание в виде лишения свободы считать условным с испытательным сроком на 03 (три) года. Обязать ФИО7 стать на учет в УИИ по месту жительства,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своевременно являться на регистрацию. Меру пресечения ФИО7 в виде подписки о не выезде и надлежащем поведении до вступления приговора в законную силу оставить прежней. Взыскать в пользу Автономного Учреждения Воронежской области «Центр развития физической культуры и спорта»( АУ ВО «ЦРФКС») в счет погашения причиненного преступлениями ущерба с ФИО5 денежную сумму в размере 1 030 000 (один миллион тридцать тысяч) рублей и с ФИО7 в размере 1 030 000 (один миллион тридцать тысяч) рублей. Меры, принятые в обеспечение гражданского иска, оставить прежними до исполнения осужденными своих обязательств в части погашения причиненного ущерба Автономному Учреждению Воронежской области «Центру развития физической культуры и спорта» ( АУ ВО «ЦРФКС»), в отношении следующего имущества: - ареста на жилое помещение (квартиры) площадью 47,6 кв.м., кадастровый (или условный) номер объекта 36:34:0505049:769), расположенной по адресу: &lt;...&gt;, принадлежащей ФИО5 (кадастровая стоимость квартиры 1 879 788,74 рублей), путем запрета, адресованного собственнику или иному владельцу имущества, распоряжаться им. Указанная квартира передана на хранение собственнику ФИО5; - ареста на автомобиль &lt;данные изъяты&gt; регион, принадлежащий ФИО7 (среднерыночная стоимость автомобиля &lt;данные изъяты&gt; года выпуска на 22.06.2018 составляет 450 000 рублей), путем запрета, адресованного собственнику или иному владельцу имущества, распоряжаться им. Указанный автомобиль передан на хранение собственнику ФИО7 Снять арест с автомобиля «&lt;данные изъяты&gt; регион, принадлежащий ФИО5 (среднерыночная стоимость автомобиля «&lt;данные изъяты&gt;», 2015 года выпуска, на 08.09.2017 составляет 1 500 000 рублей), путем запрета, адресованного собственнику или иному владельцу имущества, распоряжаться им. Указанный автомобиль передан на хранение собственнику ФИО5 Вещественные доказательства: - регистрационное дело ООО «Вымпел», ИНН &lt;***&gt; на 27 листах, изъятое в ходе выемки 01.09.2017 в МИФНС России №12 по Воронежской области, по адресу: &lt;...&gt;, включающее: опись дела ООО «Вымпел» (ОГРН &lt;***&gt;) на 1 листе; расписку в получении документов, представленных при государственной регистрации юридического лица от 06.04.2015 на 1 листе; заявление о государственной регистрации юридического лица при создании ООО «Вымпел» от имени ФИО5 от 06.04.2015 на 10 листах; квитанцию об оплате государственной пошлины от 27.03.2015 на 1 листе; решение №1 единственного учредителя ООО «Вымпел» ФИО5 от 17.03.2015 о создании ООО «Вымпел» на 1 листе; Устав ООО «Вымпел», утвержденный Решением единственного учредителя ООО «Вымпел» ФИО5 №1 от 17.03.2015 на 13 листах, хранящиеся в камере хранения вещественных доказательств СЧ по РОПД ГСУ ГУ МВД России по Воронежской области, по адресу: &lt;...&gt; – возвратить в МИФНС России №12 по Воронежской области, по адресу: &lt;...&gt;; - документы, содержащие сведения об открытии 07.05.2015, сведении и использовании расчетного счета №&lt;***&gt; ООО «Вымпел», ИНН &lt;***&gt; на 47 листах, изъятые в ходе выемки 15.08.2017 ПАО «Ханты-Мансийский Банк Открытие» по адресу: &lt;...&gt;, включающие: сертификат ключа проверки электронной подписи от 08.05.2015 на 1 листе; сопроводительное письмо к комплекту документов юридического лица от 06.05.2015 на 7 листах; заявление о присоединении к Правилам банковского обслуживания от имени директора ООО «Вымпел» ФИО5 от 06.05.2015 на 3 листах; карточку с образцами подписи и оттиска печати ООО «Вымпел» от 07.05.2015 на 1 листе (расчетный счет &lt;***&gt;), в которой в графе владелец счета указан ФИО5 и стоит его подпись и оттиск печати ООО «Вымпел»; соглашение о порядке применения подписей, заявленных в карточке с образцами подписей и оттиска печати, при указании юридическим лицом одной подписи от 07.05.2015, заключенное между ПАО Ханты-Мансийский банк Открытие» в лице начальника отдела клиентского обслуживания Оперционного офиса «Воронежский» ПАО Ханты-Мансийский банк Открытие» ФИО17 и ООО «Вымпел» в лице директора ФИО5 на 1 листе; основные сведения о юридическом лице ООО «Вымпел» на 6 листах (ОГРН &lt;***&gt;; ИНН &lt;***&gt;; юридический адрес: &lt;...&gt;; дата регистрации 13.04.2015; директор и учредитель ФИО5); уведомление ООО «Вымпел» от 06.05.2015 на 1 листе; копию свидетельства 36 №003679824 о постановке на учет Российской организации в налоговом органе по месту нахождения отношении ООО «Вымпел» (ОГРН &lt;***&gt;) от 13.04.2015 на 1 листе; копию свидетельства 36 №003679823 о государственной регистрации юридического лица ООО «Вымпел» (ОГРН &lt;***&gt;) от 13.04.2015 на 1 листе; копию решения №1 единственного учредителя ООО «Вымпел» ФИО5 о создании ООО «Вымпел» от 17.03.2015 на 1 листе; Уведомление директора ООО «Вымпел» ФИО5 в адрес ПАО «Ханты-Мансийский банк Открытие» от 06.05.2015 на 1 листе о том, что фактическим местонахождением единоличного исполнительного органа ООО «Вымпел» является адрес: г. Воронеж, ул. Кольцовская, д.58, офис №209; письмо в ПАО Ханты-Мансийский банк Открытие» от имени директора ООО «Вымпел» ФИО5 от 06.05.2015 на 1 листе, в котором он информирует об отсутствии в отношении ООО «Вымпел» производства по делу о несостоятельности (банкротстве); вопросник по самосертификации, заполненный от имени директора ООО «Вымпел» ФИО5 от 06.05.2015 на 2 листах; анкету директора ООО «Вымпел» ФИО5 для открытия расчетного счета ПАО «Ханты-Мансийский банк Открытие» от 06.05.2015 на 3 листах; сведения о бенефициарном владельце от 06.05.2015 на 1листе; Устав ООО «Вымпел», утвержденный Решением единственного учредителя ООО «Вымпел» ФИО5 №1 от 17.03.2015 на 13 листах; копию паспорта на имя ФИО5 серии 2001 №297833, выданного 25.08.2010 отделом УФМС России по Воронежской области в Коминтерновском районе г. Воронежа на 3 листах, хранящиеся в камере хранения вещественных доказательств СЧ по РОПД ГСУ ГУ МВД России по Воронежской области, по адресу: &lt;...&gt; – возвратить в ПАО «Ханты-Мансийский Банк Открытие» по адресу: &lt;...&gt;; - оригиналы налогового дела ООО «Вымпел», ИНН &lt;***&gt; на 28 листах, изъятые в ходе выемки 10.08.2017 в ИФНС России по Ленинскому району г. Воронежа по адресу: &lt;...&gt;, включающие: расчет сумм налога на доходы физических лиц, исчисленных и удержанных налоговым агентом на 2 листах; расчет по страховым взносам на 4 листах; расчет сумм налога на доходы физических лиц, исчисленных и удержанных налоговым агентом на 2 листах; расчет по страховым взносам на 4 листах; налоговую декларацию по налогу, уплачиваемому в связи с применением упрощенной системы налогообложения на 2 листах; упрощенную бухгалтерскую (финансовую отчетность) на 2 листах; расчет сумм налога на доходы физических лиц, исчисленных и удержанных налоговым агентом на 2 листах; сведения о среднесписочной численности работников за предшествующий календарный год на 1 листе; расчет сумм налога на доходы физических лиц, исчисленных и удержанных налоговым агентом на 2 листах; расчет сумм налога на доходы физических лиц, исчисленных и удержанных налоговым агентом на 2 листах; упрощенную бухгалтерскую (финансовую) отчетность на 2 листах; налоговую декларация по налогу, уплачиваемому в связи с применением упрощенной системы налогообложения на 2 листах; сведения о среднесписочной численности работников за предшествующий календарный год на 1 листе. хранящиеся в камере хранения вещественных доказательств СЧ по РОПД ГСУ ГУ МВД России по Воронежской области, по адресу: &lt;...&gt; – возвратить в ИФНС России по Ленинскому району г. Воронежа по адресу: &lt;...&gt;; - USB-устройство (электронный ключ) в пластиковом корпусе синего цвета с надписью «Открытие» с номером «D64K12BZ 0022425137 SL»; бумажный банковский конверт от электронного ключа с надписью «Открытие банк, Интернет-банк для бизнеса»; денежная чековая книжка на 25 денежных чеков за номерами от АВ 2332601 до АВ2332625 для получения наличных денег с расчетного счета №&lt;***&gt;, открытого в ПАО «Ханты – Мансийский Банк Открытие»; прямоугольный штамп с оттиском «ОБЩЕСТВО С ОГРАНИЧЕННОЙ ОТВЕТСТВЕННОСТЬЮ «ВЫМПЕЛ»; прямоугольный угловой штамп с оттиском ООО «Вымпел»; круглая мастичная печать с оттиском ООО «Вымпел» (ОГРН&lt;***&gt;, ИНН &lt;***&gt;); USB-устройство (электронный ключ) в пластиковом корпусе черного цвета с надписью «Time 321-60 GXXIY 32558» с биркой в виде ракушки; USB-устройство (электронный ключ) в пластиковом корпусе черного цвета с надписью «Time 321-60 GXXIY 32558» и пометкой «1», выполненной белой краской; USB-устройство (электронный ключ) в пластиковом корпусе черного цвета с надписью «Time 321-60 GXXIY 32558» и пометкой «8», выполненной белой краской; приказ №1262-к ГБУ ВО «Центр спортивной подготовки сборных команд» от 20.10.2015, изъятые 17.07.2017 в ходе обыска в жилище ФИО5 по адресу: &lt;...&gt;. Хранящиеся в камере хранения вещественных доказательств СЧ по РОПД ГСУ ГУ МВД России по Воронежской области, по адресу: &lt;...&gt; – возвратить осужденному ФИО5; - лист бумаги формата А4, на котором в верхней части расположен текст «Анализ проживания ООО «Вымпел» в период 31.05 по 21.07.2016»; копия договора купли-продажи путевок №08/16 от 30.06.2016 на 2 листах формата А4, заключенного между ООО «Комфорт» (Продавец) в лице директора ФИО386. и ООО «Вымпел» (Покупатель) в лице директора ФИО5; акт №НЕМ00238 от 30.06.2016 на 1 листе формата А4, подписанный между ООО «Комфорт» в лице директора ФИО388. и ООО «Вымпел» в лице директора ФИО5; копия договора купли-продажи путевок №10/16 от 10.07.2016 на 2 листах формата А4, заключенного между ООО «Комфорт» (Продавец) в лице директора ФИО389 и ООО «Вымпел» (Покупатель) в лице директора ФИО5; акт №НЕМ00170 от 10.07.2016 на 1 листе формата А4, подписанный между ООО «Комфорт» в лице директора ФИО18 и ООО «Вымпел» в лице директора ФИО5; копия договора купли-продажи путевок №15/16 от 22.07.2016 на 2 листах формата А4, заключенного между ООО «Комфорт» (Продавец) в лице директора ФИО387 и ООО «Вымпел» (Покупатель) в лице директора ФИО5; акт №НЕМ00163 от 22.07.2016 на 1 листе формата А4, подписанный между ООО «Комфорт» в лице директора ФИО18 и ООО «Вымпел» в лице директора ФИО5, изъятые 17.07.2017 в ходе обыска в помещении офиса ООО «Комфорт» по адресу: г. Воронеж, ул. Плехановская, д.10 «а», офис №201. Хранящиеся в камере хранения вещественных доказательств СЧ по РОПД ГСУ ГУ МВД России по Воронежской области, по адресу: &lt;...&gt; – возвратить ООО «Комфорт» по адресу: г. Воронеж, ул. Плехановская, д.10 «а», офис №201; - протокол заседания приемочной комиссии АУ ВО «ЦРФКС» от 06.11.2016 с приложением в виде экспертного заключения от 06.11.2016 всего на 3 листах; протокол заседания приемочной комиссии АУ ВО «ЦРФКС» от 25.06.2016 с приложением в виде экспертного заключения от 25.06.2016 всего на 3 листах,; счет на оплату №8 от 06.11.2016 на 1 листе; акт №7 от 06.11.2016 на 1 листе; счет на оплату №5 от 25.06.2016 на 1 листе; акт №4 от 25.06.2016 на 1 листе; счет на оплату №8 от 16.07.2015 на 1 листе; акт №5 от 16.07.2015 на 1 листе; акт №2 об оказании услуг от 16.07.2015 на 1 листе; счет на оплату №9 от 16.07.2015 на 1 листе; акт №4 от 16.07.2015 на 1 листе; акт №3 об оказании услуг от 16.07.2015 на 1 листе; счет на оплату №7 от 08.07.2015 на 1 листе; акт №3 от 08.07.2015 на 1 листе; акт №1 об оказании услуг от 08.07.2015 на 1 листе; государственный контракт №2015.223781 от 26.06.2015 «на оказание услуг по организации участия воронежских спортсменов в межрегиональных и международных соревнованиях» с приложением всего на 19 листах; протокол заседания приемочной комиссии ГБУ ВО «Информцентр» №7 от 08.07.2015 с приложением в виде акта приемки товаров (работ, услуг) от 08.07.2015 всего на 3 листах; протокол заседания приемочной комиссии ГБУ ВО «Информцентр» №8 от 16.07.2015 с приложением в виде акта приемки товаров (работ, услуг) от 16.07.2015 всего на 3 листах; папка – скоросшиватель с титульным листом с надписью «Всероссийский турнир по футболу «Золотая осень 29 октября - 06 ноября 2016 г. &lt;...&gt;»; копия Положения о проведении всероссийского турнира по футболу «Золотая осень» среди команд юношей 2000-2001, 2003-ДД.ММ.ГГГГ г.р. в &lt;...&gt; в период с 29.10.2016 по 05.11.2016 на 2 листах; Приказ первого заместителя руководителя Управления физической культуры и спорта Воронежской области ФИО20 №1182-ОД от 28.10.2016 «Об участии спортивных команд Воронежской области во всероссийском турнире по футболу «Золотая осень» на 1 листе; копия указания первого заместителя руководителя Управления физической культуры и спорта Воронежской области ФИО390. 17.10.2016 ФИО11 на 1 листе; копия запроса директора ГБОУДОВО «СДЮСШОР по футболу «Факел» ФИО7 в адрес Управления физической культуры и спорта Воронежской области №85/16-01-16/76 от 17.10.2016 на 1 листе о финансировании юношеской команды ГБОУДОВО «СДЮСШОР по футболу «Факел» во всероссийском турнире по футболу «Золотая Осень», проводимом в г. Белгороде с 29.10.2016 по 06.11.2016; копия письма Воронежской областной общественной организации «Федерация футбола» в адрес руководителя управления физической культуры и спорта Воронежской области ФИО21 на 1 листе о включении в план спортивных мероприятий на 2016 год турнира по футболу «Золотая осень» среди юношей 2000-ДД.ММ.ГГГГ г.р., проходящем в &lt;...&gt; с 29.10.2016 по 06.11.2016; приложение к приказу Управления физической культуры и спорта Воронежской области №1182-ОД от 28.10.2016 на 2 листах, в котором изложен список спортивной команды Воронежской области для участия во всероссийском турнире по футболу «Золотая осень»; список спортивных команд Воронежской области 2000, ДД.ММ.ГГГГ г.р., для участия во всероссийском турнире по футболу «Золотая осень» с 29.10.2016 по 05.11.2016 на 1 листе; приложение №2 к приказу АУ ВО «ЦРФКС» №65-К от 28.10.2016 на 1 листе с указанием сметы расходов на оказание услуг по обеспечению участия спортивных команд Воронежской области во Всероссийском турнире по футболу «Золотая осень»; приказ руководителя АУ ВО «ЦРФКС» ФИО391. №65-К от 28.10.2016 об организации участия спортивных команд Воронежской области во всероссийском турнире по футболу «Золотая осень» на 2 листах; приложение к приказу АУ ВО «ЦРФКС» №65-К от 28.10.2016 на 2 листах, в котором изложен список спортивной команды Воронежской области для участия во всероссийском турнире по футболу «Золотая осень»; копия таблицы Всероссийского турнира по футболу «Золотая осень» среди команд юношей ДД.ММ.ГГГГ г.р. в &lt;...&gt; в период с 29.10.2016 по 05.11.2016; копия таблицы Всероссийского турнира по футболу «Золотая осень» среди команд юношей ДД.ММ.ГГГГ г.р. в &lt;...&gt; в период с 29.10.2016 по 05.11.2016; 10 копий протоколов соревнований на 1 листе каждая; акт №2 об оказании услуг от 06.11.2016 на 1 листе; копия Приглашения сборной команды Воронежской области по футболу (1999-2000 годов рождения) на Международный турнир в город Сочи в период с 05 июля по 16 июля 2015 года в виде Положения о проведении в &lt;...&gt; международного детско-юношеского футбольного турнира «Кубок Южной Столицы» на 1 листе; приказ руководителя ГБУ ВО «Информцентр» ФИО392. №394-с/1 от 02.07.2015 об организации участия воронежских спортсменов в межрегиональных и международных соревнованиях - международного детско-юношеского футбольного турнира «Кубок Южной Столицы» ДД.ММ.ГГГГ г.р. в &lt;...&gt; с 05 по 16 июля 2015 г. на 2 листах; список учащихся СДЮСШОР по футболу «Факел» ДД.ММ.ГГГГ г.р. международного детско-юношеского футбольного турнира «Кубок Южной Столицы» с 05 по 16 июля 2015 г. на 1 листе; 7 копий протоколов соревнований на 1 листе каждая; заявочный лист команды СДЮСШОР по футболу «Факел» ДД.ММ.ГГГГ г.р. в Международном детско-юношеском футбольном турнире «Кубок Южной Столицы» в городе Сочи в период с 05 июля по 16 июля 2015 года на 1 листе; Календарь игр Международного детско-юношеского турнира «Кубок Южной Столицы» среди юношей ДД.ММ.ГГГГ г.р. в &lt;...&gt; с 05 по 16 июля 2015 года на 1 листе; таблица Международного детско-юношеского турнира «Кубок Южной Столицы» среди юношей ДД.ММ.ГГГГ г.р., в &lt;...&gt; с 05 по 16 июля 2015 года на 1 листе; папка – скоросшиватель с титульным листом с надписью «Международный футбольный турнир «Кубок Южной Столицы» ДД.ММ.ГГГГ г.р. 05 - 16 июля 2015 г. &lt;...&gt;»; копия Приглашения сборной команды Воронежской области по футболу (1999-2000 годов рождения) на Международный турнир в город Сочи в период с 05 июля по 16 июля 2015 года в виде Положения о проведении в &lt;...&gt; международного детско-юношеского футбольного турнира «Кубок Южной Столицы» на 1 листе; приказ руководителя ГБУ ВО «Информцентр» ФИО393. №396-с/1 от 02.07.2015 об организации участия воронежских спортсменов в межрегиональных и международных соревнованиях - международного детско-юношеского футбольного турнира «Кубок Южной Столицы» ДД.ММ.ГГГГ г.р. в &lt;...&gt; с 05 по 16 июля 2015 г. на 2 листах; список учащихся СДЮСШОР по футболу «Факел» ДД.ММ.ГГГГ г.р. международного детско-юношеского футбольного турнира «Кубок Южной Столицы» с 05 по 16 июля 2015 г. на 1 листе; 7 копий протоколов соревнований на 1 листе каждая; заявочный лист команды СДЮСШОР по футболу «Факел» ДД.ММ.ГГГГ г.р. в Международном детско-юношеском футбольном турнире «Кубок Южной Столицы» в городе Сочи в период с 05 июля по 16 июля 2015 года на 1 листе; Календарь игр Международного детско-юношеского турнира «Кубок Южной Столицы» среди юношей ДД.ММ.ГГГГ г.р. в &lt;...&gt; с 05 по 16 июля 2015 года на 1 листе; таблица Международного детско-юношеского турнира «Кубок Южной Столицы» среди юношей ДД.ММ.ГГГГ г.р., в &lt;...&gt; с 05 по 16 июля 2015 года на 1 листе; папка – скоросшиватель с титульным листом с надписью «Международный турнир по футболу 15 - 25 июня 2016 г. &lt;...&gt;»: Приглашение сборной команды Воронежской области по футболу (2000-2001 годов рождения) на Международный турнир в город Сочи в период с 15 июня по 25 июня 2016 года в виде Положения о проведении в &lt;...&gt; международного детско-юношеского футбольного турнира «Кубок Южной Столицы» на 1 листе; Приказ первого заместителя руководителя Управления физической культуры и спорта Воронежской области ФИО406 №668-ОД от 31.05.2016 «Об участии спортивных команд Воронежской области в международном турнире по футболу» на 1 листе; приложение к приказу Управления физической культуры и спорта Воронежской области №668-ОД от 31.05.2016 на 1 листе, в котором изложен список спортивной команды Воронежской области (ДД.ММ.ГГГГ г.р.) для участия в международном турнире по футболу; приложение к приказу Управления физической культуры и спорта Воронежской области №668-ОД от 31.05.2016 на 1 листе, в котором изложен список спортивной команды Воронежской области (ДД.ММ.ГГГГ г.р.) для участия в международном турнире по футболу; копия запроса директора ГБОУДОВО «СДЮСШОР по футболу «Факел» ФИО7 в адрес Управления физической культуры и спорта Воронежской области №85/16-01-16/35 от 26.04.2016 о финансировании юношеской команды ГБОУДОВО «СДЮСШОР по футболу «Факел» в Международном футбольном турнире «Кубок южной столицы», проводимом в &lt;...&gt; с 15.06.2016 по 25.06.2016 на 1 листе; приказ руководителя АУ ВО «ЦРФКС» ФИО394. №23-К от 31.05.2016 об организации участия спортивных команд Воронежской области в международном турнире по футболу на 2 листах; приложение к приказу АУ ВО «ЦРФКС» №23-К от 31.05.2016 на 2 листах, в котором изложен список спортивных команд Воронежской области (2000 и ДД.ММ.ГГГГ г.р.) для участия в международном турнире по футболу; приложение №2 к приказу АУ ВО «ЦРФКС» №23-К от 31.05.2016 на 1 листе с указанием сметы расходов на оказание услуг по обеспечению участия спортивных команд Воронежской области в международном турнире по футболу; заявочный лист для участия в Международном детско-юношеском футбольном турнире «Кубок Южной Столицы» в городе Сочи в период с 15 июня по 25 июня 2016 года с указанием ФИО участников команды на 2 листах; копия таблицы Международного футбольного турнира «Кубок Южной Столицы» среди юношей ДД.ММ.ГГГГ г.р. в &lt;...&gt; с 15 по 25 июня 2016 года на 1 листе; копия календаря игр Международного футбольного турнира «Кубок Южной Столицы» среди юношей ДД.ММ.ГГГГ г.р. в &lt;...&gt; с 15 по 25 июня 2016 года на 2 листах; 15 копий протоколов соревнований на 1 листе каждая; копия таблицы Международного футбольного турнира «Кубок Южной Столицы» среди юношей ДД.ММ.ГГГГ г.р. в &lt;...&gt; с 15 по 25 июня 2016 года на 1 листе; копия календаря игр Международного футбольного турнира «Кубок Южной Столицы» среди юношей ДД.ММ.ГГГГ г.р. в &lt;...&gt; с 15 по 25 июня 2016 года на 2 листах; акт №1 об оказании услуг от 25.06.2016 на 1 листе; копия запроса директора ГБОУДОВО «СДЮСШОР по футболу «Факел» ФИО7 в адрес Управления физической культуры и спорта Воронежской области №85/16-01-16/01 от 13.01.2015 на 1 листе о финансировании юношеской команды ГБОУДОВО «СДЮСШОР по футболу «Факел» на официальные Российские соревнования в &lt;...&gt;, Тамбов, Волжский с мая по июнь 2015 года и н международные соревнования команд в Италию и Чехию в размере 1 800 000 рублей; приказ руководителя ГБУ ВО «Информцентр» ФИО395. №386-с/1 от 26.06.2015 об организации участия воронежских спортсменов в межрегиональных и международных соревнованиях – в Финале первенства МОА «Черноземье» ДД.ММ.ГГГГ г.р. в &lt;...&gt; 29 июня - 8 июля 2015 г.» на 2 листах; список учащихся СДЮСШОР по футболу «Факел» ДД.ММ.ГГГГ г.р. для участия в Финале первенства МОА «Черноземье» с 29 июня по 8 июля 2015 г в &lt;...&gt;» на 1 листе; таблица финального турнира Первенства МОА «Черноземье» юношей ДД.ММ.ГГГГ г.р. в &lt;...&gt; 29 июня - 8 июля 2015 г.» на 1 листе; Календарь игр финального турнира Первенства МОА «Черноземье» юношей ДД.ММ.ГГГГ г.р. в &lt;...&gt; 29 июня - 8 июля 2015 г.» на 1 листе; заявочный лист команды СДЮСШОР по футболу «Факел» в финальном турнире Первенства МОА «Черноземье» юношей ДД.ММ.ГГГГ г.р. на 2015 г.» на 1 листе; дозаявочный лист команды СДЮСШОР по футболу «Факел» в финальном турнире Первенства МОА «Черноземье» юношей ДД.ММ.ГГГГ г.р. на 2015 г.» на 1 листе; дозаявочный лист команды СДЮСШОР по футболу «Факел» в финальном турнире Первенства МОА «Черноземье» юношей ДД.ММ.ГГГГ г.р. на 2015 г.» на 1 листе; 6 протоколов соревнований на 1 листе каждый; акт №3 от 08.07.2015 на 1 листе, подписанный между ООО «Вымпел» в лице директора ФИО5 и ГБУ ВО «Информцентр» в лице руководителя ФИО396., согласно которого приняты работы в виде оказания услуг по организации участия спортивной команды Воронежской области в финале первенства МАО «Черноземье» по государственному контракту №2015.223781 от 26.06.2015 на сумму 291 099,66 рублей; копия акта №1 об оказании услуг от 08.07.2015 на 1 листе, подписанный между ООО «Вымпел» в лице директора ФИО5 и СДЮСШОР по футболу «Факел» в лице директора ФИО7; Календарный план официальных физкультурных мероприятий и спортивных мероприятий Воронежской области на 2016 год на 69 листах; 5 листов формата А4, на каждом из которых стоят оттиски круглой печати синего цвета «АУ ВО «ЦРФКС», изъятые 17.07.2017 в ходе обыска в помещении офиса АУ ВО «ЦРФКС» по адресу: г. Воронеж, ул. Студенческая, д.17, офис №215. Хранящиеся в камере хранения вещественных доказательств СЧ по РОПД ГСУ ГУ МВД России по Воронежской области, по адресу: &lt;...&gt; – возвратить АУ ВО «ЦРФКС» по адресу: г. Воронеж, ул. Студенческая, д.17, офис №215; - приказ первого заместителя руководителя Управления физической культуры и спорта Воронежской области ФИО20 №1182-ОД от 28.10.2016 «Об участии спортивных команд Воронежской области во всероссийском турнире по футболу «Золотая осень» на 1 листе; Приказ первого заместителя руководителя Управления физической культуры и спорта Воронежской области ФИО398. №668-ОД от 31.05.2016 «Об участии спортивных команд Воронежской области в международном турнире по футболу» на 1 листе; приложение к приказу Управления физической культуры и спорта Воронежской области №668-ОД от 31.05.2016 на 1 листе; приложение к приказу Управления физической культуры и спорта Воронежской области №668-ОД от 31.05.2016 на 1 листе; Приказ руководителя Управления физической культуры и спорта Воронежской области ФИО397. №1330-ОД от 31.12.2015 «Об утверждении календарного плана официальных физкультурных мероприятий и спортивных мероприятий Воронежской области на 2016 год» на 2 листах; Календарный план официальных физкультурных мероприятий и спортивных мероприятий Воронежской области на 2016 год на 136 листах; распоряжение на перечисление средств №РК4697 от 17.11.2016 на 1 листе; платежное поручение №1412 от 17.11.2016 на 1 листе; копия счета на оплату №8 от 06.11.2016 на 1 листе; копия акта №7 от 06.11.2016 на 1 листе; распоряжение на перечисление средств №РК2723 от 20.07.2016 на 1 листе; платежное поручение №748 от 18.07.2016 на 1 листе; копия счета на оплату №5 от 25.06.2016 на 1 листе; копия акта №4 от 25.06.2016 на 1 листе; распоряжение на перечисление средств №РК2541 от 13.07.2016 на 1 листе; платежное поручение №726 от 11.07.2016 на 1 листе; копия счета на оплату №5 от 25.06.2016 на 1 листе; копия акта №4 от 25.06.2016 на 1 листе; распоряжение на перечисление средств №РК2671 от 23.07.2015 на 1 листе; платежное поручение №449 от 21.07.2015 на 1 листе; копия счета на оплату №7 от 08.07.2015 на 1 листе; копия акта №3 от 08.07.2015 на 1 листе; копия приказа директора ГБК ВО «Информцентр» ФИО399. №404-с от 13.07.2015 «Об оплате контракта от 26.06.2015 №2015.223781» на 1 листе; распоряжение на перечисление средств №РК2708 от 24.07.2015 на 1 листе; платежное поручение №457 от 23.07.2015 на 1 листе; копия счета на оплату №8 от 16.07.2015 на 1 листе; копия акта №5 от 16.07.2015 на 1 листе; платежное поручение №458 от 23.07.2015 на 1 листе; копия счета на оплату №9 от 16.07.2015 на 1 листе; копия акта №4 от 16.07.2015 на 1 листе; копия приказа директора ГБК ВО «Информцентр» ФИО400. №416-с от 20.07.2015 «Об оплате контракта от 26.06.2015 №2015.223781» на 1 листе; копия сопроводительного письма №85-12/945 от 22.05.2015 с приложением на 2 листах; копия государственного контракта №2015.223781 от 26.06.2015 «на оказание услуг по организации участия воронежских спортсменов в межрегиональных и международных соревнованиях» с приложением всего на 19 листах, изъятые 17.07.2017 в ходе выемки в Управлении физической культуры и спорта Воронежской области по адресу: &lt;...&gt;. Хранящиеся в камере хранения вещественных доказательств СЧ по РОПД ГСУ ГУ МВД России по Воронежской области, по адресу: &lt;...&gt; – возвратить в Управление физической культуры и спорта Воронежской области по адресу: &lt;...&gt;; - запрос директора ГБОУДОВО «СДЮСШОР по футболу «Факел» ФИО7 в адрес Управления физической культуры и спорта Воронежской области №85/16-01-16/35 от 26.04.2016 о финансировании юношеской команды ГБОУДОВО «СДЮСШОР по футболу «Факел» в Международном футбольном турнире «Кубок южной столицы», проводимом в &lt;...&gt; с 15.06.2016 по 25.06.2016 на 1 листе; Положение о проведении всероссийского турнира по футболу «Золотая осень» среди команд юношей 2000-2001, 2003-ДД.ММ.ГГГГ г.р. в &lt;...&gt; в период с 29.10.2016 по 05.11.2016 на 2 листах; системный блок компьютера с номером 1155505; жесткий диск «TOSHIBA» с серийным номером S/N 66QAXH6AS; жесткий диск «TOSHIBA» с серийным номером S/N 66L58S4BS; жесткий диск «Maxtor» с серийным номером S/N 6PS1Y317, изъятые в ходе обыска 17.07.2017 в помещении офиса ГБОУДОВО «СДЮСШОР по футболу «Факел» по адресу: &lt;...&gt;. Хранящиеся в камере хранения вещественных доказательств СЧ по РОПД ГСУ ГУ МВД России по Воронежской области, по адресу: &lt;...&gt; – возвратить в ГБОУДОВО «СДЮСШОР по футболу «Факел» по адресу: &lt;...&gt;; - копию запроса директора ГБОУДОВО «СДЮСШОР по футболу «Факел» ФИО7 в адрес Управления физической культуры и спорта Воронежской области №85/16-01-16/01 от 13.01.2015 на 1 листе; указание первого заместителя руководителя управления физической культуры и спорта Воронежской области ФИО403 от 14.01.2015 к №85-10/27 от 13.01.2015 ФИО402 «Для исполнения согласно резолюции» на 1 листе; указание руководителя управления физической культуры и спорта Воронежской области ФИО401 от 13.01.2015 к №85-10/27 от 13.01.2015 О.В. Горобию «Прошу уточнить, что это за соревнования. Их необходимость и значимость. Откуда эти суммы» на 1 листе, изъятые 30.08.2017 в ходе выемки в Управлении физической культуры и спорта Воронежской области по адресу: &lt;...&gt;. Хранящиеся в камере хранения вещественных доказательств СЧ по РОПД ГСУ ГУ МВД России по Воронежской области, по адресу: &lt;...&gt; – возвратить в Управление физической культуры и спорта Воронежской области по адресу: &lt;...&gt;; - договор №44-ЕП на оказание услуги по обеспечению участия спортивных команд Воронежской области в международном турнире по футболу от 09.06.2016; договор №104-ЕП на оказание услуги по обеспечению участия спортивных команд Воронежской области о всероссийском турнире по футболу «Золотая осень» от 27.10.2016, изъятые 12.07.2017 в ходе выемки у свидетеля ФИО404 в СЧ по РОПД ГСУ ГУ МВД России по Воронежской области по адресу: &lt;...&gt;, каб.335. Хранящиеся в камере хранения вещественных доказательств СЧ по РОПД ГСУ ГУ МВД России по Воронежской области, по адресу: &lt;...&gt; - оставить при уголовном деле; - CD диск с выпиской о движении денежных средств по расчетному счету ООО «Комфорт» (ИНН &lt;***&gt;) №&lt;***&gt; за период с 08.08.2013 (дата открытия счета) по 17.07.2017, с карточкой с образцами подписей и оттиска печати, сведениями об Ip-адресах, представленный 18.07.2017 (исх.: 12706/422148) из ОАО Банк ВТБ в г. Воронеже; CD-R диск с расширенной выпиской о движении денежных средств по расчетному счету ООО «Вымпел» (ИНН &lt;***&gt;) №&lt;***&gt; с момента открытия счета 07.05.2015 по 10.03.2017; с копиями документов, находящихся в юридическом досье ООО «Вымпел» (ИНН &lt;***&gt;); сведениями об Ip и МАС адресах, с которых осуществлялось управление расчетным счетом по системе «банк клиент» за период с 07.05.2015 по 10.03.2017, представленный в рамках доследственной проверки 18.04.2017 (исх.: 01-4-07/64307) из ПАО Банк «ФК Открытие»; CD-R диск с детализацией входящих и исходящих телефонных соединений абонентского номера &lt;***&gt;, находящегося в пользовании ФИО22, с указанием номеров и адресов базовых станций, представленный 19.03.2018 (исх. 3-04/11181-к) из компании сотовой связи ПАО «Вымпелком»; CD-R диск с детализацией входящих и исходящих телефонных соединений абонентского номера &lt;***&gt;, находящегося в пользовании ФИО405., с указанием номеров и адресов базовых станций, представленный 16.03.2018 (исх.36507-2018) из компании сотовой связи ПАО «МТС». Хранящиеся в камере хранения вещественных доказательств СЧ по РОПД ГСУ ГУ МВД России по Воронежской области, по адресу: &lt;...&gt; – оставить при уголовном деле. Приговор может быть обжалован в апелляционном порядке в Воронежский областной суд в течение 10 суток с момента его провозглашения, осужденным в тот же срок со дня получения его копии.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(подпись) М.И. Галаган Приговор в законную силу не вступил. Подлинно за надлежащими подписями. Копия верна: Судья: Галаган М.И. Секретарь: Трунов А.В. Суд: Ленинский районный суд г. Воронежа (Воронежская область) (подробнее) Судьи дела: Галаган Марина Ивановна (судья) (подробнее) Последние документы по делу: Приговор от 23 января 2019 г. по делу № 1-179/2018 Приговор от 2 октября 2018 г. по делу № 1-179/2018 Приговор от 19 июля 2018 г. по делу № 1-179/2018 Приговор от 6 мая 2018 г. по делу № 1-179/2018 Показать все документы по этому делу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