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ФИО4 утратившим право пользование жилым помещением и выселить ответчика из жилого помещения по адресу: &lt;адрес&gt;.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Снять ответчика ФИО4 с регистрационного учета по адресу: &lt;адрес&gt;.</w:t>
      </w:r>
    </w:p>
    <w:p>
      <w:pPr>
        <w:pStyle w:val="Heading3"/>
      </w:pPr>
      <w:r>
        <w:rPr>
          <w:rFonts w:ascii="Times New Roman" w:hAnsi="Times New Roman" w:eastAsia="Times New Roman" w:cs="Times New Roman"/>
          <w:b/>
          <w:i w:val="0"/>
          <w:sz w:val="22"/>
        </w:rPr>
        <w:t>Пункт 3.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ответчика в пользу истца денежные средства: - неосновательное обогащение за пользование квартирой за период с ДД.ММ.ГГГГ по ДД.ММ.ГГГГ в сумме 15473, 87 руб.; - задолженность по коммунальным платежам за ноябрь 2018 года в сумме 3702, 76 руб.; - неосновательное обогащение за пользование квартирой за период с ДД.ММ.ГГГГ по дату фактического выселения ответчика или дату фактического освобождения ответчиком квартиры из расчета стоимости пользования квартирой в 10000 руб. в месяц; - сумму задолженности по коммунальным платежам за период с ДД.ММ.ГГГГ по дату фактического выселения ответчика или дату фактического освобождения ответчиком квартиры; - расходы по оплате услуг по подготовке искового заявления в размере 5000 руб.; - расходы по уплате госпошлины в сумме 1067, 47 руб. В процессе рассмотрения дела по ходатайству истца исковые требования ФИО3 к ФИО4 о взыскании неосновательного обогащения и судебных расходов выделены судом в отдельное производство. В судебном заседании истец ФИО3 исковые требования поддержал в полном объеме, сославшись на доводы, изложенные в исковом заявлении, просил иск удовлетворить в полном объеме. Ответчик ФИО4 в судебное заседание не явился. Согласно адресной справке, представленной в материалы дела Управлением по вопросам миграции УМВД России по &lt;адрес&gt; от ДД.ММ.ГГГГ ФИО4, ДД.ММ.ГГГГ г.р., уроженец &lt;адрес&gt;, зарегистрирован по месту жительства по адресу: &lt;адрес&gt;. Из пояснений истца установлено, что в указанном жилом помещении ФИО4 не проживает с декабря 2018 года. Место его жительства в настоящее время суду не известно, в связи с чем интересы ответчика в порядке ст. 50 ГПК РФ представляет адвокат по назначению суда – ФИО10 Представитель ответчика адвокат по назначению суда ФИО10 в судебном заседании на исковые требования возражала, сославшись на то, что позиция ответчика по заявленным истцом требованиям ей не известна. При этом согласилась, что правовые основания для удовлетворения исковых требований имеются. Представитель третьего лица ОАО «Управляющая организация Новый Город» ФИО2 в судебном заседании разрешение исковых требований оставила на усмотрение суда. Третье лицо Управление по вопросам миграции УМВД России по Ивановской области в судебное заседание не явились, будучи своевременно и надлежащим образом извещенными о дате, времени и месте судебного разбирательства, просило рассмотреть дело в его отсутствие, на исковые требования не возражало. Выслушав лиц, участвующих в деле, заключение помощника прокурора Фрунзенского района г. Иваново Щепеткова В.В., полагаешего исковое заявление подлежащим удовлетврению частично, изучив материалы дела, суд приходит к следующему. Материалами дела установлено, что на основании постановления судебного пристава-исполнителя Фрунзенского РОСП г. Иваново УФССП России по Ивановской области ФИО5 о передаче арестованного имущества на торги от ДД.ММ.ГГГГ, вынесенных в рамках исполнительного производства № от ДД.ММ.ГГГГ, возбужденного в отношении должника ФИО11 в пользу взыскателя ОАО АКБ «Акция» в лице конкурсного управляющего – Государственной корпорации «Агентство по страхованию вкладов», предмет исполнения: обращение взыскания на заложенное имущество, имущество должника ФИО11 – квартира, с кадастровым номером №, общей площадью 55, 9 кв.м., расположенная по адресу: &lt;адрес&gt;, принадлежащая ФИО11 передана в Территориальное управление Росимущества в Ивановской области для принудительной реализации на публичных торгах с учтановлением начальной продажной стоимости в размере 1772960 руб. (л.д. 7). ДД.ММ.ГГГГ МТУ Федерального агентства по управлению государственным имуществом во Владимировской, Ивановской, Костромской и Ярославской областях в адрес ООО «АС ГРУПП» направлено Поручение на реализацию №, в соответствии с которым Обществу было предложено принять арестованное имущество - квартиру, с кадастровым номером №, общей площадью 55, 9 кв.м., расположенную по адресу: &lt;адрес&gt;, для дальнейшей раелизации путем продажи на публичных торгах (л.д. 8-9). Согласно Протоколу № заседания комиссии по продаже арестованного имущества от ДД.ММ.ГГГГ победителем торгов по продаже арестованного имущества - квартиры, с кадастровым номером №, общей площадью 55, 9 кв.м., расположенной по адресу: &lt;адрес&gt;, признан ФИО3 (л.д. 6). ДД.ММ.ГГГГ на основании вышеуказанного протокола между ООО «АС ГРУПП», действующего на основании доверенности от имени МТУ Федерального агентства по управлению государственным имуществом во Владимировской, Ивановской, Костромской и Ярославской областях и ФИО3 заключен договор купли-продажи №, в соответствии с которым ФИО3 приобрел квартиру, с кадастровым номером №, общей площадью 55, 9 кв.м., расположенную по адресу: &lt;адрес&gt; (л.д. 10). На основании Акта приема-передачи от ДД.ММ.ГГГГ квартира, с кадастровым номером №, общей площадью 55, 9 кв.м., расположенная по адресу: &lt;адрес&gt;, передана покупателю ФИО3 (л.д. 11). Таким образом, на основании вышеуказанных документов ФИО3 явился собственником жилого помещения – квартиры, с кадастровым номером №, общей площадью 55, 9 кв.м., расположенной по адресу: &lt;адрес&gt;. Право собственности ФИО3 на квартиру, расположенную по адресу: &lt;адрес&gt;, зарегистрировано в установленном законом порядке, что подтверждается выпиской из ЕГРН от ДД.ММ.ГГГГ (л.д. 12-13). Как установлено материалами дела, переход права собственности на указанное выше недвижимое имущество на основании вышеперечисленных документов прежним собственником ФИО11 не оспаривался, доказательств обратного в соответствии с положениями ст. , ст. 56 ГПК РФ суду не предоставлено. Материалами дела также установлено, что в настоящее время в квартире, расположенной по адресу: &lt;адрес&gt;, принадлежащей истцу, зарегистрирован ответчики ФИО4, что подтверждается представленной в материалы дела адресной справкой Управления по вопросам миграции УМВД России по Ивановской области от ДД.ММ.ГГГГ. Между тем, факт проживания в настоящее время ответчика в спорном жилом помещении в ходе рассмотрения дела не нашел своего подтверждения. Так, из пояснений истца ФИО3, данных им в ходе судебного заседания ДД.ММ.ГГГГ установлено, что ответчик ФИО4 проживал в квартире по адресу: &lt;адрес&gt;, до ДД.ММ.ГГГГ года. после того, как в декабре 2018 года ФИО4 выехал из спорного жилого помещения собственник – истец дегтярев А.А. сменил в квартире замки на входной двери. В настоящее время ФИО4 в квартире не проживает, принадлежащих ответчику вещей в ней нет. Согласно ч. 1 ст. 30 ЖК РФ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ЖК РФ. В соответствии со ст. , 304 ГК РФ собственнику принадлежат права владения, пользования и распоряжения своим имущество и он может требовать устранения всяких нарушений его права, хотя бы эти нарушения и не были соединены с лишением владения. В силу п. 2 ст. 292 ГК РФ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законом. Как установлено материалами дела ФИО4 прежним собственником спорной квартиры не являлся, сведений о том, что ответчик являлся членом семьи прежнего собственника жилого помещения, у суда не имеется. Правовые основания для регистрации ФИО4 в спорном жилом помещении, ранее принадлежащем иному собственнику, суду не известны. На основании вышеуказанных норм закона суд делает вывод о том, что право пользования ФИО4 жилым помещением – квартирой, расположенной по адресу: &lt;адрес&gt;, в настоящее время прекращено в связи с переходом права собственности на данное недвижимое имущество к истцу ФИО3 При этом какие-либо соглашения между ФИО4 и прежним собственником о пользовании квартирой по адресу: &lt;адрес&gt;, отсутствуют, доказательств обратного в соответствии с положениями ст. , ст. 56 ГПК РФ суду не предоставлено. В силу ч. 1 ст. 35 ЖК РФ в случае прекращения у гражданина права пользования жилым помещением по основаниям, предусмотренным ЖК РФ,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 В соответствии со ст. 304 ГК РФ , собственник может требовать устранения всяких нарушений его права, хотя бы эти нарушения и не были соединены с лишением владения. Таким образом, суд приходит к выводу о том, что ответчик утратил пользования жилым помещением в связи со сменой собственника, в связи с чем оснований для проживания в нем у него не имеется, поэтому исковые требования истца о признании ответчика утратившим право пользования жилым помещением являются правомерным и подлежат удовлетворению. Между тем, поскольку факт проживания ответчика в спорном жилом помещении в настоящее время не нашел своего подтверждения в ходе рассмотрения дела, исковые требования истца о выселении ФИО4 из принадлежащего дегтяреву А.Д. жилого помещения удовлетворению не подлежат. Оснований для возложения на истца обязанности обеспечить ответчика иным жилым помещением судом не установлено. В соответствии с подпунктом «е» п. 31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Российской Федерации № 713 от 17.07.1995 года, снятие гражданина с регистрационного учета по месту жительства производится органами регистрационного учета в случае выселения из занимаемого помещения или признания утратившим права пользования жилым помещением на основании вступившего в законную силу решения суда. На основании изложенного, руководствуясь ст. ст. - 199 ГПК РФ , суд РЕШИЛ: Иск удовлетворить частично. Признать ФИО4, ДД.ММ.ГГГГ года рождения, уроженца &lt;адрес&gt;, утратившими право пользования жилым помещением - квартирой, расположенной по адресу: &lt;адрес&gt;. Настоящее решение является основанием для снятия ФИО4, ДД.ММ.ГГГГ года рождения, уроженца &lt;адрес&gt;, с регистрационного учета по месту жительства по адресу: &lt;адрес&gt;. Решение может быть обжаловано в Ивановский областной суд, через Фрунзенский районный суд города Иваново в течение одного месяца со дня его изготовления в окончательном виде. Председательствующий: Мотивированный текст решения изготовлен 25 января 2019 года. Суд: Фрунзенский районный суд г. Иваново (Ивановская область) (подробнее) Судьи дела: Бабашов Алексей Владимирович (судья) (подробнее) Судебная практика по: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