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Приказом руководителя Управления Федеральной службы судебных приставов по &lt;адрес&gt; от ДД.ММ.ГГГГ №-лс ФИО1 принята на федеральную государственную гражданскую службу и назначена с ДД.ММ.ГГГГ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(далее также судебный пристав-исполнитель ОСП по &lt;адрес&gt; УФССП России по &lt;адрес&gt;). Приказом руководителя Управления Федеральной службы судебных приставов по &lt;адрес&gt; от ДД.ММ.ГГГГ №-лс ФИО1 допущена к самостоятельной работе в должности судебного пристава-исполнителя с ДД.ММ.ГГГГ. Приказом руководителя Управления Федеральной службы судебных приставов по &lt;адрес&gt; от ДД.ММ.ГГГГ №-лс ФИО1, временно замещающая должность судебного пристава-исполнителя отдела судебных приставов по &lt;адрес&gt; Управления Федеральной службы судебных приставов по &lt;адрес&gt;, переведена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с ДД.ММ.ГГГГ. В соответствии со ст.ст.1 и 3 Федерального закона от 21.07.1997 № 118-ФЗ «О судебных приставах» (далее – Закон) на судебных приставов возлагаются задачи по осуществлению принудительного исполнения судебных актов, а также предусмотренных Федеральным законом от 02.10.2007 № 229-ФЗ «Об исполнительном производстве» актов других органов и должностных лиц, а также распространяются ограничения, запреты и обязанности, установленные Федеральным законом «О противодействии коррупции» и ст.ст.17,18 и 20 Федерального закона от 27.07.2004 № 79-ФЗ «О государственной гражданской службе Российской Федерации». Согласно ч.1 ст.12 Закона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принимает меры по своевременному, полному и правильному исполнению исполнительных документов, предоставляет сторонам исполнительного производства или их представителям возможность знакомиться с материалами исполнительного производства, делать из них выписки, снимать с них копии, рассматривает заявления сторон по поводу исполнительного производства и их ходатайства, выносит соответствующие постановления, разъясняя сроки и порядок их обжалования, обязан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получает и обрабатывает персональные данные при условии, что они необходимы для своевременного, полного и правильного исполнения исполнительных документов, в объеме, необходимом для этого, объявляет розыск должника по исполнительному документу, его имущества и осуществляет такой розыск в соответствии с законодательством Российской Федерации, осуществляет на основании судебного акта по гражданскому делу розыск гражданина - ответчика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На основании ч.2 ст.12 Закона судебный пристав-исполнитель при совершении исполнительных действий имеет право получать необходимую информацию, в том числе, персональные данные, объяснения и справки, проводить у работодателей проверку исполнения исполнительных документов на работающих у них должников и ведения финансовой документации по исполнению указанных документов, давать гражданам и организациям, участвующим в исполнительном производстве, поручения по вопросам совершения конкретных исполнительных действий,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 или принадлежащих им,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использовать нежилые помещения при согласии собственника для временного хранения изъятого имущества, возлагать на соответствующих лиц обязанность по его хранению, использовать транспорт взыскателя или должника для перевозки имущества с отнесением расходов за счет должника, в случае неясности положений исполнительного документа, способа и порядка его исполнения обратиться в суд, другой орган или к должностному лицу, выдавшим исполнительный документ, с заявлением о разъяснении способа и порядка его исполнения, объявлять розыск должника, его имущества, вызывать граждан и должностных лиц по исполнительным документам, находящимся в производстве, при совершении исполнительных действий проверять документы, удостоверяющие личность, у лиц, участвующих в исполнительном производстве, при производстве розыска должника, его имущества (исполнительного розыска) или при производстве на основании судебного акта по гражданскому делу гражданина-ответчика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совершать иные действия, предусмотренные Федеральным законом от 02.10.2007 №229-ФЗ «Об исполнительном производстве». В соответствии с п.3.1 должностного регламента судебного пристава-исполнителя отдела судебных приставов Управления Федеральной службы судебных приставов по Кировской области, утвержденного 28.07.2017 руководителем УФССП России по Кировской области (далее – Должностной регламент), основные обязанности судебного пристава-исполнителя отдела предусмотрены ст.ст.15,18 Федерального закона от 27.07.2004 № 79-ФЗ «О государственной гражданской службе Российской Федерации», ст.12 Федерального закона от 21.07.1997 № 118-ФЗ «О судебных приставах». Согласно п.п.3.1.7 Должностного регламента судебный пристав-исполнитель является должностным лицом, состоящим на государственной службе. Согласно п.3.5 Должностного регламента судебный пристав-исполнитель, в том числе, обязан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акты субъектов Российской Федерации и обеспечивать их исполнение, соблюдать при исполнении должностных обязанностей права и законные интересы граждан и организаций, соблюдать ограничения, запреты и требования к служебному поведению, установленные Федеральным законом (в том числе, предусмотренные ст.ст.16,17,18, статьями 9,10,11,12 Федерального закона от 25.12.2008 №273-ФЗ «О противодействии коррупции») и иными нормативными правовыми актами Российской Федерации,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своевременно принимать решения о возбуждении исполнительных производств либо отказе в их возбуждении, принимать меры по своевременному, полному и правильному исполнению исполнительных документов,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вносить в базу данных отдела достоверную информацию о совершенных исполнительных действиях, своевременно представлять отчет по утвержденным формам, передавать на оперативное хранение оконченные и прекращенные исполнительные производства, принимать меры воздействия, предусмотренные действующим законодательством Российской Федерации, к недобросовестным должникам, осуществлять ведение базы данных программного комплекса «ОСП» АИС ФССП России (далее – ПК «ОСП»), обеспечивать ее актуальное состояние и соответствие фактическому состоянию материалов исполнительного производства и документам первичного регистрационного учета, ежедневно вносить в электронную базу данных АИС ФССП России (не позднее 3 рабочих дней с момента совершения исполнительных действий либо поступления информации) исчерпывающие сведения о совершенных исполнительных действиях, вынесенных постановлениях, составленных актах и иных процессуальных и платежных документах, вносить данные в ПК «ОСП» достоверно, в полном объеме и в соответствии с бумажным носителем, вносить своевременно (не позднее дня следующего за днем совершения исполнительных действий) информацию о совершенных исполнительных действиях в ПК «ОСП», при этом сведения, содержащиеся в материалах конкретного исполнительного производства, должны полностью соответствовать сведениям об указанном производстве в ПК «ОСП», знать и соблюдать порядок служебных взаимоотношений и служебной дисциплины судебных приставов и иных должностных лиц Федеральной службы судебных приставов. Указанием ФССП России от 11.04.2014 № 1-у «О дополнительных мерах по устранению причин и условий, способствующих совершению служебного подлога и хищению денежных средств» судебным приставам-исполнителям предписано в случае отсутствия имущества должника, подлежащего описи и аресту, составлять акт совершения исполнительных действий по форме согласно Приложению, а также представлять акты совершения исполнительных действий, которые содержат сведения о невозможности обращения взыскания на имущество должника, на проверку старшему судебному приставу (и.о. старшего судебного пристава) либо его заместителю в срок, не позднее следующего рабочего дня после совершения исполнительных действий. В соответствии с ч.ч.1 и 2 ст.11 Федерального закона от 25.12.2008 № 273-ФЗ «О противодействии коррупции» государственный служащий обязан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(ч.4 и 5 ст.11 Федерального закона от 25.12.2008 № 273-ФЗ «О противодействии коррупции»). Аналогичные нормы, которыми устанавливаются обязанности государственного гражданского служащего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а также определяется, в чем может состоять предотвращение или урегулирование конфликта интересов, закреплены п.12 ч.1 ст.15 и ч.3.1 Федерального закона «О государственной гражданской службе Российской Федерации». Таким образом, ФИО1, состоящая в должности судебного пристава-исполнителя ОСП по &lt;адрес&gt; УФССП России по &lt;адрес&gt;, является должностным лицом, постоянно осуществляющим функции представителя власти в государственном органе Федеральной службы судебных приставов. Приказом руководителя Управления Федеральной службы судебных приставов по &lt;адрес&gt; от ДД.ММ.ГГГГ №-лс ФИО8 принята на федеральную государственную гражданскую службу и назначена на старшую должность судебного пристава-исполнителя отдела судебных приставов по &lt;адрес&gt; Управления Федеральной службы судебных приставов по &lt;адрес&gt; с ДД.ММ.ГГГГ. Рабочее место &lt;данные изъяты&gt; и ФИО1 расположено в помещении отдела судебных приставов по &lt;адрес&gt; УФССП России по &lt;адрес&gt; по адресу: &lt;адрес&gt;. ДД.ММ.ГГГГ отделом судебных приставов по &lt;адрес&gt; УФССП России по &lt;адрес&gt; возбуждено исполнительное производство №-ИП (№-ИП) в отношении должника &lt;данные изъяты&gt; пользу взыскателя НКО «Фонд капитального ремонта общего имущества многоквартирных домов в &lt;адрес&gt;» (далее также НКО «Фонд капитального ремонта»), сумма долга по которому составила 8176 рублей 40 копеек. ДД.ММ.ГГГГ данное исполнительное производство №-ИП (№-ИП) руководителем ОСП по &lt;адрес&gt; УФССП России по &lt;адрес&gt; передано для производства принудительного исполнения ФИО14. ДД.ММ.ГГГГ судебным приставом-исполнителем ФИО1 по исполнительному производству №-ИП (№-ИП) через базу данных ПК «ОСП» вынесено постановление об обращении взыскания на денежные средства должника &lt;данные изъяты&gt;, находящиеся в банке или иной кредитной организации – ПАО КБ «Хлынов». После этого ФИО1, обладавшая сведениями об имущественном положении должника, достоверно зная, что должником по вышеуказанному исполнительному производству является ФИО3, являющаяся ее коллегой, действуя из корыстной и иной личной заинтересованности, выразившихся в желании освободить ФИО3 от имущественных взысканий по исполнительному производству, обеспечить ее материальное благополучие, повысить свой служебный авторитет среди других сотрудников отдела путем совершения действий в их интересах, решила внести заведомо ложные сведения в ПК «ОСП» о совершении в отношении ФИО3 исполнительных действий, отсутствии у нее имущества, окончить исполнительное производство без обращения взыскания на имущество ФИО3 и возвратить исполнительный документ взыскателю в связи с отсутствием у должника имущества, на которое может быть обращено взыскание. Реализуя свой преступный умысел, ДД.ММ.ГГГГ в период времени с 17 часов 46 минут до 18 часов 01 минуты в помещении ОСП по &lt;адрес&gt; УФССП России по &lt;адрес&gt; по адресу: &lt;адрес&gt;, ФИО14, находясь при исполнении своих должностных обязанностей, в нарушение вышеуказанных норм законодательства и Должностного регламента, используя свои служебные полномочия вопреки интересам службы, действуя из корыстной и иной личной заинтересованностью, осознавая, что ее действия по внесению в исполнительные документы заведомо ложных сведений о совершении в отношении ФИО3 исполнительных действий и отсутствии у нее имущества, на которое может быть обращено взыскание, исключат возможность принудительного взыскания с ФИО3 в пользу взыскателя НКО «Фонд капитального ремонта» по исполнительному документу, зная о наличии у нее счета в указанном ФИО6 и денежных средств на нем, через базу данных ПК «ОСП» вынесла постановление об отмене постановления об обращении взыскания на денежные средства должника, находящиеся в ФИО6 или иной кредитной организации - ПАО КБ «Хлынов». В продолжение своего преступного умысла ФИО14 ДД.ММ.ГГГГ в период времени с 17 часов 46 минут до 18 часов 01 минуты,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ФИО3, умышленно через базу данных ПК «ОСП» вынесла постановление о запрете регистрационных действий в отношении транспортных средств, принадлежащих ФИО3. После этого ДД.ММ.ГГГГ, в период времени с 17 часов 46 минут до 18 часов 01 минуты, на своем рабочем месте ФИО14, осознавая, что названные меры принудительного взыскания в отношении должника ФИО3 не исполнены, и, зная о наличии у ФИО3 зарегистрированных на нее транспортных средств, умышленно через базу данных ПК «ОСП» вынесла постановление об отмене запрета на регистрационные действия в отношении транспортных средств должника ФИО3. В продолжение своего преступного умысла ФИО14 ДД.ММ.ГГГГ в период времени с 17 часов 46 минут до 18 часов 01 минуты,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ФИО8, через базу данных ПК «ОСП» вынесла постановление об обращении взыскания на денежные средства должника, находящиеся в ФИО6 или иной кредитной организации – ПАО «Сбербанк». После этого ДД.ММ.ГГГГ, в период времени с 17 часов 46 минут до 18 часов 01 минуты, на своем рабочем месте ФИО14, осознавая, что названные меры принудительного взыскания с должника ФИО3 не исполнены, зная о наличии у ФИО3 счета в указанном ФИО6 и денежных средств на нем, умышленно через базу данных ПК «ОСП» вынесла постановление об отмене постановления об обращении взыскания на денежные средства должника, находящиеся в ФИО6 или иной кредитной организации – ПАО «Сбербанк». В продолжение своего преступного умысла ФИО1 ДД.ММ.ГГГГ, в период времени с 17 часов 46 минут до 18 часов 01 минуты,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&lt;данные изъяты&gt;, через базу данных ПК «ОСП» вынесла постановление об обращении взыскания на заработную плату и иные доходы должника &lt;данные изъяты&gt;. После этого ДД.ММ.ГГГГ, в период времени с 17 часов 46 минут до 18 часов 01 минуты, на своем рабочем месте, ФИО1, осознавая, что названные меры принудительного взыскания в отношении должника ФИО3 не исполнены, и, зная о наличии у &lt;данные изъяты&gt; места работы и заработка, умышленно через базу данных ПК «ОСП» вынесла постановление об отмене мер по обращению взыскания на доходы должника &lt;данные изъяты&gt;. В продолжение своего преступного умысла ФИО1 ДД.ММ.ГГГГ, в период времени с 17 часов 46 минут до 18 часов 01 минуты, находясь на своем рабочем месте по вышеуказанному адресу, через базу данных ПК «ОСП» составила акт о наличии обстоятельств, в связи с которым исполнительный документ возвращается взыскателю. В продолжение своего преступного умысла ФИО1 ДД.ММ.ГГГГ, в период времени с 17 часов 46 минут до 18 часов 01 минуты, находясь на рабочем месте в помещении ОСП по &lt;адрес&gt; УФССП России по &lt;адрес&gt; по адресу: &lt;адрес&gt;, действуя из корыстной и иной личной заинтересованности, осознавая, что в рамках работы по исполнительному производству №-ИП (№-ИП) исполнительные действия по обращению взыскания на имущество и денежные средства должника &lt;данные изъяты&gt; в пользу взыскателя НКО «Фонд капитального ремонта» не совершены, и, зная о наличии у должника &lt;данные изъяты&gt; имущества и денежных средств, за счет которых может быть произведено взыскание, через базу данных ПК «ОСП» умышленно незаконно вынесла постановление об окончании указанного исполнительного производства и возвращении исполнительного документа взыскателю в связи с отсутствием у должника &lt;данные изъяты&gt; имущества, на которое может быть обращено взыскание. При этом остаток задолженности по исполнительному производству №-ИП (№-ИП) на момент его незаконного окончания ФИО1 составил 7496 рублей 98 копеек. Преступными действиями ФИО1, совершенными с использованием своих служебных полномочий вопреки интересам службы, из корыстной и иной личной заинтересованности, существенно нарушены права и законные интересы организации НКО «Фонд капитального ремонта», выразившиеся в нарушении прав взыскателя, установленных Федеральным законом от ДД.ММ.ГГГГ № 229-ФЗ «Об исполнительном производстве», и причинении ему имущественного ущерба в размере 7496 рублей 98 копеек. Кроме того, преступными действиями ФИО1 существенно нарушены охраняемые законом интересы общества и государства, поскольку в результате их совершения подорван авторитет органов государственной власти, оказано негативное влияние и нарушена нормальная деятельность отдела судебных приставов по &lt;адрес&gt; УФССП России по &lt;адрес&gt;, что выразилось в игнорировании и пренебрежении должностным лицом, обязанным принимать меры по своевременному, полному и правильному исполнению исполнительных документов, установленных норм законодательства и морали, повлекло создание у граждан Российской Федерации мнения о государственных органах, в том числе судов и органов Федеральной службы судебных приставов, как о бюрократизированных и преступных, неспособных защитить их права и законные интересы, а также привело к умалению конституционных принципов равноправия всех граждан перед законом, нарушению целей законодательства Российской Федерации о гражданском и исполнительном производстве. Таким образом, ФИО1 совершила злоупотребление должностными полномочиями, то есть использование должностным лицом своих служебных полномочий вопреки интересам службы, совершенное из корыстной и иной личной заинтересованности и повлекшее существенное нарушение прав и законных интересов организаций и охраняемых законом интересов общества и государства.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Приказом руководителя Управления Федеральной службы судебных приставов по &lt;адрес&gt; от ДД.ММ.ГГГГ №-лс ФИО1 принята на федеральную государственную гражданскую службу и назначена с ДД.ММ.ГГГГ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(далее также судебный пристав-исполнитель ОСП по &lt;адрес&gt; УФССП России по &lt;адрес&gt;). Приказом руководителя Управления Федеральной службы судебных приставов по &lt;адрес&gt; от ДД.ММ.ГГГГ №-лс ФИО1 допущена к самостоятельной работе в должности судебного пристава-исполнителя с ДД.ММ.ГГГГ. Приказом руководителя Управления Федеральной службы судебных приставов по &lt;адрес&gt; от ДД.ММ.ГГГГ №-лс ФИО1, временно замещающая должность судебного пристава-исполнителя отдела судебных приставов по &lt;адрес&gt; Управления Федеральной службы судебных приставов по &lt;адрес&gt;, переведена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с ДД.ММ.ГГГГ. В соответствии со ст.ст.1 и 3 Федерального закона от 21.07.1997 № 118-ФЗ «О судебных приставах» (далее – Закон) на судебных приставов возлагаются задачи по осуществлению принудительного исполнения судебных актов, а также предусмотренных Федеральным законом от 02.10.2007 № 229-ФЗ «Об исполнительном производстве» актов других органов и должностных лиц, а также распространяются ограничения, запреты и обязанности, установленные Федеральным законом «О противодействии коррупции» и ст.ст.17,18 и 20 Федерального закона от 27.07.2004 № 79-ФЗ «О государственной гражданской службе Российской Федерации». Согласно ч.1 ст.12 Закона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принимает меры по своевременному, полному и правильному исполнению исполнительных документов, предоставляет сторонам исполнительного производства или их представителям возможность знакомиться с материалами исполнительного производства, делать из них выписки, снимать с них копии, рассматривает заявления сторон по поводу исполнительного производства и их ходатайства, выносит соответствующие постановления, разъясняя сроки и порядок их обжалования, обязан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получает и обрабатывает персональные данные при условии, что они необходимы для своевременного, полного и правильного исполнения исполнительных документов, в объеме, необходимом для этого, объявляет розыск должника по исполнительному документу, его имущества и осуществляет такой розыск в соответствии с законодательством Российской Федерации, осуществляет на основании судебного акта по гражданскому делу розыск гражданина - ответчика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На основании ч.2 ст.12 Закона судебный пристав-исполнитель при совершении исполнительных действий имеет право получать необходимую информацию, в том числе персональные данные, объяснения и справки, проводить у работодателей проверку исполнения исполнительных документов на работающих у них должников и ведения финансовой документации по исполнению указанных документов, давать гражданам и организациям, участвующим в исполнительном производстве, поручения по вопросам совершения конкретных исполнительных действий,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 или принадлежащих им,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использовать нежилые помещения при согласии собственника для временного хранения изъятого имущества, возлагать на соответствующих лиц обязанность по его хранению, использовать транспорт взыскателя или должника для перевозки имущества с отнесением расходов за счет должника, в случае неясности положений исполнительного документа, способа и порядка его исполнения обратиться в суд, другой орган или к должностному лицу, выдавшим исполнительный документ, с заявлением о разъяснении способа и порядка его исполнения, объявлять розыск должника, его имущества, вызывать граждан и должностных лиц по исполнительным документам, находящимся в производстве, при совершении исполнительных действий проверять документы, удостоверяющие личность, у лиц, участвующих в исполнительном производстве, при производстве розыска должника, его имущества (исполнительного розыска) или при производстве на основании судебного акта по гражданскому делу гражданина-ответчика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совершать иные действия, предусмотренные Федеральным законом от 02.10.2007 № 229-ФЗ «Об исполнительном производстве». В соответствии с п.3.1 должностного регламента судебного пристава-исполнителя отдела судебных приставов Управления Федеральной службы судебных приставов по Кировской области, утвержденного 28.07.2017 руководителем УФССП России по Кировской области (далее – Должностной регламент), основные обязанности судебного пристава-исполнителя отдела предусмотрены ст.ст.15,18 Федерального закона от 27.07.2004 № 79-ФЗ «О государственной гражданской службе Российской Федерации», ст.12 Федерального закона от 21.07.1997 №118-ФЗ «О судебных приставах». Согласно п.п.3.1.7 Должностного регламента судебный пристав-исполнитель является должностным лицом, состоящим на государственной службе. Согласно п.3.5 Должностного регламента судебный пристав-исполнитель, в том числе, обязан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акты субъектов Российской Федерации и обеспечивать их исполнение, соблюдать при исполнении должностных обязанностей права и законные интересы граждан и организаций, соблюдать ограничения, запреты и требования к служебному поведению, установленные Федеральным законом (в том числе, предусмотренные ст.ст.16,17,18, статьями 9,10,11,12 Федерального закона от 25.12.2008 №273-ФЗ «О противодействии коррупции») и иными нормативными правовыми актами Российской Федерации,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своевременно принимать решения о возбуждении исполнительных производств либо отказе в их возбуждении, принимать меры по своевременному, полному и правильному исполнению исполнительных документов,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вносить в базу данных отдела достоверную информацию о совершенных исполнительных действиях, своевременно представлять отчет по утвержденным формам, передавать на оперативное хранение оконченные и прекращенные исполнительные производства, принимать меры воздействия, предусмотренные действующим законодательством Российской Федерации, к недобросовестным должникам, осуществлять ведение базы данных программного комплекса «ОСП» АИС ФССП России (далее – ПК «ОСП»), обеспечивать ее актуальное состояние и соответствие фактическому состоянию материалов исполнительного производства и документам первичного регистрационного учета, ежедневно вносить в электронную базу данных АИС ФССП России (не позднее 3 рабочих дней с момента совершения исполнительных действий либо поступления информации) исчерпывающие сведения о совершенных исполнительных действиях, вынесенных постановлениях, составленных актах и иных процессуальных и платежных документах, вносить данные в ПК «ОСП» достоверно, в полном объеме и в соответствии с бумажным носителем, вносить своевременно (не позднее дня следующего за днем совершения исполнительных действий) информацию о совершенных исполнительных действиях в ПК «ОСП», при этом сведения, содержащиеся в материалах конкретного исполнительного производства, должны полностью соответствовать сведениям об указанном производстве в ПК «ОСП», знать и соблюдать порядок служебных взаимоотношений и служебной дисциплины судебных приставов и иных должностных лиц Федеральной службы судебных приставов. Указанием ФССП России от 11.04.2014 № 1-у «О дополнительных мерах по устранению причин и условий, способствующих совершению служебного подлога и хищению денежных средств» судебным приставам-исполнителям предписано в случае отсутствия имущества должника, подлежащего описи и аресту, составлять акт совершения исполнительных действий по форме согласно Приложению, а также представлять акты совершения исполнительных действий, которые содержат сведения о невозможности обращения взыскания на имущество должника, на проверку старшему судебному приставу (и.о. старшего судебного пристава) либо его заместителю в срок, не позднее следующего рабочего дня после совершения исполнительных действий. В соответствии с ч.ч.1 и 2 ст.11 Федерального закона от 25.12.2008 № 273-ФЗ «О противодействии коррупции» государственный служащий обязан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(ч.4 и 5 ст.11 Федерального закона от 25.12.2008 № 273-ФЗ «О противодействии коррупции»). Аналогичные нормы, которыми устанавливаются обязанности государственного гражданского служащего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а также определяется, в чем может состоять предотвращение или урегулирование конфликта интересов, закреплены п.12 ч.1 ст.15 и ч.3.1 Федерального закона «О государственной гражданской службе Российской Федерации». Таким образом, ФИО1, состоящая в должности судебного пристава-исполнителя ОСП по &lt;адрес&gt; УФССП России по &lt;адрес&gt;, является должностным лицом, постоянно осуществляющим функции представителя власти в государственном органе Федеральной службы судебных приставов. Приказом руководителя Управления Федеральной службы судебных приставов по &lt;адрес&gt; от ДД.ММ.ГГГГ №-лс ФИО8 принята на федеральную государственную гражданскую службу и назначена на старшую должность судебного пристава-исполнителя отдела судебных приставов по &lt;адрес&gt; Управления Федеральной службы судебных приставов по &lt;адрес&gt; с ДД.ММ.ГГГГ. Рабочее место ФИО3 и ФИО1 расположено в помещении отдела судебных приставов по &lt;адрес&gt; УФССП России по &lt;адрес&gt; по адресу: &lt;адрес&gt;. ДД.ММ.ГГГГ отделом судебных приставов по &lt;адрес&gt; УФССП России по &lt;адрес&gt; возбуждено исполнительное производство №-ИП (№-ИП) в отношении должника ФИО8 в пользу взыскателя ООО МКК «Альфа-Ресурс», сумма долга по которому составила 41019 рублей 96 копеек. ДД.ММ.ГГГГ исполнительное производство №-ИП (№-ИП) руководителем ОСП по &lt;адрес&gt; УФССП России по &lt;адрес&gt; передано для принудительного исполнения ФИО1. ДД.ММ.ГГГГ судебным приставом-исполнителем ФИО1 по исполнительному производству№-ИП (№-ИП) через базу данных ПК «ОСП» вынесено постановление об обращении взыскания на денежные средства должника ФИО3, находящиеся в банке или иной кредитной организации – ПАО КБ «Хлынов». ДД.ММ.ГГГГ судебным приставом-исполнителем ФИО1 через базу данных ПК «ОСП» выполнен запрос в подразделение ГИБДД о наличии у должника ФИО3 транспортных средств. ДД.ММ.ГГГГ судебным приставом-исполнителем ФИО1 через базу данных ПК «ОСП» вынесено постановление об обращении взыскания на заработную плату и иные доходы должника ФИО3. После получения сведений об имущественном положении ФИО3 ФИО1, достоверно зная, что должником по вышеуказанному исполнительному производству является ее коллега ФИО3, действуя из корыстной и иной личной заинтересованности, выразившихся в желании освободить ФИО3 от имущественных взысканий по исполнительному производству, обеспечить ее материальное благополучие, повысить свой служебный авторитет среди других сотрудников отдела путем совершения действий в их интересах, решила внести заведомо ложные сведения в ПК «ОСП» о совершении в отношении ФИО3 исполнительных действий, отсутствии у нее имущества, окончить исполнительное производство без обращения взыскания на имущество ФИО3 и возвратить исполнительный документ взыскателю в связи с отсутствием у должника имущества, на которое может быть обращено взыскание. Реализуя свой преступный умысел, ДД.ММ.ГГГГ, в период времени с 18 часов 58 минут до 19 часов 09 минут, в помещении ОСП по &lt;адрес&gt; УФССП России по &lt;адрес&gt; по адресу: &lt;адрес&gt;, ФИО1, находясь при исполнении своих должностных обязанностей, в нарушение вышеуказанных норм законодательства и Должностного регламента, используя свои служебные полномочия вопреки интересам службы, действуя из корыстной и иной личной заинтересованности, с целью создания видимости осуществления исполнительных действий по принудительному взысканию с должника &lt;данные изъяты&gt; через базу данных ПК «ОСП» составила подложный акт о совершении исполнительных действий о выходе по месту жительства должника &lt;данные изъяты&gt;, в который внесла заведомо недостоверные сведения об отсутствии имущества, на которое может быть обращено взыскание. В продолжение своего преступного умысла ФИО1 ДД.ММ.ГГГГ, в период времени с 18 часов 58 минут до 19 часов 09 минут, находясь на своем рабочем месте по вышеуказанному адресу, осознавая, что ее действия по внесению в исполнительные документы заведомо ложных сведений о совершении в отношении &lt;данные изъяты&gt; исполнительных действий и отсутствии у нее имущества, на которое может быть обращено взыскание, исключат возможность принудительного взыскания с ФИО3 в пользу взыскателя ООО МКК «Альфа-Ресурс» по исполнительному документу, зная о наличии у нее счета в ПАО КБ «Хлынов» и денежных средств на нем, через базу данных ПК «ОСП» вынесла постановление об отмене постановления об обращении взыскания на денежные средства должника, находящиеся в банке или иной кредитной организации – ПАО КБ «Хлынов». В продолжение своего преступного умысла ФИО1 ДД.ММ.ГГГГ, в период времени с 18 часов 58 минут до 19 часов 09 минут, находясь на своем рабочем месте по вышеуказанному адресу, зная о наличии у &lt;данные изъяты&gt; места работы и заработка, через базу данных ПК «ОСП» вынесла постановление об отмене мер по обращению взыскания на доходы должника &lt;данные изъяты&gt; В продолжение своего преступного умысла ФИО1 ДД.ММ.ГГГГ, в период времени с 18 часов 58 минут до 19 часов 09 минут,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денежных средств с должника &lt;данные изъяты&gt; умышленно через базу данных ПК «ОСП» вынесла постановление об обращении взыскания на денежные средства должника, находящиеся в банке или иной кредитной организации – ПАО «Сбербанк». После этого ДД.ММ.ГГГГ, в период времени с 18 часов 58 минут до 19 часов 09 минут, на своем рабочем месте ФИО1, осознавая, что названные меры принудительного взыскания в отношении должника ФИО3 не исполнены, и, зная о наличии денежных средств на указанном счете, умышленно через базу данных ПК «ОСП» вынесла постановление об отмене постановления об обращении взыскания на денежные средства должника, находящиеся в банке или иной кредитной организации – ПАО «Сбербанк». В продолжение своего преступного умысла ФИО1 ДД.ММ.ГГГГ, в период времени с 18 часов 58 минут до 19 часов 09 минут, находясь на своем рабочем месте по вышеуказанному адресу, умышленно через базу данных ПК «ОСП» составила акт о наличии обстоятельств, в связи с которым исполнительный документ возвращается взыскателю. В продолжение своего преступного умысла ФИО1 ДД.ММ.ГГГГ в период времени с 18 часов 58 минут до 19 часов 09 минут, находясь на рабочем месте в помещении ОСП по &lt;адрес&gt; УФССП России по &lt;адрес&gt; по адресу: &lt;адрес&gt;, действуя из корыстной и иной личной заинтересованности, осознавая, что по исполнительному производству №-ИП (№-ИП) исполнительные действия по обращению взыскания на имущество и денежные средств должника &lt;данные изъяты&gt; в пользу взыскателя ООО МКК «Альфа-Ресурс» не совершены, и, зная о наличии у должника ФИО3 имущества и денежных средств, за счет которых может быть произведено взыскание, через базу данных ПК «ОСП» незаконно вынесла постановление об окончании вышеуказанного исполнительного производства и возвращении исполнительного документа взыскателю в связи с отсутствием у должника ФИО3 имущества, на которое может быть обращено взыскание. При этом остаток задолженности по исполнительному производству №-ИП (№-ИП) на момент его незаконного окончания ФИО1 составил 38818 рублей 05 копеек. Вышеуказанными преступными действиями ФИО1, совершенными с использованием своих служебных полномочий вопреки интересам службы, из корыстной и иной личной заинтересованности, существенно нарушены права и законные интересы ООО МКК «Альфа-Ресурс», выразившиеся в нарушении прав взыскателя, установленных Федеральным законом от ДД.ММ.ГГГГ № 229-ФЗ «Об исполнительном производстве», и причинении ему имущественного ущерба в размере 38818 рублей 05 копеек. Кроме того, преступными действиями ФИО1 существенно нарушены охраняемые законом интересы общества и государства, поскольку в результате их совершения подорван авторитет органов государственной власти, оказано негативное влияние и нарушена нормальная деятельность отдела судебных приставов по &lt;адрес&gt; УФССП России по &lt;адрес&gt;, что выразилось в игнорировании и пренебрежении должностным лицом, обязанным принимать меры по своевременному, полному и правильному исполнению исполнительных документов, установленных норм законодательства и морали, повлекло создание у граждан Российской Федерации мнения о государственных органах, в том числе судов и органов Федеральной службы судебных приставов, как о бюрократизированных и преступных, неспособных защитить их права и законные интересы, а также привело к умалению конституционных принципов равноправия всех граждан перед законом, нарушению целей законодательства Российской Федерации о гражданском и исполнительном производстве. Таким образом, ФИО1 совершила злоупотребление должностными полномочиями, то есть использование должностным лицом своих служебных полномочий вопреки интересам службы, совершенное из корыстной и иной личной заинтересованности и повлекшее существенное нарушение прав и законных интересов организаций и охраняемых законом интересов общества и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Приказом руководителя Управления Федеральной службы судебных приставов по &lt;адрес&gt; от ДД.ММ.ГГГГ №-лс ФИО1 принята на федеральную государственную гражданскую службу и назначена с ДД.ММ.ГГГГ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(далее также судебный пристав-исполнитель ОСП по &lt;адрес&gt; УФССП России по &lt;адрес&gt;). Приказом руководителя Управления Федеральной службы судебных приставов по &lt;адрес&gt; от ДД.ММ.ГГГГ №-лс ФИО1 допущена к самостоятельной работе в должности судебного пристава-исполнителя с ДД.ММ.ГГГГ. Приказом руководителя Управления Федеральной службы судебных приставов по &lt;адрес&gt; от ДД.ММ.ГГГГ №-лс ФИО1, временно замещающая должность судебного пристава-исполнителя отдела судебных приставов по &lt;адрес&gt; Управления Федеральной службы судебных приставов по &lt;адрес&gt;, переведена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с ДД.ММ.ГГГГ. В соответствии со ст.ст.1 и 3 Федерального закона от 21.07.1997 № 118-ФЗ «О судебных приставах» (далее – Закон) на судебных приставов возлагаются задачи по осуществлению принудительного исполнения судебных актов, а также предусмотренных Федеральным законом от 02.10.2007 № 229-ФЗ «Об исполнительном производстве» актов других органов и должностных лиц, а также распространяются ограничения, запреты и обязанности, установленные Федеральным законом «О противодействии коррупции» и ст.ст.17,18,20 Федерального закона от 27.07.2004 № 79-ФЗ «О государственной гражданской службе Российской Федерации». Согласно ч.1 ст.12 Закона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принимает меры по своевременному, полному и правильному исполнению исполнительных документов, предоставляет сторонам исполнительного производства или их представителям возможность знакомиться с материалами исполнительного производства, делать из них выписки, снимать с них копии, рассматривает заявления сторон по поводу исполнительного производства и их ходатайства, выносит соответствующие постановления, разъясняя сроки и порядок их обжалования, обязан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получает и обрабатывает персональные данные при условии, что они необходимы для своевременного, полного и правильного исполнения исполнительных документов, в объеме, необходимом для этого, объявляет розыск должника по исполнительному документу, его имущества и осуществляет такой розыск в соответствии с законодательством Российской Федерации, осуществляет на основании судебного акта по гражданскому делу розыск гражданина - ответчика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На основании ч.2 ст.12 Закона судебный пристав-исполнитель при совершении исполнительных действий имеет право получать необходимую информацию, в том числе персональные данные, объяснения и справки, проводить у работодателей проверку исполнения исполнительных документов на работающих у них должников и ведения финансовой документации по исполнению указанных документов, давать гражданам и организациям, участвующим в исполнительном производстве, поручения по вопросам совершения конкретных исполнительных действий,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 или принадлежащих им,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использовать нежилые помещения при согласии собственника для временного хранения изъятого имущества, возлагать на соответствующих лиц обязанность по его хранению, использовать транспорт взыскателя или должника для перевозки имущества с отнесением расходов за счет должника, в случае неясности положений исполнительного документа, способа и порядка его исполнения обратиться в суд, другой орган или к должностному лицу, выдавшим исполнительный документ, с заявлением о разъяснении способа и порядка его исполнения, объявлять розыск должника, его имущества, вызывать граждан и должностных лиц по исполнительным документам, находящимся в производстве, при совершении исполнительных действий проверять документы, удостоверяющие личность, у лиц, участвующих в исполнительном производстве, при производстве розыска должника, его имущества (исполнительного розыска) или при производстве на основании судебного акта по гражданскому делу гражданина-ответчика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совершать иные действия, предусмотренные Федеральным законом от 02.10.2007 № 229-ФЗ «Об исполнительном производстве». В соответствии с п.3.1 должностного регламента судебного пристава-исполнителя отдела судебных приставов Управления Федеральной службы судебных приставов по Кировской области, утвержденного 28.07.2017 руководителем УФССП России по Кировской области, (далее – Должностной регламент) основные обязанности судебного пристава-исполнителя отдела предусмотрены ст.ст.15,18 Федерального закона от 27.07.2004 № 79-ФЗ «О государственной гражданской службе Российской Федерации», ст.12 Федерального закона от 21.07.1997 № 118-ФЗ «О судебных приставах». Согласно п.п.3.1.7 Должностного регламента судебный пристав-исполнитель является должностным лицом, состоящим на государственной службе. Согласно п.3.5 Должностного регламента судебный пристав-исполнитель, в том числе, обязан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акты субъектов Российской Федерации и обеспечивать их исполнение, соблюдать при исполнении должностных обязанностей права и законные интересы граждан и организаций, соблюдать ограничения, запреты и требования к служебному поведению, установленные Федеральным законом (в том числе предусмотренные ст.ст.16,17,18, статьями 9,10,11,12 Федерального закона от 25.12.2008 №273-ФЗ «О противодействии коррупции») и иными нормативными правовыми актами Российской Федерации,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своевременно принимать решения о возбуждении исполнительных производств либо отказе в их возбуждении, принимать меры по своевременному, полному и правильному исполнению исполнительных документов,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вносить в базу данных отдела достоверную информацию о совершенных исполнительных действиях, своевременно представлять отчет по утвержденным формам, передавать на оперативное хранение оконченные и прекращенные исполнительные производства, принимать меры воздействия, предусмотренные действующим законодательством Российской Федерации, к недобросовестным должникам, осуществлять ведение базы данных программного комплекса «ОСП» АИС ФССП России (далее – ПК «ОСП»), обеспечивать ее актуальное состояние и соответствие фактическому состоянию материалов исполнительного производства и документам первичного регистрационного учета, ежедневно вносить в электронную базу данных АИС ФССП России (не позднее 3 рабочих дней с момента совершения исполнительных действий либо поступления информации) исчерпывающие сведения о совершенных исполнительных действиях, вынесенных постановлениях, составленных актах и иных процессуальных и платежных документах, вносить данные в ПК «ОСП» достоверно, в полном объеме и в соответствии с бумажным носителем, вносить своевременно (не позднее дня следующего за днем совершения исполнительных действий) информацию о совершенных исполнительных действиях в ПК «ОСП», при этом сведения, содержащиеся в материалах конкретного исполнительного производства, должны полностью соответствовать сведениям об указанном производстве в ПК «ОСП», знать и соблюдать порядок служебных взаимоотношений и служебной дисциплины судебных приставов и иных должностных лиц Федеральной службы судебных приставов. Указанием ФССП России от 11.04.2014 № 1-у «О дополнительных мерах по устранению причин и условий, способствующих совершению служебного подлога и хищению денежных средств» судебным приставам-исполнителям предписано в случае отсутствия имущества должника, подлежащего описи и аресту, составлять акт совершения исполнительных действий по форме согласно Приложению, а также представлять акты совершения исполнительных действий, которые содержат сведения о невозможности обращения взыскания на имущество должника, на проверку старшему судебному приставу (и.о. старшего судебного пристава) либо его заместителю в срок, не позднее следующего рабочего дня после совершения исполнительных действий. В соответствии с ч. ч. 1 и 2 ст. 11 Федерального закона от 25.12.2008 № 273-ФЗ «О противодействии коррупции» государственный служащий обязан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(ч. 4 и 5 ст. 11 Федерального закона от 25.12.2008 № 273-ФЗ «О противодействии коррупции»). Аналогичные нормы, которыми устанавливаются обязанности государственного гражданского служащего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а также определяется, в чем может состоять предотвращение или урегулирование конфликта интересов, закреплены п.12 ч.1 ст.15 и ч.3.1 Федерального закона «О государственной гражданской службе Российской Федерации». Таким образом, ФИО1, состоящая в должности судебного пристава-исполнителя ОСП по &lt;адрес&gt; УФССП России по &lt;адрес&gt;, является должностным лицом, постоянно осуществляющим функции представителя власти в государственном органе Федеральной службы судебных приставов. Приказом руководителя Управления Федеральной службы судебных приставов по &lt;адрес&gt; от ДД.ММ.ГГГГ №-лс ФИО8 принята на федеральную государственную гражданскую службу и назначена на старшую должность судебного пристава-исполнителя отдела судебных приставов по &lt;адрес&gt; Управления Федеральной службы судебных приставов по &lt;адрес&gt; с ДД.ММ.ГГГГ. Рабочее место ФИО3 и ФИО1 расположено в помещении отдела судебных приставов по &lt;адрес&gt; УФССП России по &lt;адрес&gt; по адресу: &lt;адрес&gt;. ДД.ММ.ГГГГ судебным приставом-исполнителем отдела судебных приставов по &lt;адрес&gt; УФССП России по &lt;адрес&gt; ФИО1 возбуждено исполнительное производство №-ИП (№-ИП) в отношении должника ФИО3 о взыскании исполнительского сбора в доход федерального бюджета в сумме 1000 рублей. Согласно ч.1 ст.112 ФЗ от ДД.ММ.ГГГГ № 229-ФЗ «Об исполнительном производстве»,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 ДД.ММ.ГГГГ судебным приставом-исполнителем ФИО1 по исполнительному производству №-ИП (№-ИП) через базу данных ПК «ОСП» выполнены запросы в регистрирующие органы о наличии у &lt;данные изъяты&gt; счетов в банках и кредитных организациях, транспортных средств и иного движимого имущества, а также в органы Пенсионного фонда РФ о наличии у должника &lt;данные изъяты&gt; места работы. После получения сведений об имущественном положении &lt;данные изъяты&gt;, ФИО1, достоверно зная, что должником по вышеуказанному исполнительному производству является ее ФИО3, являющаяся ее коллегой, то есть действуя из корыстной и иной личной заинтересованности, выразившихся в желании освободить &lt;данные изъяты&gt; от имущественных взысканий по исполнительному производству, обеспечить ее материальное благополучие, повысить свой служебный авторитет среди других сотрудников отдела путем совершения действий в их интересах, решила внести заведомо ложные сведения в ПК «ОСП» о совершении в отношении &lt;данные изъяты&gt; исполнительных действий, отсутствии у нее имущества окончить исполнительное производство без обращения взыскания на имущество ФИО3 и возвратить исполнительный документ взыскателю в лице УФССП России по &lt;адрес&gt; в связи с отсутствием у должника имущества, на которое может быть обращено взыскание. Реализуя свой преступный умысел, ДД.ММ.ГГГГ, в период времени с 18 часов 58 минут до 19 часов 26 минут, на своем рабочем месте в помещении ОСП по &lt;адрес&gt; УФССП России по &lt;адрес&gt; по адресу: &lt;адрес&gt;, ФИО1, находясь при исполнении своих должностных обязанностей, в нарушение вышеуказанных норм законодательства и Должностного регламента, используя свои служебные полномочия вопреки интересам службы, действуя из корыстной и иной личной заинтересованности, осознавая, что ее действия по внесению в исполнительные документы заведомо ложных сведений о совершении в отношении &lt;данные изъяты&gt; исполнительных действий и отсутствии у нее имущества, на которое может быть обращено взыскание, исключат возможность принудительного взыскания денежных средств с &lt;данные изъяты&gt; в доход федерального бюджета по исполнительному документу, через базу данных ПК «ОСП» составила подложный акт о совершении исполнительных действий о выходе по месту жительства должника ФИО3, в который внесла заведомо недостоверные сведения об отсутствии имущества, на которое может быть обращено взыскание. В продолжение своего преступного умысла ФИО1 ДД.ММ.ГГГГ, в период времени с 18 часов 58 минут до 19 часов 26 минут, находясь на своем рабочем месте по вышеуказанному адресу, через базу данных ПК «ОСП» составила акт о наличии обстоятельств, в связи с которым исполнительный документ возвращается взыскателю. В продолжение своего преступного умысла ФИО1 ДД.ММ.ГГГГ, в период времени с 18 часов 58 минут до 19 часов 26 минут, находясь на рабочем месте в помещении ОСП по &lt;адрес&gt; УФССП России по &lt;адрес&gt; по адресу: &lt;адрес&gt;, действуя из корыстной и иной личной заинтересованности, осознавая, что по исполнительному производству №-ИП (№-ИП) исполнительные действия по обращению взыскания на имущество и денежные средства должника &lt;данные изъяты&gt; в доход федерального бюджета не совершены, и, зная о наличии у должника ФИО3 имущества и денежных средств, за счет которых может быть произведено взыскание, через базу данных ПК «ОСП» незаконно вынесла постановление об окончании вышеуказанного исполнительного производства и возвращении исполнительного документа взыскателю УФССП России по &lt;адрес&gt; в связи с отсутствием у &lt;данные изъяты&gt;. имущества, на которое может быть обращено взыскание. При этом остаток задолженности по исполнительному производству №-ИП (№-ИП) на момент его незаконного окончания ФИО1 составил 1000 рублей. Преступными действиями ФИО1, совершенными с использованием своих служебных полномочий вопреки интересам службы, из корыстной заинтересованности и иной личной заинтересованности, существенно нарушены охраняемые законом интересы общества и государства, выразившиеся в причинении имущественного ущерба государству в размере 1000 рублей, невозможности взыскания денежных средств в федеральный бюджет, подорван авторитет органов государственной власти, оказано негативное влияние и нарушена нормальная деятельность отдела судебных приставов по &lt;адрес&gt; УФССП России по &lt;адрес&gt;, что выразилось в игнорировании и пренебрежении должностным лицом, обязанным принимать меры по своевременному, полному и правильному исполнению исполнительных документов, установленных норм законодательства и морали, повлекло создание у граждан Российской Федерации мнения о государственных органах, в том числе органов Федеральной службы судебных приставов, как о бюрократизированных и преступных, неспособных защитить их права и законные интересы, а также привело к умалению конституционных принципов равноправия всех граждан перед законом, нарушению целей законодательства Российской Федерации об исполнительном производстве. Таким образом, ФИО1 совершила злоупотребление должностными полномочиями, то есть использование должностным лицом своих служебных полномочий вопреки интересам службы, совершенное из корыстной и иной личной заинтересованности и повлекшее существенное нарушение охраняемых законом интересов общества и государства.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Приказом руководителя Управления Федеральной службы судебных приставов по &lt;адрес&gt; от ДД.ММ.ГГГГ №-лс ФИО1 принята на федеральную государственную гражданскую службу и назначена с ДД.ММ.ГГГГ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(далее также судебный пристав-исполнитель ОСП по &lt;адрес&gt; УФССП России по &lt;адрес&gt;). Приказом руководителя Управления Федеральной службы судебных приставов по &lt;адрес&gt; от ДД.ММ.ГГГГ №-лс ФИО1 допущена к самостоятельной работе в должности судебного пристава-исполнителя с ДД.ММ.ГГГГ. Приказом руководителя Управления Федеральной службы судебных приставов по &lt;адрес&gt; от ДД.ММ.ГГГГ №-лс ФИО1, временно замещающая должность судебного пристава-исполнителя отдела судебных приставов по &lt;адрес&gt; Управления Федеральной службы судебных приставов по &lt;адрес&gt;, переведена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с ДД.ММ.ГГГГ. В соответствии со ст.ст.1 и 3 Федерального закона от 21.07.1997 № 118-ФЗ «О судебных приставах» (далее – Закон) на судебных приставов возлагаются задачи по осуществлению принудительного исполнения судебных актов, а также предусмотренных Федеральным законом от 02.10.2007 № 229-ФЗ «Об исполнительном производстве» актов других органов и должностных лиц, а также распространяются ограничения, запреты и обязанности, установленные Федеральным законом «О противодействии коррупции» и ст.ст.17,18 и 20 Федерального закона от 27.07.2004 № 79-ФЗ «О государственной гражданской службе Российской Федерации». Согласно ч.1 ст.12 Закона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принимает меры по своевременному, полному и правильному исполнению исполнительных документов, предоставляет сторонам исполнительного производства или их представителям возможность знакомиться с материалами исполнительного производства, делать из них выписки, снимать с них копии, рассматривает заявления сторон по поводу исполнительного производства и их ходатайства, выносит соответствующие постановления, разъясняя сроки и порядок их обжалования, обязан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получает и обрабатывает персональные данные при условии, что они необходимы для своевременного, полного и правильного исполнения исполнительных документов, в объеме, необходимом для этого, объявляет розыск должника по исполнительному документу, его имущества и осуществляет такой розыск в соответствии с законодательством Российской Федерации, осуществляет на основании судебного акта по гражданскому делу розыск гражданина - ответчика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На основании ч.2 ст.12 Закона судебный пристав-исполнитель при совершении исполнительных действий имеет право получать необходимую информацию, в том числе персональные данные, объяснения и справки, проводить у работодателей проверку исполнения исполнительных документов на работающих у них должников и ведения финансовой документации по исполнению указанных документов, давать гражданам и организациям, участвующим в исполнительном производстве, поручения по вопросам совершения конкретных исполнительных действий,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 или принадлежащих им,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использовать нежилые помещения при согласии собственника для временного хранения изъятого имущества, возлагать на соответствующих лиц обязанность по его хранению, использовать транспорт взыскателя или должника для перевозки имущества с отнесением расходов за счет должника, в случае неясности положений исполнительного документа, способа и порядка его исполнения обратиться в суд, другой орган или к должностному лицу, выдавшим исполнительный документ, с заявлением о разъяснении способа и порядка его исполнения, объявлять розыск должника, его имущества, вызывать граждан и должностных лиц по исполнительным документам, находящимся в производстве, при совершении исполнительных действий проверять документы, удостоверяющие личность, у лиц, участвующих в исполнительном производстве, при производстве розыска должника, его имущества (исполнительного розыска) или при производстве на основании судебного акта по гражданскому делу гражданина-ответчика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совершать иные действия, предусмотренные Федеральным законом от 02.10.2007 № 229-ФЗ «Об исполнительном производстве». В соответствии с п. 3.1 должностного регламента судебного пристава-исполнителя отдела судебных приставов Управления Федеральной службы судебных приставов по Кировской области, утвержденного 28.07.2017 руководителем УФССП России по Кировской области, (далее – Должностной регламент) основные обязанности судебного пристава-исполнителя отдела предусмотрены ст. ст. 15, 18 Федерального закона от 27.07.2004 № 79-ФЗ «О государственной гражданской службе Российской Федерации», ст. 12 Федерального закона от 21.07.1997 № 118-ФЗ «О судебных приставах». Согласно п.п.3.1.7 Должностного регламента судебный пристав-исполнитель является должностным лицом, состоящим на государственной службе. Согласно п.3.5 Должностного регламента судебный пристав-исполнитель, в том числе, обязан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акты субъектов Российской Федерации и обеспечивать их исполнение, соблюдать при исполнении должностных обязанностей права и законные интересы граждан и организаций, соблюдать ограничения, запреты и требования к служебному поведению, установленные Федеральным законом (в том числе предусмотренные ст. ст. 16, 17, 18, статьями 9, 10, 11, 12 Федерального закона от 25.12.2008 №273-ФЗ «О противодействии коррупции») и иными нормативными правовыми актами Российской Федерации,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своевременно принимать решения о возбуждении исполнительных производств либо отказе в их возбуждении, принимать меры по своевременному, полному и правильному исполнению исполнительных документов,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вносить в базу данных отдела достоверную информацию о совершенных исполнительных действиях, своевременно представлять отчет по утвержденным формам, передавать на оперативное хранение оконченные и прекращенные исполнительные производства, принимать меры воздействия, предусмотренные действующим законодательством Российской Федерации, к недобросовестным должникам, осуществлять ведение базы данных программного комплекса «ОСП» АИС ФССП России (далее – ПК «ОСП»), обеспечивать ее актуальное состояние и соответствие фактическому состоянию материалов исполнительного производства и документам первичного регистрационного учета, ежедневно вносить в электронную базу данных АИС ФССП России (не позднее 3 рабочих дней с момента совершения исполнительных действий либо поступления информации) исчерпывающие сведения о совершенных исполнительных действиях, вынесенных постановлениях, составленных актах и иных процессуальных и платежных документах, вносить данные в ПК «ОСП» достоверно, в полном объеме и в соответствии с бумажным носителем, вносить своевременно (не позднее дня следующего за днем совершения исполнительных действий) информацию о совершенных исполнительных действиях в ПК «ОСП», при этом сведения, содержащиеся в материалах конкретного исполнительного производства, должны полностью соответствовать сведениям об указанном производстве в ПК «ОСП», знать и соблюдать порядок служебных взаимоотношений и служебной дисциплины судебных приставов и иных должностных лиц Федеральной службы судебных приставов. Указанием ФССП России от 11.04.2014 № 1-у «О дополнительных мерах по устранению причин и условий, способствующих совершению служебного подлога и хищению денежных средств» судебным приставам-исполнителям предписано в случае отсутствия имущества должника, подлежащего описи и аресту, составлять акт совершения исполнительных действий по форме согласно Приложению, а также представлять акты совершения исполнительных действий, которые содержат сведения о невозможности обращения взыскания на имущество должника, на проверку старшему судебному приставу (и.о. старшего судебного пристава) либо его заместителю в срок, не позднее следующего рабочего дня после совершения исполнительных действий. В соответствии с ч.ч.1 и 2 ст.11 Федерального закона от 25.12.2008 № 273-ФЗ «О противодействии коррупции» государственный служащий обязан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(ч.4 и 5 ст.11 Федерального закона от 25.12.2008 №273-ФЗ «О противодействии коррупции»). Аналогичные нормы, которыми устанавливаются обязанности государственного гражданского служащего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а также определяется, в чем может состоять предотвращение или урегулирование конфликта интересов, закреплены п.12 ч.1 ст.15 и ч.3.1 Федерального закона «О государственной гражданской службе Российской Федерации». Таким образом, ФИО1, состоящая в должности судебного пристава-исполнителя ОСП по Белохолуницкому району УФССП России по Кировской области, является должностным лицом, постоянно осуществляющим функции представителя власти в государственном органе Федеральной службы судебных приставов. Приказом руководителя Управления Федеральной службы судебных приставов по &lt;адрес&gt; от ДД.ММ.ГГГГ №-лс ФИО8 принята на федеральную государственную гражданскую службу и назначена на старшую должность судебного пристава-исполнителя отдела судебных приставов по &lt;адрес&gt; Управления Федеральной службы судебных приставов по &lt;адрес&gt; с ДД.ММ.ГГГГ. Рабочее место ФИО3 и ФИО14 расположено в помещении отдела судебных приставов по &lt;адрес&gt; УФССП России по &lt;адрес&gt; по адресу: &lt;адрес&gt;. ДД.ММ.ГГГГ отделом судебных приставов по &lt;адрес&gt; УФССП России по &lt;адрес&gt; возбуждено исполнительное производство №-ИП (№-ИП) в отношении должника ФИО8 в пользу взыскателя АО «ТИНЬКОФФ ФИО6», сумма долга по которому составила 61101 рубль 17 копеек. ДД.ММ.ГГГГ исполнительное производство №-ИП (№-ИП) руководителем ОСП по &lt;адрес&gt; УФССП России по &lt;адрес&gt; передано для принудительного исполнения ФИО1. ДД.ММ.ГГГГ судебным приставом-исполнителем ФИО1 по исполнительному производству №-ИП (№-ИП) через базу данных ПК «ОСП» вынесено постановление об обращении взыскания на денежные средства должника &lt;данные изъяты&gt; находящиеся в банке или иной кредитной организации – ПАО КБ «Хлынов». 14.10.2017 судебным приставом-исполнителем ФИО1 через базу данных ПК «ОСП» выполнены запросы в подразделение ГИБДД о наличии у должника ФИО3 транспортных средств, а также в органы Пенсионного фонда РФ о наличии у нее места работы. После получения сведений об имущественном положении &lt;данные изъяты&gt;, ФИО1, достоверно зная, что должником по вышеуказанному исполнительному производству является ее коллега ФИО3, действуя из корыстной и иной личной заинтересованности, выразившихся в желании освободить &lt;данные изъяты&gt; от имущественных взысканий по исполнительному производству, обеспечить ее материальное благополучие, повысить свой служебный авторитет среди других сотрудников отдела путем совершения действий в их интересах, решила внести заведомо ложные сведения в ПК «ОСП» о совершении в отношении &lt;данные изъяты&gt; исполнительных действий, отсутствии у нее имущества, окончить исполнительное производство без обращения взыскания на имущество ФИО3 и возвратить исполнительный документ взыскателю в связи с отсутствием у должника имущества, на которое может быть обращено взыскание. Реализуя свой преступный умысел, ДД.ММ.ГГГГ, в период времени с 18 часов 58 минут до 19 часов 21 минуты, в помещении ОСП по &lt;адрес&gt; УФССП России по &lt;адрес&gt; по адресу: &lt;адрес&gt;, ФИО1, находясь при исполнении своих должностных обязанностей, в нарушение вышеуказанных норм законодательства и Должностного регламента, используя свои служебные полномочия вопреки интересам службы, действуя из корыстной и иной личной заинтересованности, с целью создания видимости осуществления исполнительных действий по принудительному взысканию с должника &lt;данные изъяты&gt; через базу данных ПК «ОСП» составила подложный акт о совершении исполнительных действий о выходе по месту жительства должника ФИО3, в который внесла заведомо недостоверные сведения об отсутствии имущества, на которое может быть обращено взыскание. В продолжение своего преступного умысла ФИО1 ДД.ММ.ГГГГ, в период времени с 18 часов 58 минут до 19 часов 21 минуты, находясь на своем рабочем месте по вышеуказанному адресу, осознавая, что ее действия по внесению в исполнительные документы заведомо ложных сведений о совершении в отношении ФИО3 исполнительных действий и отсутствии у нее имущества, на которое может быть обращено взыскание, исключат возможность принудительного взыскания с ФИО3 в пользу взыскателя АО «ТИНЬКОФФ ФИО6» по исполнительному документу, зная о наличии у нее счета в ПАО КБ «Хлынов» и денежных средств на нем, через базу данных ПК «ОСП» вынесла постановление об отмене постановления об обращении взыскания на денежные средства должника, находящиеся в ФИО6 или иной кредитной организации – ПАО КБ «Хлынов». В продолжение своего преступного умысла ФИО1 19.10.2017, в период времени с 18 часов 58 минут до 19 часов 21 минуты, находясь на своем рабочем месте по вышеуказанному адресу, через базу данных ПК «ОСП» составила акт о наличии обстоятельств, в связи с которым исполнительный документ возвращается взыскателю, а именно по причине отсутствия у должника &lt;данные изъяты&gt; имущества. В продолжение своего преступного умысла ФИО14 ДД.ММ.ГГГГ, в период времени с 18 часов 58 минут до 19 часов 21 минуты,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денежных средств с должника &lt;данные изъяты&gt;, умышленно через базу данных ПК «ОСП» вынесла постановление об обращении взыскания на денежные средства должника, находящиеся в банке или иной кредитной организации – ПАО «Сбербанк». После этого ДД.ММ.ГГГГ, в период времени с 18 часов 58 минут до 19 часов 21 минуты, на своем рабочем месте ФИО1 осознавая, что названные меры принудительного взыскания в отношении должника ФИО3 не исполнены, и, зная о наличии денежных средств на указанном счете, умышленно через базу данных ПК «ОСП» вынесла постановление об отмене постановления об обращении взыскания на денежные средства должника, находящиеся в банке или иной кредитной организации – ПАО «Сбербанк». В продолжение своего преступного умысла ФИО1 ДД.ММ.ГГГГ, в период времени с 18 часов 58 минут до 19 часов 21 минуты,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ФИО3, через базу данных ПК «ОСП» вынесла постановление о запрете регистрационных действий в отношении транспортных средств, принадлежащих ФИО3. После этого ДД.ММ.ГГГГ в период времени с 18 часов 58 минут до 19 часов 21 минуты на своем рабочем месте ФИО1 осознавая, что названные меры принудительного взыскания в отношении должника ФИО3 не исполнены, и, зная о наличии зарегистрированных на нее транспортных средств, умышленно через базу данных ПК «ОСП» вынесла постановление об отмене запрета регистрационных действий в отношении транспортных средств должника ФИО3. В продолжение своего преступного умысла ФИО1 ДД.ММ.ГГГГ, в период времени с 18 часов 58 минут до 19 часов 21 минуты,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ФИО3, умышленно через базу данных ПК «ОСП» вынесла постановление об обращении взыскания на заработную плату и иные доходы должника ФИО3. После этого ДД.ММ.ГГГГ, в период времени с 18 часов 58 минут до 19 часов 21 минуты, на своем рабочем месте ФИО1, осознавая, что названные меры принудительного взыскания в отношении должника ФИО3 не исполнены, и, зная о наличии у ФИО3 места работы и заработка, умышленно через базу данных ПК «ОСП» вынесла постановление об отмене мер по обращению взыскания на доходы должника ФИО3. После этого, действуя с единым преступным намерением, ФИО1 ДД.ММ.ГГГГ, в период времени с 12 часов 26 минут до 14 часов 25 минут, находясь на рабочем месте в помещении ОСП по &lt;адрес&gt; УФССП России по &lt;адрес&gt; по адресу: &lt;адрес&gt;, в рамках указанного исполнительного производства, действуя из корыстной и иной личной заинтересованности, с целью установления у должника &lt;данные изъяты&gt; счетов в банках и иных кредитных организациях и наличия на них денежных средств, последующего внесения заведомо ложных сведений в ПК «ОСП» о совершении в отношении &lt;данные изъяты&gt; исполнительных действий, отсутствии у нее имущества, незаконного окончания исполнительного производства без обращения взыскания на имущество &lt;данные изъяты&gt; и возвращения исполнительного документа взыскателю в связи с отсутствием у должника &lt;данные изъяты&gt; имущества, на которое может быть обращено взыскание, через базу данных ПК «ОСП» выполнила запросы в банки и иные кредитные организации. В продолжение своего преступного умысла ФИО1 ДД.ММ.ГГГГ, в период времени с 12 часов 26 минут до 14 часов 25 минут,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&lt;данные изъяты&gt; через базу данных ПК «ОСП» составила 2 подложных акта о совершении исполнительных действий о выходе по месту жительства должника &lt;данные изъяты&gt; в которые внесла заведомо недостоверные сведения об отсутствии имущества, на которое может быть обращено взыскание. После получения сведений об имущественном положении &lt;данные изъяты&gt; в продолжение своего преступного умысла, ФИО1 ДД.ММ.ГГГГ, в период с 10 часов 23 минут до 10 часов 57 минут, находясь на своем рабочем месте по вышеуказанному адресу, с целью создания видимости осуществления исполнительных действий по принудительному взысканию с должника ФИО3, умышленно через базу данных ПК «ОСП» вынесла постановление об обращении взыскания на денежные средства должника, находящиеся в банке или иной кредитной организации – ПАО «Сбербанк». После этого ДД.ММ.ГГГГ, в период с 10 часов 23 минут до 10 часов 57 минут, на своем рабочем месте ФИО1, осознавая, что меры принудительного взыскания в отношении должника ФИО3 не исполнены, зная о наличии у нее счета в указанном банке и денежных средств на нем, умышленно через базу данных ПК «ОСП» вынесла постановление об отмене постановления об обращении взыскания на денежные средства должника, находящиеся в банке или иной кредитной организации – ПАО «Сбербанк». В продолжение своего преступного умысла ФИО1 ДД.ММ.ГГГГ в период с 10 часов 23 минут до 10 часов 57 минут, находясь на рабочем месте в помещении ОСП по &lt;адрес&gt; УФССП России по &lt;адрес&gt; по адресу: &lt;адрес&gt;, действуя из корыстной и иной личной заинтересованности, осознавая, что по исполнительному производству №-ИП (№-ИП) исполнительные действия по обращению взыскания на имущество и денежные средства должника ФИО3 в пользу взыскателя АО «ТИНЬКОФФ ФИО6» не совершены, и, зная о наличии у должника ФИО3 имущества и денежных средств, за счет которых может быть произведено взыскание, через базу данных ПК «ОСП» незаконно вынесла постановление об окончании указанного исполнительного производства и возвращении исполнительного документа взыскателю в связи с отсутствием у должника ФИО3 имущества, на которое может быть обращено взыскание. При этом остаток задолженности по исполнительному производству №-ИП (№-ИП) на момент его незаконного окончания ФИО1 составил 59 945 рублей 65 копеек. Преступными действиями ФИО1, совершенными с использованием своих служебных полномочий вопреки интересам службы, из корыстной и иной личной заинтересованности, существенно нарушены права и законные интересы АО «ТИНЬКОФФ БАНК», выразившиеся в нарушении прав взыскателя, установленных Федеральным законом от 02.10.2007 № 229-ФЗ «Об исполнительном производстве», и причинении ему имущественного ущерба в размере 59945 рублей 65 копеек. Кроме того, преступными действиями ФИО1 существенно нарушены охраняемые законом интересы общества и государства, поскольку в результате их совершения подорван авторитет органов государственной власти, оказано негативное влияние и нарушена нормальная деятельность отдела судебных приставов по Белохолуницкому району УФССП России по Кировской области, что выразилось в игнорировании и пренебрежении должностным лицом, обязанным принимать меры по своевременному, полному и правильному исполнению исполнительных документов, установленных норм законодательства и морали, повлекло создание у граждан Российской Федерации мнения о государственных органах, в том числе судов и органов Федеральной службы судебных приставов, как о бюрократизированных и преступных, неспособных защитить их права и законные интересы, а также привело к умалению конституционных принципов равноправия всех граждан перед законом, нарушению целей законодательства Российской Федерации о гражданском и исполнительном производстве. Таким образом, ФИО1 совершила злоупотребление должностными полномочиями, то есть использование должностным лицом своих служебных полномочий вопреки интересам службы, совершенное из корыстной и иной личной заинтересованности и повлекшее существенное нарушение прав и законных интересов организаций и охраняемых законом интересов общества и государства.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Приказом руководителя Управления Федеральной службы судебных приставов по &lt;адрес&gt; от ДД.ММ.ГГГГ №-лс ФИО1 принята на федеральную государственную гражданскую службу и назначена с ДД.ММ.ГГГГ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(далее также судебный пристав-исполнитель ОСП по &lt;адрес&gt; УФССП России по &lt;адрес&gt;). Приказом руководителя Управления Федеральной службы судебных приставов по &lt;адрес&gt; от ДД.ММ.ГГГГ №-лс ФИО1 допущена к самостоятельной работе в должности судебного пристава-исполнителя с ДД.ММ.ГГГГ. Приказом руководителя Управления Федеральной службы судебных приставов по &lt;адрес&gt; от ДД.ММ.ГГГГ №-лс ФИО1, временно замещающая должность судебного пристава-исполнителя отдела судебных приставов по &lt;адрес&gt; Управления Федеральной службы судебных приставов по &lt;адрес&gt;, переведена на старшую должность федеральной государственной гражданской службы судебного пристава-исполнителя отдела судебных приставов по &lt;адрес&gt; Управления Федеральной службы судебных приставов по &lt;адрес&gt; с ДД.ММ.ГГГГ. В соответствии со ст.ст.1 и 3 Федерального закона от 21.07.1997 № 118-ФЗ «О судебных приставах» (далее – Закон) на судебных приставов возлагаются задачи по осуществлению принудительного исполнения судебных актов, а также предусмотренных Федеральным законом от 02.10.2007 № 229-ФЗ «Об исполнительном производстве» актов других органов и должностных лиц, а также распространяются ограничения, запреты и обязанности, установленные Федеральным законом «О противодействии коррупции» и ст.ст. 17, 18 и 20 Федерального закона от 27.07.2004 № 79-ФЗ «О государственной гражданской службе Российской Федерации». Согласно ч.1 ст.12 Закона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принимает меры по своевременному, полному и правильному исполнению исполнительных документов, предоставляет сторонам исполнительного производства или их представителям возможность знакомиться с материалами исполнительного производства, делать из них выписки, снимать с них копии, рассматривает заявления сторон по поводу исполнительного производства и их ходатайства, выносит соответствующие постановления, разъясняя сроки и порядок их обжалования, обязан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получает и обрабатывает персональные данные при условии, что они необходимы для своевременного, полного и правильного исполнения исполнительных документов, в объеме, необходимом для этого, объявляет розыск должника по исполнительному документу, его имущества и осуществляет такой розыск в соответствии с законодательством Российской Федерации, осуществляет на основании судебного акта по гражданскому делу розыск гражданина - ответчика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На основании ч. 2 ст. 12 Закона судебный пристав-исполнитель при совершении исполнительных действий имеет право получать необходимую информацию, в том числе персональные данные, объяснения и справки, проводить у работодателей проверку исполнения исполнительных документов на работающих у них должников и ведения финансовой документации по исполнению указанных документов, давать гражданам и организациям, участвующим в исполнительном производстве, поручения по вопросам совершения конкретных исполнительных действий,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 или принадлежащих им,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использовать нежилые помещения при согласии собственника для временного хранения изъятого имущества, возлагать на соответствующих лиц обязанность по его хранению, использовать транспорт взыскателя или должника для перевозки имущества с отнесением расходов за счет должника, в случае неясности положений исполнительного документа, способа и порядка его исполнения обратиться в суд, другой орган или к должностному лицу, выдавшим исполнительный документ, с заявлением о разъяснении способа и порядка его исполнения, объявлять розыск должника, его имущества, вызывать граждан и должностных лиц по исполнительным документам, находящимся в производстве, при совершении исполнительных действий проверять документы, удостоверяющие личность, у лиц, участвующих в исполнительном производстве, при производстве розыска должника, его имущества (исполнительного розыска) или при производстве на основании судебного акта по гражданскому делу гражданина-ответчика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при исполнении служебных обязанностей обращаться за содействием к сотрудникам органов внутренних дел, органов миграционного учета, органов федеральной службы безопасности, органов, уполномоченных в области защиты населения и территорий от чрезвычайных ситуаций, иных органов государственной власти, органов местного самоуправления, а также к военнослужащим и сотрудникам войск национальной гвардии Российской Федерации, совершать иные действия, предусмотренные Федеральным законом от 02.10.2007 № 229-ФЗ «Об исполнительном производстве». В соответствии с п.3.1 должностного регламента судебного пристава-исполнителя отдела судебных приставов Управления Федеральной службы судебных приставов по Кировской области, утвержденного 28.07.2017 руководителем УФССП России по Кировской области, (далее – Должностной регламент) основные обязанности судебного пристава-исполнителя отдела предусмотрены ст. ст. 15, 18 Федерального закона от 27.07.2004 № 79-ФЗ «О государственной гражданской службе Российской Федерации», ст. 12 Федерального закона от 21.07.1997 № 118-ФЗ «О судебных приставах». Согласно п.п. 3.1.7 Должностного регламента судебный пристав-исполнитель является должностным лицом, состоящим на государственной службе. Согласно п.3.5 Должностного регламента судебный пристав-исполнитель, в том числе, обязан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акты субъектов Российской Федерации и обеспечивать их исполнение, соблюдать при исполнении должностных обязанностей права и законные интересы граждан и организаций, соблюдать ограничения, запреты и требования к служебному поведению, установленные Федеральным законом (в том числе предусмотренные ст. ст. 16, 17, 18, статьями 9, 10, 11, 12 Федерального закона от 25.12.2008 №273-ФЗ «О противодействии коррупции») и иными нормативными правовыми актами Российской Федерации,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своевременно принимать решения о возбуждении исполнительных производств либо отказе в их возбуждении, принимать меры по своевременному, полному и правильному исполнению исполнительных документов, взять самоотвод, если он заинтересован в ходе исполнительного производства либо имеются иные обстоятельства, вызывающие сомнения в его беспристрастности, вносить в базу данных отдела достоверную информацию о совершенных исполнительных действиях, своевременно представлять отчет по утвержденным формам, передавать на оперативное хранение оконченные и прекращенные исполнительные производства, принимать меры воздействия, предусмотренные действующим законодательством Российской Федерации, к недобросовестным должникам, осуществлять ведение базы данных программного комплекса «ОСП» АИС ФССП России (далее – ПК «ОСП»), обеспечивать ее актуальное состояние и соответствие фактическому состоянию материалов исполнительного производства и документам первичного регистрационного учета, ежедневно вносить в электронную базу данных АИС ФССП России (не позднее 3 рабочих дней с момента совершения исполнительных действий либо поступления информации) исчерпывающие сведения о совершенных исполнительных действиях, вынесенных постановлениях, составленных актах и иных процессуальных и платежных документах, вносить данные в ПК «ОСП» достоверно, в полном объеме и в соответствии с бумажным носителем, вносить своевременно (не позднее дня следующего за днем совершения исполнительных действий) информацию о совершенных исполнительных действиях в ПК «ОСП», при этом сведения, содержащиеся в материалах конкретного исполнительного производства, должны полностью соответствовать сведениям об указанном производстве в ПК «ОСП», знать и соблюдать порядок служебных взаимоотношений и служебной дисциплины судебных приставов и иных должностных лиц Федеральной службы судебных приставов. Указанием ФССП России от 11.04.2014 № 1-у «О дополнительных мерах по устранению причин и условий, способствующих совершению служебного подлога и хищению денежных средств» судебным приставам-исполнителям предписано в случае отсутствия имущества должника, подлежащего описи и аресту, составлять акт совершения исполнительных действий по форме согласно Приложению, а также представлять акты совершения исполнительных действий, которые содержат сведения о невозможности обращения взыскания на имущество должника, на проверку старшему судебному приставу (и.о. старшего судебного пристава) либо его заместителю в срок, не позднее следующего рабочего дня после совершения исполнительных действий. В соответствии с ч.ч.1 и 2 ст.11 Федерального закона от 25.12.2008 № 273-ФЗ «О противодействии коррупции» государственный служащий обязан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(ч.4 и 5 ст.11 Федерального закона от 25.12.2008 №273-ФЗ «О противодействии коррупции»). Аналогичные нормы, которыми устанавливаются обязанности государственного гражданского служащего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а также определяется, в чем может состоять предотвращение или урегулирование конфликта интересов, закреплены п.12 ч.1 ст.15 и ч. 3.1 Федерального закона «О государственной гражданской службе Российской Федерации». Таким образом, ФИО1, состоящая в должности судебного пристава-исполнителя ОСП по &lt;адрес&gt; УФССП России по &lt;адрес&gt;, является должностным лицом, постоянно осуществляющим функции представителя власти в государственном органе Федеральной службы судебных приставов. Приказом руководителя Управления Федеральной службы судебных приставов по &lt;адрес&gt; от ДД.ММ.ГГГГ №-лс ФИО8 принята на федеральную государственную гражданскую службу и назначена на старшую должность судебного пристава-исполнителя отдела судебных приставов по &lt;адрес&gt; Управления Федеральной службы судебных приставов по &lt;адрес&gt; с ДД.ММ.ГГГГ. Рабочее место &lt;данные изъяты&gt; и ФИО1 расположено в помещении отдела судебных приставов по &lt;адрес&gt; УФССП России по &lt;адрес&gt; по адресу: &lt;адрес&gt;. ДД.ММ.ГГГГ судебным приставом-исполнителем отдела судебных приставов по &lt;адрес&gt; УФССП России по &lt;адрес&gt; ФИО1 возбуждено исполнительное производство №-ИП (№-ИП) в отношении должника ФИО3 о взыскании исполнительского сбора в доход федерального бюджета в сумме 1071 рубль 23 копейки. Согласно ч. 1 ст. 112 ФЗ от 02.10.2007 № 229-ФЗ «Об исполнительном производстве»,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 ДД.ММ.ГГГГ и ДД.ММ.ГГГГ судебным приставом-исполнителем ФИО1 по исполнительному производству №-ИП (№-ИП) через базу данных ПК «ОСП» выполнены запросы в регистрирующие органы о наличии у ФИО3 счетов в банках и кредитных организациях, транспортных средств и иного движимого имущества. ДД.ММ.ГГГГ судебным приставом-исполнителем ФИО1 через базу данных ПК «ОСП» вынесено постановление об обращении взыскания на заработную плату и иные доходы должника ФИО3. ДД.ММ.ГГГГ ФИО1 через базу данных ПК «ОСП» выполнен запрос в органы Пенсионного фонда РФ о наличии у должника &lt;данные изъяты&gt; места работы. После получения сведений об имущественном положении &lt;данные изъяты&gt;, ФИО1, достоверно зная, что должником по вышеуказанному исполнительному производству является ее коллега ФИО3, действуя из корыстной и иной личной заинтересованности, выразившихся в желании освободить ФИО3 от имущественных взысканий по исполнительному производству, обеспечить ее материальное благополучие, повысить свой служебный авторитет среди других сотрудников отдела путем совершения действий в их интересах, решила внести заведомо ложные сведения в ПК «ОСП» о совершении в отношении ФИО3 исполнительных действий, отсутствии у нее имущества, окончить исполнительное производство без обращения взыскания на имущество ФИО3 и возвратить исполнительный документ взыскателю в лице УФССП России по &lt;адрес&gt; в связи с отсутствием у должника имущества, на которое может быть обращено взыскание. Реализуя свой преступный умысел, ДД.ММ.ГГГГ, в период времени с 16 часов 19 минут до 16 часов 26 минут, на рабочем месте в помещении ОСП по &lt;адрес&gt; УФССП России по &lt;адрес&gt; по адресу: &lt;адрес&gt;, ФИО1, находясь при исполнении своих должностных обязанностей, в нарушение вышеуказанных норм законодательства и Должностного регламента, используя свои служебные полномочия вопреки интересам службы, действуя из корыстной и иной личной заинтересованности, осознавая, что ее действия по внесению в исполнительные документы заведомо ложных сведений о совершении в отношении &lt;данные изъяты&gt; исполнительных действий и отсутствии у нее имущества, на которое может быть обращено взыскание, исключат возможность принудительного взыскания денежных средств с &lt;данные изъяты&gt; в доход федерального бюджета по исполнительному документу, через базу данных ПК «ОСП» составила подложный акт о совершении исполнительных действий о выходе по месту жительства должника &lt;данные изъяты&gt;, в который внесла заведомо недостоверные сведения об отсутствии имущества, на которое может быть обращено взыскание. В продолжение своего преступного умысла ФИО1 ДД.ММ.ГГГГ, в период времени с 16 часов 19 минут до 16 часов 26 минут, находясь на своем рабочем месте по вышеуказанному адресу, зная о наличии у &lt;данные изъяты&gt; места работы и заработка, через базу данных ПК «ОСП» вынесла постановление об отмене мер по обращению взыскания на доходы должника &lt;данные изъяты&gt;. В продолжение своего преступного умысла ФИО1 ДД.ММ.ГГГГ, в период времени с 16 часов 19 минут до 16 часов 26 минут, находясь на своем рабочем месте по вышеуказанному адресу, через базу данных ПК «ОСП» составила акт о наличии обстоятельств, в связи с которым исполнительный документ возвращается взыскателю. В продолжение своего преступного умысла ФИО1 ДД.ММ.ГГГГ, в период времени с 16 часов 19 минут до 16 часов 26 минут, находясь на рабочем месте в помещении ОСП по &lt;адрес&gt; УФССП России по &lt;адрес&gt; по адресу: &lt;адрес&gt;, действуя из корыстной и иной личной заинтересованности, осознавая, что по исполнительному производству №-ИП (№-ИП) исполнительные действия по обращению взыскания на имущество и денежные средства должника &lt;данные изъяты&gt; в доход федерального бюджета не совершены, и, зная о наличии у должника &lt;данные изъяты&gt; имущества и денежных средств, за счет которых может быть произведено взыскание, умышленно, незаконно вынесла постановление об окончании указанного исполнительного производства и возвращении исполнительного документа взыскателю УФССП России по &lt;адрес&gt; в связи с отсутствием у должника ФИО3 имущества, на которое может быть обращено взыскание. При этом остаток задолженности по исполнительному производству №-ИП (№-ИП) на момент его незаконного окончания ФИО1 составил 1071 рубль 23 копейки. Преступными действиями ФИО1, совершенными с использованием своих служебных полномочий вопреки интересам службы, из корыстной заинтересованности и иной личной заинтересованности, существенно нарушены охраняемые законом интересы общества и государства, выразившиеся в причинении имущественного ущерба государству в размере 1071 рубль 23 копейки, невозможности взыскания денежных средств в федеральный бюджет, подорван авторитет органов государственной власти, оказано негативное влияние и нарушена нормальная деятельность отдела судебных приставов по &lt;адрес&gt; УФССП России по &lt;адрес&gt;, что выразилось в игнорировании и пренебрежении должностным лицом, обязанным принимать меры по своевременному, полному и правильному исполнению исполнительных документов, установленных норм законодательства и морали, повлекло создание у граждан Российской Федерации мнения о государственных органах, в том числе органов Федеральной службы судебных приставов, как о бюрократизированных и преступных, неспособных защитить их права и законные интересы, а также привело к умалению конституционных принципов равноправия всех граждан перед законом, нарушению целей законодательства Российской Федерации об исполнительном производстве. Таким образом, ФИО1 совершила злоупотребление должностными полномочиями, то есть использование должностным лицом своих служебных полномочий вопреки интересам службы, совершенное из корыстной и иной личной заинтересованности и повлекшее существенное нарушение охраняемых законом интересов общества и государства. В судебном заседании подсудимая ФИО1 пояснила, что предъявленное обвинение ей понятно и с ним она согласна, вину в совершении пяти преступлений, предусмотренных ч.1 ст. 285 УК РФ , признала в полном объеме. Заявленное ранее ходатайство о рассмотрении дела в особом порядке и постановлении приговора без проведения судебного разбирательства подсудимая поддержала, указав, что ходатайство заявлено ею добровольно и после консультаций с защитником, последствия постановления приговора без проведения судебного разбирательства ей разъяснены и понятны. Данное ходатайство заявлено ФИО1 добровольно, после проведения консультации с защитником, подсудимой разъяснены последствия постановления приговора в порядке, предусмотренном ст.ст. - 317 УПК РФ , она осознает последствия постановления приговора без проведения судебного разбирательства. Государственный обвинитель, защитник, представители потерпевших ФИО10, ФИО11, ФИО12, ФИО13 согласны с ходатайством подсудимой ФИО1 о рассмотрении дела без проведения судебного разбирательства. За совершение преступлений, предусмотренных ч.1 ст. 285 УК РФ , установлено наказание, не превышающее размера наказания, установленного ст. 314 УПК РФ . Обвинение, с которым согласна подсудимая, обоснованно, подтверждается собранными по делу доказательствами. Учитывая, что все условия постановления приговора без проведения судебного разбирательства, предусмотренные ст. 314 УПК РФ , соблюдены, суд полагает необходимым удовлетворить ходатайство подсудимой и постановить приговор без проведения судебного разбирательства. ФИО1 врожденных заболеваний не имеет, инвалидом по психическому и физическому заболеванию не является; на учете у врачей психиатра и психиатра – нарколога не состоит (т.4 л.д.83). С учетом материалов дела, касающихся личности подсудимой, обстоятельств совершенных ею преступлений, суд признает ФИО1 вменяемой в отношении всех инкриминируемых ей деяний и подлежащей уголовной ответственности. Действия ФИО1 суд квалифицирует как пять преступлений, предусмотренных ч.1 ст. 285 УК РФ , - как пять злоупотреблений должностными полномочиями, то есть пять использований должностным лицом своих служебных полномочий вопреки интересам службы, совершенных из корыстной и иной личной заинтересованности и повлекших существенное нарушение прав и законных интересов организаций и охраняемых законом интересов общества и государства. Преступления, предусмотренные ч.1 ст. 285 УК РФ отнесены законом к категории преступлений средней тяжести (ч.3 ст. 15 УК РФ ). С учетом фактических обстоятельств совершенных преступлений и степени их общественной опасности, личности подсудимой, суд не усматривает оснований для изменения категории всех совершенных преступлений на менее тяжкие в соответствии с ч.6 ст. 15 УК РФ . Возможности применения к подсудимой ФИО1 положений ст.ст. - 78 УК РФ и ст.ст. - 28 УПК РФ об освобождении от уголовной ответственности суд не усматривает. При определении вида и размера наказания, суд руководствуется требованиями законности, справедливости и соразмерности наказания содеянному, учитывает конкретные обстоятельства дел, характер и степень общественной опасности совершенных преступлений, данные о личности подсудимой, влияние назначенного наказания на её исправление. Обстоятельств, отягчающих ответственность подсудимой ФИО1 (ст. 63 УК РФ ), судом не установлено (по всем преступлениям). В качестве обстоятельств, смягчающих наказание подсудимой ФИО1, суд признает активное способствование раскрытию и расследованию преступления, признание вины и раскаяние в содеянном, наличие малолетних детей (п.п.«г»,«и» ч.1, ч.2 ст. 61 УК РФ ) - по всем преступлениям (т&lt;данные изъяты&gt;), а по преступлениям - по фактам злоупотребления должностными полномочиями, совершенным по исполнительным производствам №-ИП (№-ИП) и №-ИП (№-ИП) - также совершение действий, направленных на заглаживание вреда, причиненного потерпевшему (принесение извинений ООО МКК «Альфа-Ресурс», АО «Тинькофф-ФИО6» которые представителями потерпевших ФИО11 и ФИО10 были приняты) (п.п.«к» ч.1 ст. 61 УК РФ ) (т&lt;данные изъяты&gt;). Также суд учитывает, что представителя потерпевших ООО МКК «Альфа-Ресурс» ФИО11, АО «Тинькофф-ФИО6» ФИО10, НКО «Фонд капитального ремонта общего имущества многоквартирных домов в &lt;адрес&gt;» ФИО12 не настаивали на строгом наказании подсудимой (т.13 л.д.8,13-15). При назначении наказания суд учитывает личность подсудимой. ФИО1 ранее не судима, к административной ответственности не привлекалась, имеет семью, постоянное место жительства, на её иждивении находятся 2&lt;данные изъяты&gt; имела постоянное место работы. По месту жительства ФИО1 характеризуется положительно –жалоб и нареканий на неё не поступало, спиртными напитками не злоупотребляет, по характеру открытая, спокойная. По месту работы ФИО1 характеризуется положительно - указано, что она, работая с ДД.ММ.ГГГГ в УФССП по &lt;адрес&gt;, показала себя теоретически подготовленным, грамотным специалистом в области исполнительного производства и смежных с ним правовых дисциплин, добросовестно относится к решению поставленных перед ней задач. Однако при исполнении служебных обязанностей ФИО1 не приняла меры по предотвращению конфликта интересов, тем самым нарушила антикоррупционное законодательство, в связи с чем приказом Управления от ДД.ММ.ГГГГ № – ко была привлечена к ответственности (объявлен выговор). Коллеги характеризуют ФИО1 как бесконфликтного и выдержанного человека, в общении с гражданами вежлива, тактична, с руководством соблюдает субординацию. (&lt;данные изъяты&gt;). С учетом характера и степени общественной опасности совершенного преступления, отсутствия отягчающих и изложенных смягчающих обстоятельств, данных о личности подсудимой, её семейного и имущественного положения, влияния назначенного наказания на исправление осужденной и условия жизни её семьи, суд приходит к выводу, что цели наказания могут быть достигнуты путем применения к ФИО1 наказания за все преступления в виде штрафа в доход государства соразмерно содеянному, при определении размера штрафа суд, в соответствии с ч.3 ст. 46 УК РФ , учитывает тяжесть совершенного преступления, имущественное положения осужденной и её семьи, возможность получения осужденной заработной платы или иного дохода (трудоспособна, проживает в семье, имеет на иждивении детей, её супруг трудоспособен, но постоянного источника дохода не имеет). Оснований для назначения более строгого наказания суд не усматривает, поскольку ФИО1 вину признала полностью, в содеянном раскаивается. Совокупность вышеперечисленных смягчающих наказание обстоятельств суд не признает исключительными, существенно уменьшающими степень общественной опасности преступлений, обстоятельствами, позволяющими применить положения ст. 64 УК РФ (назначение более мягкого наказания, чем предусмотрено за данное преступление). При назначении подсудимой вида и размера наказания суд учитывает правила назначения наказания, предусмотренные ст.ст. , , 61 УК РФ , ч.5 ст. 62 УК РФ и ч.7 ст. 316 УПК РФ (особый порядок судебного разбирательства), ч.1 ст. 62 УК РФ (назначение наказания при наличии смягчающих обстоятельств). На основании ч.2 ст. 69 УК РФ , по совокупности преступлений, окончательное наказание ФИО1 следует назначить путем частичного сложения назначенных наказаний. Гражданский иск по делу не заявлен. Меры в обеспечение гражданского иска и возможной конфискации имущества, а также по обеспечению прав иждивенцев обвиняемой, не применялись. Вещественные доказательства по уголовному делу, в соответствии с ч.3 ст. 81 УПК РФ , следует: Вещественные доказательства по уголовному делу: исполнительное производство №-ИП от ДД.ММ.ГГГГ, исполнительное производство №-ИП от ДД.ММ.ГГГГ, исполнительное производство №-ИП от ДД.ММ.ГГГГ, исполнительное производство №-ИП от ДД.ММ.ГГГГ, исполнительное производство №-ИП от ДД.ММ.ГГГГ, сшивка «Дело № Протоколы межведомственной комиссии по обеспечению поступления доходов в бюджет района в 2017 год» (хранятся в камере хранения вещественных доказательств Слободского МСО СУ СК России по &lt;адрес&gt; по адресу: &lt;адрес&gt;) – следует передать в отдел судебных приставов по &lt;адрес&gt; УФССП России по &lt;адрес&gt;; CD-диск с выборкой из ПК «ОСП» АИС ФССП России – хранить в материалах уголовного дела (&lt;данные изъяты&gt;). Меру пресечения в виде подписки о невыезде и надлежащем поведении до вступления приговора в законную силу подсудимой следует сохранить. Процессуальные издержки по настоящему делу (оплата труда адвоката за защиту подсудимой) взысканию с подсудимой не подлежат, их следует возместить за счет средств федерального бюджета (ч.1 ст. и ч.10 ст. 316 УПК РФ ). Руководствуясь ст.ст. , - , 316 УПК РФ , суд П Р И Г О В О Р И Л: ФИО1 признать виновной в совершении пяти преступлений, предусмотренных частью 1 статьи Уголовного кодекса Российской Федерации, и назначить ей наказание: - по ч.1 ст. 285 УК РФ (по факту злоупотребления должностными полномочиями, совершенному по исполнительному производству №-ИП (№-ИП) - в виде штрафа в доход государства в размере 18000 (восемнадцать тысяч) рублей; - по ч.1 ст. 285 УК РФ (по факту злоупотребления должностными полномочиями, совершенному по исполнительному производству №-ИП (№-ИП) - в виде штрафа в доход государства в размере 20000 (двадцать тысяч) рублей; - по ч.1 ст. 285 УК РФ (по факту злоупотребления должностными полномочиями, совершенному по исполнительному производству №-ИП (№-ИП) - в виде штрафа в доход государства в размере 20000 (двадцать тысяч) рублей; - по ч.1 ст. 285 УК РФ (по факту злоупотребления должностными полномочиями, совершенному по исполнительному производству №-ИП (№-ИП) - в виде штрафа в доход государства в размере 20000 (двадцать тысяч) рублей; - по ч.1 ст. 285 УК РФ (по факту злоупотребления должностными полномочиями, совершенному по исполнительному производству №-ИП (№-ИП) - в виде штрафа в доход государства в размере 20000 (двадцать тысяч) рублей. На основании ч.2 ст. 69 УК РФ , по совокупности преступлений, путем частичного сложения назначенных наказаний, назначить ФИО1 окончательное наказание в виде штрафа в доход государства в размере 35000 (тридцать пять тысяч) рублей. Реквизиты для уплаты штрафа: получатель УФК по Кировской области (Следственное управление Следственного комитета Российской Федерации по Кировской области, л/с &lt;***&gt;), банк получателя: Отделение ФИО4 г. ФИО4, БИК банка 043304001, р/с получателя 40101810900000010001, ИНН &lt;***&gt;, КПП 434501001, ОКТМО 33701000, ОКПО 84540575, КБК 417 1 16 21010 01 6000 140. Меру пресечения ФИО1 до вступления приговора в законную силу оставить без изменения в виде подписки о невыезде и надлежащем поведении. Вещественные доказательства по делу: - исполнительное производство №-ИП от ДД.ММ.ГГГГ, исполнительное производство №-ИП от ДД.ММ.ГГГГ, исполнительное производство №-ИП от ДД.ММ.ГГГГ, исполнительное производство №-ИП от ДД.ММ.ГГГГ, исполнительное производство №-ИП от ДД.ММ.ГГГГ, сшивка «Дело № Протоколы межведомственной комиссии по обеспечению поступления доходов в бюджет района в 2017 год» (хранятся в камере хранения вещественных доказательств Слободского МСО СУ СК России по &lt;адрес&gt; по адресу: &lt;адрес&gt;) – по вступлении приговора в законную силу передать в отдел судебных приставов по &lt;адрес&gt; УФССП России по &lt;адрес&gt;; - CD-диск с выборкой из ПК «ОСП» АИС ФССП России – хранить в материалах уголовного дела (&lt;данные изъяты&gt;). Процессуальные издержки по делу возместить за счет средств федерального бюджета. Приговор может быть обжалован в апелляционном порядке в Кировский областной суд через Слободской районный суд Кировской области (непосредственно или через суд в г. Белая Холуница) в течение 10 дней после вынесения, с соблюдением требований ст. 317 УПК РФ . В случае подачи осужденным апелляционной жалобы, а также в случае внесения прокурором апелляционного представления или подачи жалобы иными участниками процесса, затрагивающими интересы осужденного, он вправе участвовать в рассмотрении дела судом апелляционной инстанции. Судья: подпись Л.Н. Маслова. Копия верна. Судья: Л.Н. Маслова. Суд: Слободской районный суд (Кировская область) (подробнее) Судьи дела: Маслова Л.Н. (судья) (подробнее) Последние документы по делу: Приговор от 23 мая 2019 г. по делу № 1-2/6/2019 Приговор от 3 марта 2019 г. по делу № 1-2/6/2019 Приговор от 19 февраля 2019 г. по делу № 1-2/6/2019 Приговор от 19 февраля 2019 г. по делу № 1-2/6/2019 Приговор от 11 февраля 2019 г. по делу № 1-2/6/2019 Постановление от 6 февраля 2019 г. по делу № 1-2/6/2019 Приговор от 23 января 2019 г. по делу № 1-2/6/2019 Постановление от 22 января 2019 г. по делу № 1-2/6/2019 Показать все документы по этому делу Судебная практика по: Злоупотребление должностными полномочиями Судебная практика по применению нормы ст. 285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