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иерархичностью и структурированностью. а) Наличие в организованной группе организационно-управленческой структуры (иерархии), характеризующихся строгим разграничением функций, специализаций и обязанностей, в выполнении конкретных действий при совершении преступлений, но в строгой согласованности между собой при взаимодействии, дисциплины иерархического подчинения. Организаторы, они же руководители; «кураторы»; «операторы» и «закладчики». б) Разработкой и применением специальных мер защиты от разоблачения, а также соблюдение мер конспирации. Участники организованной группы заранее определяли для себя возможные препятствия при совершении преступных действий и, прежде всего, в части касающейся их разоблачения и задержания сотрудниками правоохранительных органов, а поэтому: - взаимодействие между собой строилось исключительно на дистанционном, виртуальном общении, посредством сети «Интернет», без непосредственных визуальных контактов; - использовали программы персональной связи, приложений для защищенных переговоров, обменов сообщениями, фотографиями и видео конфиденциального характера, содержащих защищенные от взлома хранилища видео, фото файлов («&lt;данные изъяты&gt;», «&lt;данные изъяты&gt;» и «&lt;данные изъяты&gt;»); - все участники организованной группы регистрировались в указанных программах и приложениях исключительно под псевдонимами – никами (никнеймами), являющимися уникальными учетными именами, использующимися в местах общения сети «Интернет» (сайтах, форумах, блогах и т.п.); - передавали наркотические средства исключительно дистанционным способом – путем оставления их в тайниках (закладках); - проводили предварительный инструктаж новых участников организованной группы в выполнении своих преступных функций и обязанностей, в том числе «закладчиков» в способности делать тайники (закладки) и описывать их местонахождения; - денежное вознаграждение участникам организованной группы переводилось безналичными переводами денежных средств через киви-кошельки.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Единством цели создания и функционирования организованной группы. Организованная группа изначально была создана неустановленными лицами, а остальные члены, в том числе ФИО1 вошел в нее исключительно в целях увеличения оборота наркотического средства посредством совместной его реализации с другими лицами, путем совершения особо тяжких преступлений, с систематическим извлечением из этого денежной выгоды. В связи с чем, сознание и воля каждого участника организованной группы охватывали обстоятельства, относящиеся не только к собственному преступному деянию, но и к деяниям других членов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Устойчивостью и сплоченностью. Организованной группе, возглавляемой неустановленными следствием лицами, было присуще постоянство форм и методов преступной деятельности, связанной с распространением (реализацией, сбытом) наркотических средств. Несмотря на отсутствие непосредственного (визуального) общения между участниками, совершение ими преступлений было возможным исключительно из-за их сплоченности и согласованности их действий. Достижение единой цели создания и функционирования усиливало постоянство их связей между собой. При совершении преступлений, каждый из участников организованной группы,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незаконного оборота наркотических средств.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Специализацией преступной деятельности. Участниками организованной группы осуществлялся незаконный сбыт производных наркотического средства: N-метилэфедрона.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Организаторы и руководители организованной группы определили схемы движения денежных средств и разработали систему вознаграждения всех участников организованной группы, часть из которых затрачивали на функционирование организованной группы и увеличение объема продаж наркотических средств, а именно: приобретение очередной партии наркотических средств для дальнейшей реализации. Система вознаграждения участников организованной группы из числа «закладчиков» заключалась в оплате их преступной деятельности в размере от 250 до 300 рублей за одну сделанную ими «закладку» наркотического средства, при этом максимальный заработок зависел от количества сделанных ими тайников (закладок) наркотических средств, чем не только оплачивалась их деятельность, но и стимулировало их к увеличению объемов продаж наркотических средств. Кроме того, обязательным условием получения таким образом заработка от незаконного сбыта наркотических средств являлось наличие киви-кошелька для осуществления безналичного перевода денежных средств. Указанная незаконная деятельность организованной группы, с участием неустановленных лиц, являвшихся ее организаторами и руководителями, и неустановленных лиц, являвшихся участниками организованной группы из числа «кураторов» и «операторов», а также с участием в качестве «закладчиков» ФИО1, продолжалась длительное время, а именно с 30 августа 2017 года по 11 октября 2017 года, то есть до момента, когда была пресечена преступная деятельность ФИО1 и наркотические средства были изъяты из незаконного оборота. Так, ФИО1, реализуя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действуя по указанию участника организованной группы «оператора», пользующегося ником «&lt;данные изъяты&gt;» в программе персональной связи «&lt;данные изъяты&gt;» в сети «Интернет», 06 октября 2017 года в период с 20 часов 56 минут до 21 часа 24 минут из тайника, находящегося на расстоянии около 100 метров от &lt;адрес&gt; по улице 50 лет НЛМК &lt;адрес&gt;, обнаружил и забрал, то есть незаконно приобрел закладку, в которой находилось наркотическое средство – смесь, общей массой не менее 0,23 грамма, содержащая ?-пирролидиновалерофенон (PVP, ?-PVP, 1-фенил-2-пирролидин-1-илпентан-1-он), которое является производным наркотического средства N-метилэфедрон, в целях последующего незаконного сбыта в составе организованной группы на территории г.Грязи Липецкой области. Указанное наркотическое средство ФИО1 незаконно хранил при себе и в салоне автомобиля «ВАЗ-21120» государственный регистрационный знак &lt;данные изъяты&gt; примерно до 19 часов 34 минут 07 октября 2017 года, в целях последующего незаконного сбыта в составе организованной группы. ФИО1, действуя по указанию неустановленного лица – «оператора», пользующегося ником «&lt;данные изъяты&gt;», имея умысел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07 октября 2017 года в период с 16 часов 01 минуты до 19 часов 34 минут, у дома &lt;адрес&gt; г. Грязи Липецкой области, разместил (создал) закладку (тайник) с наркотическим средством – смесью, общей массой 0,23 грамма, содержащей ?-пирролидиновалерофенон (PVP, ?-PVP, 1-фенил-2-пирролидин-1-илпентан-1-он), которое является производным N-метилэфедрон, о чем в 11 часов 48 минут 08 октября 2017 года посредством сети «Интернет» сообщил неустановленному лицу – «оператору», который использовал ник «&lt;данные изъяты&gt;», с целью незаконного сбыта лицам, пожелавшим приобрести указанное наркотическое средство, тем самым совершил незаконный сбыт указанного наркотического средства совместно с участниками организованной группы. 10 октября 2017 года примерно в 12 часов 30 минут в районе дома &lt;адрес&gt; г. Липецка ФИО1 был задержан сотрудниками УНК УМВД России по Липецкой области по подозрению в совершении административных правонарушений, предусмотренных ч. 1 ст. 6.8 , ч. 1 ст. 6.9 КоАП РФ. 10 октября 2017 года в период времени с 21 часа 10 минут до 22.00 часов в ходе осмотра места происшествия – участка местности у дома &lt;адрес&gt; г. Грязи Липецкой области из закладки (тайника) было обнаружено и изъято из незаконного оборота наркотическое средство – смесь, общей массой 0,23 грамма, содержащая ?-пирролидиновалерофенон (PVP, ?-PVP, 1-фенил-2-пирролидин-1-илпентан-1-он), которое является производным наркотического средства N-метилэфедрон. N-метилэфедрон и его производные, а также смеси, в состав которых входит N-метилэфедрон и его производные, в соответствии с постановлением правительства РФ от 30 июня 1998 г. №681, являются наркотическими средствами. Данный размер наркотического средства – смеси, общей массой 0,23 гр., содержащей ?-пирролидиновалерофенон (PVP, ?-PVP, 1-фенил-2-пирролидин-1-илпентан-1-он), которое является производным наркотического средства N-метилэфедрон, в соответствии с постановлением Правительства РФ от 01 октября 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является значительным. Кроме того, ФИО1 совершил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при следующих обстоятельствах. В период с 29 сентября 2016 года по 21 января 2017 года, более точное время в ходе следствия не установлено, неустановленные следствием лица, обладающие организаторскими способностями и лидерскими качествами, осведомленные о том, что незаконный сбыт наркотических средств образует состав преступления, однако при этом приносит значительную материальную выгоду, в целях получения систематического дохода от данного вида преступной деятельности, создали на территории г. Липецка организованную группу в целях совместного совершения особо тяжких преступлений, связанных с незаконным сбытом через информационно-телекоммуникационную сеть «Интернет» производных наркотических средств: N-метилэфедрон, которой и руководили. Структура организованной группы состояла из создавших и руководивших ею организаторов и руководителей, а также иных участников, разделявшихся в соответствии с возложенными на них функциональными обязанностями на «кураторов», «операторов» и «закладчиков». Так, неустановленными организаторами и руководителями организованной группы в период с 29 сентября 2016 года по 30 августа 2017 года, более точное время следствием не установлено, для распространения наркотических средств на территории г. Липецка и Липецкой области при помощи интернет-магазина &lt;данные изъяты&gt;», в сферу обслуживания которого входило распространение наркотических средств на территории г. Липецка и Липецкой области, были подобраны следующие участники: «кураторы»: неустановленные следствием лица, зарегистрировавшиеся в программах персональной связи «&lt;данные изъяты&gt;» и «&lt;данные изъяты&gt;» в сети «Интернет» под уникальным учетным именем - ником «&lt;данные изъяты&gt;», которые за денежное вознаграждение, дистанционным способом, посредством общения через программы персональной связи «&lt;данные изъяты&gt;» и «&lt;данные изъяты&gt; в сети «Интернет», осуществляли функции: инструктирования лиц, так называемых «закладчиков», непосредственно размещающих наркотические средства в тайники (закладки), по выполнению ими своих обязанностей; координирования действий между «закладчиками» и «операторами»; определения «закладчикам» районов города для совершения в их пределах преступных действий; координации действий «закладчиков» по получению оптовых партий наркотических средств; организации связи между «закладчиками» и «операторами» в целях обмена информацией о местах нахождения тайников (закладок). «операторы»: неустановленные следствием лица, зарегистрировавшиеся в программах персональной связи «&lt;данные изъяты&gt;», «&lt;данные изъяты&gt;» и «&lt;данные изъяты&gt;» в сети «Интернет» под ником «&lt;данные изъяты&gt;» и &lt;данные изъяты&gt;», которые за денежное вознаграждение, дистанционным способом, посредством общения через программы персональной связи «&lt;данные изъяты&gt;», «&lt;данные изъяты&gt;» и «&lt;данные изъяты&gt; в сети «Интернет», осуществляли функции: по более детальному инструктажу лиц, так называемых «закладчиков», непосредственно размещающих наркотические средства в тайники (закладки), по выполнению ими своих обязанностей; координации деятельности «закладчиков»: указывают вид и количество наркотических средств, которые необходимо расфасовать и (или) разместить в тайники (закладки) в определенных районах города Липецка и Липецкой области, после чего получают от указанных лиц сообщения с адресами и описаниями местонахождения тайников (закладок) с наркотическими средствами; осуществлению функции по связи с приобретателями наркотических средств, которым после подтверждения произведенной в безналичной форме оплаты наркотических средств сообщали местонахождение тайников (закладок) с оплаченными наркотическими средствами. «закладчики»: ФИО1, который 30 августа 2017 года был вовлечен неустановленными организаторами и руководителями в состав организованной группы для распространения наркотических средств на территории города Липецка и Липецкой области. Они осуществляли функции: получения бесконтактным способом через тайники (закладки), крупных партий наркотических средств, информация о которых им предоставлялась «кураторами»; непосредственного хранения указанных наркотических средств; по осуществлению размещения фасованных наркотических средств в тайниках (закладках) для приобретателей с последующей передачей «операторам» информации с описанием их местонахождения. 30 августа 2017 года неустановленные организаторы и руководители организованной группы, действуя в целях реализации преступных намерений, с использованием возможностей сети «Интернет» для осуществления преступной деятельности, связанной с незаконным сбытом наркотических средств на территории г. Липецка и Липецкой области, подыскали в г. Липецке в качестве участника организованной группы «закладчика» - ФИО1, которому с помощью переписки посредством сети «Интернет» в программах персональной связи «&lt;данные изъяты&gt;», «&lt;данные изъяты&gt;» и «&lt;данные изъяты&gt;» предложили заниматься регулярным незаконным сбытом наркотических средств с использованием сети «Интернет» в составе организованной группы на территории г. Липецка и Липецкой области в качестве «закладчика» наркотических средств за денежное вознаграждение. ФИО1, осознавая преступный характер сделанного ему предложения, согласился с ним, тем самым он 30 августа 2017 года вошел в состав организованной группы. При этом неустановленные организаторы и руководители организованной группы провели со ФИО1 первоначальный инструктаж о мерах безопасности и конспирации, дали указание об установке на своем мобильном устройстве программ персональной связи «&lt;данные изъяты&gt;», «&lt;данные изъяты&gt;» и «&lt;данные изъяты&gt;» в сети «Интернет», необходимые для связи с участниками организованной группы - «кураторами» и «операторами». Неустановленными следствием лицами - организаторами и руководителями организованной группы - был положен в основу совершения преступлений бесконтактный способ незаконного сбыта наркотических средств путем создания тайников (закладок), с активным использованием при этом сети «Интернет» для обмена информацией о совершаемых преступлениях между соучастниками, общения с покупателями наркотических средств, и получения электронных платежей за реализованные наркотические средства, в качестве оплаты противоправных действий соучастников. Неустановленные организаторы и руководители организованной группы взяли на себя функции: - по разработке общего плана деятельности организованной группы, то есть его структуры, схемы действий (специализации) каждой из структур, распределив между ними обязанности, по подготовке и совершению конкретных особо тяжких преступлений; - по совершению действий, в том числе используя сеть «Интернет», направленных на достижение общей цели, поставленной перед участниками организованной группы в частности: осуществляя подбор и вербовку участников организованной группы, определяя им преступные роли и обязанности, обеспечивая их материально-техническими и финансовыми средствами, упаковочными материалами, весами, оплатой проживания в местах дислокации, разъясняя разработанные ими методы сокрытия совершаемых преступлений, меры безопасности и конспирации, распределяя денежные средства, полученные от преступной деятельности, путем перевода денежных средств участникам организованной группы, согласно определенного для них вознаграждения за выполнение конкретных действий при совершении преступлений; - по общему руководству организованной группой и по поддержанию связей между ее участниками, координируя их преступные действия и создавая для них условия для совершения преступлений, через соответствующие программы персональной связи в сети «Интернет». При этом неустановленными организаторами и руководителями организованной группы для ее функционирования привлечены в качестве участников организованной группы неустановленные в ходе следствия лица, так называемые «кураторы», которые за денежное вознаграждение, дистанционным способом, посредством общения через программы персональной связи («&lt;данные изъяты&gt;», «&lt;данные изъяты&gt; и «&lt;данные изъяты&gt;»), в сети «Интернет», осуществляли функции: - инструктирования лиц, так называемых «закладчиков», непосредственно размещающих наркотические средства в тайники (закладки), по выполнению ими своих обязанностей; - координирования действий между «закладчиками» и «операторами»; определения «закладчикам» районов города для совершения в их пределах преступных действий; координации действий «закладчиков» по получению оптовых партий наркотических средств; организации связи между «закладчиками» и «операторами» в целях обмена информацией о местах нахождения тайников (закладок). Неустановленными организаторами и руководителями организованной группы для ее функционирования привлечены в качестве участников организованной группы неустановленные в ходе следствия лица, так называемые «операторы», которые за денежное вознаграждение, дистанционным способом, посредством общения через программы («&lt;данные изъяты&gt; «&lt;данные изъяты&gt; «&lt;данные изъяты&gt;») в сети «Интернет», осуществляли функции: - по более детальному инструктажу лиц, так называемых «закладчиков», непосредственно размещающих наркотические средства в тайники (закладки), по выполнению ими своих обязанностей; - координации деятельности «закладчиков»:указывают вид и количество наркотических средств, которые необходимо расфасовать и (или) разместить в тайники (закладки) в определенных районах города Липецка и Липецкой области, после чего получают от указанных лиц сообщения с адресами и описаниями местонахождения тайников (закладок) с наркотическими средствами; осуществлению функции по связи с приобретателями наркотических средств, которым после подтверждения произведенной в безналичной форме оплаты наркотических средств сообщали местонахождение тайников (закладок) с оплаченными наркотическими средствами. Неустановленными организаторами и руководителями организованной группы для ее функционирования был привлечен в качестве ее участника ФИО1, так называемый «закладчик». ФИО1 за денежное вознаграждение дистанционным способом посредством общения через программы персональной связи («&lt;данные изъяты&gt;», «&lt;данные изъяты&gt;», «&lt;данные изъяты&gt;»), в сети «Интернет», осуществлял функции: получения бесконтактным способом, через тайники (закладки), крупных партий наркотических средств, информация о которых им предоставлялась «кураторами»; непосредственного хранения полученных наркотических средств; по осуществлению размещения фасованных наркотических средств в тайниках (закладках) для приобретателей, с последующей - передачей «операторам» информации с описанием их местонахождения. Указанная организованная группа характеризовалась следующими основными признаками: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иерархичностью и структурированностью. а) Наличие в организованной группе организационно-управленческой структуры (иерархии), характеризующихся строгим разграничением функций, специализаций и обязанностей, в выполнении конкретных действий при совершении преступлений, но в строгой согласованности между собой при взаимодействии, дисциплины иерархического подчинения. Организаторы, они же руководители; «кураторы»; «операторы» и «закладчики». б) Разработкой и применением специальных мер защиты от разоблачения, а также соблюдение мер конспирации. Участники организованной группы заранее определяли для себя возможные препятствия при совершении преступных действий и, прежде всего, в части касающейся их разоблачения и задержания сотрудниками правоохранительных органов, а поэтому: - взаимодействие между собой строилось исключительно на дистанционном, виртуальном общении, посредством сети «Интернет», без непосредственных визуальных контактов; - использовали программы персональной связи, приложений для защищенных переговоров, обменов сообщениями, фотографиями и видео конфиденциального характера, содержащих защищенные от взлома хранилища видео, фото файлов («&lt;данные изъяты&gt;», «&lt;данные изъяты&gt;» и «&lt;данные изъяты&gt;»); - все участники организованной группы регистрировались в указанных программах и приложениях исключительно под псевдонимами – никами (никнеймами), являющимися уникальными учетными именами, использующимися в местах общения сети «Интернет» (сайтах, форумах, блогах и т.п.); - передавали наркотические средства исключительно дистанционным способом – путем оставления их в тайниках (закладках); - проводили предварительный инструктаж новых участников организованной группы в выполнении своих преступных функций и обязанностей, в том числе «закладчиков» в способности делать тайники (закладки) и описывать их местонахождения; - денежное вознаграждение участникам организованной группы переводилось безналичными переводами денежных средств через киви-кошельки.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Единством цели создания и функционирования организованной группы. Организованная группа изначально была создана неустановленными лицами, а остальные члены, в том числе ФИО1 вошел в нее исключительно в целях увеличения оборота наркотического средства посредством совместной его реализации с другими лицами, путем совершения особо тяжких преступлений, с систематическим извлечением из этого денежной выгоды. В связи с чем, сознание и воля каждого участника организованной группы охватывали обстоятельства, относящиеся не только к собственному преступному деянию, но и к деяниям других членов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Устойчивостью и сплоченностью. Организованной группе, возглавляемой неустановленными следствием лицами, было присуще постоянство форм и методов преступной деятельности, связанной с распространением (реализацией, сбытом) наркотических средств. Несмотря на отсутствие непосредственного (визуального) общения между участниками, совершение ими преступлений было возможным исключительно из-за их сплоченности и согласованности их действий. Достижение единой цели создания и функционирования усиливало постоянство их связей между собой. При совершении преступлений, каждый из участников организованной группы,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незаконного оборота наркотических средств.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Специализацией преступной деятельности. Участниками организованной группы осуществлялся незаконный сбыт производного наркотического средства: N-метилэфедрона.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Организаторы и руководители организованной группы определили схемы движения денежных средств и разработали систему вознаграждения всех участников организованной группы, часть из которых затрачивали на функционирование организованной группы и увеличение объема продаж наркотических средств, а именно: приобретение очередной партии наркотических средств для дальнейшей реализации. Система вознаграждения участников организованной группы из числа «закладчиков» заключалась в оплате их преступной деятельности в размере от 250 до 300 рублей за одну сделанную ими «закладку» наркотического средства, при этом максимальный заработок зависел от количества сделанных ими тайников (закладок) наркотических средств, чем не только оплачивалась их деятельность, но и стимулировало их к увеличению объемов продаж наркотических средств. Кроме того, обязательным условием получения таким образом заработка от незаконного сбыта наркотических средств являлось наличие киви-кошелька для осуществления безналичного перевода денежных средств. Указанная незаконная деятельность организованной группы, с участием неустановленных лиц, являвшихся ее организаторами и руководителями, и неустановленных лиц, являвшихся участниками организованной группы из числа «кураторов» и «операторов», а также с участием в качестве «закладчиков» ФИО1, продолжалась длительное время, а именно с 30 августа 2017 года по 11 октября 2017 года, то есть до момента, когда была пресечена преступная деятельность ФИО1 и наркотические средства были изъяты из незаконного оборота. Так, ФИО1, реализуя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действуя по указанию участника организованной группы «оператора», пользующегося ником «&lt;данные изъяты&gt;» в программе персональной связи «&lt;данные изъяты&gt; в сети «Интернет», 08 октября 2017 г.в период с 10 часов 50 минут до 13 часов 57 минут из тайника, находящегося на расстоянии около 150 метров от &lt;адрес&gt; ул. 50 лет НЛМК г.Липецка, обнаружил и забрал, т.е. незаконно приобрел закладку, в которой находилось: наркотическое средство – смесь, общей массой не менее 1,79 гр., содержащая ?-пирролидиновалерофенон (PVP, ?-PVP, 1-фенил-2-пирролидин-1-илпентан-1-он), которое является производным наркотического средства N-метилэфедрон, в целях последующего незаконного сбыта в составе организованной группы на территории г. Лебедянь Липецкой области. Указанное наркотическое средство ФИО1 незаконно хранил при себе и в салоне автомобиля «ВАЗ-21120» государственный регистрационный знак &lt;данные изъяты&gt; примерно до 22 часов 27 минут 08 октября 2017 года, в целях последующего незаконного сбыта в составе организованной группы. Затем ФИО1, действуя по указанию неустановленного лица – «оператора», пользующегося ником «&lt;данные изъяты&gt;», имея умысел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08 октября 2017 года в период с 15.00 часов до 22 часов 27 минут, разместил (создал) закладки (тайники) с вышеуказанным наркотическим средством – смесью, общей массой 1,79 грамма, содержащей ?-пирролидиновалерофенон (PVP, ?-PVP, 1-фенил-2-пирролидин-1-илпентан-1-он), которое является производным N-метилэфедрон, в следующих местах: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0,20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0,09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0,16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0,31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0,24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0,16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0,37 грамма, - на земле в районе дома &lt;адрес&gt; г. Лебедянь Липецкой области, ФИО1 разместил (создал) закладку (тайник) с указанным наркотическим средством - смесью, общей массой 0,26 грамма, содержащей ?-пирролидиновалерофенон (PVP, ?-PVP, 1-фенил-2-пирролидин-1-илпентан-1-он), которое является производным N-метилэфедрон. Затем ФИО1, действуя по указанию неустановленного лица – «оператора», пользующегося ником «&lt;данные изъяты&gt;», имея умысел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09 октября 2017 года в период с 03 часов 54 минут до 23 часов 06 минут сообщил о размещении закладок посредством сети «Интернет» неустановленному лицу – «оператору», который использовал ник «&lt;данные изъяты&gt;», с целью незаконного сбыта лицам, пожелавшим приобрести указанное наркотическое средство, тем самым совершил незаконный сбыт указанного наркотического средства совместно с участниками организованной группы. 10 октября 2017 года примерно в 12 часов 30 минут в районе дома &lt;адрес&gt; г.Липецка ФИО1 был задержан сотрудниками УНК УМВД России по Липецкой области по подозрению в совершении административных правонарушений, предусмотренных ч. 1 ст. 6.8 , ч. 1 ст. 6.9 КоАП РФ. 11 октября 2017 года в период времени с 08 часов 10 минут до 08 часов 50 минут в ходе осмотра места происшествия – участка местности в районе дома &lt;адрес&gt; г. Лебедянь Липецкой области, из закладки (тайника) было обнаружено и изъято из незаконного оборота наркотическое средство – смесь, общей массой 0,20 грамма, содержащая ?-пирролидиновалерофенон (PVP, ?-PVP, 1-фенил-2-пирролидин-1-илпентан-1-он), которое является производным N-метилэфедрон; 11 октября 2017 года в период времени с 10 часов 15 минут до 10 часов 30 минут в ходе осмотра места происшествия – участка местности в районе дома &lt;адрес&gt;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0,09 грамма, 11 октября 2017 года в период времени с 10 часов 45 минут до 11 часов 00 минут в ходе осмотра места происшествия – участка местности в районе &lt;адрес&gt;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0,16 грамма, 11 октября 2017 года в период времени с 10 часов 35 минут до 11 часов 05 минут в ходе осмотра места происшествия – участка местности в районе &lt;адрес&gt;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0,31 грамма, 11 октября 2017 года в период времени с 11 часов 15 минут до 11 часов 35 минут в ходе осмотра места происшествия – участка местности в районе д&lt;адрес&gt;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0,24 грамма, 11 октября 2017 года в период времени с 11 часов 25 минут до 11 часов 40 минут в ходе осмотра места происшествия – участка местности в районе &lt;адрес&gt;&lt;адрес&gt;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0,16 грамма, 11 октября 2017 года в период времени с 11 часов 43 минут до 12 часов 10 минут в ходе осмотра места происшествия – участка местности в районе &lt;адрес&gt;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0,37 грамма, 11 октября 2017 года в период времени с 12.00 часов до 12 часов 20 минут в ходе осмотра места происшествия – участка местности в районе &lt;адрес&gt; г. Лебедянь Липецкой области, из закладки (тайника) было обнаружено и изъято из незаконного оборота указанное наркотическое средство – смесь, общей массой 0,26 грамма, содержащая ?-пирролидиновалерофенон (PVP, ?-PVP, 1-фенил-2-пирролидин-1-илпентан-1-он), которое является производным N-метилэфедрон. N-метилэфедрон и его производные, а также смеси, в состав которых входит N-метилэфедрон и его производные, в соответствии с постановлением Правительства РФ от 30 июня 1998 г. №681 являются наркотическими средствами. Данный размер наркотического средства – смеси, общей массой 1, 79 грамма, содержащей ?-пирролидиновалерофенон (PVP, ?-PVP, 1-фенил-2-пирролидин-1-илпентан-1-он), которое является производным наркотического средства N-метилэфедрон, в соответствии с постановлением Правительства РФ от 01 октября 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является крупным. Кроме того, ФИО1 совершил покушение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при этом преступление не было доведено до конца по независящим от этого лица обстоятельствам, при следующих обстоятельствах. В период с 29 сентября 2016 года по 21 января 2017 года, более точное время в ходе следствия не установлено, неустановленные следствием лица, обладающие организаторскими способностями и лидерскими качествами, осведомленные о том, что незаконный сбыт наркотических средств образует состав преступления, однако при этом приносит значительную материальную выгоду, в целях получения систематического дохода от данного вида преступной деятельности, создали на территории г. Липецка организованную группу в целях совместного совершения особо тяжких преступлений, связанных с незаконным сбытом через информационно-телекоммуникационную сеть «Интернет» производных наркотических средств: N-метилэфедрон, которой и руководили. Структура организованной группы состояла из создавших и руководивших ею организаторов и руководителей, а также иных участников, разделявшихся в соответствии с возложенными на них функциональными обязанностями на «кураторов», «операторов» и «закладчиков». Так, неустановленными организаторами и руководителями организованной группы в период с 29 сентября 2016 года по 30 августа 2017 года, более точное время следствием не установлено, для распространения наркотических средств на территории г. Липецка и Липецкой области при помощи интернет-магазина &lt;данные изъяты&gt;», в сферу обслуживания которого входило распространение наркотических средств на территории г. Липецка и Липецкой области, были подобраны следующие участники: «кураторы»: неустановленные следствием лица, зарегистрировавшиеся в программах персональной связи «&lt;данные изъяты&gt;» и «&lt;данные изъяты&gt;» в сети «Интернет» под уникальным учетным именем - ником «&lt;данные изъяты&gt;», которые за денежное вознаграждение, дистанционным способом, посредством общения через программы персональной связи «&lt;данные изъяты&gt;» и «&lt;данные изъяты&gt; в сети «Интернет», осуществляли функции: инструктирования лиц, так называемых «закладчиков», непосредственно размещающих наркотические средства в тайники (закладки), по выполнению ими своих обязанностей; координирования действий между «закладчиками» и «операторами»; определения «закладчикам» районов города для совершения в их пределах преступных действий; координации действий «закладчиков» по получению оптовых партий наркотических средств; организации связи между «закладчиками» и «операторами» в целях обмена информацией о местах нахождения тайников (закладок). «операторы»: неустановленные следствием лица, зарегистрировавшиеся в программах персональной связи «&lt;данные изъяты&gt;», «&lt;данные изъяты&gt; и «&lt;данные изъяты&gt;» в сети «Интернет» под ником «&lt;данные изъяты&gt;» и &lt;данные изъяты&gt;», которые за денежное вознаграждение, дистанционным способом, посредством общения через программы персональной связи «&lt;данные изъяты&gt;», «&lt;данные изъяты&gt;» и «&lt;данные изъяты&gt;» в сети «Интернет», осуществляли функции: по более детальному инструктажу лиц, так называемых «закладчиков», непосредственно размещающих наркотические средства в тайники (закладки), по выполнению ими своих обязанностей; координации деятельности «закладчиков»: указывают вид и количество наркотических средств, которые необходимо расфасовать и (или) разместить в тайники (закладки) в определенных районах города Липецка и Липецкой области, после чего получают от указанных лиц сообщения с адресами и описаниями местонахождения тайников (закладок) с наркотическими средствами; осуществлению функции по связи с приобретателями наркотических средств, которым после подтверждения произведенной в безналичной форме оплаты наркотических средств сообщали местонахождение тайников (закладок) с оплаченными наркотическими средствами. «закладчики»: ФИО1, который 30 августа 2017 года был вовлечен неустановленными организаторами и руководителями в состав организованной группы для распространения наркотических средств на территории города Липецка и Липецкой области. Они осуществляли функции: получения бесконтактным способом через тайники (закладки), крупных партий наркотических средств, информация о которых им предоставлялась «кураторами»; непосредственного хранения указанных наркотических средств; по осуществлению размещения фасованных наркотических средств в тайниках (закладках) для приобретателей с последующей передачей «операторам» информации с описанием их местонахождения. 30 августа 2017 года неустановленные организаторы и руководители организованной группы, действуя в целях реализации преступных намерений, с использованием возможностей сети «Интернет» для осуществления преступной деятельности, связанной с незаконным сбытом наркотических средств на территории г. Липецка и Липецкой области, подыскали в г. Липецке в качестве участника организованной группы «закладчика» - ФИО1, которому с помощью переписки посредством сети «Интернет» в программах персональной связи «&lt;данные изъяты&gt;», «&lt;данные изъяты&gt;» и «&lt;данные изъяты&gt;» предложили заниматься регулярным незаконным сбытом наркотических средств с использованием сети «Интернет» в составе организованной группы на территории г. Липецка и Липецкой области в качестве «закладчика» наркотических средств за денежное вознаграждение. ФИО1, осознавая преступный характер сделанного ему предложения, согласился с ним, тем самым он 30 августа 2017 года вошел в состав организованной группы. При этом неустановленные организаторы и руководители организованной группы провели со ФИО1 первоначальный инструктаж о мерах безопасности и конспирации, дали указание об установке на своем мобильном устройстве программ персональной связи «&lt;данные изъяты&gt;», «&lt;данные изъяты&gt;» и «&lt;данные изъяты&gt;» в сети «Интернет», необходимые для связи с участниками организованной группы - «кураторами» и «операторами». Неустановленными следствием лицами - организаторами и руководителями организованной группы - был положен в основу совершения преступлений бесконтактный способ незаконного сбыта наркотических средств путем создания тайников (закладок), с активным использованием при этом сети «Интернет» для обмена информацией о совершаемых преступлениях между соучастниками, общения с покупателями наркотических средств, и получения электронных платежей за реализованные наркотические средства, в качестве оплаты противоправных действий соучастников. Неустановленные организаторы и руководители организованной группы взяли на себя функции: - по разработке общего плана деятельности организованной группы, то есть его структуры, схемы действий (специализации) каждой из структур, распределив между ними обязанности, по подготовке и совершению конкретных особо тяжких преступлений; - по совершению действий, в том числе используя сеть «Интернет», направленных на достижение общей цели, поставленной перед участниками организованной группы в частности: осуществляя подбор и вербовку участников организованной группы, определяя им преступные роли и обязанности, обеспечивая их материально-техническими и финансовыми средствами, упаковочными материалами, весами, оплатой проживания в местах дислокации, разъясняя разработанные ими методы сокрытия совершаемых преступлений, меры безопасности и конспирации, распределяя денежные средства, полученные от преступной деятельности, путем перевода денежных средств участникам организованной группы, согласно определенного для них вознаграждения за выполнение конкретных действий при совершении преступлений; - по общему руководству организованной группой и по поддержанию связей между ее участниками, координируя их преступные действия и создавая для них условия для совершения преступлений, через соответствующие программы персональной связи в сети «Интернет». При этом неустановленными организаторами и руководителями организованной группы для ее функционирования привлечены в качестве участников организованной группы неустановленные в ходе следствия лица, так называемые «кураторы», которые за денежное вознаграждение, дистанционным способом, посредством общения через программы персональной связи («&lt;данные изъяты&gt;», «&lt;данные изъяты&gt;» и «&lt;данные изъяты&gt;»), в сети «Интернет», осуществляли функции: - инструктирования лиц, так называемых «закладчиков», непосредственно размещающих наркотические средства в тайники (закладки), по выполнению ими своих обязанностей; - координирования действий между «закладчиками» и «операторами»; определения «закладчикам» районов города для совершения в их пределах преступных действий; координации действий «закладчиков» по получению оптовых партий наркотических средств; организации связи между «закладчиками» и «операторами» в целях обмена информацией о местах нахождения тайников (закладок). Неустановленными организаторами и руководителями организованной группы для ее функционирования привлечены в качестве участников организованной группы неустановленные в ходе следствия лица, так называемые «операторы», которые за денежное вознаграждение, дистанционным способом, посредством общения через программы («&lt;данные изъяты&gt;», «&lt;данные изъяты&gt;», «&lt;данные изъяты&gt;») в сети «Интернет», осуществляли функции: - по более детальному инструктажу лиц, так называемых «закладчиков», непосредственно размещающих наркотические средства в тайники (закладки), по выполнению ими своих обязанностей; - координации деятельности «закладчиков»:указывают вид и количество наркотических средств, которые необходимо расфасовать и (или) разместить в тайники (закладки) в определенных районах города Липецка и Липецкой области, после чего получают от указанных лиц сообщения с адресами и описаниями местонахождения тайников (закладок) с наркотическими средствами; осуществлению функции по связи с приобретателями наркотических средств, которым после подтверждения произведенной в безналичной форме оплаты наркотических средств сообщали местонахождение тайников (закладок) с оплаченными наркотическими средствами. Неустановленными организаторами и руководителями организованной группы для ее функционирования был привлечен в качестве ее участника ФИО1, так называемый «закладчик». ФИО1 за денежное вознаграждение дистанционным способом посредством общения через программы персональной связи («&lt;данные изъяты&gt;», &lt;данные изъяты&gt; «&lt;данные изъяты&gt;»), в сети «Интернет», осуществлял функции: получения бесконтактным способом, через тайники (закладки), крупных партий наркотических средств, информация о которых им предоставлялась «кураторами»; непосредственного хранения полученных наркотических средств; по осуществлению размещения фасованных наркотических средств в тайниках (закладках) для приобретателей, с последующей - передачей «операторам» информации с описанием их местонахождения. Указанная организованная группа характеризовалась следующими основными признаками: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иерархичностью и структурированностью. а) Наличие в организованной группе организационно-управленческой структуры (иерархии), характеризующихся строгим разграничением функций, специализаций и обязанностей, в выполнении конкретных действий при совершении преступлений, но в строгой согласованности между собой при взаимодействии, дисциплины иерархического подчинения. Организаторы, они же руководители; «кураторы»; «операторы» и «закладчики». б) Разработкой и применением специальных мер защиты от разоблачения, а также соблюдение мер конспирации. Участники организованной группы заранее определяли для себя возможные препятствия при совершении преступных действий и, прежде всего, в части касающейся их разоблачения и задержания сотрудниками правоохранительных органов, а поэтому: - взаимодействие между собой строилось исключительно на дистанционном, виртуальном общении, посредством сети «Интернет», без непосредственных визуальных контактов; - использовали программы персональной связи, приложений для защищенных переговоров, обменов сообщениями, фотографиями и видео конфиденциального характера, содержащих защищенные от взлома хранилища видео, фото файлов («&lt;данные изъяты&gt;», «&lt;данные изъяты&gt;» и «&lt;данные изъяты&gt;»); - все участники организованной группы регистрировались в указанных программах и приложениях исключительно под псевдонимами – никами (никнеймами), являющимися уникальными учетными именами, использующимися в местах общения сети «Интернет» (сайтах, форумах, блогах и т.п.); - передавали наркотические средства исключительно дистанционным способом – путем оставления их в тайниках (закладках); - проводили предварительный инструктаж новых участников организованной группы в выполнении своих преступных функций и обязанностей, в том числе «закладчиков» в способности делать тайники (закладки) и описывать их местонахождения; - денежное вознаграждение участникам организованной группы переводилось безналичными переводами денежных средств через киви-кошельки.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Единством цели создания и функционирования организованной группы. Организованная группа изначально была создана неустановленными лицами, а остальные члены, в том числе ФИО1 вошел в нее исключительно в целях увеличения оборота наркотического средства посредством совместной его реализации с другими лицами, путем совершения особо тяжких преступлений, с систематическим извлечением из этого денежной выгоды. В связи с чем, сознание и воля каждого участника организованной группы охватывали обстоятельства, относящиеся не только к собственному преступному деянию, но и к деяниям других членов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Устойчивостью и сплоченностью. Организованной группе, возглавляемой неустановленными следствием лицами, было присуще постоянство форм и методов преступной деятельности, связанной с распространением (реализацией, сбытом) наркотических средств. Несмотря на отсутствие непосредственного (визуального) общения между участниками, совершение ими преступлений было возможным исключительно из-за их сплоченности и согласованности их действий. Достижение единой цели создания и функционирования усиливало постоянство их связей между собой. При совершении преступлений, каждый из участников организованной группы,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незаконного оборота наркотических средств.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Специализацией преступной деятельности. Участниками организованной группы осуществлялся незаконный сбыт производного наркотического средства: N-метилэфедрона.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Организаторы и руководители организованной группы определили схемы движения денежных средств и разработали систему вознаграждения всех участников организованной группы, часть из которых затрачивали на функционирование организованной группы и увеличение объема продаж наркотических средств, а именно: приобретение очередной партии наркотических средств для дальнейшей реализации. Система вознаграждения участников организованной группы из числа «закладчиков» заключалась в оплате их преступной деятельности в размере от 250 до 300 рублей за одну сделанную ими «закладку» наркотического средства, при этом максимальный заработок зависел от количества сделанных ими тайников (закладок) наркотических средств, чем не только оплачивалась их деятельность, но и стимулировало их к увеличению объемов продаж наркотических средств. Кроме того, обязательным условием получения таким образом заработка от незаконного сбыта наркотических средств являлось наличие киви-кошелька для осуществления безналичного перевода денежных средств. Указанная незаконная деятельность организованной группы, с участием неустановленных лиц, являвшихся ее организаторами и руководителями, и неустановленных лиц, являвшихся участниками организованной группы из числа «кураторов» и «операторов», а также с участием в качестве «закладчиков» ФИО1, продолжалась длительное время, а именно с 30 августа 2017 года по 11 октября 2017 года, то есть до момента, когда была пресечена преступная деятельность ФИО1 и наркотические средства были изъяты из незаконного оборота. Так, ФИО1, реализуя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в составе организованной группы, в крупном размере, действуя по указанию участника организованной группы «оператора», пользующегося ником «&lt;данные изъяты&gt;» в программе персональной связи «&lt;данные изъяты&gt;» в сети «Интернет», 10 октября 2017 года примерно в 12 часов 20 минут из тайника, находящегося на расстоянии около 10 метров от &lt;адрес&gt;&lt;адрес&gt; города Липецка обнаружил и забрал, то есть незаконно приобрел закладку, в которой находилось: наркотическое средство – смесь, общей массой 17,83 грамма, содержащая ?-пирролидиновалерофенон (PVP, ?-PVP, 1-фенил-2-пирролидин-1-илпентан-1-он), которое является производным наркотического средства N-метилэфедрон, в целях последующего незаконного сбыта в составе организованной группы. Указанное наркотическое средство ФИО1 незаконно хранил при себе и в салоне автомобиля «ВАЗ-21120» государственный регистрационный знак &lt;данные изъяты&gt; примерно до 15 часов 15 минут 10 октября 2017 года, в целях последующего незаконного сбыта в составе организованной группы. Однако свой совместный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ФИО1, неустановленные лица – «операторы», пользующиеся ником «&lt;данные изъяты&gt;», неустановленные лица - «кураторы», пользующиеся ником «&lt;данные изъяты&gt;», а также неустановленные организаторы и руководители организованной группы, не довели до конца по не зависящим от них обстоятельствам, так как преступная деятельность ФИО1 в организованной группе была пресечена, и вышеуказанное наркотическое средство было изъято из незаконного оборота. Так, 10 октября 2017 года примерно в 12 часов 30 минут в районе дома &lt;данные изъяты&gt; г. Липецка ФИО1 был задержан сотрудниками УНК УМВД России по Липецкой области по подозрению в совершении административных правонарушений, предусмотренных ч. 1 ст. 6.8 , ч. 1 ст. 6.9 КоАП РФ. 10 октября 2017 года в период с 14 часов 45 минут до 15 часов 15 минут в ходе осмотра автомобиля «ВАЗ-21120» государственный регистрационный знак &lt;данные изъяты&gt; находящегося в районе &lt;адрес&gt;, было обнаружено и изъято из незаконного оборота наркотическое средство – смесь, общей массой 17,83 грамма, содержащая ?-пирролидиновалерофенон (PVP, ?-PVP, 1-фенил-2-пирролидин-1-илпентан-1-он), которое является производным наркотического средства N-метилэфедрон. N-метилэфедрон и его производные, а также смеси, в состав которых входит N-метилэфедрон и его производные, в соответствии с постановлением Правительства РФ от 30 июня 1998 г. № 681 являются наркотическими средствами. Данный размер наркотического средства – смеси, общей массой 17,83 грамма, содержащей ?-пирролидиновалерофенон (PVP, ?-PVP, 1-фенил-2-пирролидин-1-илпентан-1-он), которое является производным наркотического средства N-метилэфедрон, в соответствии с постановлением Правительства РФ от 01 октября 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является крупным. Подсудимый ФИО1 в судебном заседании вину признал полностью и показал, что в сентябре 2017 г. он начал работать в интернет-магазине "Яна&lt;данные изъяты&gt;" курьером. Сначала он не знал, какой товар ему надо будет отвозить, затем, когда ему дали задание забрать сверток (в котором было 5 шариков в фольге) и сделать пробные закладки, он понял, что работа связана с наркотическими средствами. В августе 2017 г. он сделал пробные закладки и забыл об этом. В начале сентября 2017 г. они ему написали сами, он решил подзаработать, и по указанию оператора получал свертки с наркотиком, который уже был фасован в пакетиках с застежкой зиплок (было указано, что они по 0,5 гр.), затем раскладывал пакетики. Наркотики были в виде порошка разных цветов. Оператор, который вел с ним переписку в программе "&lt;данные изъяты&gt; определял, в каких районах г. Липецка или городах области надо раскладывать закладки. Закладки он делал в г. Грязи, ФИО5, ФИО2. За это время он успел забрать около 10 раз оптовые закладки (в них было по 20-50 пакетиков) и разложить их. После того, как он забирал оптовую партию, он ее сразу раскладывал, домой наркотики не привозил. За каждую закладку он получал 250 рублей, деньги ему переводили на киви-кошелек, а с него - на банковскую карту. Зарплату получал 2 раза в неделю. За все время он получил около 100000 рублей. Адреса закладок он отправлял оператору под ником "&lt;данные изъяты&gt;". На работу его брал человек под ником "&lt;данные изъяты&gt;". Последний раз он 10 октября 2017 г. поехал за новой партией наркотика, забрав который, он на ул. Ангарской был задержан сотрудниками полиции. Данный наркотик (последний раз было 80 пакетиков) он также намеревался разложить посредством размещения закладок. При задержании у него изъяли телефон, в котором оставалась переписка с оператором. Раскаивается в содеянном. Помимо признательных показаний, вина ФИО1 подтверждается исследованными в судебном заседании доказательствами. Свидетель Свидетель №12 показал, что 10-11 октября 2017 г. в ходе проведения оперативно-профилактического мероприятия они в лесополосе на &lt;адрес&gt; увидели стоявший автомобиль "ВАЗ - 2112" №, дверь автомобиля была открыта, недалеко от автомобиля в лесополосе что-то искал, нагнувшись мужчина, которым оказался ФИО1. Что-то подняв с земли, он направился к своему автомобилю, быстро сел в него и резко поехал. Он с Свидетель №13 и сотрудниками спецназа поехали за его автомобилем, догнали и на перекрестке перекрыли тому дорогу. После этого водитель ФИО1 был задержан по подозрению в употреблении и хранении наркотических средств, на место была вызвана опергруппа, которая провела осмотр автомобиля, и в нем был обнаружен сверток с 50-70 пакетиками, а также пачка из-под сигарет с 1 или 2 пакетиками. Все было изъято. В автомобиле также находился пассажир, который из машины не выходил. Затем ФИО1 был доставлен в дежурную часть ОП № 2. ФИО1 пояснял, что работает закладчиком, в указанное место прибыл поднять закладку по указанию оператора, чтобы затем разложить закладки в Ельце или ФИО3, а адреса размещенных закладок сообщить оператору, и получить за это деньги. Свидетель Свидетель №13 на следствии (&lt;данные изъяты&gt;) дал аналогичные показания об обстоятельствах задержания ФИО1 в районе пересечения ул. Ангарская и переулка Малый, где в лесополосе стоял автомобиль, а недалеко от машины под деревом что-то искал неизвестный мужчина. Когда он с Свидетель №12 остановились и пошли в сторону этого мужчины, он увидев их, сел в машину. Они крикнули ему остановиться, однако тот сел в автомобиль и быстро поехал, они его не догнали, поэтому они сели в свой автомобиль и поехали за ним, а потом преградили дорогу своим автомобилем, ФИО1 был задержан, а затем доставлен в отдел полиции. Автомобиль ФИО1 был осмотрен. Свидетель Свидетель №11 на следствии &lt;данные изъяты&gt;) показал, что для личного употребления покупал наркотики «соль» в интернет-магазине «Яна&lt;данные изъяты&gt;» у оператора &lt;данные изъяты&gt;». Для этого он установил программу «&lt;данные изъяты&gt;», где какому-то лицу писал сообщение, после которого приходил прайс-лист с расценками, например спайс – &lt;данные изъяты&gt;, также можно было выбрать город в Липецкой области. После выбора наркотика приходил ответ с номером киви-кошелька, на который требовалось перечислить деньги, через некоторое время приходило сообщение с адресом закладки. В 2016 г. он познакомился со ФИО1, от которого ему стало известно, что он работает на указанный интернет-магазин и занимается «закладками» наркотиков. ФИО1 ему показывал в планшете свою переписку с оператором, в которой указывались адреса оптовых закладок, которые ФИО1 забирал, а затем писал адреса сделанных им закладок. Смагин делал закладки в Грязях, ФИО5, ФИО2, получал за закладку 250 – 300 рублей, иногда он (Свидетель №11) ездил с ним за компанию. 10.10.2017 г. он на улице увидел ФИО1, которого попросил довезти до центра. ФИО1 согласился, при этом сказал, что сначала ему надо заехать в район ФИО4. Они поехали туда, по дороге ФИО1 сказал, что должен забрать оптовую закладку и разложить пакетики. Не доехав до магазина «Аршин», ФИО1 вышел из машины, с земли поднял целлофановый пакет, с которым вернулся в машину. Примерно через 50-100 метров их подрезал другой автомобиль, и они были задержаны. Свидетель ФИО6 показал, что участвовал в качестве понятого вместе с другим понятым при обыске автомобиля в районе магазина "Аршин". Из машины изымались свертки, составлялся протокол, в котором все было указано правильно. Свидетель ФИО6 подтвердил свои показания на следствии &lt;данные изъяты&gt;) о том, что участвовал в качестве понятого и видел, как с коврика за водительским сиденьем был изъят сверток, похожий на шар, обмотанный скотчем. Специалист развернул его и обнаружил 2 полимерных пакета, в каждом из которых находилось 40 пакетиков со светлым веществом. Все пакетики были упакованы и опечатаны. При изъятии пакетиков ФИО1 пояснял, что должен был развести эти пакетики и разложить в разные места. Также в автомобиле была обнаружена тетрадь, в которую со слов ФИО1 он записывал адреса, куда должен был развозить пакетики с веществом. Также обнаружена пачка из-под сигарет с 2 пакетиками с веществом светлого цвета. Свидетель Свидетель №17 на следствии &lt;данные изъяты&gt;) дал показания, аналогичные показаниям свидетеля ФИО7 Свидетель Свидетель №10 показал, что весной 2017 г. участвовал понятым и видел, как на улице за забором их дома на улице Островского г. Грязи в районе столба сотрудники полиции, осветив фонариком, из сухостоя достали свернутый предмет (в виде трубки либо изоленты). Данный предмет был изъят, помещен в конверт и опечатан. Вторым понятым была его соседка. Свидетель Свидетель №10 подтвердил свои показания на следствии &lt;данные изъяты&gt; о том, что понятым он участвовал 10 октября 2017 г. и видел, как под столбом линии электропередачи был обнаружен и изъят сверток изоленты с веществом. Свидетели Свидетель №4, Свидетель №5, Свидетель №6, Свидетель №7, Свидетель №8, Свидетель №9 на следствии &lt;данные изъяты&gt; подтвердили факт своего участия в качестве понятых при осмотре места происшествия в г. ФИО5, в ходе которых в разных участках города на земле были обнаружены и изъяты свертки из изоленты. Свидетель Свидетель №18 (супруга подсудимого) на следствии &lt;данные изъяты&gt; показала, что в связи с тяжелым материальным положением ФИО1 решил устроиться закладчиком наркотических средств. Ей известно, что муж написал через интернет-приложение «&lt;данные изъяты&gt;» в интернет-магазин «&lt;данные изъяты&gt;», затем по их указанию он отправил фотоизображение паспорта. ФИО1 зарегистрировался в приложении как &lt;данные изъяты&gt;, должен был забирать закладки по указанию оператора, а затем развозить их по разным местам, за каждую закладку предназначалась зарплата 250-300 рублей. ФИО1 не успевал делать необходимое количество закладок, поэтому попросил ее помочь. ФИО1 забирал закладки с наркотиком, раскладывал закладки, места закладок фотографировал на свой телефон. А она должна была описывать адреса в текстовом сообщении и прикреплять к каждому адресу фотографию. Сделанные ею сообщения адреса с закладками ФИО1 отправлял оператору «&lt;данные изъяты&gt;». Ей известно, что Смагин делал закладки в Липецке, Задонске, ФИО2 и ФИО5. Зарплата ему поступала на киви-кошелек. Свидетель Свидетель №3 на следствии (&lt;данные изъяты&gt;) показал, что для употребления он заказывал наркотики через интернет-магазин &lt;данные изъяты&gt;» и забирал их через закладки в разных районах города. Для их покупки он выходил на сайт «&lt;данные изъяты&gt;», выбирал прайс-лист, выбирал конкретный город в Липецкой области, затем выбирал конкретный вид наркотика, после чего появлялся киви-кошелек, на который требовалось перевести деньги. После перевода денег в течение 2-3 минут приходило смс-сообщение о поступлении денег и оплате заказа, после чего высвечивался адрес закладки с наркотиком, на который он выезжал и забирал наркотик. Свидетели ФИО8, Свидетель №15 в суде, свидетели ФИО9, ФИО10, Свидетель №2, Свидетель №1 на следствии показали об обстоятельствах проведения оперативных мероприятий, обыска, задержания ФИО12 и Свидетель №14, уголовные дела в отношении которых выделены в отдельное производство. Вина подсудимого также подтверждается письменными материалами дела: - рапортом оперуполномоченного Свидетель №13 от 10.10.2017 г. о том, что им совместно с Свидетель №12 и сотрудниками ОСН «&lt;данные изъяты&gt;» 10.10.2017 г. около 12.30 часов у перекрестка автодорог в районе магазина «Аршин» по адресу: &lt;...&gt;, по подозрению в совершении правонарушений, предусмотренных ст. 6.8 , 6.9 КоАП РФ, был задержан и доставлен в ОП № 2 ФИО1 и Свидетель №11 (т.2 л.д. 51) - протоколом осмотра места происшествия от 10.10.2017 г. – автомобиля «ВАЗ - 21120» госномер &lt;данные изъяты&gt;, находящегося на участке местности в 150 метрах от дома 33 по ул. Ангарской г. Липецка, в ходе которого на заднем коврике обнаружен сверток, завернутый в черный целлофановый прозрачный пакет, в котором находятся 2 упакованные в белую липкую ленту свертки поменьше. В каждом из свертков обнаружено по 40 прозрачных пакетов с веществом белого цвета, которые изъяты, упакованы и опечатаны. С заднего сиденья автомобиля изъята тетрадь зеленого цвета. На переднем сиденье автомобиля обнаружена и изъята пачка из-под сигарет, в которой имелись 2 прозрачных пакетика с веществом белого и зеленоватого цвета (&lt;данные изъяты&gt; - заключением эксперта от 13.11.2017 г., которым установлено, что представленные на исследование порошкообразные вещества в 82 пакетиках, изъятых в ходе осмотра места происшествия – автомобиля «ВАЗ - 21120» госномер &lt;данные изъяты&gt;, являются наркотическим средством – смесью, содержащей ?-пирролидиновалерофенон (PVP, ?-PVP, 1-фенил-2-пирролидин-1-илпентан-1-он), которое является производным наркотического средства N-метилэфедрон, общей массой согласно справкам об исследовании 17,83 гр. &lt;данные изъяты&gt; - протоколом об административном задержании от 10.10.2017 г., согласно которому ФИО1 доставлен в ОП № 2 в 15.30 часов 10.10.2017 г., у него изъяты планшет «iPad» в корпусе серого цвета и сотовый телефон «iPhone5S», которые упакованы и опечатаны &lt;данные изъяты&gt; - актом медицинского освидетельствования на состояние опьянения, &lt;данные изъяты&gt; - актом врачебного исследования &lt;данные изъяты&gt; - протоколом осмотра места происшествия от 10.10.2017 г. – участка местности у &lt;адрес&gt;, на котором в траве обнаружен сверток черной изоленты с веществом внутри &lt;данные изъяты&gt; - заключением эксперта, которым установлено, что вещество, представленное на исследование, является смесью, содержащей ?-пирролидиновалерофенон (PVP, ?-PVP, 1-фенил-2-пирролидин-1-илпентан-1-он), которое является производным наркотического средства N-метилэфедрон, массой 0, 21 гр. (согласно справке об исследовании масса смеси составляла 0,23 гр. (&lt;данные изъяты&gt; - протоколами осмотра места происшествия от 11 октября 2017 г. (&lt;данные изъяты&gt;) - участков местности в г. ФИО5, где у &lt;адрес&gt; по &lt;адрес&gt;, &lt;адрес&gt;, &lt;адрес&gt;&lt;адрес&gt; обнаружены на каждом месте по одному свертку из черной изоленты с веществом, которое по заключению эксперта (&lt;данные изъяты&gt;) является смесью, содержащей ?-пирролидиновалерофенон (PVP, ?-PVP, 1-фенил-2-пирролидин-1-илпентан-1-он) производное N-метилэфедрон, масса смеси составила 0,19 гр., 0,26гр., 0,16 гр., 0,20 гр., 0,14 гр., 0,09 гр., 0,16 гр, 0,24 гр., 0,37 гр., 0,31 гр. (по справкам об исследовании масса составляла 0,20 гр., 0,09 гр., 0,16 гр., 0,31 гр., 0,24 гр., 0,16 гр., 0,37 гр., 0,26 гр. (&lt;данные изъяты&gt; - материалами ОРД: постановлением о представлении результатов ОРД следователю от 27 марта 2018 г. (&lt;данные изъяты&gt; - актом просмотра диска с результатами ОРМ, в ходе которого при просмотре диска обнаружены 3 папки, в папке «Видео-1» имеется 6 видео с комментариями по трудоустройству в интернет-магазин «&lt;данные изъяты&gt;», в папке «Скриншот» имеется 196 фотографий, полученные с канала «&lt;данные изъяты&gt;» в мессенджере «&lt;данные изъяты&gt;» о предложении наркотиков, в папке «фото» имеется 48 фотоизображений, полученные с канала «&lt;данные изъяты&gt;» о лицах, желающих работать на интернет-магазин «&lt;данные изъяты&gt;» (&lt;данные изъяты&gt; - актом о проведении ОРМ «&lt;данные изъяты&gt;», согласно которому оперуполномоченным Свидетель №13 посредством стационарного компьютера осуществлен выход в Интернет, в результате которого установлено, что в электронном мессенджере «&lt;данные изъяты&gt;» в открытом доступе имеется канал &lt;данные изъяты&gt;», на котором выложены фото и видеоизображения, возможно подтверждающие причастность ФИО1 и иных членов преступной группы под условным названием «&lt;данные изъяты&gt;» к сбыту наркотических средств синтетического происхождения с использованием сети Интернет посредством системы закладок на территории Липецкой области (&lt;данные изъяты&gt; - протоколом осмотра предметов (документов), в том числе банковских карт на имя ФИО1, и выписки расчетов по его банковским картам, согласно которой зафиксировано неоднократное поступление денежных средств на киви-кошелек (&lt;данные изъяты&gt; - протоколами осмотра предметов, в том числе тетради, изъятой из автомобиля «ВАЗ- 21120» в ходе осмотра места происшествия, автомобиля «ВАЗ-21120» госномер &lt;данные изъяты&gt; - постановлениями о признании и приобщении к делу вещественных доказательств &lt;данные изъяты&gt; - протоколом осмотра предметов (&lt;данные изъяты&gt; – изъятых у ФИО1 сотового телефона «айфон 5» и планшета «айпэд», при включении которых обнаружена переписка с лицами, имеющими ники «&lt;данные изъяты&gt;», «&lt;данные изъяты&gt;» и др., касающаяся знакомства и устройства на работу (направления ФИО1 фото своего паспорта, получения для заполнения анкеты (&lt;данные изъяты&gt;)), решения вопросов заработной платы (2 раза в неделю, после того, как адреса будут скинуты, 250-300 рублей за закладку (&lt;данные изъяты&gt;)), получения адресов больших закладок, которые надо забрать с указанием вида наркотика и количества пакетиков, в том числе адресов по ул. 50 лет НЛМК г. Липецка &lt;данные изъяты&gt;), заданий разложить закладки в конкретном районе города – Советском, Левобережном, Правобережном, а также в городах Лебедянь, ФИО2, Грязи и перечислении адресов сделанных закладок &lt;данные изъяты&gt;), а также большое количество фотоизображений с указанием на некоторых из них стрелками мест закладок. - протоколами проверки показаний на месте ФИО1, который на месте в г. Грязи и г. ФИО5 показал и рассказал, как и где размещал закладки с наркотическими средствами. ФИО1 также указал места на ул. 50 лет НЛМК г. Липецка, где он 6 и 8 октября 2017 г. забирал оптовые закладки, а также указал место у &lt;адрес&gt; по пер. Малый &lt;адрес&gt;, где он 10.10.2017 г. забрал закладку с наркотиками, которые должен был разложить в г. ФИО2, но был задержан сотрудниками полиции &lt;данные изъяты&gt;), - другими материалами дела. По заключению судебно-психиатрической комиссии экспертов &lt;данные изъяты&gt; Учитывая заключение судебно-психиатрической комиссии экспертов, в объективности которого у суда оснований сомневаться не имеется, суд признает ФИО1 вменяемым. Оценив все доказательства по делу в их совокупности, суд считает вину ФИО1 полностью доказанной. Суд квалифицирует действия ФИО1 по ст. 228.1 ч. 4 п. «а» УК РФ, как незаконный сбыт наркотических средств с использованием информационно-телекоммуникационных сетей (включая сеть «Интернет»), организованной группой, в значительном размере; по ст. 228.1 ч.4 п. «а, г» УК РФ, как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а также по ст. ч.3, ст. 228.1 ч.4 п. "а, г" УК РФ, как покушение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при этом преступление не было доведено до конца по независящим от этого лица обстоятельствам. Поскольку ФИО1, реализуя преступный умысел, направленный на незаконный сбыт наркотических средств, в составе организованной группы, совершил умышленные действия, направленные на распространение наркотических средств, используя при этом информационно-телекоммуникационную сеть (сеть «Интернет»). При этом ФИО1 совершил 2 оконченных преступления – незаконных сбыта наркотических средств в значительном и крупном размере. Поскольку он 06.10.2017 г., забрав закладку с наркотическим средством, полностью разложил полученную партию наркотиков и направил адреса закладок оператору для последующей передачи их покупателям, в дальнейшем 08.10.2017 г. получил новую партию наркотического средства, которую также посредством закладок полностью разложил в г. ФИО5 и сообщил адреса закладок оператору. Тем самым он выполнил все необходимые действия по передаче приобретателю указанных наркотических средств, поэтому его действия содержат оконченные составы преступлений. Одно из преступлений – 10 октября 2017 г. - им не было доведено до конца по независящим от него обстоятельствам – вследствие его задержания сотрудниками полиции после получения очередной партии наркотических средств, предназначавшихся для их последующей реализации, которые были изъяты. Квалифицирующий признак незаконного сбыта «с использованием информационно-телекоммуникационной сети (включая сеть «Интернет»), полностью установлен, поскольку подсудимый совершал умышленные действия, направленные на сбыт наркотических средств исключительно посредством интернета, используя сотовой телефон с установленной в нем программой персональной связи «&lt;данные изъяты&gt;» в сети «Интернет». Квалифицирующий признак незаконного сбыта наркотических средств – в крупном размере, а также в значительном размере - подлежит вменению подсудимому в зависимости от того, к какому размеру наркотических средств в соответствии с постановлением Правительства РФ № 1002 от 01.10.2012 г. относится вес установленных заключениями экспертиз наркотических средств по каждому преступлению. При этом ФИО1 также предъявлено обвинение в размещении им двух закладок в районе &lt;адрес&gt; (закладка с наркотическим средством – смесью общей массой 0,19 грамма, содержащей ?-пирролидиновалерофенон (PVP, ?-PVP, 1-фенил-2-пирролидин-1-илпентан-1-он), и в районе &lt;адрес&gt; (закладка с тем же наркотическим средством общей массой 0, 14 гр. ). Вместе с тем суд исключает из обвинения ФИО1 размещение им указанных закладок, поскольку вес наркотического средства в указанных закладках установлен неверно. Согласно справке об исследовании № 2978 от 11.10.2017 г. (&lt;данные изъяты&gt;) вещество, представленное на исследование, обнаруженное около &lt;адрес&gt;, является наркотическим средством – смесью, содержащей ?-пирролидиновалерофенон (PVP, ?-PVP, 1-фенил-2-пирролидин-1-илпентан-1-он), масса смеси составила 0,14 гр., что противоречит данным, указанным в обвинении, относительно веса указанного наркотического средства – 0,19 гр. Согласно справке об исследовании № 2967 от 11.10.2017 г. (т. 2 л.д. 102, т. 4 л.д. 23) вещество, представленное на исследование, обнаруженное около забора &lt;адрес&gt;, является наркотическим средством – смесью, содержащей ?-пирролидиновалерофенон (PVP, ?-PVP, 1-фенил-2-пирролидин-1-илпентан-1-он), масса смеси составила 0,19 гр., что противоречит данным, указанным в обвинении, относительно веса указанного наркотического средства – 0,14 гр. Квалифицирующий признак незаконного сбыта наркотических средств «организованной группой» установлен полностью, поскольку ФИО1 совершил преступления, являясь участником устойчивой группы лиц, заранее объединившихся для совместного совершения преступлений в сфере незаконного оборота наркотических средств. Организованная группа, в которую вошел ФИО1, отличалась иерархичностью и структурированностью, включала в себя несколько звеньев, а именно звено кураторов (в частности, неустановленного следствием лица под ником «&lt;данные изъяты&gt;»), которые координировали действия остальных звеньев – «операторов» (в данном случае неустановленного лица под ником «&lt;данные изъяты&gt;») и «закладчиков» (к которым относился ФИО1). Между указанными звеньями были четко распределены функциональные обязанности, были определены функции каждого из них, в строгой согласованности между собой при их взаимодействии, дисциплины иерархического подчинения. Организованная группа отличалась разработкой и применением специальных мер защиты от разоблачения, соблюдением мер конспирации, а их взаимодействие между собой строилось исключительно на дистанционном, виртуальном общении, посредством сети «Интернет», без непосредственных визуальных контактов. При этом все участники использовали программы персональной связи, приложений для защищенных переговоров, обменов сообщениями, фотографиями и видео конфиденциального характера, участники регистрировались в указанных программах исключительно под псевдонимами – никами (никнеймами). Передача наркотических средств производилась исключительно дистанционным способом – путем оставления их в тайниках (закладках), денежное вознаграждение участникам переводилось безналичным переводом денежных средств через киви-кошельки. Организованная группа характеризовалась устойчивостью, сплоченностью, специализацией преступной деятельности (сбытом производных наркотического средства – N-метилэфедрона), была создана и направлена на систематическое извлечение прибыли от совершения особо тяжких преступлений в сфере незаконного оборота наркотических средств, распределение доходов осуществлялось организованно и по определенной отлаженной схеме. Действия участников всех звеньев данной группы были направлены на достижение единой общей цели – распространение наркотических средств и получение дохода от незаконной преступной деятельности. Таким образом, вина подсудимого установлена полностью. Нарушений уголовно-процессуального закона, влекущих признание собранных по делу доказательств недопустимыми, судом установлено не было. При назначении наказания суд учитывает характер и степень общественной опасности совершенных преступлений, личность виновного, смягчающие наказание обстоятельства, влияние назначенного наказания на его исправление и условия жизни семьи. ФИО1 впервые привлекается к уголовной ответственности, совершил 3 умышленных преступления, отнесенные к категории особо тяжких, одно из которых является неоконченным, на учете у нарколога и психиатра не состоит, по месту жительства характеризуется удовлетворительно, по месту работы, военной службы, а также соседями, церковнослужителем - положительно &lt;данные изъяты&gt; Смягчающими наказание обстоятельствами суд признает признание вины, раскаяние в содеянном, активное способствование раскрытию и расследованию преступлений, наличие несовершеннолетнего ребенка &lt;данные изъяты&gt;., состояние здоровья подсудимого и его родственников &lt;данные изъяты&gt; Отягчающих наказание обстоятельств не установлено. С учетом фактических обстоятельств преступлений и степени их общественной опасности суд не находит оснований для изменения категории преступлений на менее тяжкую в соответствии со ст. ч.6 УК РФ. Учитывая характер и степень общественной опасности совершенных преступлений, данные о личности виновного, в том числе вышеизложенные обстоятельства, суд полагает, что цели наказания - восстановление социальной справедливости, исправление подсудимого и предупреждение совершения им новых преступлений - будут достигнуты при назначении наказания в виде лишения свободы. При этом при назначении наказания суд учитывает положения ст. ч. 1 УК РФ. Кроме того, при назначении наказания по ст. ч.3, ст. 228.1 ч.4 п. «а, г» УК РФ суд применяет правила ст. ч.3 УК РФ. При этом установленные судом смягчающие обстоятельства, в том числе признание вины как на следствии, так и в суде, активное способствование раскрытию и расследованию преступлений, его семейное положение, наличие ребенка и жены, &lt;данные изъяты&gt;, суд полагает возможным признать исключительными и назначить ФИО1 наказание с применением ст. 64 УК РФ - ниже низшего предела, предусмотренного санкцией статьи 228.1 ч.4 УК РФ. Основания для применения ст. 73 УК РФ отсутствуют. Оснований для назначения дополнительных видов наказания суд не находит. На основании ст. ч. 1 п. «в» УК РФ отбывание лишения свободы мужчинам, осужденным к лишению свободы за совершение особо тяжких преступлений, ранее не отбывавшим лишение свободы, назначается в исправительных колониях строгого режима. Поскольку суд назначает ФИО1 наказание в виде лишения свободы, ему следует изменить меру пресечения на заключение под стражу, взяв под стражу в зале суда. Поскольку ФИО1 11 октября 2017 г. был задержан в порядке ст. - 92 УПК РФ , постановлением суда от 12 октября 2017 г. ему избиралась мера пресечения в виде домашнего ареста, которая была изменена 08 декабря 2017 г. на подписку о невыезде и надлежащем поведении (&lt;данные изъяты&gt;), данный период времени подлежит зачету в срок отбывания наказания в виде лишения свободы. В ходе предварительного расследования защиту интересов ФИО1 осуществлял адвокат Авдеев П.А., которому на основании постановления (т. 8 л.д. 86) из средств федерального бюджета взыскана денежная сумма в размере 2750 рублей за защиту интересов ФИО1 на стадии следствия. В соответствии со ст. , 132 УПК РФ суммы, выплачиваемые адвокату за оказание им юридической помощи в случае участия адвоката по назначению, относятся к процессуальным издержкам, и возмещаются за счет средств федерального бюджета либо средств участников уголовного судопроизводства. Суд вправе взыскать с осужденного процессуальные издержки. Суд не находит оснований для освобождения ФИО1 от уплаты процессуальных издержек в соответствии со ст. ч.6 УПК РФ. На основании изложенного, руководствуясь ст. - 309 УПК РФ , П Р И Г О В О Р И Л: ФИО1 признать виновным в совершении преступления, предусмотренного ст. 228.1 ч. 4 п. «а» УК РФ, и назначить ему наказание с применением ст. 64 УК РФ в виде 4 лет лишения свободы. ФИО1 признать виновным в совершении преступления, предусмотренного ст. 228.1 ч.4 п. "а, г" УК РФ, и назначить ему наказание с применением ст. 64 УК РФ в виде 5 лет лишения свободы. ФИО1 признать виновным в совершении преступления, предусмотренного ст. ч.3, ст. 228.1 ч.4 п. "а, г" УК РФ, и назначить ему наказание с применением ст. 64 УК РФ в виде 4 лет 6 месяцев лишения свободы. В соответствии со ст. ч. 3 УК РФ по совокупности преступлений путем частичного сложения назначенных наказаний назначить ФИО1 окончательное наказание в виде 5 лет 6 месяцев лишения свободы с отбыванием в исправительной колонии строгого режима. Меру пресечения ФИО1 в виде подписки о невыезде и надлежащем поведении изменить на заключение под стражу, взять под стражу в зале суда. Срок наказания исчислять с 24 января 2019 года. Зачесть в срок отбытия наказания время задержания и нахождения под домашним арестом с 11 октября 2017 г. по 08 декабря 2017 г. Взыскать со ФИО1 процессуальные издержки в пользу федерального бюджета в сумме 2750 рублей. Вещественные доказательства: CD-R диск со сведениями о движении денежных средств по счету электронного кошелька ФИО1 – оставить в уголовном деле. Изъятые из автомобиля и в ходе осмотра места происшествия тетрадь с записями, полимерные пакетики с наркотическими средствами массой 0,13 гр., 0,17 гр., 0,11 гр., 0,23 гр., 0,06 гр., 0,13 гр., 0,21 гр., 0, 34 гр.,0,28 гр., 0,16 гр., 0,19 гр., свертки с 40 пакетиками в каждом общим весом 3,49 гр. и 4,2 гр., пачка сигарет, пакетик с веществом массой 0,39 гр., - хранящиеся в камере хранения наркотических средств и психотропных веществ СУ УМВД России по Липецкой области, - уничтожить. Автомобиль «ВАЗ - 21120» госномер &lt;данные изъяты&gt;, возвращенный ФИО1, оставить ему же. Сотовый телефон «iPhone5S», сим-карту оператора связи «Билайн», планшет «iPad», хранящиеся в камере хранения вещественных доказательств УМВД России по Липецкой области, - возвратить ФИО1 Приговор может быть обжалован в апелляционном порядке в Липецкий областной суд через Октябрьский районный суд в течение 10 суток со дня провозглашения приговора,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 Октябрьский районный суд г. Липецка (Липецкая область) (подробнее) Судьи дела: Кузнецова Л.В. (судья) (подробнее) Последние документы по делу: Приговор от 23 января 2019 г. по делу № 1-293/2018 Приговор от 28 октября 2018 г. по делу № 1-293/2018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