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Спасск-Дальний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