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два раза в месяц в ОВД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пребывания вне жилого или иного помещения, являющегося местом жительства в период, с 23:00 часов до 06:00 часов за исключениями трудовой деятельности. На учете в отделе МВД России по &lt;адрес&gt; состоит с ДД.ММ.ГГГГ, со дня прибытия по избранному месту жительства после освобождения из мест лишения свободы. При постановке на учет, а также в дальнейшем, с ФИО1 неоднократно проводилась разъяснительная работа, то есть он был ознакомлен с решением Приволжского районного суда РТ об установлении в отношений него административного надзора, об ответственности за неисполнение установленных в отношении него административных ограничений, а также возможности установления дополнительных административных ограничений. Однако, несмотря на неоднократные предупреждения, с момента установления в отношений него административного надзора и постановки на учет, им были допущены следующие административные правонарушения и преступления: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01:10 час. при проверке по месту жительства не находился у себя дома, тем самым нарушил установленное в отношении него административное ограничение в виде запрещения пребывания вне Жилого помещения, являющегося местом жительства в период с 23.00 часов до 06.00часов. По данному факту ДД.ММ.ГГГГ в отношении него был составлен административный протокол № по ст. 19.24 ч.1 КоАП РФ. Постановлением мирового судьи СУ № по &lt;данные изъяты&gt; от ДД.ММ.ГГГГ назначено наказание в виде административного штрафа в размере 1000 (одна тысяча)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01:20 час. при проверке по месту жительства не находился у себя дома, тем самым нарушил установленное в отношении него административное ограничение в виде запрещения пребывания вне жилого помещения, являющеюся местом жительства в период с 23.00 часов до 06.00 часов. По данному факту ДД.ММ.ГГГГ в отношении него был составлен административный протокол № по ст. 19.24 ч.3 КоАП РФ. Постановлением мирового судьи СУ № по &lt;данные изъяты&gt; от ДД.ММ.ГГГГ назначено наказание в виде обязательных работ сроком на 20 часов.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23:12 час. при проверке по месту жительства не находился у себя дома, тем самым нарушил установленное в отношений него административное ограничение в виде запрещения пребывания вне жилого помещения, являющегося местом жительства в период с 23.00 часов до 06.00 часов. По данному факту в отношении него был составлен административный протокол № по ст. 19.24 ч.3 КоАП РФ. Постановлением мирового судьи СУ№ по &lt;данные изъяты&gt; от ДД.ММ.ГГГГ назначено наказание в виде административного ареста сроком на 10 (десять)суток.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23:28 час. при проверке по месту жительства не находился у себя дома, тем самым нарушил установленное в отношении него административное ограничение в виде запрещения пребывания вне жилого помещения, являющегося местом жительства в период с 23.00 часов до 06.00 часов. По данному факту в отношении него был составлен административный протокол № по ст. 19.24 ч.3 КоАП РФ. Постановлением мирового судьи СУ № по &lt;данные изъяты&gt; от ДД.ММ.ГГГГ назначено наказание в виде административного ареста сроком на 10 (десять)суток. Просит суд установить ФИО1 дополнительные административные ограничения. ФИО1 на судебное заседание явился, с иском согласен. Представитель административного истца ОМВД России по &lt;адрес&gt; ФИО3 в судебном заседании поддержала заявленные требования. Буинский городской прокурор РТ ФИО4 в судебном заседании полагал возможным удовлетворить заявление в полном объеме. Выслушав представителя истца, ответчика, прокурора, исследовав материалы в их совокупности, суд считает заявление по делу об установлении дополнительных административных ограничений подлежащим удовлетворению по следующим основаниям. В соответствии с п.5. ч.3. ст. 1 КАС РФ суды в порядке, предусмотренном настоящим Кодексом, рассматривают и разрешают подведомственные им административные дела о защите нарушенных или оспариваемых прав, свобод и законных интересов граждан, прав и законных интересов организаций, возникающие из административных и иных публичных правоотношений, в том числе административные дела об установлении, о продлении, досрочном прекращении административного надзора, а также о частичной отмене или дополнении ранее установленных поднадзорному лицу административных ограничений (далее также - административные дела об административном надзоре за лицами, освобожденными из мест лишения свободы). ФИО1, ДД.ММ.ГГГГ года рождения был осужден Приговором &lt;данные изъяты&gt; от ДД.ММ.ГГГГ ФИО1 осужден по ч. &lt;данные изъяты&gt; УК РФ к &lt;данные изъяты&gt; месяцам лишения свободы. На основании ст. 73 УК РФ осужден условно с испытательным сроком на &lt;данные изъяты&gt; месяцев. Постановлением Буинского городского суда Республики Татарстан от ДД.ММ.ГГГГ по приговору Буинского городского суда Республики Татарстан от ДД.ММ.ГГГГ возложена дополнительная обязанность -«не посещать места, в которых производится реализация алкогольных напитков в разлив» и продлен испытательный срок по приговору на 1 (один) месяц. Постановлением &lt;данные изъяты&gt; от ДД.ММ.ГГГГ условное осуждение по приговору &lt;данные изъяты&gt; от ДД.ММ.ГГГГ ФИО1 отменено и он направлен для отбывания наказания в исправительную колонию строгого режима сроком на &lt;данные изъяты&gt; месяцев. ДД.ММ.ГГГГ &lt;данные изъяты&gt; вынесено апелляционное постановление согласно которого апелляционная жалоба осужденного ФИО1 оставлена без удовлетворения, постановление &lt;данные изъяты&gt; от ДД.ММ.ГГГГ оставлено без изменения. Отбывал наказание в период с ДД.ММ.ГГГГ по ДД.ММ.ГГГГ. Освободился из &lt;данные изъяты&gt; по отбытии срока наказания. По инициативе начальника &lt;данные изъяты&gt;&lt;адрес&gt; Республики Татарстан от ДД.ММ.ГГГГ, в отношении ФИО1 был установлен административный надзор сроком до погашений судимости по приговору Буинского городского суда Республики Татарстан от ДД.ММ.ГГГГ, с определением двух административных ограничений: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Обязательная явка два раза в месяц в ОВД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Запрещение пребывания вне жилого или иного помещения, являющегося местом жительства в период, с 23:00 часов до 06:00 часов за исключениями трудовой деятельности. На учете в отделе МВД России по &lt;адрес&gt; состоит с ДД.ММ.ГГГГ, со дня прибытия по избранному месту жительства после освобождения из мест лишения свободы. В соответствии с ч.3 ст. 4 Федерального закона РФ от ДД.ММ.ГГГГ №64-ФЗ «Об административном надзоре за лицами, освобожденными из мест лишения свободы» суд в течение срока административного надзора на основании заявления ОВД с учетом сведений об образе жизни и о поведении поднадзорного лица, а также о соблюдении им административных ограничений может дополнить ранее установленные поднадзорному лицу административные ограничения. В силу ч.ч.1,2 ст. Федерального закона от 06.04.2011г. № 64-ФЗ «Об административном надзоре за лицами, освобожденными из мест лишения свободы,»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или пребывания для регистрации.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Согласно ч.ч.1,2 ст. 261.8 ГПК РФ суд, рассмотрев заявление по делу об административном надзоре, принимает решение об удовлетворении или отказе в удовлетворении соответствующего заявления. Суд, принимая решение об установлении или о продлении административного надзора, одновременно устанавливает и административные ограничения. Суд вправе установить одно или несколько административных ограничений. Судом установлено, что при постановке на учет, а также в дальнейшем, с ФИО1 неоднократно проводилась разъяснительная работа, то есть он был ознакомлен с решением &lt;данные изъяты&gt; об установлении в отношений него административного надзора, об ответственности за неисполнение установленных в отношении него административных ограничений, а также возможности установления дополнительных административных ограничений. Однако, несмотря на неоднократные предупреждения, с момента установления в отношений него административного надзора и постановки на учет, им были допущены следующие административные правонарушения и преступления: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01:10 час. при проверке по месту жительства не находился у себя дома, тем самым нарушил установленное в отношении него административное ограничение в виде запрещения пребывания вне Жилого помещения, являющегося местом жительства в период с 23.00 часов до 06.00часов. По данному факту ДД.ММ.ГГГГ в отношении него был составлен административный протокол № по ст. 19.24 ч.1 КоАП РФ. Постановлением мирового судьи СУ № по &lt;данные изъяты&gt; от ДД.ММ.ГГГГ назначено наказание в виде административного штрафа в размере 1000 (одна тысяча)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01:20 час. при проверке по месту жительства не находился у себя дома, тем самым нарушил установленное в отношении него административное ограничение в виде запрещения пребывания вне жилого помещения, являющеюся местом жительства в период с 23.00 часов до 06.00 часов. По данному факту ДД.ММ.ГГГГ в отношении него был составлен административный протокол № по ст. 19.24 ч.3 КоАП РФ. Постановлением мирового судьи СУ № по &lt;данные изъяты&gt; от ДД.ММ.ГГГГ назначено наказание в виде обязательных работ сроком на 20 часов.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ДД.ММ.ГГГГ в 23:12 час. при проверке по месту жительства не находился у себя дома, тем самым нарушил установленное в отношений него административное ограничение в виде запрещения пребывания вне жилого помещения, являющегося местом жительства в период с 23.00 часов до 06.00 часов. По данному факту в отношении него был составлен административный протокол № по ст. 19.24 ч.3 КоАП РФ. Постановлением мирового судьи СУ№ по &lt;данные изъяты&gt; от ДД.ММ.ГГГГ назначено наказание в виде административного ареста сроком на 10 (десять)суток.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ДД.ММ.ГГГГ в 23:28 час. при проверке по месту жительства не находился у себя дома, тем самым нарушил установленное в отношении него административное ограничение в виде запрещения пребывания вне жилого помещения, являющегося местом жительства в период с 23.00 часов до 06.00 часов. По данному факту в отношении него был составлен административный протокол № по ст. 19.24 ч.3 КоАП РФ. Постановлением мирового судьи СУ № по &lt;данные изъяты&gt; РТ от ДД.ММ.ГГГГ назначено наказание в виде административного ареста сроком на 10 (десять)суток. Состоит на профилактическом учете в отделе МВД России по &lt;адрес&gt; - как лицо, ранее судимое, формально подпадающее под административный надзор. Судимость за совершение преступления у ФИО1 не погашена, в период административного надзора административный ответчик нарушал установленные в отношении него ограничения и не исполнял возложенные на него обязанности в связи с чем имеются основания для установления в отношении дополнительных ограничений. На основании вышеизложенного суд считает, что в отношении ФИО1 следует установить следующие дополнительные административные ограничения: - Обязательная явка 4 раза в месяц, в орган внутренних дел по месту жительства для регистрации, в день определенный сотрудником ОВД. - Запрещение пребывания в определенных местах, а именно, для распития спиртных напитков (кафе, рестораны бары). - Запрещение выезда за пределы района по месту жительства или пребывания, без письменного разрешения ОВД. - Запрещение посещения мест проведения массовых и иных мероприятий и участия в указанных мероприятиях. - Запрещение пребывания вне жилого помещения, являющегося местом жительства либо пребывания, в период времени с 22 часов до 06 часов. Данные ограничения имеют своей целью предотвращение возможности совершения ФИО1 других уголовно наказуемых деяний, оказания на него индивидуального профилактического воздействия в целях защиты государственных и общественных интересов. Руководствуясь ст. ст. - 180 КАС РФ , суд р е ш и л: Административный иск Отдела Министерства внутренних дел Российской Федерации по &lt;адрес&gt; Республики Татарстан удовлетворить. Установить ФИО1 к ранее установленным административным ограничениям решением &lt;данные изъяты&gt;&lt;адрес&gt; от ДД.ММ.ГГГГ дополнительные ограничения в виде: - Обязательная явка 4 раза в месяц, в орган внутренних дел по месту жительства для регистрации, в день определенный сотрудником ОВД. - Запрещение пребывания в определенных местах, а именно, для распития спиртных напитков (кафе, рестораны бары). - Запрещение выезда за пределы района по месту жительства или пребывания, без письменного разрешения ОВД. - Запрещение посещения мест проведения массовых и иных мероприятий и участия в указанных мероприятиях. - Запрещение пребывания вне жилого помещения, являющегося местом жительства либо пребывания, в период времени с 22 часов до 06 часов. Решение может быть обжаловано в Верховный суд РТ в течение десяти дней со дня принятия судом решения. Судья: П.В. Романчук Справка: решение вступило в законную силу – «___» ________20__ г. Копия верна: судья- П.В. Романчук Суд: Буинский городской суд (Республика Татарстан ) (подробнее) Истцы: отдел МВД России по Буинскому району РТ (подробнее) Судьи дела: Романчук П.В. (судья) (подробнее) Последние документы по делу: Решение от 2 сентября 2019 г. по делу № 2А-160/2019 Решение от 3 июля 2019 г. по делу № 2А-160/2019 Решение от 24 января 2019 г. по делу № 2А-160/2019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