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Тверь</w:t>
      </w:r>
    </w:p>
    <w:p>
      <w:pPr>
        <w:spacing w:after="200"/>
        <w:jc w:val="center"/>
      </w:pPr>
      <w:r>
        <w:rPr>
          <w:rFonts w:ascii="Times New Roman" w:hAnsi="Times New Roman" w:eastAsia="Times New Roman" w:cs="Times New Roman"/>
          <w:b w:val="0"/>
          <w:i w:val="0"/>
          <w:sz w:val="22"/>
        </w:rPr>
        <w:t>24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времени с 18 марта 2018 года по 24 марта 2018 года ФИО8 находился на своем рабочем месте в офисе ПАО «ВымпелКом» по адресу: ул. Новоторжская, д. 29, где у него с целью незаконного обогащения за счет хищения денежных средств, принадлежащих ПАО «ВымпелКом», путем модификации компьютерной информации, возник прямой преступный умысел, направленный на неправомерный доступ к компьютерной информации. Реализуя свой прямой преступный умысел, действуя умышленно, из корыстной заинтересованности, ФИО8, используя свое служебное положение, то есть используя возможность доступа к компьютерной информации, возникшей в результате выполняемой работы, в неустановленное следствием время, но не позднее 18 часов 02 минут 18 марта 2018 года, находясь в офисе ПАО «ВымпелКом» по вышеуказанном адресу, желая, чтобы его действия не были замечены сотрудниками ПАО «ВымпелКом», под логином и паролем, не подозревающей о его преступных намерениях, специалиста офиса обслуживания и продаж ФИО2 («&lt;данные изъяты&gt;») вошел в программу «1C-Retail», которая используется для внесения изменений в список услуг и проведение абонентских операций с номерами клиентов ПАО «ВымпелКом», тем самым осуществив неправомерный доступ к охраняемой законом информации, где, не имея соответствующего заявления клиента, выбрал абонентский №, зарегистрированный на ФИО6 с целью проведения его модификации. Продолжая реализацию преступного умысла, ФИО8, осознавая, что данная информация охраняется Федеральным законом № 149-ФЗ, с целью последующего хищения денежных средств, осуществил обращение к личной карточке абонента ФИО6 с номером №, после чего в указанное время, находясь в указанном месте, произвел замену сим-карты на новую сим-карту, имеющуюся в офисе обслуживания и продаж ПАО «ВымпелКом», что повлекло модификацию в системе ПАО «ВымпелКом», в результате чего получил доступ к лицевому счету абонентского номера. Затем ФИО8 19 марта 2018 года, действуя с единым умыслом, не позднее 18 часов 44 минут, находясь в офисе ПАО «ВымпелКом» по адресу: ул. Новоторжская, д. 29 (в районе базовой станции, расположенной по адресу: ул. Советская, д. 38), вставил новую сим-карту с абонентским номером № в мобильный телефон с ИМЕЙ-кодом: №, с помощью которого через программу «Руру» осознавая, что не имеет права самостоятельно производить корректировку баланса указанного абонентского счета, осуществил корректировку (изменение) баланса счета указанного абонентского номера на сумму 4 050 рублей, путем перевода на свою банковскую карту, тем самым осуществил модификацию компьютерной информации. Далее, действуя с единым умыслом, продолжая свои преступные действия, ФИО8 в неустановленное следствием время, но не позднее 19 часов 11 минут 19 марта 2018 года, находясь в офисе ПАО «ВымпелКом» по адресу: ул. Новоторжская, д. 29, желая, чтобы его действия не были замечены сотрудниками ПАО «ВымпелКом» под логином и паролем, не подозревающего о его преступных намерениях специалиста офиса обслуживания и продаж ПАО «ВымпелКом» ФИО3 («&lt;данные изъяты&gt;») вошел в программу «lC-Retail», которая используется для внесения изменений в список услуг и проведение абонентских операций с номерами клиентов ПАО «ВымпелКом», тем самым осуществив неправомерный доступ к охраняемой законом информации, где, не имея соответствующего заявления клиента, выбрал абонентский номер №, зарегистрированный на ФИО6 с целью проведения его модификации. Продолжая реализовывать задуманное, ФИО8, осознавая, что данная информация охраняется Федеральным законом № 149-ФЗ, с целью последующего хищения денежных средств, осуществил обращение к личной карточке абонента ФИО6 с номером №. После чего в указанное время, находясь в указанном месте, произвел разблокировку указанного абонентского номера путем написания заявления от имени ФИО6, а затем в это же время произвел замену сим-карты на новую, имеющуюся в офисе обслуживания и продаж ПАО «ВымпелКом», что повлекло модификацию в системе ПАО «ВымпелКом», в результате чего получил доступ к лицевому счету абонентского номера. Затем ФИО8 20 марта 2018 года не позднее 21 часа 31 минуты, находясь в районе базовой станции, расположенной по адресу: ул. Спартака, д. 47, вставил новую сим-карту с абонентским номером № в мобильный телефон с ИМЕЙ-кодом: №, с помощью которого через программу «1ХВ» осознавая, что не имеет права самостоятельно производить корректировку баланса указанного абонентского счета, осуществил корректировку (изменение) баланса счета указанного абонентского номера на сумму 9 413 рублей 25 копеек, путем перевода на свою банковскую карту АО «Альфа Банка», тем самым осуществил модификацию компьютерной информации. В продолжение реализации своего прямого преступного умысла, ФИО8, используя свое служебное положение, то есть используя возможность доступа к компьютерной информации, возникшей в результате выполняемой работы, в неустановленное следствием время, но не позднее 19 часов 55 минут 19 марта 2018 года, находясь в офисе ПАО «ВымпелКом» по адресу: ул. Новоторжская, д. 29, желая, чтобы его действия не были замечены сотрудниками ПАО «ВымпелКом» под логином и паролем не подозревающего о его преступных намерениях специалиста офиса обслуживания и продаж ПАО «ВымпелКом» ФИО4 («&lt;данные изъяты&gt;») вошел в программу «lC-Retail», которая используется для внесения изменений в список услуг и проведение абонентских операций с номерами клиентов ПАО «ВымпелКом», тем самым осуществив неправомерный доступ к охраняемой законом информации, где, не имея соответствующего заявления клиента, выбрал абонентский номер №, зарегистрированный на ФИО5 с целью проведения его модификации. Продолжая реализовывать задуманное, ФИО8, осознавая, что данная информация охраняется Федеральным законом № 149-ФЗ, с целью последующего хищения денежных средств, осуществил обращение к личной карточке абонента ФИО5 с номером №, после чего в указанное время, находясь в указанном месте, произвел разблокировку указанного абонентского номера, путем написания заявления от имени ФИО5, а затем в указанное время, произвел замену сим-карты на новую, имеющуюся в офисе обслуживания и продаж ПАО «ВымпелКом», что повлекло модификацию в системе ПАО «ВымпелКом», в результате чего получил доступ к лицевому счету абонентского номера. Затем ФИО8 20 марта 2018 года не позднее 20 часов 01 минуты, находясь в офисе ПАО «ВымпелКом» по адресу: ул. Новоторжская, д. 29 (в районе базовой станции, расположенной по адресу: ул. Советская, д. 38), вставил новую сим-карту с абонентским номером № в мобильный телефон с ИМЕЙ-кодом: №, с помощью которого через программу «1ХВ» осознавая, что не имеет права самостоятельно производить корректировку баланса указанного абонентского счета, осуществил корректировку (изменение) баланса счета указанного абонентского номера на сумму 5 350 рублей, путем перевода на свою банковскую карту АО «Альфа Банка». После чего 20 марта 2018 года не позднее 20 часов 08 минут ФИО8, находясь в районе базовой станции, расположенной по адресу: Волоколамское ш., д. 84, через программу «Руру» осознавая, что не имеет права самостоятельно производить корректировку баланса указанного абонентского счета, осуществил корректировку (изменение) баланса счета указанного абонентского номера на сумму 322 рубля 12 копеек, путем перевода на свою банковскую карту ПАО «Сбербанка России». После этого в продолжение реализации своего прямого преступного умысла, ФИО8 в неустановленное следствием время, но не позднее 20 часов 38 минут 24 марта 2018 года, находясь в офисе ПАО «ВымпелКом» по адресу: ул. Новоторжская, д. 29, желая, чтобы его действия не были замечены сотрудниками ПАО «ВымпелКом» под логином и паролем не подозревающего о его преступных намерениях специалиста офиса обслуживания и продаж ПАО «ВымпелКом» ФИО3 («&lt;данные изъяты&gt;») вошел в программу «1С- Retail», которая используется для внесения изменений в список услуг и проведение абонентских операций с номерами клиентов ПАО «ВымпелКом», тем самым осуществив неправомерный доступ к охраняемой законом информации, где, не имея соответствующего заявления клиента, выбрал абонентский номер №, зарегистрированный на ФИО7 с целью проведения его модификации. Продолжая реализовывать задуманное, ФИО8, осознавая, что данная информация охраняется Федеральным законом № 149-ФЗ, с целью последующего хищения денежных средств, осуществил обращение к личной карточке абонента ФИО7 с номером №. После чего в указанное время, находясь в указанном месте, произвел разблокировку, путем написания заявления от имени ФИО7, а затем в указанное время, произвел замену сим-карты на новую, имеющуюся в офисе обслуживания и продаж ПАО «ВымпелКом», что повлекло модификацию в системе ПАО «ВымпелКом», в результате чего получил доступ к лицевому счету абонентского номера. Однако производить корректировку (изменение) баланса абонентского номера не стал по собственному желанию. Таким образом, ФИО8 являясь специалистом офиса обслуживания и продаж ПАО «ВымпелКом», расположенного по адресу: ул. Новоторжская, д. 29, используя свое служебное положение, совершил неправомерный доступ к охраняемой законом компьютерной информации и последующую модификацию компьютерной информации, посредствам использования программы «lC-Retail», используя абонентские номера: №, зарегистрированного на ФИО6; №, зарегистрированного на ФИО6; №, зарегистрированного на ФИО5; №, зарегистрированного на ФИО7 из корыстной заинтересованности с целью дальнейшего хищения денежных средств, принадлежащих ПАО «ВымпелКом» на общую сумму 19 135 рублей 37 копеек. Указанные действия ФИО8 квалифицированы по части 3 статьи 272 УК РФ .</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времени с 18 марта 2018 года по 20 марта 2018 года у ФИО8, являющегося специалистом офиса обслуживания и продаж ПАО «ВымпелКом» возник прямой преступный умысел, направленный на хищение денежных средств, принадлежащих ПАО «ВымпелКом» путем модификации компьютерной информации. С этой целью ФИО8 в неустановленное следствием время, но не позднее 18 часов 02 минут 18 марта 2018 года, находясь в офисе ПАО «ВымпелКом» по адресу: ул. Новоторжская, д. 29, под логином и паролем специалиста офиса обслуживания и продаж ПАО «ВымпелКом» ФИО2 («&lt;данные изъяты&gt;») вошел в программу «1С- Retail», которая используется для внесения изменений в список услуг и проведение абонентских операций с номерами клиентов ПАО «ВымпелКом», где, не имея соответствующего заявления клиента, выбрал абонентский номер №, зарегистрированный на ФИО6 с целью проведения его модификации. Продолжая реализацию преступного умысла, ФИО8, осознавая, что данная информация охраняется Федеральным законом № 149-ФЗ, осуществил обращение к личной карточке абонента ФИО6 с номером №, после чего в указанное время, находясь в указанном месте, произвел замену сим-карты на новую, имеющуюся в офисе обслуживания и продаж ПАО «ВымпелКом», что повлекло модификацию в системе ПАО «ВымпелКом», в результате чего получил доступ к лицевому счету абонентского номера. Затем ФИО8 19 марта 2018 года не позднее 18 часов 44 минут, находясь в офисе ПАО «ВымпелКом» по адресу: ул. Новоторжская, д. 29 (в районе базовой станции, расположенной по адресу: ул. Советская, д. 38), вставил новую сим-карту с абонентским номером № в мобильный телефон с ИМЕЙ-кодом: №, с помощью которого через программу «Руру» осознавая, что не имеет права самостоятельно производить корректировку баланса указанного абонентского счета, осуществил корректировку (изменение) баланса счета указанного абонентского номера на сумму 4 050 рублей, путем перевода на свою банковскую карту ПАО «Сбербанка России» № банковского счета №, открытого в отделении ПАО «Сбербанк России» по адресу: Волоколамский пр-т, д. 24. Далее действуя с единым умыслом, продолжая свои преступные действия, ФИО8 в неустановленное следствием время, но не позднее 19 часов 11 минут 19 марта 2018 года, находясь в офисе ПАО «ВымпелКом» по адресу: ул. Новоторжская, д. 29, под логином и паролем специалиста офиса обслуживания и продаж ПАО «ВымпелКом» ФИО3 («&lt;данные изъяты&gt;») вошел в программу «lC-Retail», которая используется для внесения изменений в список услуг и проведение абонентских операций с номерами клиентов ПАО «ВымпелКом», где, не имея соответствующего заявления клиента, выбрал абонентский номер №, зарегистрированный на ФИО6 с целью проведения его модификации. Продолжая реализовывать задуманное, ФИО8, осознавая, что данная информация охраняется Федеральным законом № 149-ФЗ, осуществил обращение к личной карточке абонента ФИО6 с избирательным номером №, после чего в указанное время, находясь в указанном месте, произвел замену сим-карты на новую, имеющуюся в офисе обслуживания и продаж ПАО «ВымпелКом», что повлекло модификацию в системе ПАО «ВымпелКом», в результате чего получил доступ к лицевому счету абонентского номера. Затем 20 марта 2018 года не позднее 21 часа 31 минуты ФИО8, находясь в районе базовой станции, расположенной по адресу: ул. Спартака, д. 47, вставил новую сим-карту с абонентским номером № в мобильный телефон с ИМЕЙ-кодом: №, с помощью которого через программу «1ХВ» осознавая, что не имеет права самостоятельно производить корректировку баланса указанного абонентского счета, осуществил корректировку (изменение) баланса счета указанного абонентского номера на сумму 9 413 рублей 25 копеек, путем перевода на свою банковскую карту АО «Альфа Банка» №, банковского счета №, открытого в АО «Альфа Банк» по адресу: &lt;...&gt;, тем самым осуществил модификацию компьютерной информации. В продолжение реализации своего прямого преступного умысла, ФИО8 в неустановленное следствием время, но не позднее 19 часов 55 минут 19 марта 2018 года, находясь в офисе ПАО «ВымпелКом» по адресу: ул. Новоторжская, д. 29, под логином и паролем специалиста офиса обслуживания и продаж ПАО «ВымпелКом» ФИО4 («&lt;данные изъяты&gt;») вошел в программу «lC-Retail», которая используется для внесения изменений в список услуг и проведение абонентских операций с номерами клиентов ПАО «ВымпелКом», не имея соответствующего заявления клиента, выбрал абонентский номер №, зарегистрированный на ФИО5 с целью проведения его модификации. Продолжая реализовывать задуманное, ФИО8, осознавая, что данная информация охраняется Федеральным законом № 149-ФЗ, осуществил обращение к личной карточке абонента ФИО5 с номером №, после чего в указанное время, находясь в указанном месте, произвел замену сим-карты на новую, имеющуюся в офисе обслуживания и продаж ПАО «ВымпелКом», что повлекло модификацию в системе ПАО «ВымпелКом», в результате чего получил доступ к лицевому счету абонентского номера. Затем ФИО8 20 марта 2018 года не позднее 20 часов 01 минуты, находясь в офисе ПАО «ВымпелКом» по адресу: ул. Новоторжская, д. 29 (в районе базовой станции, расположенной по адресу: ул. Советская, д. 38), вставил новую сим-карту с абонентским номером № в мобильный телефон с ИМЕЙ-кодом: №, с помощью которого через программу «1ХВ» осознавая, что не имеет права самостоятельно производить корректировку баланса указанного абонентского счета, осуществил корректировку (изменение) баланса счета указанного абонентского номера на сумму 5 350 рублей, путем перевода на свою банковскую карту АО «Альфа Банка» №. Кроме того ФИО8 20 марта 2018 года не позднее 20 часов 08 минут, находясь в районе базовой станции, расположенной по адресу: Волоколамское ш., д. 84, через программу «Руру» осознавая, что не имеет права самостоятельно производить корректировку баланса указанного абонентского счета, осуществил корректировку (изменение) баланса счета указанного абонентского номера на сумму 322 рубля 12 копеек, путем перевода на свою банковскую карту ПАО «Сбербанка России» № банковского счета №, открытого в отделении ПАО «Сбербанк России» по адресу: Волоколамский пр-т, д. 24. Таким образом, ФИО8, являясь специалистом офиса обслуживания и продаж ПАО «ВымпелКом», расположенного по адресу: ул. Новоторжская, д. 29, используя сим-карту с абонентским номером №, зарегистрированную на ФИО6 похитил со счета ПАО «ВымпелКом» денежные средства в сумме 4 050 рублей, используя сим-карту с абонентским номером №, зарегистрированную на ФИО6 похитил со счета ПАО «ВымпелКом» денежные средства в сумме 9 413 рублей 25 копеек, используя сим-карту с абонентским номером №, зарегистрированную на ФИО5, похитил со счета ПАО «ВымпелКом» денежные средства в общей сумме 5 672 рубля 12 копеек, причинив своими действиями ПАО «ВымпелКом» материальный ущерб на общую сумму 19 135 рублей 37 копеек. Указанные действия ФИО8 квалифицированы по части 1 статьи 159.6 УК РФ . В ходе судебного заседания подсудимым ФИО8 и его защитником заявлено ходатайство о прекращении уголовного дела с назначением судебного штрафа, поскольку все требования, предусмотренные статьей 25.1 УПК РФ , по настоящему уголовному делу соблюдены. Государственный обвинитель и представитель потерпевшего не возражали против прекращения уголовного дела с назначением судебного штрафа. Подсудимый ФИО9 после разъяснения порядка и последствий прекращения уголовного дела по основаниям статьи 25.1 УПК РФ , а также положений статьи 446.5 УПК РФ о последствиях неуплаты лицом судебного штрафа, не возражал против прекращения уголовного дела по данному основанию. Выслушав мнение участников процесса, исследовав необходимые материалы дела, суд приходит к следующим выводам. Согласно пункту 4 статьи 254 УПК РФ суд прекращает уголовное дело в судебном заседании в случаях, предусмотренных статье 25.1 настоящего Кодекса, с учетом требований, установленных статьей 446.3 настоящего Кодекса. В соответствии со статьей 25.1 УК РФ суд по собственной инициативе в случаях, предусмотренных статьей 76.2 УК РФ , вправе прекратить уголовное дело или уголовное преследование в отношении лица, подозреваемого или обвиняемого в совершении преступления небольшой или средней тяжести, если это лицо возместило ущерб или иным образом загладило причиненный преступлением вред, и назначить данному лицу меру уголовно-правового характера в виде судебного штрафа. Прекращение уголовного дела или уголовного преследования в связи с назначением меры уголовно-правового характера в виде судебного штрафа допускается в любой момент производства по уголовному делу до удаления суда в совещательную комнату для постановления приговора. Этой же норме корреспондируют и положения статьи 76.2 УК РФ , согласно которой лицо, впервые совершившее преступление небольшой или средней тяжести, может быть освобождено судом от уголовной ответственности с назначением судебного штрафа в случае, если оно возместило ущерб или иным образом загладило причиненный преступлением вред. Предъявленное ФИО8 обвинение в совершении преступлений, предусмотренных частью 1 статьи 159.6 , частью 3 статьи 272 УК РФ , обоснованно, подтверждается доказательствами, собранными по уголовному делу и в материалах дела содержатся достаточные сведения, позволяющие суду принять итоговое решение о прекращении уголовного дела и назначении подсудимому меры уголовно-правового характера в виде судебного штрафа. Подсудимый подтвердил в судебном заседании свое согласие на прекращение уголовного дела по данному основанию. Иных оснований для прекращения уголовного дела, в частности за отсутствием события или состава преступления, в связи с истечением срока давности уголовного преследования, не имеется. Как личность ФИО8 характеризуются положительно, трудоустроен, имеет регистрацию и постоянное место жительства, явился с повинной, на учете у врачей нарколога и психиатра не состоит, по месту жительства, месту прохождения срочной военной службы, месту работы характеризуется исключительно положительно. При этом подсудимый ФИО8 впервые привлекается к уголовной ответственности, совершил преступления, относящиеся в соответствии с частями 2,3 статьи 15 УК РФ к категории небольшой и средней тяжести, потерпевшему ущерб возмещен полностью, в судебном заседании представитель потерпевшего пояснил, что не имеет к ФИО8 каких-либо претензий, согласен на прекращение уголовного дела по не реабилитирующим основаниям. Таким образом, суд приходит к выводу, что основания для применения по делу положений статьи 25.1 УПК РФ установлены, вследствие чего полагает возможным, с учетом согласия ФИО8, прекратить уголовное дело в отношении него с назначением меры уголовно-правового характера в виде судебного штрафа. Согласно части 1 статьи 446.3 УПК РФ , если в ходе судебного производства по уголовному делу будут установлены основания, предусмотренные статьей 25.1 настоящего Кодекса, суд одновременно с прекращением уголовного дела или уголовного преследования разрешает вопрос о назначении меры уголовно-правового характера в виде судебного штрафа. В этих случаях суд выносит постановление или определение о прекращении уголовного дела или уголовного преследования и о назначении подсудимому меры уголовно-правового характера в виде судебного штрафа, в котором указывает размер судебного штрафа, порядок и срок его уплаты. При определении размера судебного штрафа суд учитывает, что в случае совершения впервые нескольких преступлений небольшой и средней тяжести лицо подлежит освобождению от уголовной ответственности на основании статьи 76.2 УК РФ с назначением одной меры уголовно-правового характера в виде судебного штрафа, размер которого определяется с учетом обстоятельств, указанных в частях 1 и 2 статьи 104.5 УК РФ . ФИО8 холост, иждивенцев не имеет, работает специалистом офиса продаж в ПАО «Мегафон», средний заработок составляет от 20 000 до 30 000 рублей в месяц, проживает в г. Твери на съемной квартире. С учетом тяжести совершенных ФИО8 преступлений, имущественного положения лица, освобождаемого от уголовной ответственности и его семьи, возможности получения указанным лицом заработной платы и иного дохода, суд назначает ФИО8 судебный штраф в размере 15 000 рублей, который подлежит уплате единовременно в течение 60 дней со дня вступления постановления в законную силу. В случае неуплаты судебного штрафа в установленный судом срок судебный штраф подлежит отмене, а ФИО8 — привлечению к уголовной ответственности по части 1 статьи 159.6 , части 3 статьи 272 УК РФ . Разрешая вопрос о судьбе вещественных доказательств, суд принимает во внимание требования статьи 81 УПК РФ . На основании изложенного и руководствуясь статьями , 446.3 УПК РФ , - п о с т а н о в и л : Прекратить уголовное дело в отношении ФИО8 по обвинению в совершении преступлений, предусмотренных частью 3 статьи , частью 1 статьи 159.6 УК РФ на основании статьи 25.1 УПК РФ , освободив его от уголовной ответственности по основаниям, предусмотренным статьей 76.2 УК РФ . Назначить ФИО8 меру уголовно-правового характера в виде судебного штрафа в размере 15 000 (пятнадцати тысяч) рублей, подлежащего уплате в течение 60 дней со дня вступления постановления в законную силу. Об уплате судебного штрафа ФИО8 должен представить соответствующие сведения судебному приставу-исполнителю по месту своего жительства в течение 10 дней по истечении срока, установленного судом для уплаты штрафа. Разъяснить ФИО8, что в случае неуплаты судебного штрафа в установленный судом срок, судебный штраф подлежит отмене, а ФИО8 привлечению к уголовной ответственности по части 3 статьи , части 1 статьи 159.6 УК РФ . Меру пресечения ФИО8 в виде подписке о невыезде и надлежащем поведении отменить по вступлении постановления в законную силу. После уплаты штрафа в установленный судом срок, вещественные доказательства: - копию трудового договора № 6743 от 16 октября 2017года, копию должностной инструкции от 16 октября 2017 года, копию приказа (распоряжения) о приеме работника на работу № 3412-к/мр от 16 октября 2017 года; копию листа ознакомления ФИО10 с нормативными документами в ПАО «ВымпелКом», копию приложения № 1 к соглашению от 29 декабря 2017 г. об изменении условий трудового договора; копию соглашения об изменении условий трудового договора, копию правил пользования услугами информационных технологий, копия перечня информации, составляющей коммерческую тайну, персональных данных и другой информации ограниченного доступа ПАО «ВымпелКом», информацию из ПАО «ВымпелКом» о замене сим-карт, заверенные копии заявлений на замену сим-карт, информацию о движении денежных средств по банковским картам № и №, данные абонентов подвижной радиотелефонной связи, транзакции абонента, информацию о соединениях абонентов 86958202177, 89628314288, 89628313695, 89039338168 на имя ФИО8, хранящиеся в материалах уголовного дела, оставить при уголовном деле; - мобильный телефон «HTC Windows Phone 8S» с сим-картой ПАО «Вымпелком», банковскую карту на имя ФИО8 «Альфа Банк» №, возвращенные на ответственное хранение ФИО8, оставить у последнего по принадлежности. Штраф подлежит уплате по реквизитам УМВД России по г. Твери: л/сч &lt;***&gt; ИНН &lt;***&gt; КПП 695001001 р/с № № в Отделении Тверь г. Тверь БИК 042809001 ОКТМО 28701000 КБК 18811621010016000140 – поступление от уплаты денежных взысканий (штрафов), назначенных по приговору суда. При оплате сбербанк УИН-«0». Постановление может быть обжаловано в Тверской областной суд через Центральный районный суд г. Твери в течение 10 суток со дня вынесения. Председательствующий О.Н. Баранова Суд: Центральный районный суд г. Твери (Тверская область) (подробнее) Судьи дела: Баранова Ольга Николаевна (судья) (подробнее) Последние документы по делу: Приговор от 24 июля 2019 г. по делу № 1-16/2019 Приговор от 17 июля 2019 г. по делу № 1-16/2019 Приговор от 9 июля 2019 г. по делу № 1-16/2019 Приговор от 12 июня 2019 г. по делу № 1-16/2019 Постановление от 28 мая 2019 г. по делу № 1-16/2019 Приговор от 22 мая 2019 г. по делу № 1-16/2019 Приговор от 21 мая 2019 г. по делу № 1-16/2019 Приговор от 13 мая 2019 г. по делу № 1-16/2019 Приговор от 13 марта 2019 г. по делу № 1-16/2019 Постановление от 5 марта 2019 г. по делу № 1-16/2019 Приговор от 26 февраля 2019 г. по делу № 1-16/2019 Приговор от 26 февраля 2019 г. по делу № 1-16/2019 Приговор от 11 февраля 2019 г. по делу № 1-16/2019 Приговор от 7 февраля 2019 г. по делу № 1-16/2019 Постановление от 6 февраля 2019 г. по делу № 1-16/2019 Приговор от 28 января 2019 г. по делу № 1-16/2019 Постановление от 23 января 2019 г. по делу № 1-16/2019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