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п.2 ч.1 ст. Федерального закона №400-ФЗ от 28.12.2013 «О страховых пенсиях» по Списку N 2 производств, цехов, профессий и должностей с тяжелыми условиями труда, работа в которых дает право на государственную пенсию на льготных условиях и в льготных размерах, утвержденному постановлением Совета Министров СССР от 22 августа 1956 г. N 1173 "Об утверждении списков производств, цехов, профессий и должностей, работа в которых дает право на государственную пенсию на льготных условиях и в льготных размерах": - с 17.08.1981 года по 23.10.1981 года (00 лет 02 мес. 07 дней) – тракторист трелевочного трактора; - с 21.04.1986 года по 30.11.1986 года (00 лет 07 мес. 09 дней) - тракторист трелевочного трактора; - с 26.03.1987 года по 30.11.1990 года (03 года 08 мес. 04 дня) - тракторист трелевочного трактора;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п.7 ч.1 ст. Федерального Закона «О страховых пенсиях» №400-ФЗ от 28.12.2013 года по Списку профессий и должностей рабочих и мастеров (в том числе старших), занятых непосредственно на лесозаготовках и лесосплаве (включая обслуживание механизмов и оборудования), пользующихся правом на пенсионное обеспечение в соответствии с пунктом "ж" статьи 12 Закона РСФСР "О государственных пенсиях в РСФСР", утвержденному постановлением Правительства Российской Федерации от 24 апреля 1992 г. N 273 "Об утверждении Списка профессий и должностей рабочих и мастеров, занятых непосредственно на лесозаготовках и лесосплаве, пользующихся правом на пенсию в связи с особыми условиями труда" («малый Список»): - с 15.07.1995 года по 15.12.1997 года (02 года 05 мес. 01 день) - тракторист трелевочного трактора; - 01.04.1999 года по 24.04.1999 года (00 лет 00 мес. 24 дня), с 18.10.1999 года по 11.11.1999 года (00 лет 00 мес. 24 дня) – лесоруб; - с 17.04.2000 года по 18.05.2001 года (01 год 01 мес. 02 дня) - тракторист трелевочного трактора. Кроме того, в соответствии с пунктом 3 постановления Правительства от 16 июля 2014 года N 665 по выбору застрахованных лиц при исчислении периодов работы, указанных в абзаце третьем подпункта "а", абзаце третьем подпункта "б" и абзаце третьем подпункта "в" пункта 1 настоящего постановления, - применяются соответствующие положения пунктов 97, 108, 109, 110, 112 и 113 Положения о порядке назначения и выплаты государственных пенсий, утвержденного постановлением Совета Министров СССР от 3 августа 1972 года N 590 "Об утверждении Положения о порядке назначения и выплаты государственных пенсий". В соответствие с подпунктом "з" пункта 109 Положения о порядке назначения и выплаты государственных пенсий, утвержденного Постановлением Совета Министров СССР от 03 августа 1972 года N 590, предусмотрено, что кроме работы в качестве рабочего или служащего в общий стаж работы засчитывается также обучение в училищах и школах системы государственных трудовых резервов и системы профессионально-технического образования (в ремесленных, железнодорожных училищах, горнопромышленных школах и училищах, школах фабрично-заводского обучения, училищах механизации сельского хозяйства, технических училищах, профессионально-технических училищах и т.д.) и в других училищах, школах и на курсах по подготовке кадров, по повышению квалификации и по переквалификации, а подпунктом "к" пункта 109 предусмотрено, что в общий стаж работы засчитывается также служба в составе Вооруженных Сил СССР. При этом при назначении на льготных условиях или в льготных размерах пенсий по старости и инвалидности рабочим и служащим, работавшим на подземных работах, на работах с вредными условиями труда и в горячих цехах и на других работах с тяжелыми условиями труда (подпункты "а" и "б" пункта 16), и пенсий по случаю потери кормильца их семьям, а также пенсий по старости работницам предприятий текстильной промышленности (подпункт "в" пункта 16) периоды, указанные в подпунктах "к" и "л", приравнивались по выбору обратившегося за назначением пенсии либо к работе, которая предшествовала данному периоду, либо к работе, которая следовала за окончанием этого периода. Период, указанный в подпункте "з", приравнивался к работе, которая следовала за окончанием этого периода. В случаях назначения пенсий на льготных условиях или в льготных размерах (подпункты "а", "б" и "в" пункта 91) работа или другая деятельность, приравниваемая к работе, дающей право на указанные пенсии, учитывалась в размере, не превышающем имеющегося стажа работы, дающей право на пенсию на льготных условиях или в льготных размерах. В период с 01.09.1978 г. по 25.07.1981 г. ФИО3 прошел обучение в ПТУ №1 г. Трубчевск Брянской области по профессии «Тракторист машинист широкого профиля», что подтверждается дипломом серии В №, выданным 25.07.1981 г. После окончания обучения, в период с 17.08.1981 г. по 23.10.1981 г. ФИО3 работал по профессии «тракторист трелевочного трактора» Журиничского ЛЗУ. В период с 28.10.1981 г. по 28.12.1983 г. ФИО3 проходил службу в рядах Советской Армии. Таким образом, за периодом обучения в ПТУ №1 г. Трубчевска Брянской области следовал, а периоду службы в Советской Армии предшествовал период работы по Списку №2, дающий право на досрочную страховую пенсию по старости, при этом, периоды прохождения обучения в ПТУ и службы в армии суммарно должны составлять не более продолжительности периода работы по Списку №2, т.е. не более 04 года 05 мес. 20 дней. В соответствии с п. 3 Постановления Правительства РФ от 11 июля 2002 г. N 516 «Об утверждении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при досрочном назначении гражданам трудовой пенсии по старости в порядке, предусмотренном настоящими Правилами, суммируются периоды работы с тяжелыми условиями труда Список №2 (п.п.2, п.2 Правил) с работой в качестве рабочих и мастеров (в том числе старших) непосредственно на лесозаготовках и лесосплаве, включая обслуживание механизмов и оборудования (п.п.7 п.2 Правил). Суммирование периодов работ, указанных в пункте 2 Правил, осуществляется путем прибавления к периодам работы, указанной в подпункте 2 п. 2 Правил (Список №2), периодов работ, указанных в подпункте 7 п. 2 Правил (лесозаготовки). Таким образом, применяя п. 3 Постановления Правительства РФ от 11 июля 2002 г. N 516, производится суммирование стажа работы истца: к периодам работы по Списку №2 прибавляются периоды работы, предусмотренные «малым Списком» (лесозаготовки): 08 лет 11 мес. 10 дней (Список №2) + 03 года 07 мес. 21 день («малый Список») = 12 лет 07 мес. 01 день. С учетом изложенного, суд приходит к выводу, что специальный стаж истца для назначения досрочной страховой пенсии по старости составит 12 лет 07 мес. 01 день, что является достаточным основанием для признания за истцом права на назначение досрочной страховой пенсии по старости в соответствии с п.2 ч.1 ст. Федерального закона «О страховых пенсиях» с даты обращения в ГУ – УПФР в Брянском муниципальном районе Брянской области, т.е. с 25.10.2017 г., с учетом возникновения права на назначение досрочной страховой пенсии. Руководствуясь ст.ст. - 199 ГПК РФ , суд РЕШИЛ: Иск ФИО3 к Государственному учреждению - Управлению Пенсионного фонда РФ в Брянском муниципальном районе &lt;адрес&gt; о признании права на досрочную страховую пенсию - удовлетворить. Включить в специальный стаж, дающий право на досрочное назначение страховой пенсии по старости ФИО3 следующие периоды его работы: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п.2 ч.1 ст. Федерального закона №400-ФЗ от 28.12.2013 «О страховых пенсиях» по Списку N 2 производств, цехов, профессий и должностей с тяжелыми условиями труда, работа в которых дает право на государственную пенсию на льготных условиях и в льготных размерах, утвержденному постановлением Совета Министров СССР от 22 августа 1956 г. N 1173 "Об утверждении списков производств, цехов, профессий и должностей, работа в которых дает право на государственную пенсию на льготных условиях и в льготных размерах": - с 01.09.1978 года по 25.07.1981 года (02 года 10 мес. 25 дней) – обучение в ПТУ №1 г. Трубчевска Брянской области; - с 17.08.1981 года по 23.10.1981 года (00 лет 02 мес. 07 дней) – тракторист трелевочного трактора; - с 30.10.1981 года по 24.05.1983 года (01 год 06 мес. 25 дней) - служба в Советской Армии; - с 21.04.1986 года по 30.11.1986 года (00 лет 07 мес. 09 дней) - тракторист трелевочного трактора; - с 26.03.1987 года по 30.11.1990 года (03 года 08 мес. 04 дня) - тракторист трелевочного трактора;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п.7 ч.1 ст. Федерального Закона №400-ФЗ от 28.12.2013 года «О страховых пенсиях» по Списку профессий и должностей рабочих и мастеров (в том числе старших), занятых непосредственно на лесозаготовках и лесосплаве (включая обслуживание механизмов и оборудования), пользующихся правом на пенсионное обеспечение в соответствии с пунктом "ж" статьи 12 Закона РСФСР "О государственных пенсиях в РСФСР", утвержденному постановлением Правительства Российской Федерации от 24 апреля 1992 г. N 273 "Об утверждении Списка профессий и должностей рабочих и мастеров, занятых непосредственно на лесозаготовках и лесосплаве, пользующихся правом на пенсию в связи с особыми условиями труда" («малый Список»): - с 15.07.1995 года по 15.12.1997 года (02 года 05 мес. 01 день) - тракторист трелевочного трактора; - 01.04.1999 года по 24.04.1999 года (00 лет 00 мес. 24 дня), с 18.10.1999 года по 11.11.1999 года (00 лет 00 мес. 24 дня) – лесоруб; - с 17.04.2000 года по 18.05.2001 года (01 год 01 мес. 02 дня) - тракторист трелевочного трактора. Обязать Государственное учреждение - Управление Пенсионного фонда РФ в Брянском муниципальном районе Брянской области назначить ФИО3 досрочную страховую пенсию по старости, как имеющему стаж с тяжелыми условиями труда 12 лет 6 месяцев, с 25.10.2017 года, с учетом возникновения права на назначение досрочной страховой пенсии. Решение может быть обжаловано в Брянский областной суд через Брянский районный суд Брянской области в течение месяца со дня его принятия в окончательной форме. Председательствующий по делу, судья Брянского районного суда Брянской области /подпись/ ФИО1 Мотивированное решение изготовлено 30 января 2019 года Суд: Брянский районный суд (Брянская область) (подробнее) Ответчики: УПФР (ГУ) в Брянском муниципальном районе БО (подробнее) Судьи дела: Артюхова О.С.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