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01 октября 2015 года Альметьевским городским судом Республики Татарстан по части 1 статьи 228 УК РФ , с применением статьи 73 УК РФ к 1 году 6 месяцам лишения свободы условно с испытательным сроком 2 года. Постановлением Альметьевского городского суда Республики Татарстан от 23 декабря 2015 года испытательный срок продлен на 2 месяца. Постановлением Альметьевского городского суда Республики Татарстан от 03 марта 2016 года испытательный срок продлен на 2 месяца;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2016 года Альметьевским городским судом Республики Татарстан по части 1 статьи 228 УК РФ , с применением ст. 70 УК РФ к 2 годам лишения свободы, освобожденного 28 сентября 2018 года по отбытии срока наказания; - обвиняемого в совершении преступлений, предусмотренных частью 1 статьи , частью 1 статьи 228 УК РФ ; У С Т А Н О В И Л: 21 ноября 2018 года в период времени с 15 часов 00 минут до 17 часов 00 минут, ФИО1, находясь в &lt;адрес&gt;, для личного потребления, без цели сбыта, из приобретенных ранее ингредиентов – семян мака и других ингредиентов, на газовой плите в посуде, незаконно изготовил наркотическое средство – ацетилированный опий, массой более 0,98 грамм, в перерасчете на сухое вещество, что относится к значительному размеру, часть которого он потребил путем внутривенной инъекции, а часть массой 0,98 грамм незаконно хранил в медицинском шприце, до проведения осмотра места происшествия сотрудником полиции. 21 ноября 2018 года в период времени с 18 часов 00 минут до 18 часов 30 минут, сотрудником полиции в присутствии ФИО1, находящегося в состоянии наркотического опьянения, в ходе осмотра &lt;адрес&gt;, наркотическое средство – ацетилированный опий, массой 0,98 грамм в перерасчете на сухое вещество, что относится к значительным размерах, незаконно изготовленное и хранимое ФИО1 в медицинском шприце, было обнаружено и изъято. В соответствии с перечнем наркотических средств, психотропных веществ иихпрекурсоров, подлежащихконтролювРоссийскойФедерации, утвержденныхпостановлениемПравительстваРоссийскойФедерации№681от 30 июня1998 года ацетилированный опийявляетсянаркотическим средством. В соответствии сПостановлениемПравительстваРФ№ 1002 от 01 октября 2012 года«Обутверждениизначительного, крупногоиособокрупногоразмеровнаркотическихсредствипсихотропныхвеществ, атакжезначительного, крупногоиособокрупногоразмеровдлярастений, содержащихнаркотическиесредстваили психотропные вещества, либо их частей, содержащих наркотические средства илипсихотропныевещества, дляцелейстатей 228, 228.1, 229 и 229.1 УголовногокодексаРоссийскойФедерации» ацетилированный опий, массой 0,98 грамма, соответствующий постоянной массе после высушивания, относится к значительному размеру. Кроме того, 11 декабря 2018 года в период времени с 12 часов 00 минут по 15 часов 05 минут, ФИО1, находясь у себя в &lt;адрес&gt;, для личного потребления, без цели сбыта, из приобретенных ранее ингредиентов – семян кондитерского мака и растворителя, незаконно изготовил наркотическое средство – экстракт маковой соломы, массой более 1,12 грамм, в перерасчете на сухое вещество, что относится к значительному размеру, часть которого он потребил путем внутривенной инъекции, а часть массой 1,12 грамм незаконно хранил в полимерном пакете в одной полимерной бутылке, до проведения личного досмотра сотрудником полиции. 11 декабря 2018 года в период времени с 15 часов 05 минут до 15 часов 25 минут, сотрудником полиции у ФИО1, находящегося в состоянии наркотического опьянения, в ходе проведения личного досмотра возле первого подъезда &lt;адрес&gt;, наркотическое средство – экстракт маковой соломы, массой 1,12 грамм в перерасчете на сухое вещество, что относится к значительнымразмерах, незаконно изготовленное и хранимое ФИО1 в полимерном пакете в одной полимерной бутылке, было обнаружено и изъято. В соответствии с перечнем наркотических средств, психотропных веществ иихпрекурсоров, подлежащихконтролювРоссийскойФедерации, утвержденныхпостановлениемПравительстваРоссийскойФедерации№681от 30 июня 1998годаэкстракт маковой соломыявляетсянаркотическим средством. В соответствии сПостановлениемПравительстваРФ№ 1002 от 01 октября 2012 года«Обутверждениизначительного, крупногоиособокрупногоразмеровнаркотическихсредствипсихотропныхвеществ, атакжезначительного, крупногоиособокрупногоразмеровдлярастений, содержащихнаркотическиесредстваили психотропные вещества, либо их частей, содержащих наркотические средства илипсихотропныевещества, дляцелейстатей 228, 228.1, 229 и 229.1 УголовногокодексаРоссийскойФедерации» экстракт маковой соломы, массой 1,12 грамма, соответствующий постоянной массе после высушивания, относится к значительному размеру. Действия ФИО1 по каждому из указанных выше преступным деяниям суд квалифицирует по части 1 статьи 228 УК РФ как незаконное изготовление, хранение без цели сбыта наркотических средств в значительном размере. Подсудимый ФИО1 виновным себя в предъявленном ему обвинении признал полностью и в присутствии своего защитника, после консультации с ним, заявил ходатайство о постановлении приговора в особом порядке без проведения судебного разбирательства. Государственный обвинитель и защитник в судебном заседании не возражали постановлению приговора без проведения судебного разбирательства. Поскольку подсудимый ФИО1 добровольно заявил ходатайство о применении особого порядка судебного разбирательства, был проконсультирован защитником по данному поводу, осознает характер и последствия заявленного им ходатайства, преступления, в которых обвиняется подсудимый, относятся к категории преступлений небольшой тяжести, суд считает, что условия, необходимые для постановления приговора без проведения судебного разбирательства соблюдены. Обвинение, с которым согласился подсудимый, является обоснованным, подтверждается собранными по делу доказательствами. Обращаясь к вопросу о назначении наказания, суд учитывает в качестве смягчающих наказание обстоятельств полное признание вины и раскаяние в содеянном, а также состояние здоровья ФИО1 и его близких лиц, наличие малолетнего ребенка, намерение пройти лечение от наркотической зависимости. Поскольку судом не установлено влияние наркотического опьянения (о чем указано в обвинительном акте) на совершение преступления, суд не признает данное обстоятельство отягчающим вину подсудимого. При избрании наказания подсудимому, суд учитывает вышеуказанные обстоятельства, характер и степень общественной опасности совершенных деяний, данные о личности подсудимого ФИО1, в связи с чем, считает, что наказание ему должно быть назначено только в виде реального лишения свободы, поскольку иной вид наказания не будет способствовать исправлению осужденного. Для отбывания наказания ФИО1 подлежит направлению в исправительную колонию общего режима. На основании изложенного и руководствуясь ст. 316 УПК РФ , суд П Р И Г О В О Р И Л: ФИО1 &lt;данные изъяты&gt; признать виновным в совершении преступлений, предусмотренных частью 1 статьи и частью 1 статьи 228 УК РФ и назначить ему наказания: - по части 1 статьи 228 УК РФ (преступление от 21 ноября 2018 года) – в виде лишения свободы сроком на 01 (один) год; -по части 1 статьи 228 УК РФ (преступление от 11 декабря 2018 года) – в виде лишения свободы сроком на 01 (один) год; На основании ч.2 ст. 69 УК РФ путем частичного сложения наказаний по совокупности преступлений окончательное наказание ФИО1 &lt;данные изъяты&gt; назначить в виде лишения свободы сроком на 1 (один) год 05 (пять) месяцев с отбыванием наказания в исправительной колонии общего режима. Меру пресечения ФИО1 по настоящему делу избрать в виде заключения под стражу, арестовав его в зале суда, срок наказания исчислять с 25 января 2019 года. Зачесть в срок отбытия наказания нахождение ФИО1 под стражей до вступления приговора в законную силу с учетом положений п. «б» части 3.1, части 3.3 статьи 72 УК РФ в редакции Федерального Закона от 03 июля 2018 года №186-ФЗ из расчета один день содержания под стражей за полтора дня отбывания наказания в исправительной колонии общего режима. Вещественные доказательства: наркотическое средство – ацетилированный опий, остаточной массой 16 мл. (сухой вес 0,78 г.), упакованный в первоначальный полимерный пакет, 1 пустая упаковка и 1 пустая стеклянная бутылка, упакованные в полимерный пакет, полимерный пакет с двумя бумажными конвертами со смывами с рук ФИО1, наркотическое средство – экстракт маковой соломы в бутылке, остаточной массой 69 мл. (сухой вес 1,035 г.), упакованный в первоначальный полимерный пакет, полимерный пакет с двумя бумажными конвертами со смывами с рук ФИО1, хранящиеся в камере хранения отдела МВД России по Альметьевскому району – уничтожить, документы – хранить в материалах уголовного дела. Приговор может быть обжалован в апелляционном порядке в Верховный суд Республики Татарстан через Альметьевский городской суд в течение 10 суток со дня провозглашения, осужденным со дня получения копии приговора с соблюдением требований ст. 317 УПК РФ . В случае подачи апелляционной жалобы осужденный вправе ходатайствовать о своем участии в рассмотрении уголовного дела судом апелляционной инстанции. Судья: подпись Суд: Альметьевский городской суд (Республика Татарстан ) (подробнее) Судьи дела: Хурматуллин Р.А. (судья) (подробнее) Последние документы по делу: Приговор от 25 января 2019 г. по делу № 1-567/2018 Постановление от 18 ноября 2018 г. по делу № 1-567/2018 Приговор от 3 октября 2018 г. по делу № 1-567/2018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