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Эпизод хищения имущества ФИО7 ДД.ММ.ГГГГ примерно в 10 часов 30 минут ФИО11, находясь около магазина «Магнит Брадис» АО «Тандер», расположенного по адресу: &lt;адрес&gt;, не работая, не имея постоянного и стабильного дохода, из корыстных побуждений, решил путем подбора ключа незаконно проникнуть в ячейку камеры хранения товарно - материальных ценностей, предназначенную для временного хранения материальных ценностей, расположенной в предкассовой зоне данного магазина, откуда умышленно совершить тайное хищение чужого имущества, которым в дальнейшем распорядиться по своему усмотрению. Реализуя свой преступный умысел, направленный на тайное хищение чужого имущества с незаконным проникновением в иное хранилище, ДД.ММ.ГГГГ примерно в 10 часов 40 минут ФИО11 вошел в помещение магазина «Магнит Брадис» АО «Тандер», расположенного по адресу: &lt;адрес&gt;, прошёл в предкассовую зону и подошел к камерам хранения товарно-материальных ценностей. После чего ФИО11, продолжая реализовывать свой преступный умысел, направленный на тайное хищение имущества, с незаконным проникновением в иное хранилище, вынимая ключи из замков свободных ячеек для хранения, стал пробовать отпирать данными ключами запертые замки в соседних ячейках, где хранилось оставленное покупателями при входе в магазин имущество. Подобрав ключ к запертому замку ячейки камеры хранения №, в которой хранилось оставленное ФИО7 имущество, и, убедившись, что его действия носят тайный характер, то есть не являются очевидными для кого – либо окружающих лиц, в отсутствии посторонних лиц, продолжая реализовывать свой преступный умысел, направленный на совершение тайного, противоправного, безвозмездного изъятия и обращения чужого имущества в свою пользу, с незаконным проникновением в иное хранилище, ключом открыл ячейку камеры хранения №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ДД.ММ.ГГГГ около 10 часов 42 минут, тайно похитил полиэтиленовый пакет по цене 3 рубля, с находящимися в нем товаро - материальными ценностями: крем- мыло «Ушастый нянь с экстрактом ромашки», в упаковке весом 90 г (производитель «Невская Косметика»), стоимостью 19 рублей 20 копеек, колготки женские «Omsa Perfect Body», плотность 50 DEN, размер 3 стоимостью 199 рублей 20 копеек, колготки женские «Sisi Miss», плотность 40 DEN, бежевые, размер 3, стоимостью 135 рублей 20 копеек, колготки женские «Sisi Miss», плотность 40 DEN, бежевые, размер 4, стоимостью 135 рублей 20 копеек, колготки женские «Conte AKTIVE», плотность 40 DEN, размер 4, бежевые, стоимостью 151 рублей 20 копеек, колготки женские «Conte X-PRESS», плотность 40 DEN, размер 4, бежевые, стоимостью 263 рубля 20 копеек, колготки женские «Pierre Cardin Toulon», плотность 40 DEN, размер 4, чёрные, стоимостью 215 рублей 20 копеек, детское туалетное мыло «Ромашка/ череда», в упаковке весом 90 г, (производитель ОАО «Весна») стоимостью 10 рублей 40 копеек, подарочный набор «Gillette MACH3», включающий гель для бритья «Gillette MACH3» в упаковке, объёмом 200 мл, а ФИО9 бальзам после бритья «Gillette MACH3» в упаковке, объёмом 50 мл, - стоимостью 359 рублей 20 копеек за набор, гигиеническая губная помада «Айболит», весом 2,8 г (производитель «Аванта»), стоимостью 20 рублей, принадлежащие ФИО7 на общую сумму 1 511 рублей, с места преступления скрылся, распорядившись впоследствии похищенным по своему усмотрению. Подсудимый ФИО11 в судебном заседании вину в совершении преступления, предусмотренного п. «б» ч.2 ст. 158 УК РФ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ФИО11 в качестве обвиняемого и подозреваемого (т.14 л.д.169-191, т.7 л.д.288-291, т.10 л.д.21-45, т.11 л.д.120-144) следует, что ДД.ММ.ГГГГ примерно в утреннее время он приехал на п. КЗТЗ, чтобы встретится своим знакомым по имени Михаил. По пути он увидел магазин «Магнит», который находился на первом этаже дома недалеко от пересечения улиц Дейнеки и ФИО17 &lt;адрес&gt;. Так как у него не было денежных средств, он решил зайти в магазин, и похитить из одной ячеек камеры хранения чужое имущество, а именно пакет или сумку, так как там могут быть ценные вещи или деньги. Зайдя в магазин, он прошел в предкассовую зону магазина и подошел к ячейкам камер хранения. В магазине были люди, осмотревшись по сторонам, он понял, что за ним никто не наблюдает, он взял ключ из открытой ячейки камеры хранения, после чего заметил закрытую ячейку с номером, на сколько он помнит 12. Данным ключом он открыл ячейку, там стоял пакет белого цвета, он похитил данный пакет и вышел на улицу. В магазине он был меньше минуты. Выйдя, на улицу, он пошел во дворы домов и осмотрел содержимое похищенного пакета. В пакете белого цвета с надписью «Магнит», были упаковки, как он понял с колготками, мыло, какой-то желтый тюбик и набор для бритья. Больше в пакете ничего ценного не было, так как имущество, которое было в пакете ему было не нужно, он выбросил в пакет в мусорку. После чего он уехал домой. В данных ранее показаниях в протоколе явке с повинной он указывал, что ячейку камеры хранения он открывал своими ключом, который находился при нем, однако в настоящее время он вспомнил, что ключ он взял от соседней ячейки, в протоколе явки он указал ошибочно. Виновность подсудимого ФИО11 в совершении преступления подтверждается показаниями потерпевшего, свидетелей, письменными материалами дела. Так, из оглашенных в судебном заседании в порядке ст. ч.1 УПК РФ показаний потерпевшей ФИО7 следует, что ДД.ММ.ГГГГ, в утреннее время, она пришла в магазин «Магнит-Косметик», расположенный по адресу: &lt;адрес&gt;. С ней находился пакет с товарами, приобретенными в другом магазине на общую сумму 1 508 руб. Данный пакет она поставила в ячейку № камеры хранения указанного магазина, закрыла имеющимся в замке ячейки ключом дверцу, после чего прошла в торговый зал магазина. Пробыв в зале примерно 10 минут, она вышла и подошла к ячейки №, в которой ранее оставила свое имущество, однако, открыв ее она увидела совершенно другой полиэтиленовый пакет черного цвета, который ей не принадлежал. В это время подошел неизвестный ей мужчина, который пояснил, что находящийся в ячейке № пакет черного цвета принадлежит ему. О пропаже принадлежащего ей имущества она сообщила администратору магазина и в правоохранительные органы. Таким образом, у нее были похищены: крем- мыло «Ушастый нянь с экстрактом ромашки», в упаковке весом 90 г (производитель «Невская Косметика»), стоимостью 19 рублей 20 копеек, колготки женские «Omsa Perfect Body», плотность 50 DEN, размер 3 стоимостью 199 рублей 20 копеек, колготки женские «Sisi Miss», плотность 40 DEN, бежевые, размер 3, стоимостью 135 рублей 20 копеек, колготки женские «Sisi Miss», плотность 40 DEN, бежевые, размер 4, стоимостью 135 рублей 20 копеек, колготки женские «Conte AKTIVE», плотность 40 DEN, размер 4, бежевые, стоимостью 151 рублей 20 копеек, колготки женские «Conte X-PRESS», плотность 40 DEN, размер 4, бежевые, стоимостью 263 рубля 20 копеек, колготки женские «Pierre Cardin Toulon», плотность 40 DEN, размер 4, чёрные, стоимостью 215 рублей 20 копеек, детское туалетное мыло «Ромашка/ череда», в упаковке весом 90 г, (производитель ОАО «Весна») стоимостью 10 рублей 40 копеек, подарочный набор «Gillette MACH3», включающий гель для бритья «Gillette MACH3» в упаковке, объёмом 200 мл, а ФИО9 бальзам после бритья «Gillette MACH3» в упаковке, объёмом 50 мл, - стоимостью 359 рублей 20 копеек, гигиеническая губная помада «Айболит», весом 2,8 г (производитель «Аванта»), стоимостью 20 рублей. Всего у неё похищено имущества на общую сумму 1 511 рублей ( т.7 л.д. 24-245, л.д. 350-355, т.14, л.д.38-40). Из оглашенных в судебном заседании в порядке ст. ч.1 УПК РФ показаний свидетеля ФИО67 следует, что она работает на протяжении 3-х лет в должности товароведа в АО «Тандер» магазина «Магнит» по адресу: &lt;адрес&gt;. В ее обязанности входит прием товара, учет товара и т.д. Видеонаблюдения в магазине нет, охранников у них тоже нет. Контроль осуществляет работник магазина. При входе в магазин находятся ячейки камер хранения, предназначенные для временного хранения личных вещей посетителей магазина, так как вход в торговый зал магазина с вещами из других магазинов запрещен.ДД.ММ.ГГГГ она находилась на своем рабочем месте и исполняла свои должностные обязанности. Примерно в 10 часов 40 минут к ней подошла женщина и сказал ей о том, что при входе в торговый зал она положила свой пакет с вещами в ячейку камеры хранения №. После того, как она вернулась из торгового зала, ее пакета в ячейке камере хранения не было. При этом в магазине было много людей. После этого женщина вызвала сотрудников полиции (т.7 л.д.254-257). Так, из оглашенных в судебном заседании в порядке ст. ч.1 УПК РФ показаний свидетеля ФИО68, следует, что с июня 2016 г. она работает товароведом в магазине «Магнит Косметик» АО «Тандер», расположенном по адресу: &lt;адрес&gt;. По предъявленным ей для обозрения документам, имеющимся в материалах уголовного дела, а именно: товарным накладным, атакже чеку на продажу от ДД.ММ.ГГГГ на сумму 1508 рублей, может пояснить, что названия, указанные в чеке на продажу, указаны сокращённо, так как они значатся в базе данных (кассовом модуле). Указала, что полное наименование товаров, указанных в предъявленном ей для обозрения чеке на продажу, следующее: крем- мыло «Ушастый нянь с экстрактом ромашки», в упаковке весом 90 г (производитель «Невская Косметика»), колготки женские «Omsa Perfect Body», плотность 50 DEN, размер 3, колготки женские «Sisi Miss», плотность 40 DEN, бежевые, размер 3 (или 4), бежевые; колготки женские «Conte AKTIVE», плотность 40 DEN, размер 4, бежевые, колготки женские «Conte X-PRESS», плотность 40 DEN, размер 4, бежевые, колготки женские «Pierre Cardin Toulon», плотность 40 DEN, размер 4, чёрные, детское туалетное мыло «Ромашка/ череда», весом 90 г, (производитель ОАО «Весна»), подарочный набор «Gillette MACH3», включающий гель для бритья «Gillette MACH3» в ёмкости, объёмом 200 мл, а также бальзам после бритья «Gillette MACH3» в упаковке, объёмом 50 мл, гигиеническая губная помада «Айболит», весом 2,8 г (производитель «Аванта») (т.14 л.д.34-37). О виновности ФИО11 по данному эпизоду свидетельствуют также письменные материалы дела: заявление ФИО7 от 15.12.2015г., согласно которому она просит провести проверку по факту пропажи пакета, в котором находился подарочный набор «Жилет» для бритья и 6 женских колготок, губная помада, 2 куска мыла на общую сумму 1508 рублей, который находился в ячейке № в камере хранения в магазине «Магнит» по адресу: &lt;адрес&gt;, имевшего место ДД.ММ.ГГГГ, примерно в 10 часов 40 минут. (т.7 л.д.189); протокол явки с повинной ФИО11 от ДД.ММ.ГГГГ, согласно которому он пояснил, что примерно ДД.ММ.ГГГГ находился в районе КЗТЗ, где зашел в магазин «Магнит», расположенный рядом с перекрестком улиц Дейнеки и ФИО17. В магазине он увидел ячейки камеры хранения и решил похитить что-либо из ячеек, в связи, с чем открыл одну из ячеек, находящимися при нем ключами, где увидел пакет, который похитив, вышел из магазина. Осмотрев пакет, он увидел, что в нем находятся косметика и бритвенные принадлежности и матерчатые вещи. Так как ценности для него похищенные вещи не представляли, он выкинул пакет в ближайшую мусору. Вину признает полностью, в содеянном раскаивается (т.7 л.д.273-275); протокол проверки показаний на месте от 16.08.2016г., согласно которому подозреваемый ФИО11 на месте происшествия показал, где он ДД.ММ.ГГГГ похитил пакет с имуществом, принадлежащий ФИО7, при этом описал все события совершенного преступления (т.7 л.д.292-297); протокол осмотра места происшествия от 15.12.2015г., согласно которому был произведен осмотр места происшествия – предкассовой зоны магазина «Магнит», расположенного по адресу: &lt;адрес&gt;, в результате которого было изъято: след пальца руки на светлую дактопленку, кассовый (т.7 л.д. 190-194); протокол осмотра документов от 29.12.2015г., согласно которого был произведен осмотр кассового чека от ДД.ММ.ГГГГ на приобретенный товар на общую сумму 1508 рулей 00 копеек в магазине «Магнит-косметик», согласно которому были приобретены крем- мыло «Ушастый нянь» стоимостью 19руб. 20 коп., колготки женские «Омса Перф» стоимостью 199 руб. 20 коп., колготки женские «Сиси Мис» 2 пары по цене 135 руб. 20 коп. за 1 пару на сумму 270 руб. 40 коп., колготки женские «конте Ак» стоимостью 151 руб. 20 коп., колготки женские «конте Х-П» стоимостью 263 руб. 20 коп., колготки женские « Пьер Кард» стоимостью 215 руб. 20 коп., детское туалетное мыло «ромашка» стоимостью 10 руб. 40 коп., гель для бритья 2 ПН Mach 3- стоимостью 359 руб. 20 коп., гигиеническая помада «Айболит» стоимостью 20 руб. (т.7 л.д.250-251); протокол осмотра документов от ДД.ММ.ГГГГ, согласно которому были осмотрены товарные накладные, подтверждающие факт поставки товара в магазин Магнит «Брадис» АО «Тандер» (т. 11 л.д. 158-163); В последующем кассовый чек от ДД.ММ.ГГГГ на приобретенный товар на общую сумму 1508 рулей 00 копеек в магазине «Магнит-косметик», товарные накладные, подтверждающие факт поставки товара в магазин Магнит «Брадис» АО «Тандер» признаны и приобщены в качестве вещественных доказательств (т.7 л.д.195-222, 252-253, т. 11 л.д. 164-165).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ФИО11 в его совершении и квалифицирует действия ФИО11 по данному эпизоду по ст. ч.2 п.«б» УК РФ как кража, то есть тайное хищение чужого имущества, совершенное с незаконным проникновением в иное хранилище. В судебном заседании установлено, что подсудимый ФИО11 действуя умышленно, с корыстной целью, путем подбора ключа незаконно проник в ячейку камеры хранения товарно - материальных ценностей, предназначенную для временного хранения материальных ценностей, расположенной в предкассовой зоне магазина «Магнит Брадис», убедившись, что его действия носят тайный характер, то есть не являются очевидными для кого – либо окружающих лицпродолжая реализовывать свой преступный умысел, направленный на совершение тайного, противоправного, безвозмездного изъятия и обращения чужого имущества в свою пользу, с незаконным проникновением в иное хранилище, совершил тайное хищение чужого имущества из ячейки камеры хранения магазина «Магнит Брадис» на общую сумму 1 511 рублей, которым в дальнейшем распорядиться по своему усмотрению. Эпизод содержания притона для потребления наркотических средств. 20.12.2015г. примерно в 13 часов 00 минут у ФИО11 и ФИО13, являющимися лицами, допускающими потребление наркотических средств без назначения врача, и имеющих личную заинтересованность в получении готового к потреблению наркотического средства, находившихся в &lt;адрес&gt;. № по &lt;адрес&gt;, из корыстных побуждений, возник преступный умысел, направленный на совместное, в составе группы лиц по предварительному сговору, содержание притона для потребления наркотических средств по месту своего жительства. С целью реализации преступного умысла, направленного на совместное, в составе группы лиц по предварительному сговору, содержание притона для потребления наркотических средств по месту своего жительства, ФИО11 и ФИО13 разработали план совершения преступления, согласно которому ФИО11 совместно с ФИО13 должны были предоставлять находящуюся в их пользовании &lt;адрес&gt;. № по &lt;адрес&gt;, газовую плиту, кухонную посуду и приспособления, необходимые для незаконного изготовления лицам, допускающим потребление наркотических средств без назначения врача, для незаконного изготовления и потребления наркотических средств. Кроме того, ФИО11 согласно достигнутой с ФИО13 договоренности сам должен был определять круг лиц, допускающих потребление наркотических средств без назначения врача, предоставлять посуду и приспособления, необходимые для незаконного изготовления наркотических средств, оговаривать с ними условия предоставления указанной выше квартиры, для незаконного изготовления и потребления наркотических средств без назначения врача, а ФИО9 условия оплаты за предоставление квартиры для изготовления и потребления наркотических средств. В свою очередь, ФИО13 согласно распределения ролей должен был совместно с ФИО11 предоставлять &lt;адрес&gt;.№ по &lt;адрес&gt; лицам, допускающим потребление наркотических средств без назначения врача, для незаконного изготовления и потребления наркотических средств. Кроме того, ФИО13 согласно достигнутой с ФИО11 договоренности должен был обеспечивать безопасность функционирования притона путем ограничения свободного доступа в квартиру посторонних лиц, а также проводить последующую уборку и проветривание квартиры с целью устранения следов незаконного изготовления и потребления наркотических средств и создания условий дальнейшего функционирования притона для изготовления и потребления наркотических средств. За предоставление вышеуказанной квартиры лицам, допускающих потребление наркотических средств без назначения врача, для незаконного изготовления и потребления наркотических средств, ФИО11 и ФИО13, имея личную заинтересованность в потреблении наркотического средства, должны были получать вознаграждение в виде части незаконно изготовленного наркотического средства. После этого, в период с ДД.ММ.ГГГГ по ДД.ММ.ГГГГ ФИО11 и ФИО13 во исполнение своего преступного умысла, направленного на совместное содержание притона для потребления наркотических средств в &lt;адрес&gt;. № по &lt;адрес&gt;, действуя в составе группы лиц по предварительному сговору, осознавая противоправный характер своих действий, создали условия для незаконного изготовления и потребления наркотических средств в указанной квартире лицами, допускающими потребление наркотических средств без назначения врача, обеспечивая функционирование притона путем систематического ее предоставления различным лицам, в том числе: ФИО12, ФИО15, ФИО42 Р.Ю., ФИО8, ФИО69 и ФИО10 А.А., для изготовления и потребления наркотических средств, а также путем ограничения свободного доступа в квартиру посторонних лиц и проведения последующей уборки и проветривания квартиры. Так, ДД.ММ.ГГГГ ФИО11 и ФИО13 во исполнение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согласно ранее достигнутой между ними договоренности о распределении ролей, предоставили ФИО12, находящуюся в их пользовании &lt;адрес&gt;. № по &lt;адрес&gt; для незаконного изготовления и потребления наркотических средств. ДД.ММ.ГГГГ примерно в 15 часов 35 минут ФИО12, являющаяся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 по &lt;адрес&gt; для незаконного изготовления и потребления наркотических средств, прибыла к вышеуказанной квартире с целью получения разрешения на незаконное изготовление и потребление в ней наркотических средств. После чего, ДД.ММ.ГГГГ примерно в 15 часов 38 минут ФИО11 и ФИО13, во исполнение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находясь в &lt;адрес&gt;. № по &lt;адрес&gt;, осознавая противоправный характер своих действий, и, желая этого, достоверно зная, что ФИО12 является лицом, допускающим потребление наркотических средств без назначения врача, и имеет намерение незаконно изготовить и потребить наркотическое средство – «кустарно изготовленный препарат из эфедрина (псевдоэфедрина) или из препаратов, содержащих эфедрин (псевдоэфедрин)», действующим началом которого является наркотическое средство - «метамфетамин (первитин)», в их квартире, предоставили ФИО12 для незаконного изготовления и потребления наркотического средства – «кустарно изготовленного препарата из эфедрина (псевдоэфедрина) или из препаратов, содержащих эфедрин (псевдоэфедрин)», действующим началом которого является наркотическое средство - «метамфетамин (первитин)», помещение &lt;адрес&gt;. При этом, ФИО11,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ФИО13, а также согласно отведенной ему в данной группе роли, предварительно создал условия для незаконного изготовления и потребления ФИО12 наркотического средства в &lt;адрес&gt;, в том числе путем предоставления ФИО12 газовой плиты, а ФИО9 посуды и приспособлений, необходимых для незаконного изготовления наркотических средств. ФИО13, в свою очередь,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ФИО11, а также согласно отведенной ему в данной группе роли, с целью обеспечения безопасного функционирования притона, предварительно создал условия для незаконного изготовления и потребления ФИО12 наркотического средства в вышеуказанной квартире, в том числе путем ограничения свободного доступа в квартиру посторонних лиц. ДД.ММ.ГГГГ в период времени с 15 часов 40 минут по 17 часов 45 минут, ФИО12, получив разрешение от ФИО11 и ФИО13 на незаконное изготовление и потребление наркотических средств, находясь в помещении кухни &lt;адрес&gt;. № по &lt;адрес&gt;, используя газовую плиту, посуду в виде кастрюли, тарелки, полиэтиленовых бутылок и приспособления, необходимые для изготовления наркотических средств, предоставленные ей ФИО11, а также используя имеющийся у нее эфедринсодержащий препарат «Бронхолитин» и другие ингредиенты, необходимые для изготовления наркотического средства, путем проведения химических реакций на огне газовой плиты, незаконно изготовила без цели сбыта наркотическое средство – «кустарно изготовленный препарат из эфедрина (псевдоэфедрина) или из препаратов, содержащих эфедрин (псевдоэфедрин)», действующим началом которого является наркотическое средство - «метамфетамин (первитин)» (по факту незаконного изготовления наркотических средств в отношении ФИО12 ДД.ММ.ГГГГ вынесено постановление об отказе в возбуждении уголовного дела на основании п.2 ч.1 ст. 24 УПК РФ ). ДД.ММ.ГГГГ примерно в 18 часов 00 минут, ФИО12, находясь в помещении жилой комнаты &lt;адрес&gt;. № по &lt;адрес&gt;, с разрешения ФИО11 и ФИО13 путем внутривенной инъекции потребила незаконно изготовленное ею наркотическое средство – «кустарно изготовленный препарат из эфедрина (псевдоэфедрина) или из препаратов, содержащих эфедрин (псевдоэфедрин)», действующим началом которого является наркотическое средство - «метамфетамин (первитин)», при этом, часть данного наркотического средства она передала ФИО11 и ФИО13 в качестве вознаграждения за предоставленную ей квартиру для незаконного изготовления и потребления наркотических средств. После потребления ФИО12 наркотического средства – «кустарно изготовленного препарата из эфедрина (псевдоэфедрина) или из препаратов, содержащих эфедрин (псевдоэфедрин)», действующим началом которого является наркотическое средство - «метамфетамин (первитин)», ФИО13, ДД.ММ.ГГГГ в вечернее время в продолжение своего преступного умысла, направленного на совместное с ФИО11 содержание притона для потребления наркотических средств, действуя в составе группы лиц по предварительному сговору, а также согласно отведенной ему в данной группе роли, с целью сокрытия следов незаконного изготовления и потребления ФИО12 наркотического средства и обеспечения дальнейшего функционирования притона, произвел уборку и проветривание находящейся в их пользовании &lt;адрес&gt;. № по &lt;адрес&gt; (по факту незаконного сбыта наркотических средств в отношении ФИО12 ДД.ММ.ГГГГ вынесено постановление об отказе в возбуждении уголовного дела на основании п.2 ч.1 ст. 24 УПК РФ ; по факту незаконных приобретения и хранения наркотических средств в отношении ФИО11 и ФИО13 05.12 2016 вынесено постановление об отказе в возбуждении уголовного дела на основании п.2 ч.1 ст. 24 УПК РФ ). ДД.ММ.ГГГГ ФИО11 и ФИО13 в продолжение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согласно ранее достигнутой между ними договоренности о распределении ролей, предоставили ФИО42 Р.Ю., находящуюся в их пользовании &lt;адрес&gt; для незаконного изготовления и потребления наркотических средств. ДД.ММ.ГГГГ примерно в 16 часов 02 минуты, ФИО12, являющаяся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в телефонном разговоре с ФИО13 спросил разрешение у последнего незаконно изготовить и потребить наркотическое средство в квартире, находящейся в пользовании ФИО11 и ФИО13, расположенной по адресу: &lt;адрес&gt;, ФИО42 Р.Ю. После чего, ФИО13,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ФИО11, посоветовавшись с последним, сообщил ФИО12 о возможности ФИО42 Р.Ю. незаконно изготовить и потребить наркотическое средство в вышеуказанной квартире. 21.01.2016г. примерно в 16 часов 35 минут, ФИО42 Р.Ю., являющийся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и получив от ФИО13 разрешение на изготовление и потребление наркотического средства, прибыл к вышеуказанной квартире с целью незаконного изготовления и потребления в ней наркотических средств. После чего, 21.01.2016г. примерно в 16 часов 37 минут, ФИО11 и ФИО13, во исполнение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находясь в &lt;адрес&gt;, осознавая противоправный характер своих действий, и, желая этого, а также, достоверно зная о том, что ФИО42 Р.Ю. является лицом, допускающим потребление наркотических средств без назначения врача, и имеет намерение незаконно изготовить и потребить наркотическое средство – «экстракт маковой соломы», один из действующих веществ которого является морфин, относящийся к группе - опиаты, в их квартире, предоставили ФИО42 Р.Ю. для незаконного изготовления и потребления наркотического средства – «экстракта маковой соломы», один из действующих веществ, которого является морфин, относящийся к группе - опиаты, помещение &lt;адрес&gt;. При этом, ФИО11,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ФИО13, а также согласно отведенной ему в данной группе роли, предварительно создал условия для незаконного изготовления и потребления ФИО42 Р.Ю. наркотического средства в &lt;адрес&gt;, в том числе путем предоставления ФИО42 Р.Ю. газовой плиты, а также посуды и приспособлений, необходимых для незаконного изготовления наркотических средств. ФИО13, в свою очередь,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ФИО11, а также согласно отведенной ему в данной группе роли, с целью обеспечения безопасного функционирования притона, предварительно создал условия для незаконного изготовления и потребления ФИО42 Р.Ю. наркотического средства в вышеуказанной квартире, в том числе путем ограничения свободного доступа в квартиру посторонних лиц. ДД.ММ.ГГГГ в период времени с 16 часов 40 минут по 17 часов 23 минуты, ФИО42 Р.Ю., получив разрешение от ФИО11 и ФИО13 на незаконное изготовление и потребление наркотических средств, находясь в помещении кухни &lt;адрес&gt;, используя газовую плиту, посуду и приспособления, необходимые для изготовления наркотических средств, предоставленные ему ФИО11, а также используя имевшееся у него наркотическое средство – маковая солома и другие ингредиенты, необходимые для изготовления наркотического средства, путем проведения химических реакций на огне газовой плиты, незаконно изготовил без цели сбыта наркотическое средство – «экстракт маковой соломы», один из действующих веществ которого является морфин, относящийся к группе – опиаты (по факту незаконного изготовления наркотических средств в отношении ФИО42 Р.Ю. ДД.ММ.ГГГГ вынесено постановление об отказе в возбуждении уголовного дела на основании п.2 ч.1 ст. 24 УПК РФ ). ДД.ММ.ГГГГ примерно в 17 часов 30 минут, ФИО42 Р.Ю., находясь в помещении кухни &lt;адрес&gt;, с разрешения ФИО11 и ФИО13 путем внутривенной инъекции потребила незаконно изготовленное им наркотическое средство – «экстракт маковой соломы», один из действующих веществ которого является морфин, относящийся к группе – опиаты, при этом, часть данного наркотического средства он передал ФИО11 и ФИО13 в качестве вознаграждения за предоставленную ему квартиру для незаконного изготовления и потребления наркотических средств. После потребления ФИО42 Р.Ю. наркотического средства – «экстракта маковой соломы», один из действующих веществ которого является морфин, относящийся к группе – опиаты, ФИО13, 21.01.2016г. в вечернее время в продолжение своего преступного умысла, направленного на совместное с ФИО11 содержание притона для потребления наркотических средств, действуя в составе группы лиц по предварительному сговору, а также согласно отведенной ему в данной группе роли, с целью сокрытия следов незаконного изготовления и потребления ФИО42 Р.Ю. наркотического средства и обеспечения дальнейшего функционирования притона, произвел уборку и проветривание находящейся в их пользовании &lt;адрес&gt; (по факту незаконного сбыта наркотических средств в отношении ФИО42 Р.Ю. ДД.ММ.ГГГГ вынесено постановление об отказе в возбуждении уголовного дела на основании п.2 ч.1 ст. 24 УПК РФ ; по факту незаконных приобретения и хранения наркотических средств в отношении ФИО11 и ФИО13 ДД.ММ.ГГГГ вынесено постановление об отказе в возбуждении уголовного дела на основании п.2 ч.1 ст. 24 УПК РФ ). ДД.ММ.ГГГГ ФИО11 и ФИО13 в продолжение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согласно ранее достигнутой между ними договоренности о распределении ролей, предоставили ФИО8, находящуюся в их пользовании &lt;адрес&gt; для незаконного изготовления и потребления наркотических средств. ДД.ММ.ГГГГ примерно в 11 часов 19 минут, ФИО8, являющийся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в телефонном разговоре с ФИО11 спросил разрешение у последнего незаконно изготовить и потребить наркотическое средство в квартире, находящейся в пользовании ФИО11 и ФИО13, расположенной по адресу: &lt;адрес&gt;. После чего, ФИО11,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ФИО13, а также согласно отведенной ему в данной группе роли, сообщил ФИО8 о возможности последним незаконно изготовить и потребить наркотическое средство в вышеуказанной квартире. ДД.ММ.ГГГГ примерно в 15 часов 52 минуты, ФИО8, являющийся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и получив от ФИО11 разрешение на изготовление и потребление наркотического средства, прибыл к вышеуказанной квартире с целью незаконного изготовления и потребления в ней наркотических средств. После чего, ДД.ММ.ГГГГ примерно в 15 часов 54 минуты, ФИО11 и ФИО13, во исполнение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находясь в &lt;адрес&gt;, осознавая противоправный характер своих действий, и, желая этого, а также, достоверно зная о том, что ФИО8 является лицом, допускающим потребление наркотических средств без назначения врача, и имеет намерение незаконно изготовить и потребить наркотическое средство – «экстракт маковой соломы», один из действующих веществ которого является морфин, относящийся к группе - опиаты, в их квартире, предоставили ФИО8 для незаконного изготовления и потребления наркотического средства – «экстракта маковой соломы», один из действующих веществ, которого является морфин, относящийся к группе - опиаты, помещение &lt;адрес&gt;. При этом, ФИО11,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ФИО13, а также согласно отведенной ему в данной группе роли, предварительно создал условия для незаконного изготовления и потребления ФИО8 наркотического средства в &lt;адрес&gt;, в том числе путем предоставления ФИО8 газовой плиты, а ФИО9 посуды и приспособлений, необходимых для незаконного изготовления наркотических средств. ФИО13, в свою очередь,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ФИО11, а также согласно отведенной ему в данной группе роли, с целью обеспечения безопасного функционирования притона, предварительно создал условия для незаконного изготовления и потребления ФИО8 наркотического средства в вышеуказанной квартире, в том числе путем ограничения свободного доступа в квартиру посторонних лиц. ДД.ММ.ГГГГ в период времени с 16 часов 00 минут по 16 часов 55 минут, ФИО8, получив разрешение от ФИО11 и ФИО13 на незаконное изготовление и потребление наркотических средств, находясь в помещении кухни &lt;адрес&gt;, используя газовую плиту, посуду и приспособления, необходимые для изготовления наркотических средств, предоставленные ему ФИО11, а, также используя имеющееся у него наркотическое средство – маковая солома и другие ингредиенты, необходимые для изготовления наркотического средства, путем проведения химических реакций на огне газовой плиты, незаконно изготовил без цели сбыта наркотическое средство – «экстракт маковой соломы», один из действующих веществ которого является морфин, относящийся к группе – опиаты (по факту незаконного изготовления наркотических средств в отношении ФИО8 ДД.ММ.ГГГГ вынесено постановление об отказе в возбуждении уголовного дела на основании п.2 ч.1 ст. 24 УПК РФ . ДД.ММ.ГГГГ примерно в 17 часов 00 минут, ФИО8, находясь в помещении кухни &lt;адрес&gt;, с разрешения ФИО11 и ФИО13 путем внутривенной инъекции потребил незаконно изготовленное им наркотическое средство – «экстракт маковой соломы», один из действующих веществ которого является морфин, относящийся к группе – опиаты, при этом, часть данного наркотического средства он передал ФИО11 и ФИО13 в качестве вознаграждения за предоставленную ему квартиру для незаконного изготовления и потребления наркотических средств. После потребления ФИО8 наркотического средства – «экстракт маковой соломы», один из действующих веществ которого является морфин, относящийся к группе – опиаты, ФИО13, ДД.ММ.ГГГГ в вечернее время в продолжение своего преступного умысла, направленного на совместное с ФИО11 содержание притона для потребления наркотических средств, действуя в составе группы лиц по предварительному сговору, а также согласно отведенной ему в данной группе роли, с целью сокрытия следов незаконного изготовления и потребления ФИО8 наркотического средства и обеспечения дальнейшего функционирования притона, произвел уборку и проветривание находящейся в их пользовании &lt;адрес&gt; (по факту незаконного сбыта наркотических средств в отношении ФИО8 ДД.ММ.ГГГГ вынесено постановление об отказе в возбуждении уголовного дела на основании п.2 ч.1 ст. 24 УПК РФ ; по факту незаконных приобретения и хранения наркотических средств в отношении ФИО11 и ФИО13 ДД.ММ.ГГГГ вынесено постановление об отказе в возбуждении уголовного дела на основании п.2 ч.1 ст. 24 УПК РФ ). ДД.ММ.ГГГГ ФИО11 и ФИО13 в продолжение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согласно ранее достигнутой между ними договоренности о распределении ролей, предоставили ФИО42 Р.Ю., ФИО69, ФИО15 и ФИО10 А.А., находящуюся в их пользовании &lt;адрес&gt;, для незаконного изготовления и потребления наркотических средств. ДД.ММ.ГГГГ примерно в 11 часов 00 минут ФИО15, являющийся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прибыл к вышеуказанной квартире с целью получения разрешения на незаконное потребление в ней наркотических средств. После чего, ДД.ММ.ГГГГ примерно в 11 часов 10 минут, ФИО11 и ФИО13, во исполнение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находясь в &lt;адрес&gt;, осознавая противоправный характер своих действий, и, желая этого, а ФИО9, достоверно зная о том, что ФИО15 является лицом, допускающим потребление наркотических средств без назначения врача, и имеет намерение незаконно потребить наркотическое средство – каннабис (марихуану), действующим веществом которого является тетрагидроканнабинол, в их квартире, предоставили ФИО15 для незаконного потребления наркотического средства – марихуаны, действующим веществом которого является тетрагидроканнабинол, помещение &lt;адрес&gt;. При этом, ФИО13,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ФИО11, а ФИО9 согласно отведённой ему в данной группе роли, с целью обеспечения безопасного функционирования притона, предварительно создал условия для незаконного потребления ФИО15 наркотического средства в вышеуказанной квартире, в том числе путем ограничения свободного доступа в квартиру посторонних лиц. После чего, ДД.ММ.ГГГГ примерно в 11 часов 15 минут, продолжая осуществлять свой преступный умысел, направленный на совместное с ФИО11 содержание притона для потребления наркотических средств, действуя в составе группы лиц по предварительному сговору, находясь в &lt;адрес&gt;, осознавая противоправный характер своих действий, и, желая этого, предложил ФИО15 совместно употребить имеющееся наркотическое средство – каннабис (марихуану), действующим веществом которого является тетрагидроканнабинол, на что ФИО15 согласился. ДД.ММ.ГГГГ в период времени с 11 часов 20 минут по 11 часов 40 минут, ФИО15, получив разрешение от ФИО11 и ФИО13 на незаконное потребление наркотических средств, находясь в помещении кухни &lt;адрес&gt;, совместно с ФИО13 незаконно употребил наркотическое средство – каннабис (марихуану), действующим веществом которого является тетрагидроканнабинол. (по факту незаконного приобретения и хранения наркотических средств в отношении ФИО13 ДД.ММ.ГГГГ вынесено постановление об отказе в возбуждении уголовного дела на основании п.2 ч.1 ст. 24 УПК РФ ). ДД.ММ.ГГГГ примерно в 14 часов 31 минуту, ФИО42 Р.Ю., являющийся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в телефонном разговоре с ФИО11 спросил разрешение у последнего незаконно изготовить и потребить наркотическое средство в квартире, находящейся в пользовании ФИО11 и ФИО13, расположенной по адресу: &lt;адрес&gt;, ему и ФИО69 После чего, ФИО11,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ФИО13, сообщил ФИО42 Р.Ю. о возможности последним и ФИО69 незаконно изготовить и потребить наркотическое средство в вышеуказанной квартире. ДД.ММ.ГГГГ примерно в 15 часов 00 минут, ФИО10 А.А., являющийся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прибыл к вышеуказанной квартире с целью получения разрешения на незаконное потребление в ней наркотических средств. ДД.ММ.ГГГГ примерно в 15 часов 30 минут, ФИО42 Р.Ю., являющийся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и получив от ФИО11 разрешение на незаконное изготовление и потребление наркотического средства, а вместе с ним и ФИО69, являющийся лицом, допускающим потребление наркотических средств без назначения врача, достоверно зная о том, что ФИО11 и ФИО13 предоставляют находящуюся в их пользовании &lt;адрес&gt; для незаконного изготовления и потребления наркотических средств, прибыли к вышеуказанной квартире с целью незаконного изготовления и потребления в ней наркотических средств. После чего, ДД.ММ.ГГГГ примерно в 15 часов 35 минут, ФИО11 и ФИО13, во исполнение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находясь в &lt;адрес&gt;, осознавая противоправный характер своих действий, и, желая этого, а также, достоверно зная о том, что ФИО42 Р.Ю. является лицом, допускающим потребление наркотических средств без назначения врача, и имеет намерение незаконно изготовить и потребить наркотическое средство – «экстракт маковой соломы», один из действующих веществ которого является морфин, относящийся к группе – опиаты, а ФИО9, достоверно зная о том, что ФИО69 является лицом, допускающим потребление наркотических средств без назначения врача, и имеет намерение потребить наркотическое средство – «экстракт маковой соломы», один из действующих веществ которого является морфин, относящийся к группе - опиаты, в их квартире, предоставили ФИО42 Р.Ю. для незаконного изготовления и потребления, а ФИО69 для потребления наркотического средства – «экстракта маковой соломы», один из действующих веществ которого является морфин, относящийся к группе - опиаты, помещение &lt;адрес&gt;. При этом, ФИО11,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ФИО13, а также согласно отведенной ему в данной группе роли, предварительно создал условия для незаконного изготовления ФИО42 Р.Ю. и потребления ФИО42 Р.Ю. и ФИО69 наркотического средства в &lt;адрес&gt;, в том числе путем предоставления ФИО42 Р.Ю. газовой плиты, а ФИО9 посуды и приспособлений, необходимых для незаконного изготовления наркотических средств. ФИО13, в свою очередь,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ФИО11, а ФИО9 согласно отведенной ему в данной группе роли, с целью обеспечения безопасного функционирования притона, предварительно создал условия для незаконного изготовления ФИО42 Р.Ю. и потребления ФИО42 Р.Ю. и ФИО69 наркотического средства в вышеуказанной квартире, в том числе путем ограничения свободного доступа в квартиру посторонних лиц. ДД.ММ.ГГГГ в период времени с 15 часов 40 минут по 16 часов 50 минут, ФИО42 Р.Ю., получив разрешение от ФИО11 и ФИО13 на незаконное изготовление и потребление наркотических средств, находясь в помещении кухни &lt;адрес&gt;, используя газовую плиту, посуду и приспособления, необходимые для изготовления наркотических средств, предоставленные ему ФИО11, а также используя имевшееся у ФИО69 наркотическое средство – маковая солома и другие ингредиенты, необходимые для изготовления наркотического средства, путем проведения химических реакций на огне газовой плиты, незаконно изготовил без цели сбыта наркотическое средство – «экстракт маковой соломы», один из действующих веществ которого является морфин, относящийся к группе – опиаты (по факту незаконного изготовления наркотических средств в отношении ФИО42 Р.Ю. ДД.ММ.ГГГГ вынесено постановление об отказе в возбуждении уголовного дела на основании п.2 ч.1 ст. 24 УПК РФ ). После чего, ДД.ММ.ГГГГ примерно в 16 часов 58 минут, ФИО11 и ФИО13, во исполнение своего преступного умысла, направленного на совместное содержание притона для потребления наркотических средств, действуя в составе группы лиц по предварительному сговору, находясь в &lt;адрес&gt;, осознавая противоправный характер своих действий, и, желая этого, а также, достоверно зная о том, что ФИО10 А.А. является лицом, допускающим потребление наркотических средств без назначения врача, и имеет намерение незаконно потребить наркотическое средство – «экстракт маковой соломы», один из действующих веществ которого является морфин, относящийся к группе – опиаты, в их квартире, предоставили ФИО10 А.А. для незаконного потребления наркотического средства – «экстракта маковой соломы», одним из действующих веществ которого является морфин, относящийся к группе - опиаты, помещение &lt;адрес&gt;. При этом, ФИО13, имея умысел, направленный на совместное содержание притона для потребления наркотических средств, действуя в составе группы лиц по предварительному сговору с ФИО11, а также согласно отведенной ему в данной группе роли, с целью обеспечения безопасного функционирования притона, предварительно создал условия для незаконного потребления ФИО10 А.А. наркотического средства в вышеуказанной квартире, в том числе путем ограничения свободного доступа в квартиру посторонних лиц. ДД.ММ.ГГГГ примерно в 17 часов 00 минут, ФИО42 Р.Ю., ФИО69 и ФИО10 А.А., находясь в помещении жилой комнаты &lt;адрес&gt;, с разрешения ФИО11 и ФИО13 путем внутривенной инъекции потребили незаконно изготовленное ФИО42 Р.Ю. наркотическое средство – «экстракт маковой соломы», один из действующих веществ которого является морфин, относящийся к группе – опиаты, при этом, часть данного наркотического средства они передали ФИО13 в качестве вознаграждения за предоставленную им квартиру для незаконного изготовления и потребления наркотических средств. Кроме того, в качестве вознаграждения за предоставление квартиры для незаконного изготовления и потребления наркотических средств ФИО42 Р.Ю. передал ФИО11 неустановленное предварительным следствием наркотическое средство, имевшееся у ФИО42 Р.Ю. После потребления ФИО42 Р.Ю., ФИО69 и ФИО10 А.А. наркотического средства – «экстракта маковой соломы», один из действующих веществ которого является морфин, относящийся к группе – опиаты, ФИО13, ДД.ММ.ГГГГ в вечернее время в продолжение своего преступного умысла, направленного на совместное с ФИО11 содержание притона для потребления наркотических средств, действуя в составе группы лиц по предварительному сговору, а ФИО9 согласно отведенной ему в данной группе роли, с целью сокрытия следов незаконного изготовления и потребления ФИО42 Р.Ю. наркотического средства и обеспечения дальнейшего функционирования притона, произвел уборку и проветривание находящейся в их пользовании &lt;адрес&gt; (по факту незаконного сбыта наркотических средств в отношении ФИО42 Р.Ю. ДД.ММ.ГГГГ вынесено постановление об отказе в возбуждении уголовного дела на основании п.2 ч.1 ст. 24 УПК РФ ; по факту незаконных приобретения и хранения наркотических средств в отношении ФИО69, ФИО10 А.А. и ФИО13 ДД.ММ.ГГГГ вынесено постановление об отказе в возбуждении уголовного дела на основании п.2 ч.1 ст. 24 УПК РФ ). Таким образом, в период с ДД.ММ.ГГГГ по ДД.ММ.ГГГГ ФИО11 и ФИО13 во исполнение своего преступного умысла, направленного на совместное содержание притона для потребления наркотических средств в квартире, расположенной по адресу: &lt;адрес&gt;, действуя в составе группы лиц по предварительному сговору, осознавая противоправный характер своих действий, создали условия для незаконного изготовления и потребления наркотических средств в указанной квартире лицами, допускающими потребление наркотических средств без назначения врача, обеспечивая функционирование притона путем систематического ее предоставления различным лицам, в том числе: ФИО12 для изготовления и потребления наркотического средства - «кустарно изготовленный препарат из эфедрина (псевдоэфедрина) или из препаратов, содержащих эфедрин (псевдоэфедрин)», действующим началом которого является наркотическое средство - «метамфетамин (первитин)», ФИО42 Р.Ю. для изготовления и потребления наркотического средства – «экстракта маковой соломы», один из действующих веществ которого является морфин, относящийся к группе – опиаты, ФИО8 для изготовления и потребления наркотического средства – «экстракта маковой соломы», один из действующих веществ которого является морфин, относящийся к группе – опиаты, ФИО69 и ФИО10 А.А. для изготовления и потребления наркотического средства – «экстракта маковой соломы», один из действующих веществ которого является морфин, относящийся к группе – опиаты, ФИО15 для изготовления и потребления наркотического средства – марихуаны, действующим веществом которого является тетрагидроканнабинол, а ФИО9 путем ограничения свободного доступа в квартиру посторонних лиц и проведения последующей уборки и проветривания квартиры. Подсудимый ФИО11 в судебном заседании вину в совершении преступления, предусмотренного ст. ч.2 УК РФ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ФИО11 в качестве обвиняемого и подозреваемого (т. 14 л.д.169-191, т.3 л.д. 46-52, т. 11 л.д.120-144, том №, л.д. 190-191) следует, что наркотические средства он потребляет примерно с 2006 года, поскольку с декабря 2015 года ни он, ни его брат – ФИО13 нигде не работали и поэтому не имели постоянного источника дохода. Однако, в связи с тем, что у него и у брата имеется зависимость от потребления наркотических средств, а ингредиенты, необходимые для изготовления наркотического средства – «метамфетамин» или наркотического средства, изготавливаемого из семян мака, стоят дорого, то покупать им их было не на что. ФИО9 у них не было денежных средств и на приобретение синтетического наркотического средства, имеющего сленговое название «соль». В связи с этим, ДД.ММ.ГГГГ, примерно в 13 часов 00 минут, он и брат решили, предоставлять квартиру, в которой они проживали наркозависимым лицам с целью изготовления и потребления в ней наркотических средств за вознаграждение в виде части готового к потреблению наркотического средства. Так, они договорились о том, что или он, или Кирилл, по возможности, будут говорить своим знакомым, которые желают изготовить и потребить наркотические средства о том, что за часть готового к потреблению наркотического средства они может изготовить и потребить у них в квартире, расположенной по адресу: &lt;адрес&gt;. При этом они договорились о том, что помещение их квартиры они будут предоставлять только их знакомым, у которых имеются все ингредиенты, необходимые для изготовления и потребления наркотического средства – «метамфетамин» или наркотического средства, изготавливаемого из семян мака. Круг лиц, которые будут посещать их квартиру с целью изготовления и потребления в ней наркотических средств, он буду определять сам, а ФИО9 обговаривать с данными лицами условия предоставления их квартиры для изготовления и потребления наркотиков. При этом, от наркозависимых лиц они ФИО9 требовали осторожности при приобретении в аптеках &lt;адрес&gt; предметов и веществ, необходимых для изготовления и потребления наркотических средств. Обычно, квартиру, в которой он и брат проживали, расположенную по выше указанному адресу посещал определенный круг их знакомых, которые так же, как и они, употребляет наркотики. Незнакомых людей, которые хотели потребить в их квартире наркотические средства, они старались не пускать. Кроме того, согласно достигнутой между ними договоренности, его брат – ФИО13 должен был следить за безопасным входом и выходом из их квартиры наркозависимых лиц. ФИО9 с целью обеспечения безопасности процесса изготовления и потребления наркотического средства Кирилл должен был из окон квартиры следить за территорией, прилегающей к жилому дому, в котором находится их квартира, в то время, когда в ней находились потребители наркотиков. В случае появления сотрудников полиции, Кирилл должен был своевременно сообщать об этом потребителям наркотиков, находящимся в их квартире, для того, чтобы они не были задержаны за незаконный оборот наркотических средств или за потребление наркотиков в их квартире. Кроме того, они ФИО9 договорились о том, что он буду предоставлять лицам, желавшим изготовить и потребить в их квартире наркотики, посуду, необходимую для изготовления и потребления наркотика. При этом, после изготовления и потребления наркозависимыми лицами наркотика, Кирилл должен был убирать мусор, оставшийся после изготовления и потребления наркотических средств, мыть посуду, которая использовалась при изготовлении данного наркотика, а ФИО9 проветривать помещение их квартиры с целью сокрытия следов изготовления и потребления наркотических средств в их квартире. За предоставление им и его братом - ФИО13 квартиры, в которой они проживали, для изготовления и потребления в ней наркотических средств, они договорились, что с наркозависимых лиц будут брать вознаграждение в виде части готового к потреблению наркотического средства. Так, на основании предъявленного ему в ходе допроса заключения эксперта №/з от ДД.ММ.ГГГГ может пояснить, что ДД.ММ.ГГГГ, примерно в 15 часов 35 минут, к ним домой пришла ФИО12 Настя, спросила у него и ФИО13 разрешение на изготовление и потребление в их квартире наркотического средства – «кустарно изготовленного препарата из эфедрина (псевдоэфедрина) или из препаратов, содержащих эфедрин (псевдоэфедрин)», пояснив им при этом, что принесла с собой все ингредиенты, необходимые для изготовления наркотика, а ФИО9 сообщила о том, что в качестве оплаты за предоставленное ей помещения их квартиры для изготовления и потребления наркотического средства – «кустарно изготовленного препарата из эфедрина (псевдоэфедрина) или из препаратов, содержащих эфедрин (псевдоэфедрин)», действующим началом которого является наркотическое средство - «метамфетамин (первитин)», она оставит им часть готового наркотика, на что он и Кирилл согласились. После этого, Кирилл, посмотрев в дверной глазок и убедившись, что на лестничной площадке нет сотрудников правоохранительных органов и иных посторонних лиц, закрыл входную дверь на ключ. В это время, он провел ФИО12 Настю на кухню их квартиры, где дал ей всю необходимую для изготовления наркотического средства посуду, а именно: тарелки, кастрюлю, полимерные бутылки, а ФИО9 показал газовую плиту и пояснил, как ей пользоваться. После этого, ФИО12 Настя, находясь на кухне их квартиры, расположенной по адресу: &lt;адрес&gt;, изготовила наркотическое средство – «кустарно изготовленный препарат из эфедрина (псевдоэфедрина) или из препаратов, содержащих эфедрин (псевдоэфедрин)». После чего разделила получившийся наркотик поровну в три инъекционные шприца, при этом, два инъекционных шприца с наркотиком предназначались для его и Кирилла в качестве вознаграждения за то, что они разрешили у них дома изготовить и потребить наркотик. Затем, Настя спросила у него и Кирилла о том, где она может потребить изготовленное ею наркотическое средство на что Кирилл ответил, что наркотик она может потребить в жилой комнате их квартиры. После этого, ФИО12 Настя с его разрешения и разрешения его брата - ФИО13 потребила путем внутривенной инъекции в руку изготовленное наркотическое средство. Он и Кирилл ФИО9 потребили изготовленное ФИО12 Настей наркотическое средство. После потребления ими наркотического средства Кирилл убрал предметы и вещества, оставшиеся после изготовления Настей и потребления всеми ими наркотика, а ФИО9 вымыл посуду, которую Настя использовала при изготовлении вышеуказанного наркотического средства, а ФИО9 проветрил помещение квартиры с целью сокрытия следов изготовления и потребления наркотика. Перед тем, как выпустить Настю из квартиры, Кирилл посмотрел в окна их квартиры и, убедившись в том, что около жилого дома, в котором находится их квартира, а ФИО9 на прилегающей к нему территории нет сотрудников правоохранительных органов и иных посторонних лиц, открыл ей входную дверь их квартиры и выпустил ее из квартиры. Кроме того, ДД.ММ.ГГГГ, примерно в 16 часов 02 минуты, когда они с братом находились дома, Кириллу на его номер мобильного телефона позвонила ФИО12 Настя и спросила у Кирилла разрешение прийти к ним домой с целью изготовления и потребления у них дома наркотика, на что Кирилл, посоветовавшись с ним, ответил Насте положительно. Спустя некоторое время, примерно в 16 часов 35 минут, к ним в квартиру пришла ФИО12 Настя с ФИО9. Войдя в квартиру, ФИО12 Настя, спросили у него и его брата - ФИО13 разрешение на изготовление и потребление в их квартире наркотического средства – «экстракта маковой соломы». При этом, Настя и ФИО42 пояснили, что они принесли с собой все ингредиенты, необходимые для изготовления наркотика, а ФИО9 сообщили о том, что в качестве оплаты за предоставленное им помещение их квартиры для изготовления и потребления наркотика, они оставят им часть готового наркотического средства, на что они с Кириллом согласились. После этого, Кирилл, посмотрев в дверной глазок и убедившись, что на лестничной площадке нет сотрудников правоохранительных органов и иных посторонних лиц, а ФИО9 закрыта ли входная дверь или нет. В это время, он провел ФИО9 на кухню их квартиры, где дал ему всю необходимую для изготовления наркотика посуду, а ФИО9 показал газовую плиту и пояснил, как ей пользоваться. Настя, в свою очередь, вместе с Кириллом в это время прошли в жилую комнату квартиры и начали общаться на разные отвлеченные темы, пока ФИО42 был на кухне и изготавливал наркотик. Кирилл периодически смотрел по окнам квартиры для того, чтобы убедиться в том, нет ли поблизости сотрудников правоохранительных органов или иных посторонних лиц. Примерно в 17 часов, ФИО9 закончил изготавливать из семян мака наркотическое средство - «экстракт маковой соломы». Затем, ФИО42 передал ему и Кириллу по шприцу с наркотиком, один шприц с наркотиком передал Насте, а один шприц с наркотиком оставил себе. После этого, ФИО42 с его разрешения и разрешения его брата - ФИО13 потребил путем внутривенной инъекции в руку изготовленное из семян мака наркотическое средство - «экстракт маковой соломы», он, Кирилл и Настя ФИО9 потребили изготовленное ФИО42 наркотическое средство. Перед тем, как выпустить ФИО42 из квартиры, Кирилл посмотрел в окна их квартиры и, убедившись в том, что около жилого дома, в котором находится их квартира, а ФИО9 на прилегающей к нему территории нет сотрудников правоохранительных органов и иных посторонних лиц, открыл ФИО42 входную дверь их квартиры и выпустил его. Настя же, в свою очередь, не пошла с ФИО42, а осталась еще на некоторое время у них с Кириллом дома. После того, как ФИО42 ушел, Кирилл убрал предметы и вещества, оставшиеся от изготовления ФИО42 и потребления всеми ними наркотика, а ФИО9 вымыл посуду, которую ФИО42 использовал при изготовлении вышеуказанного наркотического средства, а ФИО9 проветрил помещение квартиры с целью сокрытия следов изготовления и потребления наркотика. Спустя некоторое время, Настя ФИО9 ушла домой. Кроме того, ДД.ММ.ГГГГ, примерно в 11 часов 20 минут, ему на его номер мобильного телефона позвонил ФИО8. В ходе телефонного разговора ФИО8 спросил у него спросил у него разрешение прийти к ним с Кириллом домой и у них дома изготовить и потребить наркотическое средство - «экстракт маковой соломы». При этом, ФИО41 пояснил ему о том, что ему и Кириллу в качестве вознаграждения оставит часть готового наркотического средства, он ответил ФИО8 то, что он не против этого. При этом, он пояснил ФИО41 о том, что дома в настоящее время находится его брат – Кирилл. В последствии Кирилл ему ФИО9 рассказал ему о том, что ФИО8 ему тоже звонил и спрашивал разрешение на изготовление и потребление у них дома наркотика. После этого, он и ФИО8 неоднократно созванивались. В ходе одного из телефонных разговоров, он и ФИО41 договорились встретиться около подъезда, в котором находится квартира, в которой он и Кирилл проживали. Так, ДД.ММ.ГГГГ, примерно в 15 часов 50 минут, около подъезду № жилого &lt;адрес&gt;, в котором расположена квартира, в которой он и Кирилл проживали, встретился с ФИО8. После этого, он и ФИО8 зашли в квартиру. Войдя в квартиру ФИО8 вновь спросила у него и его брата - ФИО13 разрешение на изготовление и потребление в их квартире наркотического средства – «экстракт маковой соломы», пояснив им, что он принес с собой все необходимые для изготовления наркотика ингредиенты, а ФИО9 сказав, что в качестве оплаты за предоставленное ему помещения их квартиры для изготовления и потребления наркотика, он оставит им часть готового наркотического средства, на что он и Кирилл согласились. После этого, Кирилл, посмотрев в дверной глазок и убедившись, что на лестничной площадке нет сотрудников правоохранительных органов и иных посторонних лиц, закрыл входную дверь на ключ. В это время, он провел ФИО8 на кухню их квартиры, где дал ему всю необходимую для изготовления наркотика посуду, а именно: тарелки, кастрюлю, полимерные бутылки, а ФИО9 показал газовую плиту и пояснил, как ей пользоваться. После этого, ФИО8, находясь на кухне их квартиры, изготавил из семян мака наркотическое средство - «экстракт маковой соломы», после чего разделил получившееся у него из семян мака наркотическое средство разделил поровну в три инъекционные шприца. При этом, два инъекционных шприца с наркотиком предназначались для него и Кирилла в качестве вознаграждения за то, что они разрешили у них дома изготовить и потребить наркотик. Затем, ФИО41 сообщил ему и брату о том, что наркотик готов и его можно потребить. После чего, ФИО8, находясь на кухне их квартиры, с его разрешения и разрешения ФИО13 потребил путем внутривенной инъекции в руку изготовленное им из семян мака наркотическое средство - «экстракт маковой соломы», он и Кирилл ФИО9 потребили изготовленное ФИО8 наркотическое средство. После потребления ними наркотика, ФИО8 уходить домой. Перед тем, как выпустить ФИО41 из их квартиры, Кирилл посмотрел в окна квартиры и, убедившись в том, что около жилого дома, в котором находится их квартира, а ФИО9 на прилегающей к нему территории нет сотрудников правоохранительных органов и иных посторонних лиц, открыл ФИО41 входную дверь их квартиры и выпустил его. Кроме того, ДД.ММ.ГГГГ, примерно в 11 часов 00 минут к ним домой пришел знакомый ФИО15. Примерно в 14 часов 30 минуту, когда он и Кирилл находились дома, ему позвонил ФИО9 и спросил у него разрешения прийти ему и его знакомому к ним с Кириллом домой с целью изготовления и потребления у них дома наркотического средства – «экстракта маковой соломы», на что он ответил положительно. После этого, спустя некоторое время, примерно в 15 часов 00 минут, к ни в гости пришел ФИО10. Спустя некоторое время, на его номер мобильного телефона позвонил ФИО9 и скинул, дав тем самым понять, что он вместе с ФИО19 около подъезда и им необходимо открыть дверь. После этого, Кирилл вышел из их квартиры и пошел открывать ФИО42 и Михаилу дверь в подъезд. Спустя несколько минут к ним в квартиру пришли ФИО42 и ФИО19. Войдя в квартиру, ФИО9 спросили у него и ФИО13 разрешение на изготовление и потребление им и ФИО19 в их квартире наркотического средства - «экстракта маковой соломы». При этом, ФИО9 пояснил им о том, что они принесли с собой все ингредиенты, необходимые для изготовления наркотика, а ФИО9 то, что в качестве оплаты за предоставленное им помещение их квартиры для изготовления и потребления наркотика, они оставят им часть готового наркотического средства. ФИО9 пояснил ему и Кириллу о том, что у него с собой есть наркотическое средство, имевшее сленговое название «ск», которым он может их угостить, на что они согласились. После этого, он и Кирилл ответили, что не против того, чтобы они у них дома изготовили и потребили наркотик. После этого, ФИО42 передал ему полимерный пакетик с наркотическим средством, имевшим сленговое название «ск». После чего, Кирилл, посмотрев в дверной глазок и убедившись, что на лестничной площадке нет сотрудников правоохранительных органов и иных посторонних лиц, закрыл входную дверь на ключ. В это время, он провел ФИО9 и ФИО19 на кухню их квартиры, где дал им всю необходимую для изготовления наркотика посуду, а именно: тарелки, кастрюлю, полимерную бутылку, а ФИО9 показал газовую плиту и пояснил, как ей пользоваться. После этого, ФИО42, находясь на кухне их квартиры, изготовил из имевшихся у ФИО19 семян мака наркотическое средство - «экстракт маковой соломы». После этого ФИО42 разделил получившийся у него наркотик на четыре равные части и выбрал соответственно в четыре инъекционных шприца, два из которых предназначались ему и Кириллу в качестве вознаграждения за то, что они разрешили ему и ФИО19 в их квартире изготовить и потребить наркотик. После чего, ФИО42 сообщил ему и Кириллу о том, что наркотик готов и его можно потребить. При этом, он отказался употреблять свою часть изготовленного ФИО42 наркотического средства - «экстракта маковой соломы», так как он захотел употребить наркотическое средство, имевшее сленговое название «ск», которое ФИО42 принес с собой и передал ему ранее. ФИО10, желая ФИО9 употребить наркотик, спросил у ФИО42, можно ли ему тоже употребить наркотическое средство - «экстракт маковой соломы», которое изготовил ФИО42, на что последний был не против. После этого, ФИО9 передал ФИО10 шприц с наркотическим средством. После этого, ФИО10 ФИО9 спросил у него и Кирилла разрешение на потребление у них в квартире наркотика, на что получил от его и Кирилла положительный ответ. Затем, ФИО9, находясь в жилой комнате их квартиры, с его разрешения и разрешения ФИО13 потребил путем внутривенной инъекции в руку изготовленное им из семян мака наркотическое средство - «экстракт маковой соломы». Кирилл, ФИО19 и ФИО10 ФИО9 потребили изготовленное ФИО42 из семян мака наркотическое средство - «экстракт маковой соломы». При этом, он сделал из полимерных бутылок, находившихся дома, приспособление для курения, засыпал туда наркотическое средство, имевшее сленговое название «ск». После чего, он вместе с ФИО15 Антом потребили данный наркотик путем курения. После потребления всеми ними наркотика, Кирилл произвел уборку и проветривание квартиры. Спустя некоторое время, они все решили выйти на улицу. Перед тем, как ним выйти из квартиры, Кирилл посмотрел в окна их квартиры и, убедившись в том, что около жилого дома, в котором находится их квартира, а ФИО9 на прилегающей к нему территории нет сотрудников правоохранительных органов и иных посторонних лиц, открыл входную дверь квартиры, и они, примерно в 17 часов 28 минут, вышли из данной квартиры. После чего, примерно в 17 часов 30 минут, около жилого &lt;адрес&gt; все они были задержаны сотрудниками Наркоконтроля по подозрению в потреблении наркотических средств. После этого, была вызвана следственно-оперативная группа Наркоконтроля, которая приехала спустя некоторое время. По приезду следственно-оперативной группы, перед началом осмотра места происшествия следователь объявил всем им о том, что в Наркоконтроле имеется информация о том, что в квартире, расположенной по адресу: &lt;адрес&gt;, содержится притон для потребления наркотических средств. Затем, всем участвующим лицам были разъяснены права, ответственность, а ФИО9 порядок проведения осмотра места происшествия. Понятым, кроме этого, были разъяснены права и обязанности понятых. Затем, от его и его брата - ФИО13 было получено разрешение на проникновение в квартиру, а ФИО9 ее осмотр. После чего, всем им, а именно: мне, Кириллу, ФИО9, ФИО19, ФИО10 и ФИО15 было предложено добровольно выдать имевшиеся в квартире запрещенные предметы и вещества, на что все они ответили, что в квартире ничего запрещенного нет. После этого, в присутствии понятых был проведен осмотр места происшествия, в результате производства которого были обнаружены и изъяты два пустых полимерных шприца, пустая бутылка из-под растворителя. Данные обнаруженные предметы были упакованы, опечатаны и заверены подписями понятых. Кроме того, с предметов вещной обстановки были изъяты следы рук, которые с помощью липкой ленты типа «скотч» были перекопированы на листы бумаги белого цвета, которые ФИО9 были упакованы, опечатаны и заверены подписями понятых. Бутылка из – под растворителя, которая была изъята, непосредственно с наркотическими средствами не соприкасалась, растворитель из неё был использован при изготовлении наркотического средства. Изъятые шприцы, возможно, были использованы для инъекций наркотических средств, однако все шприцы после инъекций тщательно промывались водой для того, чтобы их можно было повторно использовать, так как после инъекции в шприце остаётся кровь. В какой именно посуде готовилось наркотическое средство, он сейчас не помнит. Но может пояснить, что посуда, в которой изготавливалось наркотическое средство, в любом случае, тщательно промывалась с использованием моющих средств или спирта, чтобы никаких следов на посуде не оставалось. Затем, следователем был составлен протокол осмотра места происшествия, который следователь прочел вслух всем участвующим лицам, которые затем его подписали. Перед началом, в ходе и по окончании осмотра места происшествия ни от кого из участвующих лиц заявления и замечания не поступили. Затем, все они были доставлены в областную наркологическую больницу &lt;адрес&gt;, где проведенным медицинским освидетельствованием у него был установлен факт потребления им наркотического средства – каннабиноиды и психотропного вещества - амфетамин. После этого, его доставили в Управление Наркоконтроля, где в отношении него были составлены материалы за административное правонарушение, предусмотренное ч. 1 ст. 6.9 . КоАП России. По факту потребления наркотического средства - каннабиноиды, выявленного у него в ходе медицинского освидетельствования, может пояснить, что ДД.ММ.ГГГГ он, находясь у себя дома, то есть по адресу: &lt;адрес&gt;, потребил путем курения наркотическое средство – марихуана. По факту потребления психотропного вещества - амфетамин, выявленного у него в ходе медицинского освидетельствования, может пояснить, что он действительно потреблял данное вещество, но когда и где не может, так как не помнит. Подсудимый ФИО13 в судебном заседании вину в совершении преступления, предусмотренного ст. ч.2 УК РФ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ФИО13 в качестве обвиняемого и подозреваемого (т. 14 л.д.111-130, т.3 л.д. 37-43, т. 10 л.д.226-246, т.13, л.д. 243-250) следует, что показания ФИО13 являются аналогичными показаниям подсудимого ФИО11, где ФИО13 подробно изложил обстоятельства совершенного преступления. Помимо полного признания вины подсудимыми ФИО11, ФИО13 их вина в совершении преступления, предусмотренного ст. ч. 2 УК РФ, полностью подтверждается показаниями свидетелей, письменными материалами дела. Так, из оглашенных в судебном заседании в порядке ст. ч.1 УПК РФ показаний свидетеля ФИО70, следует, что ДД.ММ.ГГГГ он принял участие в качестве понятого при проведении осмотра места происшествия – квартиры, расположенной по адресу: &lt;адрес&gt;, где проживают ФИО11 и ФИО13 В качестве второго понятого был приглашен еще один парень. По прибытию к вышеуказанной квартире перед началом проведения осмотра места происшествия всем участвующим лицам следователем было объявлено о том, что квартире, расположенной по указанному адресу содержится притон для потребления наркотических средств. После этого, следователем всем участвующим лицам были разъяснены права, ответственность, а ФИО9 порядок производства осмотра места происшествия. Кроме того, ему и другому понятому были разъяснены права и обязанности понятых, которые ему были понятны. Затем, от проживающих в квартире ФИО11 и ФИО13 было получено разрешение на проникновение в квартиру и ее осмотр. После этого, следователь предложил ФИО11, ФИО13, ФИО15, ФИО42 Р.Ю., ФИО10 А.А. и ФИО69 добровольно выдать имеющие в квартире запрещенные предметы и вещества, на что вышеуказанные лица заявили, что в квартире ничего запрещенного нет. После этого, в их присутствии был проведен осмотр места происшествия – квартиры, по ранее указанному адресу, в ходе проведения которого были обнаружены и изъяты: 1) пустой полимерный шприц, градуированный до 10 мл.; 2) пустой полимерный шприц, градуированный до 20 мл.; 3) пустая полимерная бутылка зеленого цвета, имеющая этикетку с надписью «Растворитель 646». Данные предметы были упакованы в картонный короб с надписью «Gigaset», который был опечатан бумажной биркой с оттиском печати, и пояснительными надписями, а ФИО9 заверен моей подписью и подписью другого понятого. Кроме того, с предметов вещной обстановки квартиры были изъяты следы рук, которые были предварительно обработаны дактилоскопическим порошком темного цвета и с помощью липкой ленты типа «скотч» перекопированы на листы бумаги белого цвета, которые были упакованы в бумажный конверт белого цвета, который затем был опечатан бумажной биркой с оттиском печати, пояснительными надписями, а ФИО9 заверен моей подписью и подписью другого понятого. После этого, следователем был составлен протокол осмотра места происшествия, который был им прочитан вслух всем участвующим лицам. Затем, все участвующие в осмотре места происшествия лица расписались в данном протоколе. Перед началом, в ходе и по окончании осмотра места происшествия ни от кого из участвующих лиц заявления и замечания не поступили (т.3 л.д. 1-3, т. 13 л.д. 251-254). Данным показаниям аналогичны показания свидетеля ФИО71 (т.3 л.д. 6-8, т. 13 л.д. 238-241), который подробно изложил обстоятельства его участия ДД.ММ.ГГГГ в качестве понятого при проведении осмотра места происшествия – квартиры, расположенной по адресу: &lt;адрес&gt;, которые были оглашены в судебном заседании в порядке ст. ч.1 УПК РФ. Свидетель ФИО72 в судебном заседании показал, что он работает в должности начальника отделения УКОН УМВД России по &lt;адрес&gt;. Ранее он работал в должности старшего оперуполномоченного по ОВД 1-го отдела оперативной службы УФСКН России по &lt;адрес&gt;. В его должностные обязанности входит выявление, предупреждение, пресечение и раскрытие преступлений связанных с незаконным оборотом наркотических средств и психотропных веществ. Оперативная служба УФСКН России по &lt;адрес&gt; располагала оперативной информацией о том, ФИО13 и ФИО11, проживающие по адресу: &lt;адрес&gt; по месту жительства содержат притон для потребления наркотических средств. С целью проверки указанной информации и документирования преступной деятельности указанных лиц был проведен комплекс оперативно-розыскных мероприятий. ДД.ММ.ГГГГ начальником 1-го отдела оперативной службы УФСКН России по &lt;адрес&gt; ФИО73 ему совместно с оперуполномоченным 1-го отдела оперативной службы УФСКН России по &lt;адрес&gt; ФИО74 было поручено проведение оперативно-розыскного мероприятия – «наблюдение» за неустановленными мужчинами по имени Максим и Кирилл, проживающими по адресу: &lt;адрес&gt;, которые по имевшейся оперативной информации по месту своего жительства организовали и содержат притон для потребления наркотических средств. Проведенным наблюдением было установлено, что ДД.ММ.ГГГГ, примерно в 15 часов 30 минут, к подъезду № жилого &lt;адрес&gt;, расположенному по &lt;адрес&gt;, подошла девушка, которая была опознана, как ФИО12, проживающая по адресу: &lt;адрес&gt;, которая зашла в данный подъезд, поднялась на четвертый этаж, подошла к &lt;адрес&gt; постучала в ее входную дверь. После чего, дверь ей открыл ей неустановленный мужчина по имени Кирилл (который в дальнейшем был установлен, как ФИО13) ФИО12 зашла в &lt;адрес&gt; жилого &lt;адрес&gt;, расположенного по &lt;адрес&gt;. Спустя некоторое время, примерно в 18 часов 45 минут, из вышеуказанной квартиры вышла ФИО12 вместе с неустановленным мужчиной по имени Кирилл (который в дальнейшем был установлен, как ФИО13). После чего, ФИО12 и неустановленный мужчина по имени Кирилл (который в дальнейшем был установлен, как ФИО13) вышли на улицу и направились в сторону &lt;адрес&gt;. После этого, ФИО12 и неустановленный мужчина по имени Кирилл (который в дальнейшем был установлен, как ФИО13) пришли на остановку общественного транспорта «площадь Героев Курской битвы», расположенную возле жилого &lt;адрес&gt;, где неустановленный мужчина по имени Кирилл (который в дальнейшем был установлен, как ФИО13) сел в подъехавшее маршрутное такси и уехал, а ФИО12 осталась на данной остановке общественного транспорта. Примерно в 19 часов 00 минут, на остановке общественного транспорта «площадь Героев Курской битвы», расположенной возле жилого &lt;адрес&gt;, ФИО12 была задержана по подозрению в употреблении наркотических средств. На этом оперативно-розыскное мероприятие – «наблюдение» было прекращено. Кроме того, ДД.ММ.ГГГГ начальником 1-го отдела оперативной службы УФСКН России по &lt;адрес&gt; ФИО73 ему совместно с оперуполномоченным 1-го отдела оперативной службы УФСКН России по &lt;адрес&gt; ФИО74 было поручено проведение оперативно-розыскного мероприятия – «наблюдение» за неустановленными мужчинами по имени Максим и Кирилл (которые в дальнейшем были установлены, как ФИО11 и ФИО13), проживающими по адресу: &lt;адрес&gt;, которые по имевшейся оперативной информации по месту своего жительства организовали и содержат притон для потребления наркотических средств. Наблюдение велось за квартирой №, расположенной в жилом &lt;адрес&gt;, где проживают ФИО11 и ФИО13. Проведенным наблюдением было установлено, что ДД.ММ.ГГГГ, примерно в 16 часов 30 минут, к подъезду № жилого &lt;адрес&gt;, расположенному по &lt;адрес&gt;, подошел мужчина вместе с девушкой, которые были опознаны, как ФИО42 Р.Ю. и ФИО12, которые зашли в данный подъезд, поднялась на четвертый этаж, подошли к &lt;адрес&gt;. После чего, ФИО12 постучала во входную дверь вышеуказанной квартиры. Дверь им открыл неустановленный мужчина по имени Кирилл (который в дальнейшем был опознан, как ФИО13) и ФИО12 вместе с ФИО42 Р.Ю. зашли в &lt;адрес&gt; жилого &lt;адрес&gt;, расположенного по &lt;адрес&gt;. Спустя некоторое время, примерно в 18 часов 28 минут, из вышеуказанной квартиры вышел ФИО42 Р.Ю., который, примерно в 18 часов 30 минут, находясь около жилого &lt;адрес&gt; был задержан по подозрению в употреблении наркотических средств. На этом оперативно-розыскное мероприятие – «наблюдение» было прекращено. Кроме того, ДД.ММ.ГГГГ начальником 1-го отдела оперативной службы УФСКН России по &lt;адрес&gt; ФИО73 ему совместно с оперуполномоченным 1-го отдела оперативной службы УФСКН России по &lt;адрес&gt; ФИО74 было поручено проведение оперативно-розыскного мероприятия – «наблюдение» за ФИО11 и ФИО13, которые по имевшейся оперативной информации по месту своего жительства организовали и содержат притон для потребления наркотических средств. Наблюдение велось за квартирой №, расположенной в жилом &lt;адрес&gt;, где проживают ФИО11 и ФИО13 Проведенным наблюдением было установлено, что ДД.ММ.ГГГГ, примерно в 15 часов 30 минут, к подъезду № жилого &lt;адрес&gt;, расположенному по &lt;адрес&gt;, подошли два мужчины, которые были опознаны, как ФИО42 Р.Ю. и ФИО69, которые зашли в данный подъезд. При этом, дверь подъезда им открыл ФИО13 Войдя в подъезд, они поднялась на четвертый этаж, подошли к &lt;адрес&gt;, где их ожидал ФИО11 После чего, ФИО42 Р.Ю., ФИО69, ФИО11 и ФИО13 зашли в &lt;адрес&gt; жилого &lt;адрес&gt;, расположенного по &lt;адрес&gt;. Спустя некоторое время, примерно в 17 часов 28 минут, из вышеуказанной квартиры вышли ФИО42 Р.Ю., ФИО69, ФИО13, ФИО11 и два неустановленные мужчины, которые были опознаны, как ФИО10 А.А. и ФИО15 Примерно в 17 часов 30 минут, около жилого &lt;адрес&gt; вышеуказанные лица были задержаны по подозрению в употреблении наркотических средств. На этом оперативно-розыскное мероприятие – «наблюдение» было прекращено. Затем им была вызвана следственно-оперативная группа для поведения осмотра места происшествия. После этого, следователем всем участвующим лицам были разъяснены права, ответственность, а ФИО9 порядок производства осмотра места происшествия. Кроме того, понятым были разъяснены права и обязанности понятых. Затем, от проживающих в квартире ФИО11 и ФИО13 было получено разрешение на проникновение в квартиру и ее осмотр. После этого, следователь предложил ФИО11, ФИО13, ФИО15, ФИО10 А.А., ФИО69 и ФИО42 Р.Ю. добровольно выдать имеющие в квартире запрещенные предметы и вещества, на что вышеуказанные лица заявили, что в квартире ничего запрещенного нет. После этого, ими был проведен осмотр места происшествия – квартиры, расположенной по адресу: &lt;адрес&gt;, в ходе проведения которого были обнаружены и изъяты: 1) пустой полимерный шприц, градуированный до 10 мл.; 2) пустой полимерный шприц, градуированный до 20 мл.; 3) пустая полимерная бутылка зеленого цвета, имеющая этикетку с надписью «Растворитель 646». Данные предметы были упакованы в картонный короб с надписью «Gigaset», который был опечатан бумажной биркой с оттиском печати, и пояснительными надписями, а ФИО9 заверен моей подписью и подписью другого понятого. Кроме того, с предметов вещной обстановки квартиры были изъяты следы рук, которые были предварительно обработаны дактилоскопическим порошком темного цвета и с помощью липкой ленты типа «скотч» перекопированы на листы бумаги белого цвета, которые были упакованы в бумажный конверт белого цвета, который затем был опечатан бумажной биркой с оттиском печати, пояснительными надписями, а ФИО9 заверен моей подписью и подписью другого понятого. После этого, следователем был составлен протокол осмотра места происшествия, который был им прочитан вслух всем участвующим лицам. Затем, все участвующие в осмотре места происшествия лица расписались в данном протоколе. Перед началом, в ходе и по окончании осмотра места происшествия ни от кого из участвующих лиц заявления и замечания не поступили. Данным показаниям аналогичны показания свидетеля ФИО74 (т.3 л.д. 9-12), который подробно изложил обстоятельства проведения оперативно-розыскного мероприятия – «наблюдение» за неустановленными мужчинами по имени Максим и Кирилл, (которые в дальнейшем были установлены как ФИО11 и ФИО13), проживающими по адресу: &lt;адрес&gt;, которые были оглашены в судебном заседании в порядке ст. ч.1 УПК РФ. Из оглашенных в судебном заседании в порядке ст. ч.1 УПК РФ показаний свидетеля ФИО69, следует, что среди его знакомых есть ФИО9, с которым они познакомились около года назад в кругу общих знакомых, от которого ему стало известно о том, что тот так же, как и он, потребляет наркотики. ДД.ММ.ГГГГ, в дневное время, он захотел употребить какой-либо наркотик, в связи с тем, что у него в наличии были семена мака, он решил изготовить из них наркотическое средство – маковая солома. В связи с тем, что дома он наркотики не потреблял, он решил пойти приобрести необходимые для изготовления и потребления наркотика предметы и вещества, в связи с чем направился в аптеку, где за свои денежные средства приобрел спирт, таблетки «Димедрол», вату и шприцы. ФИО9 он зашел в магазин автомобильных запчастей, и магазин автомобильный запчастей, где приобрел растворитель. После этого, на одной из остановок общественного транспорта, расположенной на &lt;адрес&gt;, он встретил своего знакомого ФИО9, который ФИО9 является потребителем наркотиков, который предложил ему изготовить и потребить наркотик у его знакомых ФИО11 и ФИО13, которые проживают по адресу: &lt;адрес&gt;. затем он с ними связался по телефону и спросил разрешение прийти к ним домой с целью изготовления и потребления у них дома наркотика, на что, ФИО11 ответил положительно. После этого, они вместе направились к знакомым ФИО42 - ФИО11 и ФИО13. Войдя в квартиру, ФИО9 спросили у ФИО11 и ФИО13 разрешение на изготовление и потребление им в их квартире наркотического средства, изготовленного из семян мака, пояснив им при этом, что они принесли с собой все ингредиенты, необходимые для изготовления наркотика, а ФИО9 то, что в качестве оплаты за предоставленное им помещение их квартиры для изготовления и потребления наркотика, они оставят им часть готового наркотического средства, на что они согласились. Пояснил, что дома, кроме Максима и Кирилла ФИО9 находились их двое знакомых, как им их представили ФИО15 и ФИО10. Со слов Максима и Кирилла они так же пришли к ним с целью потребления наркотиков. Затем, Максим провел его и ФИО42 на кухню, где дал им всю необходимую для изготовления наркотика посуду, а именно: тарелки, кастрюлю, полимерную бутылку, а ФИО9 показал газовую плиту и пояснил, как ей пользоваться. Все время, пока ФИО42 изготавливал наркотик, он находился вместе с ним на кухне. Однако, никакого участия в процессе изготовления им наркотика не принимал. Максим, Кирилл, ФИО46 и ФИО45 находились в жилой комнате и общались между собой. Они ФИО9 не участвовали в процессе изготовления ФИО42 наркотика. После того, как ФИО42 закончил изготавливать наркотик и разделил его на четыре равные части, выбрав соответственно в четыре инъекционных шприца, два из которых предназначались Максиму и Кириллу в качестве вознаграждения за то, что они разрешили им в их квартире изготовить и потребить наркотик. После этого, он, находясь в комнате вышеуказанной квартиры, с разрешения ФИО11 и ФИО13 потребил путем внутривенной инъекции в руку наркотическое средство, изготовленное ФИО9 из семян мака. Кирилл, ФИО42 и ФИО45 ФИО9 потребили данное наркотическое средство. Затем, они начали общаться, спустя некоторое время, они все решили выйти на улицу. После вызода на улицу, все они были задержаны сотрудниками Наркоконтроля по подозрению в потреблении наркотических средств. После этого, была вызвана следственно-оперативная группа Наркоконтроля для осмотра места происшествия – квартиры, в которой проживают ФИО11 и ФИО13. Кроме того, ему, Максиму, Кириллу, ФИО42, ФИО45 и ФИО46 было предложено добровольно выдать имеющиеся в квартире запрещенные предметы и вещества, на что все они ответили, что в квартире ничего запрещенного нет. После этого, в присутствии понятых был проведен осмотр места происшествия, в результате производства которого были обнаружены и изъяты предметы и вещества, при помощи которых возможно изготовить и употребить наркотические средства. Затем, следователем был составлен протокол осмотра места происшествия, который все участвующие лица, его подписали. После, чего все они были доставлены в областную наркологическую больницу &lt;адрес&gt;, где проведенным медицинским освидетельствованием у него был установлен факт потребления им наркотического средства – морфин и барбитуратов. После этого, его доставили в Управление Наркоконтроля, где в отношении него были составлены материалы за административное правонарушение, предусмотренное ч. 1 ст. 6.9 . КоАП России. По факту потребления наркотического средства - морфин, выявленного у него в ходе медицинского освидетельствования, пояснил, что ДД.ММ.ГГГГ, примерно в 17 часов 00 минут, он, находясь на кухне квартиры, расположенной по адресу: &lt;адрес&gt;, с разрешения ФИО11 и ФИО13 потребил путем внутривенной инъекции наркотическое средство, изготовленное ФИО9 из семян мака. (т.3 л.д.79-83, т. 13 л.д.188-189). Данным показаниям аналогичны показания свидетелей: ФИО10 А.А. (т.3 л.д. 86-87), ФИО8 (т. 3 л.д. 88-91), ФИО42 Р.Ю. (т. л.д. 92-98, т. 13 л.д.192-196), ФИО12 (т. 3 л.д. 99-104), ФИО15 (т.3 л.д. 105-106, т. 13 л.д. 206-211), которые подробно изложили обстоятельства изготовления и употребления ими наркотических средств, в квартире ФИО11 и ФИО13, по адресу: &lt;адрес&gt;, которые были оглашены в судебном заседании в порядке ст. ч.1 УПК РФ. Из показаний свидетеля ФИО75, оглашенных в судебном заседании в порядке ст. ч.1 УПК РФ следует, что ДД.ММ.ГГГГ, примерно в 20 часов 35 минут, им было произведено медицинское освидетельствование гражданина ФИО42 Р.Ю. Освидетельствование ФИО42 Р.Ю. происходило в областной наркологической больнице с использованием на тот момент имеющихся в больнице тестов – «ИХА- Мультификатор-Фактор», предназначенных для иммунохроматографического одновременного выявления наркотических соединений и их метаболитов в моче человека. ДД.ММ.ГГГГ, примерно в 20 часов 35 минут, вышеописанным способом и было произведено медицинское освидетельствование гражданина ФИО42 Р.Ю. используя данный тест - «ИХА - Мультификатор-Фактор», предназначенный для иммунохроматографического одновременного выявления наркотических соединений и их метаболитов, входящих в состав наркотических средств опийной группы, включающей в себя такие наркотические средства, как опий, морфий, морфин, кодеин, тебаин, установить факт потребления испытуемым конкретного наркотического средства, например, наркотического средства – «экстракт маковой соломы», одним из действующих веществ которого является морфин, относящийся к группе – опиаты, не представляется возможным, поскольку данный тест определяет в моче человека только наркотические соединения и метаболиты, входящие в состав наркотических средств опийной группы, включающей в себя такие наркотические средства, как опий, морфий, морфин, кодеин, тебаин, а не конкретное наркотическое средство. Поэтому в заключении он указывает, что в моче испытуемого предположительно обнаружены наркотические соединения и метаболиты, входящие в состав наркотических средств опийной группы, включающей в себя такие наркотические средства, как опий, морфий, морфин, кодеин, тебаин, а не наркотическое средство – морфин. Наркотическое средство - морфин и наркотическое средство - «экстракт маковой соломы», одним из действующих веществ которого является морфин, относящийся к группе – опиаты, относятся к одной группе опиоидных синтетических наркотических средств (т. 3 л.д.122-124). Данным показаниям аналогичны показания свидетелей: ФИО76 (т. 3 л.д. 125-131), ФИО77 (т. 3 л.д. 132-134), которые подробно изложили обстоятельства проведения медицинского освидетельствования на установление факта потребления ФИО42 Р.Ю., ФИО69, ФИО10 А.А., ФИО13, ФИО8 наркотических средств – морфин и барбитуратов, которые были оглашены в судебном заседании в порядке ст. ч.1 УПК РФ. Свидетель ФИО37, в судебном заседании показала, что с 2013 года она встречалась с ФИО11, а с февраля 2015 года они стали с ним вместе жить в квартире, расположенной по адресу: &lt;адрес&gt;, пр-т ФИО14, &lt;адрес&gt;. Они вместе жили до января 2016 года. В начале январе 2016 года она с ФИО11 разошлись. Официально отношения она с ФИО11 не регистрировали. Ее сын – ФИО78 является родным сыном ФИО11. В свидетельстве о рождении в графе отец стоит прочерк, так как она не хотела записывать отцом ребенка ФИО11 Она говорила ФИО11 о том, что не будет его указывать отцом ребенка. Сам М-вы М. ФИО9 не настаивал на том, чтобы она указала его отцом ребенка, ФИО9 он не настаивал на отцовстве. Ей было известно о том, что ФИО11 и его брат ФИО13 употребляют наркотики. Она это знает, так как один раз сама случайно это видела, когда приходила к ним домой по адресу: &lt;адрес&gt;. Кроме того, после того, как она с ФИО11 разошлись, она приходила к нему домой, чтобы принести ему поесть. И постоянно, как он приходила к нему домой, то заставала у него дома подозрительных лиц мужского и женского пола, которые внешне находились в странном состоянии, состояние похоже на то, в котором люди находятся под воздействием наркотиков (такое состояние она видела в сети Интернет в различных видеороликах). Среди данных лиц она знает ФИО15, ФИО12 Настю, ФИО10. С ними ее когда-то знакомил Максим, но она с ними никогда не общалась (т.9 л.д. 11-12). Из оглашенных в судебном заседании в порядке ст. ч.1 УПК РФ показаний свидетеля ФИО79, следует, что примерно в 18 часов 00 минут ДД.ММ.ГГГГ от оперативного дежурного УФСКН России по &lt;адрес&gt; ею было получено сообщение о том, что по адресу: &lt;адрес&gt;, содержится притон для потребления наркотических средств. После этого она в составе следственно-оперативной группы УФСКН России по &lt;адрес&gt; выехали по адресу: &lt;адрес&gt;. По приезду по вышеуказанному адресу для производства осмотра места происшествия, были приглашены двое понятых. По прибытии было установлено, что в указанной квартире проживают ФИО11 и ФИО13 Кроме того, в указанной квартире ФИО9 находились ФИО15, ФИО10 А.А., ФИО69, ФИО42 Р.Ю. От проживающих в вышеуказанной квартире лиц, а именно: ФИО11 и ФИО13, - было получено разрешение на проникновение в жилище, а ФИО9 его осмотр. После этого, перед началом производства осмотра места происшествия в присутствии понятых ФИО11, ФИО13, ФИО15, ФИО10 А.А., ФИО69, ФИО42 Р.Ю. было предложено добровольно выдать оружие, боеприпасы, наркотические средства и иные предметы и ценности, запрещённые к гражданскому обороту и добытые преступным путем, на что они пояснили, что в квартире, ничего запрещённого нет. После чего, ею в присутствии понятых был произведён осмотр места происшествия - &lt;адрес&gt; жилого &lt;адрес&gt;. В ходе осмотра в кухне вышеуказанной квартиры обнаружены предметы и вещества, при помощи которых возможно изготовить и употребить наркотические средства, других предметов и веществ, запрещённых к обороту на территории Российской Федерации, обнаружено и изъято не было. По окончании осмотра места происшествия им был составлен протокол осмотра места происшествия, котором участвующие лица, расписались. При этом, перед началом, в ходе и по окончании осмотра места происшествия ни от кого из участвующих лиц заявления и замечания не поступили (т. 14 л.д. 131-134). О виновности ФИО11 по данному эпизоду свидетельствуют ФИО9 письменные материалы дела: рапорт об обнаружении признаков преступления, согласно которому ОС УФСКН России по &lt;адрес&gt; располагал оперативной информацией о том, что ФИО11 совместно с ФИО13, проживающие по адресу: &lt;адрес&gt; содержат притон (т.2 л.д.4); протокол осмотра места происшествия от 10.02.2016г., согласно которому по адресу: &lt;адрес&gt; был проведен осмотр места происшествия, в результате которого были обнаружены и изъяты: 1) пустой полимерный шприц, градуированный до 10 мл.; 2) пустой полимерный шприц, градуированный до 20 мл.; 3) пустая полимерная бутылка зеленого цвета, имеющая этикетку с надписью «Растворитель 646» (т. 2 л.д.6-15); протокол осмотра предметов от 25.11.2016г., согласно которому был произведен осмотр предметов – CD-диска, содержащего детализацию входящих и исходящих телефонных соединений абонента №, зарегистрированного на ФИО36, полученную в ООО «Т2 Мобайл» за период с ДД.ММ.ГГГГ по ДД.ММ.ГГГГ. (т.2 л.д.180-181); протокол осмотра предметов от 26.04.2016г., согласно которому был произведен осмотр предметов и веществ, обнаруженных и изъятых ДД.ММ.ГГГГ, в период времени с 19 часов 30 минут по 20 часов 25 минут, в результате производства осмотра места происшествия – квартиры, расположенной по адресу: &lt;адрес&gt;. Осмотром установлено: Упаковка – картонный короб с печатными надписями, в том числе «Gigaset», клапаны которого оклеены бумажной биркой белого цвета. На бирке имеются оттиск круглой печати «Экспертно-криминалистический отдел УФСКН России по &lt;адрес&gt;», пояснительные надписи и подпись эксперта. При визуальном осмотре целостность упаковки не имеет видимых следов вскрытия или повреждения. При вскрытии упаковки обнаружено: полимерная бутылка зеленого цвета, на которой имеется этикетка с печатной надписью «Растворитель 646»; полимерный шприц однократного применения, градуированный до 10 мл, имеющий на канюле иглу в полимерном защитном колпачке; полимерный шприц однократного применения, градуированный до 20 мл, имеющий на канюле иглу в полимерном защитном колпачке. После осмотра объекты были помещены в исходную упаковку, опечатаны бумажной биркой с оттиском печати «Для справок № УФСКН России по &lt;адрес&gt;», пояснительными надписями и подписями понятых (т.3 л.д.21); протокол осмотра документов от 26.04.2016г., согласно которому был произведен осмотр документов - детализации входящих и исходящих телефонных соединений абонента №, зарегистрированного на ФИО37, полученной в ПАО «ВымпелКом» за период с ДД.ММ.ГГГГ по ДД.ММ.ГГГГ (т.2 л.д.169); протокол осмотра видеозаписи от ДД.ММ.ГГГГ, согласно которому с участием начальника отделения УКОН УМВД России по &lt;адрес&gt; ФИО72 был произведен осмотр и просмотр: 1) СD-диска с видеозаписью, осуществляемой ДД.ММ.ГГГГ при проведении оперативно-розыскного мероприятия - «наблюдение»; 2) СD-диска с видеозаписью, осуществляемой ДД.ММ.ГГГГ при проведении оперативно-розыскного мероприятия - «наблюдение» (т.3 л.д.55-56); заключение эксперта №/з от ДД.ММ.ГГГГ, согласно которому наркотическое средство – метамфетами, способом указанным в протоколе допроса свидетеля ФИО12 от ДД.ММ.ГГГГ изготовить невозможно. Способом указанным в протоколе допроса свидетеля ФИО12 от ДД.ММ.ГГГГ, возможно, изготовить наркотическое средство «Кустарно изготовленные препараты из эфедрина (псевдоэфедрина) или из препаратов, содержащих эфедрин (псевдоэфедрин)», действующим началом которого является наркотическое средство «метамфетамин (первитин)». Наркотическое средство – морфин, способом указанным в протоколе допроса свидетеля ФИО42 Р.Ю. от ДД.ММ.ГГГГ изготовить невозможно. Способом указанным в протоколе допроса свидетеля ФИО42 Р.Ю. от ДД.ММ.ГГГГ возможно изготовить наркотическое средство «Экстракт маковой соломы», одним действующих веществ которого является морфин, относящийся к группе – опиаты. Наркотическое средство – морфин, способом указанным в протоколе допроса свидетеля ФИО8 от ДД.ММ.ГГГГ изготовить невозможно. Способом указанным в протоколе допроса свидетеля ФИО8 от ДД.ММ.ГГГГ возможно изготовить наркотическое средство «Экстракт маковой соломы», одним действующих веществ которого является морфин, относящийся к группе – опиаты ( т.3 л.д.69-70); постановление о представлении результатов ОРД от ДД.ММ.ГГГГ, согласно которому к материалам КУСП № от ДД.ММ.ГГГГ были приобщены: рапорт на проведение ОРМ.; акты проведения ОРМ «наблюдение» (т.2 л.д.31); постановление о рассекречивании сведений, составляющих гос.тайну и их носителей от ДД.ММ.ГГГГ, согласно которому были рассекречены результаты ОРМ «наблюдение» в отношении ФИО11 и ФИО13 (т.2 л.д.32); акты проведения наблюдения от 12.01.2016г., согласно которым ДД.ММ.ГГГГ ст. о/у по ОВД 1- го отдела ОС УФСКН России по &lt;адрес&gt; майором полиции ФИО72 совместно с о/у 1 отдела ОС УФСКН России по &lt;адрес&gt; старшим лейтенантом полиции ФИО74 проводилось ОРМ – наблюдение за неустановленными мужчинами по имени Максим и Кирилл, проживающими по адресу: &lt;адрес&gt;, которые по имевшейся информации по месту проживания организовали и содержали притон для потребления наркотических средств. Наблюдение велось за квартирой №, расположенной в &lt;адрес&gt; по Школьная, &lt;адрес&gt;, где проживают Кирилл и Максим. Проведенным наблюдением было установлено, что в 15 часов 30 минут первому подъезду &lt;адрес&gt;, подошла девушка, которая была опознана как: ФИО12, 05.ДД.ММ.ГГГГ г.р., проживающая по адресу: &lt;адрес&gt; », &lt;адрес&gt;, которая зашла в подъезд, поднялась на четвертый этаж, подошла к &lt;адрес&gt; постучалась в дверь. После чего дверь ей открыл неустановленный мужчина по имени Кирилл, и ФИО12 зашла &lt;адрес&gt;. Примерно в 18 часов 45 минут из &lt;адрес&gt;, вышла ФИО12, вместе с неустановленным мужчина по имени Кирилл. После чего ФИО12 и неустановленный мужчина по имени Кирилл вышли на улицу и направились в сторону &lt;адрес&gt;. После этого ФИО12 и неустановленный мужчина по имени Кирилл пришли на общественную остановку «пл. Героев Курской битвы», расположенную возле &lt;адрес&gt;, где неустановленный мужчина по имени Кирилл сел в подъехавшее маршрутное такси и уехал, а ФИО12 осталась на остановке. В 19 часов 00 минут на общественной остановке «пл. Героев Курской битвы», расположенной возле № по &lt;адрес&gt;, по подозрению в употреблении наркотических средств была задержана ФИО12(т.2 л.д.34, 35); протокол медицинского освидетельствования № от ДД.ММ.ГГГГ, согласно которому у ФИО12 в моче обнаружен метамфетамин. (т. 2 л.д.38); постановление мирового судьи судебного участка № судебного района &lt;адрес&gt; от ДД.ММ.ГГГГ, согласно которому ДД.ММ.ГГГГ, примерно в 18 час. 00 мин. ФИО12, находясь в &lt;адрес&gt; употребила наркотическое средство – метамфетамин без назначения, т.е. совершила правонарушение, предусмотренное ч.1 ст. 6.9 КоАП РФ (т.2 л.д. 42). акты проведения наблюдения от ДД.ММ.ГГГГ, согласно которым ДД.ММ.ГГГГ о/у 1-го отдела ОС УФСКН России по &lt;адрес&gt; ФИО74 со ст. о/у по ОВД 1 отдела ОС Управления ФСКН России по кой области ФИО72 проводилось оперативно-розыскное мероприятие «наблюдение». Проведенным наблюдением было установлено, что в 16 часов 30 минут к первому подъезду &lt;адрес&gt;, подошел мужчина вместе с девушкой, которые были опознаны как: ФИО9, ДД.ММ.ГГГГ г.р., зарегистрированный по адресу: &lt;адрес&gt; ФИО12, ДД.ММ.ГГГГ г.р., проживающая по адресу: &lt;адрес&gt; «А», &lt;адрес&gt;, которые зашли в подъезд, поднялись на четвертый этаж, подошли к квартире и ФИО12 постучалась в дверь. После чего дверь им открыл неустановленный мужчина по имени Кирилл, и ФИО12 вместе ФИО42 Р.Ю. зашли в &lt;адрес&gt; чего в 18 часов 28 минут, из &lt;адрес&gt; вышел ФИО42 Р.Ю., который в 18 часов 30 минут около &lt;адрес&gt; был задержан (т.2 л.д.47, 48); протокол медицинского освидетельствования № от ДД.ММ.ГГГГ, согласно которого у ФИО42 Р.Ю. в моче обнаружен морфин (т.2 л.д.51); постановление мирового судьи судебного участка № судебного района &lt;адрес&gt; от ДД.ММ.ГГГГ, согласно которому ДД.ММ.ГГГГ, примерно в 17 час. 30 мин. ФИО42 Р.Ю., находясь в &lt;адрес&gt; употребил наркотическое средство – морфин без назначения, т.е. совершила правонарушение, предусмотренное ч.1 ст. 6.9 КоАП РФ (т.2 л.д.55); акты проведения наблюдения от ДД.ММ.ГГГГ, согласно которым ДД.ММ.ГГГГ о/у 1-го отдела ОС УФСКН России по &lt;адрес&gt; старшим лейтенантом полиции ФИО74 со ст. о/у по ОВД 1 отдела ОС УФСКН России по Курской ФИО72 проводилось оперативно - розыскное мероприятие «наблюдение». Проведенным наблюдением было установлено, что в 15 часа 50 минут к первому подъезду &lt;адрес&gt;, подошел мужчина, который был опознан как: ФИО8, где встретился с неустановленным мужчиной по имени Максим. После чего ФИО8 и Максим зашли в подъезд, поднялись на четвертый этаж, подошли к &lt;адрес&gt; Максим постучался в дверь. После чего дверь им открыл неустановленный мужчина по имени Кирилл и ФИО8 вместе с Максимом зашли в &lt;адрес&gt;, чего в 17 часов 18 минут из &lt;адрес&gt; вышел ФИО8, й в 17 часов 20 минут около &lt;адрес&gt; был задержан (т.2 л.д.59, 60); протокол медицинского освидетельствования № от ДД.ММ.ГГГГ, согласно которого у ФИО8 в моче обнаружен морфин (т.2 л.д.63); постановление мирового судьи судебного участка № судебного района &lt;адрес&gt; от ДД.ММ.ГГГГ, согласно которому ДД.ММ.ГГГГ, примерно в 17 час. ФИО8, находясь в &lt;адрес&gt; употребил наркотическое средство – морфин без назначения, т.е. совершила правонарушение, предусмотренное ч.1 ст. 6.9 КоАП РФ (т.2 л.д.67); акты проведения наблюдения от ДД.ММ.ГГГГ, согласно которым ДД.ММ.ГГГГ о/у 1-го отдела ОС УФСКН России по &lt;адрес&gt; ФИО74 со ст. о/у по ОВД 1 отдела ОС Управления ФСКН России по &lt;адрес&gt; ФИО72 проводилось оперативно – розыскное мероприятие «наблюдение». Проведенным наблюдением было установлено, что в 15 часов 30 минут к первому подъезду &lt;адрес&gt;, подошли два мужчины, которые были опознаны как: ФИО42 Р.Ю. и ФИО69, которые зашли в подъезд. Дверь подъезда открыл ФИО13. После этого они поднялись на четвертый этаж, и к &lt;адрес&gt;, где их ожидал ФИО11 После чего ФИО42 Р.Ю., ФИО69, ФИО13 и ФИО11 зашли в у №, &lt;адрес&gt;. После чего в 17 часов 28 минут, из &lt;адрес&gt; вышли ФИО42 Р.Ю., ФИО69, ФИО13, ФИО11, и два неустановленных мужчины, которые впоследствии были опознаны как: ФИО10, ДД.ММ.ГГГГ г.р., проживающий по адресу: &lt;адрес&gt;, ФИО15, ДД.ММ.ГГГГ г.р., проживающий &lt;адрес&gt;. В 17 часов 30 минут около &lt;адрес&gt; указанные лица были задержаны (т.2 л.д. 72-73); протокол медицинского освидетельствования № от ДД.ММ.ГГГГ, согласно которму у ФИО69 в моче обнаружен морфин, барбитураты (т.2 л.д.76); постановление мирового судьи судебного участка № судебного района &lt;адрес&gt; от ДД.ММ.ГГГГ, согласно которому ДД.ММ.ГГГГ, примерно в 17 час. 00 мин. ФИО69, находясь в &lt;адрес&gt; употребил наркотическое средство – морфин без назначения, т.е. совершила правонарушение, предусмотренное ч.1 ст. 6.9 КоАП РФ (т.2 л.д.80); протокол медицинского освидетельствования № от ДД.ММ.ГГГГ, согласно которого у ФИО10 А.А. в моче обнаружены опиаты (т.2 л.д.93); постановление мирового судьи судебного участка № судебного района &lt;адрес&gt; от ДД.ММ.ГГГГ, согласно которому ДД.ММ.ГГГГ, примерно в 17 час. 00 мин. ФИО10 А.А., находясь в &lt;адрес&gt; употребил наркотическое средство – морфин без назначения, т.е. совершил правонарушение, предусмотренное ч.1 ст. 6.9 КоАП РФ (т.2 л.д.97); протокол медицинского освидетельствования № от ДД.ММ.ГГГГ, согласно которому у ФИО42 Р.Ю. в моче обнаружены опиаты (т.2 л.д.121); постановление мирового судьи судебного участка № судебного района &lt;адрес&gt; от ДД.ММ.ГГГГ, согласно которому ДД.ММ.ГГГГ, примерно в 17 час. 00 мин. ФИО42 Р.Ю., находясь в &lt;адрес&gt; употребил наркотическое средство – морфин без назначения, т.е. совершил правонарушение, предусмотренное ч.1 ст. 6.9 КоАП РФ (т.2 л.д.125); протокол медицинского освидетельствования № от 10.02.2016г., согласно которому в моче ФИО15 предположительно обнаружены каннабиноиды (т.2 л.д.84).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подсудимых ФИО11 и ФИО13 в его совершении и квалифицирует действия подсудимых ФИО11 и ФИО13 по данному эпизоду по ст. ч.2 УК РФ как содержание притона для потребления наркотических средств, совершенное группой лиц по предварительному сговору. В судебном заседании установлено, что ФИО11 и ФИО13, являясь лицами, допускающими потребление наркотических средств без назначения врача, и имеющие личную заинтересованность в получении готового к потреблению наркотического средства, из корыстных побуждений, заранее до начала выполнения объективной стороны преступления договорились на совместное, в составе группы лиц по предварительному сговору, содержание притона для потребления наркотических средств по месту своего жительства. С целью реализации преступного умысла, направленного на совместное, в составе группы лиц по предварительному сговору, содержание притона для потребления наркотических средств по месту своего жительства, ФИО11 и ФИО13 разработали план совершения преступления, согласно которому ФИО11 совместно с ФИО13 должны были предоставлять находящуюся в их пользовании &lt;адрес&gt;. № по &lt;адрес&gt;, газовую плиту, кухонную посуду и приспособления, необходимые для незаконного изготовления лицам, допускающим потребление наркотических средств без назначения врача, для незаконного изготовления и потребления наркотических средств. ФИО11 согласно достигнутой с ФИО13 договоренности сам должен был определять круг лиц, допускающих потребление наркотических средств без назначения врача. В свою очередь, ФИО13 согласно распределения ролей должен был совместно с ФИО11 предоставлять &lt;адрес&gt;.№ по &lt;адрес&gt; лицам, допускающим потребление наркотических средств без назначения врача, для незаконного изготовления и потребления наркотических средств. Кроме того, ФИО13 согласно достигнутой с ФИО11 договоренности должен был обеспечивать безопасность функционирования притона путем ограничения свободного доступа в квартиру посторонних лиц, а ФИО9 проводить последующую уборку и проветривание квартиры с целью устранения следов незаконного изготовления и потребления наркотических средств и создания условий дальнейшего функционирования притона для изготовления и потребления наркотических средств. За предоставление вышеуказанной квартиры лицам, допускающих потребление наркотических средств без назначения врача, для незаконного изготовления и потребления наркотических средств, ФИО11 и ФИО13, имея личную заинтересованность в потреблении наркотического средства, должны были получать вознаграждение в виде части незаконно изготовленного наркотического средства. После этого, в период с ДД.ММ.ГГГГ по ДД.ММ.ГГГГ ФИО11 и ФИО13 во исполнение своего преступного умысла, направленного на совместное содержание притона для потребления наркотических средств в &lt;адрес&gt;. № по &lt;адрес&gt;, действуя в составе группы лиц по предварительному сговору, осознавая противоправный характер своих действий, создали условия для незаконного изготовления и потребления наркотических средств в указанной квартире лицами, допускающими потребление наркотических средств без назначения врача, обеспечивая функционирование притона путем систематического ее предоставления различным лицам, в том числе: ФИО12 для изготовления и потребления наркотического средства - «кустарно изготовленный препарат из эфедрина (псевдоэфедрина) или из препаратов, содержащих эфедрин (псевдоэфедрин)», действующим началом которого является наркотическое средство - «метамфетамин (первитин)», ФИО42 Р.Ю. для изготовления и потребления наркотического средства – «экстракта маковой соломы», один из действующих веществ которого является морфин, относящийся к группе – опиаты, ФИО8 для изготовления и потребления наркотического средства – «экстракта маковой соломы», один из действующих веществ которого является морфин, относящийся к группе – опиаты, ФИО69 и ФИО10 А.А. для изготовления и потребления наркотического средства – «экстракта маковой соломы», один из действующих веществ которого является морфин, относящийся к группе – опиаты, ФИО15 для изготовления и потребления наркотического средства – марихуаны, действующим веществом которого является тетрагидроканнабинол, а ФИО9 путем ограничения свободного доступа в квартиру посторонних лиц и проведения последующей уборки и проветривания квартиры. В соответствии со ст. 35 УК РФ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Поскольку ФИО11 и ФИО13 заранее, до начала выполнения объективной стороны преступления, договорились о совместном содержании притона для потребления наркотических средств в &lt;адрес&gt;. № по &lt;адрес&gt;, квалифицирующий признак «группой лиц по предварительному сговору» нашел свое полное подтверждение в ходе судебного разбирательства. О сговоре, состоявшемся до совершения преступления, свидетельствуют как конкретные согласованные действия каждого из соучастников, так и исследованные в судебном заседании доказательства, представленные стороной обвинения, в том числе показания подсудимых ФИО11 и ФИО13, о том, что до совершения преступления между ними была достигнута договоренность на систематическое предоставление квартиры различным лицам для изготовления и потребления наркотического средства, показания свидетелей ФИО10 А.А. ФИО8, ФИО42 Р.Ю., ФИО12, ФИО15, ФИО69, которые указали о совместном предоставлении ФИО11 и ФИО13 квартиры, в которой они проживают, для изготовления и потребления наркотических средств, за вознаграждение в виде части незаконно изготовленного наркотического средства, исследованные в судебном заседании результаты оперативно-розыскной деятельности свидетельствующие о том, что ФИО11 совместно с ФИО13, проживающие по адресу: &lt;адрес&gt; содержат притон для изготовления и потребления наркотических средств наркозависимыми лицами.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Эпизод хищения имущества ФИО80 ДД.ММ.ГГГГ примерно в 17 часов 30 минут ФИО11, не работая, не имея постоянного и стабильного дохода, находясь в &lt;адрес&gt;, совместно с ранее знакомыми ФИО80 и ФИО81, достоверно зная, что в кармане куртки ФИО80, которую последняя оставила на вешалке в коридоре указанной квартиры, находится мобильный телефон «Prestigio Grace X 3» IMEI1:№, IMEI2: №, принадлежащий последней, из корыстных побуждений, решил тайно похитить данный мобильный телефон, которым в последствии распорядится по своему усмотрению. Реализуя свой преступный умысел, направленный на тайное, противоправное, безвозмездное изъятие и обращение чужого имущества в свою пользу, ДД.ММ.ГГГГ примерно в 17 часов 45 минут ФИО11, находясь в &lt;адрес&gt;, вышел в коридор указанной квартиры, где находилась куртка ФИО80, и, убедившись, что ФИО80 находится в ванной комнате, а ФИО41 Е.И. – в кухне, то есть его действия носят тайный характер и не являются очевидными для находящихся в квартире лиц, подошёл к куртке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достал из кармана куртки мобильный телефон «Prestigio Grace X 3» IMEI1:№, IMEI2: №, стоимостью 3 200 рублей с установленными в нем двумя сим-картами оператора сотовой связи «Билайн», на счету которых денежных средств не было, принадлежащий ФИО80, а всего на общую сумму 3200 рублей, выключил телефон и спрятал его под диваном в комнате указанной квартиры, тем самым совершил его тайное хищение, с места преступления скрылся, впоследствии распорядившись похищенным по своему усмотрению. В результате преступных действий ФИО11 потерпевшей ФИО80 причинен ущерб на сумму 3200 рублей. Подсудимый ФИО11 в судебном заседании вину в совершении преступления, предусмотренного ч.1 ст. 158 УК РФ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ФИО11 в качестве обвиняемого и подозреваемого (т. 14 л.д.169-191, т. 1 л.д. 231-233, т. 10 л.д.21-45, т. 11 л.д.120-144) следует, ДД.ММ.ГГГГ он решил отметить праздник: «День защитника Отечества». С этой целью он пригласил к себе в гости по адресу: &lt;адрес&gt; ФИО80 и ФИО81 для того, чтобы распить спиртные напитки. ДД.ММ.ГГГГ в дневное время, точное время он не помнит, к нему домой пришли ФИО80, ФИО41 Е.И. У ФИО80 был сотовый телефон «Prestigio Grace Х-3 в корпусе темно - синего цвета. ФИО80 сняла с себя куртку, в правый карман своей куртки положила сотовый телефон «Prestigio Grace Х-3» в корпусе темно - синего цвета и повесила ее на вешалку для одежды, расположенную в коридоре квартиры. ФИО80, ФИО41 Е.И. прошли на кухню и распивали спиртные напитки. ДД.ММ.ГГГГ примерно в 17 часов 30 минут, у него возник умысел похитить сотовый телефон «PrestigioGrace Х-3 в корпусе темно - синего цвета для того, чтобы впоследствии продать его, а вырученные денежные средства потратить на личные нужды. С этой целью ДД.ММ.ГГГГ примерно в 17 часов 45 минут, точное время он не помнит, когда ФИО80 ушла в ванную комнату, ФИО41 Е.И. сидел на стуле на кухне и на него внимания не обращал, так как занимался своими делами, он прошел в коридор, убедился, что за его действиями никто не наблюдает, подошел к вешалке для одежды, из правого кармана куртки, принадлежащей ФИО80 После чего он достал сотовый телефон «PrestigioGrace Х-3» в корпусе темно - синего цвета, отключил телефон и отнес в комнату, и положил под диван, расположенный в комнате моей квартиры, таким образом, похитив его. После этого он пришел на кухню, где продолжил распивать спиртные напитки совместно с ФИО80 и ФИО81 ДД.ММ.ГГГГ около 19.00 часов ФИО80 сказала, что уходит домой, после этого прошла в коридор и надела на себя куртку, затем обнаружила, что похищен ее сотовый телефон. После этого ФИО80 и ФИО41 Е.И. ушли домой. После этого он вытащил из похищенного сотового телефона две сим - карты оператора «Билайн», вышел на улицу и выбросил в мусорный контейнер, расположенный около моего &lt;адрес&gt; в &lt;адрес&gt;. Сотовый телефон, принадлежащий ФИО80, находился у него дома до ДД.ММ.ГГГГ. К нему домой ДД.ММ.ГГГГ пришли сотрудники полиции, которым он сознался в совершенном преступлении, после чего выдал им похищенный сотовый телефон «PrestigioGrace Х-3» в корпусе темно — синего цвета, принадлежащий ФИО80 Виновность подсудимого ФИО11 в совершении преступления подтверждается показаниями потерпевшего, свидетелей, письменными материалами дела. Так, из оглашенных в порядке ст. ч.1 УПК РФ показаний потерпевшей ФИО80, следует, что в начале декабря 2015 года, точную дату она не помнит, она приобрела сотовый телефон «Prestigio Grace X-3», в корпусе темно – синего цвета, за 5 000 рублей. ДД.ММ.ГГГГ она решила сходить в гости к ФИО11 для того, чтобы распить спиртные напитки. Она взяла с собой свой сотовый телефон «Prestigio Grace X-3», положила его в правый карман своей куртки. ДД.ММ.ГГГГ в дневное время, точное время не помнит, она пришла в гости к ФИО11 по адресу: &lt;адрес&gt;. У него дома находился ФИО41 Е.И. Она сняла с себя куртку и повесила ее на вешалку для одежды, расположенную в коридоре квартиры. Затем прошла на кухню. Они начали распивать спиртные напитки. Все время нахождения в гостях у ФИО11 она была на кухне, а ФИО9 несколько раз уходила в ванную комнату. В тот момент, когда она находилась на кухне, ФИО11 и ФИО41 Е.И. никуда не выходили. Ей неизвестно, где могли находиться и что могли делать ФИО11 и ФИО41 Е.И. в тот момент, когда она уходила в ванную комнату. Все время, когда она находилась дома у ФИО11, своим сотовым телефоном она не пользовалась. ДД.ММ.ГГГГ около 19.00 часов она решила уйти домой. Она из кухни вышла в коридор, с вешалки для одежды сняла свою куртку, надела ее. После этого она проверила свои карманы и обнаружила, что в правом кармане отсутствует ее сотовый телефон «Prestigio Grace X-3», в корпусе темно – синего цвета. После На следующий день, ДД.ММ.ГГГГ написала заявление в полицию. Согласно проведенной товароведческой экспертизы № с учетом износа мобильного телефона «Prestigio Grace X 3» стоимость телефона составила 3 200 рублей, с которой она согласна (т.1 л.д.178-181, т.1 л.д. 270-274). Данным показаниям аналогичны показания свидетеля ФИО81 (т. 1 л.д. 251-253), который подробно изложили обстоятельства хищения имущества принадлежащего ФИО80, которые были оглашены в судебном заседании в порядке ст. ч.1 УПК РФ. Из показаний свидетеля ФИО99, оглашенных в порядке ст. ч.1 УПК РФ, следует, 24.02.2016г. от ФИО80 поступило заявление, в котором она просит провести проверку по факту не обнаружения ее сотового телефона «Prestigio Grace X-3», в корпусе темно – синего цвета, imei: №, №. В ходе оперативно – розыскных мероприятий было установлено, что данное преступление совершил ФИО11, от последнего, поступила явка с повинной, в которой он признался в совершенном преступлении и пояснил, об обстоятельствах совершенного им преступления. В ходе предварительной проверки ФИО11 добровольно выдал сотового телефона «Prestigio Grace X-3», в корпусе темно – синего цвета, imei: №, №. У него при себе имеется сотовый телефон «Prestigio Grace X-3», в корпусе темно – синего цвета, imei: №, №, который он готов выдать (т. 1 л.д.188-190). О виновности ФИО11 по данному эпизоду свидетельствуют ФИО9 письменные материалы дела: заявление ФИО80 от 24.02.2016г.г., согласно которому она просит провести проверку по факту не обнаружения принадлежащего ей мобильного телефона «Prestigio Grace X 3». Отсутствие телефона обнаружила по адресу: &lt;адрес&gt;. (т.1 л.д. 160); протокол явки с повинной ФИО11 от 26.02.2016г., согласно которому последний признался в совершении преступления и пояснил, что ДД.ММ.ГГГГ в дневное время он находился у себя дома по адресу: &lt;адрес&gt;. Совместно с ним находилась его знакомая ФИО43. В коридоре своей квартиры он увидел принадлежащую ФИО43 куртку и решил совершить хищение имущества, находящегося в ней. С этой целью он убедился, что за ним никто не наблюдает, когда все были на кухне, он осмотрел содержимое карманов куртки ФИО43 и обнаружил мобильный телефон, темно синего цвета марки «Prestigio», который выключил и забрал себе. В содеянном раскаивается, вину осознал полностью ( т.1 л.д.172); протокол проверки показаний на месте от 18.08.2016г., согласно которому подозреваемый ФИО11 указал на месте происшествия по адресу: &lt;адрес&gt;, все обстоятельства совершенного им преступления, а именно остановившись около &lt;адрес&gt;, ФИО11 подошел к первому подъезду, вошел и поднялся на четвертый этаж, где указал на дверь &lt;адрес&gt; пояснил, что ДД.ММ.ГГГГ в дневное время к нему домой пришли ФИО41 Е.И. и ФИО80, где они распивали спиртные напитки. В какой- то момент у него возник умысел похитить мобильный телефон у ФИО80, который, как он ранее видел, последняя оставила в свой куртке. Воспользовавшись тем, что за ним никто не наблюдает, он подошел к вешалке для одежды и из куртки похитил сотовый телефон ФИО80 (т.1 л.д.262-265); протокол осмотра места происшествия от 24.02.2016г., согласно которому была осмотрена &lt;адрес&gt;, расположенная на 4 этаже многоэтажного дома. Вход в квартиру осуществляется через металлическую дверь, видимые повреждения на которой отсутствуют. При входе в квартиру прямо от входа на стене расположена деревянная вешалка с металлическими элементами для верхней одежды, под которой на полу стоит тумба. С места происшествия ничего не изъято (т.1 л.д.161-166); протокол добровольной выдачи от 26.02.2016г., согласно которому ФИО11 в присутствии понятых добровольно выдал мобильный телефон «Prestigio Grace X 3» IMEI: №, №, который был упакован в полиэтиленовый пакет (т.1 л.д.174); протокол выемки от 03.03.2016г., согласно которому у свидетеля ФИО99 был изъят мобильный телефон «Prestigio Grace X 3» IMEI: №, №, упакованный в бумажный конверт белого цвета, снабженный пояснительной надписью и подписями участвующих лиц (т.1 л.д. 192-193); протокол выемки от 28.02.2016г., согласно которому у потерпевшей ФИО80 был изъят короб из-под мобильного телефона «Prestigio Grace X 3» IMEI: №, № (т.1 л.д. 186-187); протокол осмотра документов от 04.03.2016г., согласно которому был осмотрен короб из-под мобильного телефона «Prestigio Grace X 3» IMEI: №, № (т.1 л.д.194-195); протокол осмотра предмета от 15.03.2016г., согласно которому был осмотрен мобильный телефон «Prestigio Grace X 3» IMEI: №, № (т.1 л.д.196-197). заключение эксперта № от 24.03.2016г., согласно которому стоимость представленного на экспертизу мобильного телефона «Prestigio Grace X 3» IMEI: №, № с учетом фактического состояния в ценах, действовавших на 23.02.2016г. составила 3 200 рублей (т.1 л.д. 207). В последующем короб из-под мобильного телефона «Prestigio Grace X 3» IMEI: №, №, мобильный телефон «Prestigio Grace X 3» IMEI: №, № признаны и приобщены в качестве вещественных доказательств (т.1 л.д.198).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ФИО11 в его совершении и квалифицирует действия ФИО11 по данному эпизоду по ст. ч.1 УК РФ как кража, то есть тайное хищение чужого имущества. При этом, суд исходит из того, что ФИО11 действуя с прямым умыслом и корыстной целью, воспользовавшись тем, что за его преступными действиями никто не наблюдает, и они являются тайными для посторонних лиц, осмотрел содержимое карманов куртки принадлежащей потерпевшей ФИО80, находившейся в коридоре его квартиры, и обнаружил в кармане куртки мобильный телефон, темно синего цвета марки «Prestigio», после чего тайно похитил принадлежащий ФИО80 телефон марки «Prestigio Grace X 3», стоимостью 3 200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Эпизод хищения имущества ФИО9 Кроме того, ДД.ММ.ГГГГ примерно в 21 часов 00 минут ФИО11, находясь в своей &lt;адрес&gt;. № по &lt;адрес&gt;, не имея постоянного источника дохода, умышленно из корыстных побуждений, решил в составе группы лиц по предварительному сговору, незаконно проникнуть в помещение киоска «Смак», расположенного на остановке общественного транспорта «&lt;адрес&gt;, откуда тайно похитить товарно - материальные ценности, которыми впоследствии распорядиться по своему усмотрению. С целью реализации своего преступного умысла ФИО11 предложил своему брату ФИО13 совершить тайное хищение товаро-материальных ценностей из помещения киоска в составе группы лиц по предварительному сговору, на что последний согласился, тем самым вступил в преступный сговор с ФИО11 Для реализации своего преступного умысла, ФИО11 по предварительному сговору с ФИО13 разработали план совершения тайного хищения чужого имущества, а именно ФИО11 должен был приискать металлическую палку- прут, с помощью которой отогнуть металлический профлист с задней части подсобного помещения указанного киоска, и, взломав запорные устройства торгового помещения киоска, незаконно проникнуть в помещение киоска «Смак», откуда похитить товарно - материальные ценности, в то время как ФИО13 должен был находиться на улице вблизи вышеуказанного киоска и наблюдать за окружающей обстановкой и в случае появления посторонних лиц предупредить об этом ФИО11, а затем принимать у ФИО11 похищенные товарно – материальные ценности и совместно с ФИО11 переносить от места совершения преступления в расположенный неподалёку ГСК № &lt;адрес&gt;, после чего похищенное имущество перенести домой и совместно распорядиться по своему усмотрению. Реализуя свой преступный умысел, направленный на тайное хищение чужого имущества, группой лиц по предварительному сговору с незаконным проникновением в помещение, ДД.ММ.ГГГГ примерно в 00 часов 30 минут ФИО11 и ФИО13, находясь на остановке общественного транспорта «&lt;адрес&gt;», действуя в составе группы лиц по предварительному сговору, подошли к помещению киоска «Смак», расположенного вблизи &lt;адрес&gt;, используемого для осуществления торговли индивидуальным предпринимателем ФИО1, где, действуя согласно распределенных ролей, ФИО11 с помощью имеющейся при нем металлической палки-прута отогнул металлический профлист в задней части подсобного помещения киоска и через образовавшейся проем незаконно проник в подсобное помещение киоска «Смак», где, продолжая использовать вышеуказанную палку-прут, взломал запорное устройство двери торгового помещения вышеуказанного киоска и незаконно проник в торговое помещение данного киоска. ФИО13, действуя согласно отведённой ему роли, находясь на остановке общественного транспорта «&lt;адрес&gt;», расположенной вблизи &lt;адрес&gt; стал наблюдать за окружающей обстановкой, чтобы в случае появления посторонних лиц, предупредить об этом ФИО11 11.06.2016г. примерно в 00 часов 45 минут ФИО11, находясь в помещении киоска «Смак», расположенного на остановке общественного транспорта вблизи &lt;адрес&gt; по проезду Светлый &lt;адрес&gt;, из корыстных побуждений, убедившись, что его действия носят тайный характер, в отсутствии посторонних лиц, действуя группой лиц по предварительному сговору с ФИО13,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тайно похитил товарно-материальные ценности, принадлежащие ФИО1, а именно: сигареты: «21 век легкий биофильтр 8» в количестве 11пачек по цене 62,50 рублей за 1 пачку на сумму 687, 50 рублей; «21 век полный вкус 12» в количестве 5 пачек по цене 62,50 рублей за 1 пачку на сумму 312, 50 рублей, «ARMADA красная пачка т/у» в количестве 5 пачек по цене 53.50 рублей за 1пачку на сумму 267, 50 рублей, «ARMADA синяя пачка т/у» в количестве 6 пачек по цене 50,59 рублей за 1пачку на сумму 303, 54 рублей, «Bond Street Blue Selection» в количестве 7 пачек по цене 71, 43рублей за 1 пачку на сумму 500,01 рублей, «Bond Street Compact blue» в количестве 20 пачек по цене 71,43 рублей за 1 пачку на сумму 1428, 60 рублей, «Chesterfield Classic Blue» в количестве 15 пачек по цене 86,37 рублей за 1пачку на сумму 1295,55 рублей, «Kiss Dream Superslims» в количестве 11 пачек по цене 68,25 рублей за 1 пачку на сумму 750,75 рублей, «Kiss Energy Superslims» в количестве 6 пачек по цене 68,25 рублей за 1 пачку на сумму 409,50 рублей, «L&amp;M Blue Label» в количестве 3 пачек по цене 80,01 рублей за 1 пачку на сумму 240,03 рублей, «L&amp;M Red Label» в количестве 10 пачек по цене 80,01 рублей за 1 пачку на сумму 800,10 рублей, «LD Blue» в количестве 20 пачек по цене 59,10 рублей за 1 пачку на сумму 1182 рублей, «LD Club Compact Blue» в количестве 20 пачек по цене 68,20 рублей за 1пачку на сумму 1364 рублей, «LD Club Lounge» в количестве 15 пачек по цене 72,74 рублей за 1пачку на сумму 1091,10 рублей, «LD Club Platinum» в количестве 7 пачек по цене 72,74 рублей за 1пачку на сумму 509,18 рублей, «LD Red» в количестве 10 пачек по цене 72,74 рублей за 1пачку на сумму 727,40 рублей, «Next Compact 100s (Dark Blue)» в количестве 11 пачек по цене 63,64 рублей за 1пачку на сумму 700,04 рублей, «Next Compact (SE)» в количестве 19 пачек по цене 58,83 рублей за 1пачку на сумму 1117,77рублей, «Next inBlack SSL» в количестве 10 пачек по цене 68,19 рублей за 1пачку на сумму 681,90рублей, «Рarliament Aqua Blue» в количестве 7 пачек по цене 118,18 рублей за 1 пачку на сумму 827,26 рублей, «Parliament Night Blue» в количестве 19 пачек по цене 118,18 рублей за 1 пачку на сумму 2245,42рублей, «Parliament Silver Blue» в количестве 8 пачек по цене 118,18 рублей за 1пачку на сумму 945,44рублей, «Play hit» в количестве 10 пачек по цене 59,68рублей за 1пачку на сумму 596,80рублей, «Saint George N° 9» в количестве 26 пачек по цене 62,73 рублей за 1пачку на сумму 1630,98рублей, «WINSTON Blue» в количестве 20 пачек по цене 86,37рублей за 1пачку на сумму 1727,40рублей, «Winston SuperSlims Blue» в количестве 10 пачек по цене 86,37 рублей за 1пачку на сумму 863,70рублей, «Winston X STYLE Blue» в количестве 10 пачек по цене 86,37 рублей за 1 пачку на сумму 863,70рублей, «Winston XS Blue» в количестве 10 пачек по цене 86,37 рублей за 1пачку на сумму 863,70рублей, «Winston XS Silver»в количестве 10 пачек по цене 86,37 рублей за 1пачку на сумму 863,70рублей, «Мальборо Gold Original» в количестве 7 пачек по цене 104,55 рублей за 1 пачку на сумму 731,85рублей, «Мальборо» в количестве 9 пачек по цене 104,55 рублей за 1пачку на сумму 940,95рублей, «Наша марка мягкая» в количестве 7 пачек по цене 48,66 рублей за 1 пачку по цене 340,62 рублей, «Alliance Деми» в количестве 5 пачек по цене 63,19 рублей за 1 пачку на сумму 315,95рублей, «Alliance Классик» в количестве 5 пачек по цене 58,12 рублей за 1пачку на сумму 290,60рублей, «Alliance Ориджинал» в количестве 5 пачек по цене 58,12 рублей за 1пачку на суму 290,60рублей, «Alliance Ориджинал 25шт» в количестве 5 пачек по цене 58,12 рублей за 1пачку на сумму 290,60рублей, «Alliance Ориджинал Компакт» в количестве 5 пачек по цене 62,97 рублей за 1 пачку на сумму 314,85 рублей, «Dunhill Мастер Бленд Блю» в количестве 3 пачек по цене 112.38 рублей за 1пачку на сумму 337,14рублей, «Kent HD Futura» в количестве 10 пачек по цене 100,49 рублей за 1пачку на сумму 1004,90рублей, «Kent HD Infina» в количестве 10 пачек по цене 100,49 рублей за 1пачку на сумму 1004,90рублей, «Kent HD Neo» в количестве 10 пачек по цене 105,48 рублей за 1 пачку на сумму 1054,80 рублей, «Kent HD Spectra» в количестве 4 пачек по цене 105.48 рублей за 1 пачку на сумму 421,92 рублей, «Kent HDi Блю» в количестве 8 пачек по цене 105,48 рублей за 1 пачку на сумму 843,84 рублей, «Kent Nanotek 2.0 Сильвер» в количестве 10 пачек по цене 105,96 рублей за 1 пачку на сумму 1059,60рублей, «Kent Nanotek 2.0 Уайт» в количестве 16 пачек по цене 105,96 рублей за 1 пачку на сумму 1695,36 рублей, «Kent Айсвитч» в количестве 7 пачек по цене 105,96 рублей за 1 пачку на сумму 741,72 рублей, «LuckyStrike Премиум Блю» в количестве 5 пачек по цене 82,18 рублей за 1 пачку на сумму 410,90рублей, «Pall Mall SS Ментол» в количестве 5 пачек по цене 85,65рублей за 1пачку на сумму 428,25рублей, «Rothmans Nanokings Блю» в количестве 5 пачек по цене 68,14 рублей за 1 пачку на сумму 340,70рублей, «Rothmans Блю» в количестве 5 пачек по цене 73,03рублей за 1пачку на сумму 365,15 рублей, «Rothmans Деми» в количестве 20 пачек по цене 67,54 рублей за 1 пачку на сумму 1350,80рублей, «Rothmans Деми Клик» в количестве 10 пачек по цене 72,31рублей за 1пачку на сумму 723,10рублей, «Rothmans Суперслимс Блю» в количестве 5 пачек по цене 73,03 рублей за 1пачку на сумму 365,15рублей, «Vogue Bleue» в количестве 4 пачек по цене 110,58рублей за 1пачку на сумму 442,32рублей, «Vogue Lilas» в количестве 4 пачек по цене 110,58 рублей за 1 пачку на сумму 442,32рублей, «Vogue Menthe» в количестве 4 пачек по цене 110,58рублей за 1 пачку на сумму 442,32рублей, «Ява Белое Золото Классическая» в количестве 5 пачек по цене 58,12 рублей за 1 пачку на сумму 290,60рублей, «Ява Золотая Классическая 30» в количестве 8 пачек по цене 91,99рублей за 1пачку на сумму 735,92 рублей, «Сигареты Ява Золотая Классическая» в количестве 5 пачек по цене 65,41рублей за 1пачку на сумму 327,05рублей, «Ява Золотая Турбо» в количестве 5 пачек по цене 65,41 рублей за 1 пачку на сумму 327,05рублей; напитки: адреналин Раш 0,25л. в количестве 12 шт. по цене 58,41 рублей за 1шт. на сумму 700,92рублей, адреналин Раш 0,5л. в количестве 9 шт., по цене 83,19 рублей за 1шт. на сумму 748,71рублей, пепси 0,33л. в количестве 25 шт. по цене 28,91рублей за 1шт.на сумму 722,75рублей, минеральная вода «Эдельвейс» 1.5л. в количестве 39 шт. по цене 21,81рублей за 1шт.на 850,59рублей; Дирол XXL (в ассортименте) в количестве 13шт. по цене 22,89рублей за 1шт. на сумму 297,57рублей, мороженное: Лакомка Энерго в количестве 13 пачек по цене 29,90рублей за 1пачку на сумму 388,70рублей, рожок «Настоящий пломбир» ванильный в количестве 13 шт. по цене 34рублей за 1шт. на сумму 442 рублей, рожок «Настоящий пломбир» шоколадный в количестве 15 шт. по цене 34 рублей за 1шт. на сумму 510рублей, рожок «Юпитер гигант» ванильное в шоколадной в количестве 11 шт. по цене 22 рублей за 1шт. на сумму 242 рублей, рожок «Юпитер гигант» крем-брюле в шоколадной глазури в количестве 21 шт. по цене 25,91 рублей за 1шт. на сумму 544,11 рублей, стакан «Монарх» ванильный на сливках в количестве 18 шт. по цене 24,90 рублей за 1шт. на сумму 448,20рублей, стакан «Настоящий пломбир» ванильный пергамент в количестве 18 шт. по цене 21,80рублей1шт. на сумму 392,40рублей, стакан «Настоящий пломбир» шоколадный пергамент в количестве 9 шт. по цене 25,60рублей, за 1шт. на сумму 230,40рублей, стакан «Юбилейное повседневное» ванильный в количестве 17 шт. по цене 10,90 рублей за 1 шт. на сумму 185,30рублей, стакан «Юбилейное повседневное» шоколадный в количестве 13шт.по цене 10,90рублей за 1шт. на сумму 141,70рублей, стакан ванильный на сливках в шоколадной глазури с арахисом «Монарх» в количестве 17 шт. по цене 30,50рублей за 1шт. на сумму 518,50рублей, фруктовый лед «Дюшес» в количестве 52 шт. по цене 13,99 рублей за 1шт. на сумму 727,48рублей, фруктовый лед «Маша и Медведь» в количестве 65шт. по цене 13,99 рублей за 1шт.на сумму 909,35рублей, эскимо «Настоящий пломбир 15%» в молочном шоколаде в количестве 21 шт. по цене 37рублей за 1шт.на сумму 777 рублей, эскимо «Монарх» пломбир в шоколаде с бисквитом в количестве 30шт. по цене 39рублей за 1шт. на сумму 1170 рублей, эскимо пломбир ванильный «Пломбир 15%» в количестве 22шт. по цене 25,70рублей за 1шт. на сумму 565,40рублей, эскимо пломбир шоколадный «Пломбир 15%» в количестве 24шт. по цене 25,70 рублей за 1шт. на сумму 616,80 рублей, а всего на общую сумму 56 598 рублей 78 копеек, которые передал через проем, образовавшийся в результате отгибания профлиста в задней части подсобного помещения киоска, ФИО13, а ФИО13 принимал указанное имущество и складывал рядом с киоском. Совершив тайное хищение чужого имущества, ФИО11 и ФИО13 с места преступления скрылись, перенеся похищенное имущество сначала к гаражу № ГСК № &lt;адрес&gt;, а затем к себе домой. Впоследствии ФИО11 и ФИО13 распорядились похищенным по своему усмотрению. В результате преступных действий ФИО11 и ФИО13 потерпевшему ФИО1 причинен материальный ущерб на сумму 56 598 рублей 78 копеек. Подсудимый ФИО11 в судебном заседании вину в совершении преступления, предусмотренного п.п. «а,б» ч.2 ст. 158 УК РФ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ФИО11 в качестве обвиняемого и подозреваемого (т.14 л.д.169-191, т. 1 л.д. 231-233, т. 10 л.д.21-45, т. 11 л.д.120-144) следует, что ДД.ММ.ГГГГ примерно в 21:00 ч, он вместе с братом находился у себя дома. В это время он решил совершить кражу какого – либо имущества, он вспомнил, что по проезду Светлый в &lt;адрес&gt; на остановке общественного транспорта «&lt;адрес&gt;» находится киоск «Смак», который в ночное время не работает. Он предложил брату ФИО13 похитить из данного киоска какое - нибудь ценное имущество, которое впоследствии употребить в личных целях. Брат согласился. Они распределили преступные обязанности: он должен будет с помощью заранее приготовленной палки отогнуть профлист в стене киоска, через образовавшееся отверстие проникнуть киоск, похитить оттуда имущество и через отверстие передать похищенное имущество брату, а брат в это время должен был находиться поблизости и следить за окружающей обстановкой, чтобы в случае опасности предупредить его. Он взял из дома металлическую палку, чтобы с помощью данной палки вскрыть дверь и проникнуть в киоск. Он и брат ДД.ММ.ГГГГ примерно в 00 часов 30 мин, прошли к данному киоску, убедившись, что на улице темно, за его действиями никто не наблюдает, он с помощью металлической палки отогнул профлист от стены киоска и через образовавшееся отверстие проник в киоск. В киоске увидел холодильную камеру с мороженым. Он металлической палкой сбил замок с холодильной камеру и открыл дверцу. Из холодильной камеры достал металлическую решетку, в которой находилось мороженое с разным названием. Решетку с мороженым он передал брату через отверстие в стене киоска. В тот момент, когда он проникал в киоск и похищал имущество, ФИО13 находился поблизости и следил за окружающей обстановкой, чтобы в случае опасности предупредить его, путем подачи сигнала – свистом. Кроме того из киоска он похитил несколько коробок с блоками сигарет, энергетические напитки, бутылки с газированной водой, название в настоящее время он не помнит. Похищенные товарно- материальные ценности он передавал через образовавшуюся брешь на улицу Кириллу. Похищенное имущество он и Кирилл отнесли в какие- то гаражи, расположенные неподалёку (он указал данные гаражи и место, где прятали похищенное имущество, в ходе проверки показаний на месте), где спрятали данное имущество, а впоследствии они данное имущество перенесли по месту своего жительство и впоследствии часть самостоятельно употребили, часть раздали знакомым, кому в настоящее время он не помнит, часть продали за денежные средства, а деньги потратили на личные нужды. Подсудимый ФИО13 в судебном заседании вину в совершении преступления, предусмотренного п.п. «а,б» ч.2 ст. 158 УК РФ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ФИО13 в качестве обвиняемого и подозреваемого (т. 14 л.д.111-130, т.4 л.д.120-122, т. 10 л.д.49-68, т. 10 л.д.226-246) следует, что показания ФИО13 аналогичны показания подсудимого ФИО11, который подробно изложили обстоятельства хищения имущества принадлежащего ФИО1 Виновность подсудимых ФИО11 и ФИО13 в совершении преступления подтверждается показаниями потерпевшего, свидетелей, письменными материалами дела. В судебном заседании потерпевший ФИО1, показал, что с ноября 2010 он является индивидуальным предпринимателем, род деятельности розничная торговля продуктами питания. На остановке общественного транспорта «&lt;адрес&gt;» по адресу: &lt;адрес&gt;, недалеко от &lt;адрес&gt; находится киоск «Смак», в котором продавцы ФИО18, ФИО83 осуществляют розничную продажу продуктов питания и других товарно- материальных ценностей, принадлежащих ему. Сигнализации и сторожевой охраны киоск не имеет. Входные двери запираются на навесной замок. Месторасположение киоска освещается фонарями искусственного освещения линии электропередач. ДД.ММ.ГГГГ в утреннее время ему позвонила ревизор ИП ФИО1 ФИО84 и пояснила, что ей продавец киоска «Смак» ФИО18 сообщила, что по приходу на рабочее место в киоск «Смак» она обнаружила, что с тыльной стороны помещения отогнут профлист, в результате чего имеется лаз в помещение киоска и навесной замок двери, расположенной с тыльной стороны киоска, имел повреждения. Пройдя в помещение киоска она обнаружила пропажу товарно – материальных ценностей (далее по тексту – ТМЦ), в связи с чем догадалась, что из киоска было совершено хищение продуктов питания и других ТМЦ. ФИО10 же ФИО18 о произошедшем сообщила ей и сотрудникам полиции. В связи с хищение ТМЦ, и установлением суммы похищенного имущества, была проведена инвентаризация товарно- материальных ценностей, фактически находящихся в киоске, после чего данное количество было сверено с товарно-материальными ценностями, зафиксированными по бухгалтерским документам, в результате чего установлено что совершенным преступлением у индивидуального предпринимателя ФИО1 было похищено: сигареты: «21 век легкий биофильтр 8» в количестве 11пачек по цене 62,50 руб. за 1 пачку на сумму 687, 50 руб.; «21 век полный вкус 12» в количестве 5 пачек по цене 62,50 руб. за 1 пачку на сумму 312, 50 руб., «ARMADA красная пачка т/у» в количестве 5 пачек по цене 53.50 руб. за 1пачку на сумму 267, 50 руб., «ARMADA синяя пачка т/у» в количестве 6 пачек по цене 50,59 руб. За 1пачку на сумму 303, 54 руб., «Bond Street Blue Selection» в количестве 7 пачек по цене 71, 43руб. за 1 пачку на сумму 500,01 руб., «Bond Street Compact blue» в количестве 20 пачек по цене 71,43 руб. за 1 пачку на сумму 1428, 60 руб., «Chesterfield Classic Blue» в количестве 15 пачек по цене 86,37 руб. за 1пачку на сумму 1295,55 руб., «Kiss Dream Superslims» в количестве 11 пачек по цене 68,25 руб. за 1 пачку на сумму 750,75 руб., «Kiss Energy Superslims» в количестве 6 пачек по цене 68,25 руб. за 1 пачку на сумму 409,50 руб., «L&amp;M Blue Label» в количестве 3 пачек по цене 80,01 руб. за 1 пачку на сумму 240,03 руб., «L&amp;M Red Label» в количестве 10 пачек по цене 80,01 руб. за 1пачку на сумму 800,10 руб., «LD Blue» в количестве 20 пачек по цене 59,10 руб. за 1 пачку на сумму 1182 руб., «LD Club Compact Blue» в количестве 20 пачек по цене 68,20 руб. за 1пачку на сумму 1364 руб., «LD Club Lounge» в количестве 15 пачек по цене 72,74 руб. за 1пачку на сумму 1091,10 руб., «LD Club Platinum» в количестве 7 пачек по цене 72,74 руб. за 1пачку на сумму 509,18 руб., «LD Red» в количестве 10 пачек по цене 72,74 руб. за 1пачку на сумму 727,40 руб., «Next Compact 100s (Dark Blue )» в количестве 11 пачек по цене 63,64 руб. за 1пачку на сумму 700,04 руб., «Next Compact (SE)» в количестве 19 пачек по цене 58,83 руб. за 1пачку на сумму 1117,77руб., «Next inBlack SSL» в количестве 10 пачек по цене 68,19 руб. за 1пачку на сумму 681,90руб., «Рarliament Aqua Blue» в количестве 7 пачек по цене 118,18 руб. за 1пачку на сумму 827,26 руб., «Parliament Night Blue» в количестве 19 пачек по цене 118,18 руб. за 1 пачку на сумму 2245,42руб., «Parliament Silver Blue» в количестве 8 пачек по цене 118,18 руб. за 1пачку на сумму 945,44руб., «Play hit» в количестве 10 пачек по цене 59,68руб. за 1пачку на сумму 596,80руб., 2Saint George N° 9» в количестве 26 пачек по цене 62,73 руб. за 1пачку на сумму 1630,98руб., «WINSTON Blue» в количестве 20 пачек по цене 86,37руб. за 1пачку на сумму 1727,40руб., «Winston SuperSlims Blue» в количестве 10 пачек по цене 86,37 руб. за 1пачку на сумму 863,70руб., «Winston X STYLE Blue» в количестве 10 пачек по цене 86,37 руб. за 1 пачку на сумму 863,70руб., «Winston XS Blue» в количестве 10 пачек по цене 86,37 руб. за 1пачку на сумму 863,70руб., «Winston XS Silver»в количестве 10 пачек по цене 86,37 руб. за 1пачку на сумму 863,70руб., «Мальборо Gold Original» в количестве 7 пачек по цене 104,55 руб. за 1пачку на сумму 731,85руб., «Мальборо» в количестве 9 пачек по цене 104,55 руб. за 1пачку на сумму 940,95руб., «Наша марка мягкая» в количестве 7 пачек по цене 48,66 руб. за 1 пачку по цене 340,62 руб., «Alliance Деми» в количестве 5 пачек по цене 63,19 руб. за 1 пачку на сумму 315,95руб., «Alliance Классик» в количестве 5 пачек по цене 58,12 руб. за 1пачку на сумму 290,60руб., «Alliance Ориджинал» в количестве 5 пачек по цене 58,12 руб. за 1пачку на суму 290,60руб., «Alliance Ориджинал 25шт» в количестве 5 пачек по цене 58,12 руб. за 1пачку на сумму 290,60руб., «Alliance Ориджинал Компакт» в количестве 5 пачек по цене 62,97 руб. за 1 пачку на сумму 314,85 руб., «Dunhill Мастер Бленд Блю» в количестве 3 пачек по цене 112.38 руб. за 1пачку на сумму 337,14руб., «Kent HD Futura» в количестве 10 пачек по цене 100,49 руб. за 1пачку на сумму 1004,90руб., «Kent HD Infina» в количестве 10 пачек по цене 100,49 руб. за 1пачку на сумму 1004,90руб., «Kent HD Neo» в количестве 10 пачек по цене 105,48 руб. за 1 пачку на сумму 1054,80 руб., «Kent HD Spectra» в количестве 4 пачек по цене 105.48 руб. за 1 пачку на сумму 421,92 руб., «Kent HDi Блю» в количестве 8 пачек по цене 105,48 руб. за 1 пачку на сумму 843,84 руб., «Kent Nanotek 2.0 Сильвер» в количестве 10 пачек по цене 105,96 руб. за 1 пачку на сумму 1059,60руб., «Kent Nanotek 2.0 Уайт» в количестве 16 пачек по цене 105,96 руб. за 1 пачку на сумму 1695,36 руб., «Kent Айсвитч» в количестве 7 пачек по цене 105,96 руб. за 1 пачку на сумму 741,72 руб., «LuckyStrike Премиум Блю» в количестве 5 пачек по цене 82,18 руб. за 1 пачку на сумму 410,90руб., «Pall Mall SS Ментол» в количестве 5 пачек по цене 85,65руб. за 1пачку на сумму 428,25руб., «Rothmans Nanokings Блю» в количестве 5 пачек по цене 68,14 руб. за 1 пачку на сумму 340,70руб., «Rothmans Блю» в количестве 5 пачек по цене 73,03руб. за 1пачку на сумму 365,15 руб., «Rothmans Деми» в количестве 20 пачек по цене 67,54 руб. за 1 пачку на сумму 1350,80руб., «Rothmans Деми Клик» в количестве 10 пачек по цене 72,31руб. за 1пачку на сумму 723,10руб., «Rothmans Суперслимс Блю» в количестве 5 пачек по цене 73,03 руб. за 1пачку на сумму 365,15руб., «Vogue Bleue» в количестве 4 пачек по цене 110,58руб. за 1пачку на сумму 442,32руб., «Vogue Lilas» в количестве 4 пачек по цене 110,58 руб. за 1 пачку на сумму 442,32руб., «Vogue Menthe» в количестве 4 пачек по цене 110,58руб. за 1 пачку на сумму 442,32руб., «Ява Белое Золото Классическая» в количестве 5 пачек по цене 58,12 руб. за 1 пачку на сумму 290,60руб., «Ява Золотая Классическая 30» в количестве 8 пачек по цене 91,99руб. за 1пачку на сумму 735,92 руб., «Сигареты Ява Золотая Классическая» в количестве 5 пачек по цене 65,41руб. за 1пачку на сумму 327,05руб., «Ява Золотая Турбо» в количестве 5 пачек по цене 65,41 руб. за 1 пачку на сумму 327,05руб.; напитки: адреналин Раш 0,25л. в количестве 12 шт. по цене 58,41 руб. за 1шт. на сумму 700,92руб., адреналин Раш 0,5л. в количестве 9 шт., по цене 83,19 руб. за 1шт.на сумму 748,71руб., пепси 0,33л. в количестве 25 шт. по цене 28,91руб. за 1шт.на сумму 722,75руб., минеральная вода «Эдельвейс» 1.5л. в количестве 39 шт. по цене 21,81руб. за 1шт.на 850,59руб.; Дирол XXL (в ассортименте) в количестве 13шт. по цене 22,89руб. за 1шт. на сумму 297,57руб., мороженное: Лакомка Энерго в количестве 13 пачек по цене 29,90руб. за 1пачку на сумму 388,70руб., рожок «Настоящий пломбир» ванильный в количестве 13 шт. по цене 34руб. за 1шт. на сумму 442 руб., рожок «Настоящий пломбир» шоколадный в количестве 15 шт. по цене 34 руб. за 1шт. на сумму 510руб., рожок «Юпитер гигант» ванильное в шоколадной в количестве 11 шт. по цене 22 руб. за 1шт. на сумму 242 руб., рожок «Юпитер гигант» крем-брюле в шоколадной глазури в количестве 21 шт. по цене 25,91 руб. за 1шт.на сумму 544,11 руб., стакан «Монарх» ванильный на сливках в количестве 18 шт. по цене 24,90 руб. за 1шт. на сумму 448,20руб., стакан «Настоящий пломбир» ванильный пергамент в количестве 18 шт. по цене 21,80руб.1шт. на сумму 392,40руб., стакан «Настоящий пломбир» шоколадный пергамент в количестве 9 шт. по цене 25,60руб., за 1шт. на сумму 230,40руб., стакан «Юбилейное повседневное» ванильный в количестве 17 шт. по цене 10,90 руб. за 1 шт. на сумму 185,30руб., стакан «Юбилейное повседневное» шоколадный в количестве 13шт.по цене 10,90руб. за 1шт. на сумму 141,70руб., стакан ванильный на сливках в шоколадной глазури с арахисом «Монарх» в количестве 17 шт. по цене 30,50руб. за 1шт. на сумму 518,50руб., фруктовый лед «Дюшес» в количестве 52 шт. по цене 13,99 руб. за 1шт. на сумму 727,48руб., фруктовый лед «Маша и Медведь» в количестве 65шт. по цене 13,99 руб. за 1шт.на сумму 909,35руб., эскимо «Настоящий пломбир 15%» в молочном шоколаде в количестве 21 шт. по цене 37руб. за 1шт.на сумму 777 руб., эскимо «Монарх» пломбир в шоколаде с бисквитом в количестве 30шт. по цене 39руб. за 1шт. на сумму 1170 руб., эскимо пломбир ванильный «Пломбир 15%» в количестве 22шт. по цене 25,70руб. за 1шт. на сумму 565,40руб., эскимо пломбир шоколадный «Пломбир 15%» в количестве 24шт. по цене 25,70руб. за 1шт. на сумму 616,80руб. Таким образом, сумма похищенных ТМЦ по состоянию на 09 ч 00 мин 11.06.16г в киоске «Смак» на ООТ «&lt;адрес&gt;», расположенного вблизи &lt;адрес&gt; составила 56 598 рублей 78 копеек. В результате преступных действий ему был причинен материальный ущерб на общую сумму 56 598,78 рублей. Из показаний свидетеля ФИО84, оглашенных в порядке ст. ч.1 УПК РФ, следует, она работает в должности ревизора у индивидуального предпринимателя ФИО1 В ее должностные обязанности входит осуществление контроля за финансово – хозяйственной деятельностью предприятия. Она является представителем предприятия на основании доверенности без номера от ДД.ММ.ГГГГ, срок действия доверенности 1 год. ФИО1 на территории &lt;адрес&gt; на ООТ имеет киоски по продажи продуктов питания, сигарет. На ООТ «&lt;адрес&gt;» по адресу: &lt;адрес&gt; находится киоск «Смак», принадлежащий индивидуальному предпринимателю ФИО1 ДД.ММ.ГГГГ в утреннее время ей позвонил продавец киоска «Смак» ФИО18 и пояснила, что из вышеуказанного киоска с незаконным проникновением в него совершена кража товарно – материальных ценностей (далее по тексту – ТМЦ). Она сразу же приехала к указанному киоску и обнаружила кражу ТМЦ на сумму 56 598,78 рублей. В ходе осмотра киоска она увидела, что входная дверь с запирающим устройством без повреждений, скорее всего в киоск проникли с тыльной стороны. О случившемся она сообщила ФИО1 и после чего написал заявление сотрудникам полиции. В результате проведенной инвентаризации установлено, что совершенным преступлением у индивидуального предпринимателя ФИО1 были похищены товары на общую сумму 56 598 руб. 78 коп. В ходе следствия ущерб не возмещен (т.4 л.д.77-82). Из показаний свидетеля ФИО83 оглашенных в порядке ст. ч.1 УПК РФ, следует, что на ООТ «&lt;адрес&gt;» по адресу: &lt;адрес&gt; находится киоск «Смак», принадлежащий ИП ФИО1, где он работает продавцом. Ему известно, что ДД.ММ.ГГГГ в утреннее время продавец ФИО85 обнаружила, что из вышеуказанного киоска с незаконным проникновением в него совершена кража товарно-материальных ценностей. Ревизор ФИО84 сразу же приехала к указанному киоску и обнаружила кражу ТМЦ на сумму 56 598, 78 рублей. Входе осмотра киоска она увидела, что входная дверь с запирающим устройством без повреждений, скорее всего в киоск проникли с тыльной стороны. О случившемся она сообщила ФИО1 и после чего написала заявление сотрудникам полиции. Таким образом, в результате преступных действий был причинен материальный ущерб на общую сумму 56 598,78 рублей. В ходе следствия ущерб не возмещен. (т.4 л.д.106-108). Из показаний свидетеля ФИО85, оглашенных в порядке ст. ч.1 УПК РФ, следует, что она ранее работала в должности продавца у ИП ФИО1 В ее должностные обязанности входило: реализация товара предприятия. ИП ФИО1 на территории &lt;адрес&gt; на остановках общественного транспорта имеет киоски по продаже продуктов питания, сигарет, напитков. На остановке общественного транспорта «&lt;адрес&gt;» по адресу: &lt;адрес&gt; находится киоск «Смак», принадлежащий ИП ФИО1 В указанном киоске она работала продавцом. ДД.ММ.ГГГГ в утреннее время она пришла на свое рабочее место, зашла в киоск и обнаружила, что из вышеуказанного киоска похищены ТМЦ. В ходе осмотра киоска она увидела, что входная дверь с запирающим устройством без повреждений, с обратной стороны был отогнут профлист, скорее всего в киоск проникли через образовавшееся отверстие с обратной стороны киоска. Она сразу же позвонила ревизору ФИО84 и сообщила о случившемся, она вызвала сотрудников полиции и написала заявление о совершенном преступлении. ФИО84 была проведена ревизия, в результате которой установлен ущерб, причиненный ИП ФИО1 на сумму 56 598, 78 рублей. Таким образом, в результате преступных действий был причинен материальный ущерб на общую сумму 56 598,78 рублей. В ходе следствия ущерб не возмещен. (т.4 л.д. 133-134). О виновности ФИО11 по данному эпизоду свидетельствуют ФИО9 письменные материалы дела: заявление ФИО1, согласно которому просит привлечь к уголовной ответственности неизвестных лиц, которые в период времени с 20:00 ДД.ММ.ГГГГ по 08:00 11.06.2016г. незаконно проникли в киоск «Смак», расположенный на остановке общественного транспорта «пос. заря» по проезду Светлому &lt;адрес&gt;, откуда тайно похитили принадлежащие ему товарно- материальные ценности, чем причинили последнему материальный ущерб на общую сумму 56 598, 78 рублей. (т. 4 л.д.4); протокол явки с повинной от 29.06.2016г., согласно которому ФИО11 указал, что в ночь на ДД.ММ.ГГГГ он со своим братом ФИО13 пришел на &lt;адрес&gt; к торговому ларьку на остановке с целью хищения имущества. Обойдя ларек сзади, он отогнул профлист и пролез к его входной двери, а Кирилл остался на улице наблюдать за окружающей обстановкой. Около входной двери максим вскрыл холодильник и передал из него Кириллу решетку с мороженным, после чего вскрыл входную дверь киоска и похитил из него блоки сигарет различных марок, газировку, точное количество не помнит. Затем он с Кириллом похищенный товар перенесли в гаражи неподалеку и спрятали. Потом перенесли домой и распорядились по своему усмотрению. ( т. 4 л.д. 71); протокол явки с повинной от 30.06.2016г., согласно которому ФИО13 указал, что ДД.ММ.ГГГГ в вечернее время, находясь дома, его брат ФИО11 предложил ему похитить имущество из ларька на проезде Светлом &lt;адрес&gt;, на что он согласился. В этот же день в ночное время они пришли к данному ларьку, где Максим отогнул металлической палкой профлист сзади ларька и залез внутрь. В это время он наблюдал за окружающей обстановкой. Через некоторое время, через дыру в профлисте Максим передал ему короб с сигаретами, металлическую решетку с мороженным и бутылки с газировкой. Точное количество похищенного он сказать не может, не помнит. Похищенное они перенесли к гаражам, там спрятали, а потом частями перенесли к себе домой, где распорядились по своему усмотрению. (т.4 л.д.75); протокол проверки показаний на месте от 18.08.2016г., согласно которому подозреваемый ФИО11 на месте преступления в киоске «Смак», расположенного на остановке общественного транспорта « &lt;адрес&gt;» вблизи &lt;адрес&gt;, показал и описал все события совершения им и ФИО13 хищения товаро-материальных ценностей, принадлежащих ФИО1 (т. 4 л.д 116-119); протокол проверки показаний на месте от 26.08.2016г., согласно которому подозреваемый ФИО13 на месте преступления в киоске «Смак», расположенного на остановке общественного транспорта « &lt;адрес&gt;» вблизи &lt;адрес&gt;, показал и описал все события совершения им и ФИО13 хищения товаро-материальных ценностей, принадлежащих ФИО1 (т. 4 л.д.123-126); протокол проверки показаний на месте обвиняемого ФИО11, согласно которого, участники проверки показаний на месте прибыли на остановку общественного транспорта «Заря» по &lt;адрес&gt;, где расположен киоск «Смак». Обвиняемый ФИО11 показал, что именно из данного киоска им совместно с его братом ФИО13 ДД.ММ.ГГГГ в ночное время была совершена кража товарно – материальных ценностей. После чего, обвиняемый ФИО11 повел участников проверки показаний на месте к месту, куда он выбросил металлическую палку, с помощью которой проник в указанный киоск. При этом он уточнил, что ранее в показаниях он пояснял, что выбросил металлическую палку в мусорный бак. Сейчас он хочет уточнить, что выбросил металлическую палку не в мусорный бак, а под дерево ели, находящееся на расстоянии примерно 15 метров от задней части киоска «Смак». После чего обвиняемый ФИО11 указал данное место (произведено фотографирование). После чего ФИО11 пояснил, что похищенные из киоска «Смак» товарно – материальные ценности они с братом отнесли сначала в находящийся неподалёку ГСК, указав на ГСК № &lt;адрес&gt;. После чего участники проверки показаний на месте прибыли к ГСК № &lt;адрес&gt;. Обвиняемый ФИО11 привёл участников проверки показаний на месте к металлическому забору, расположенному примерно в 4 метрах от гаража № ГСК №, указав, что похищенные ТМЦ они с братом спрятали за этим забором, а затем перенесли к себе домой (произведено фотографирование). (том 13, л.д. 212-226); протокол проверки показаний на месте обвиняемого ФИО13, согласно которого, участники проверки показаний на месте по просьбе обвиняемого ФИО13 прибыли на остановку общественного транспорта «Заря» по &lt;адрес&gt;у &lt;адрес&gt;, где расположен киоск «Смак». Рядом с остановкой общественного транспорта «Заря», расположен &lt;адрес&gt;у &lt;адрес&gt;. Обвиняемый ФИО13 показал, что именно из данного киоска им совместно с его братом ФИО11 ДД.ММ.ГГГГ в ночное время совершена кража товарно-материальных ценностей. После чего, обвиняемый ФИО13 повел участников проверки показаний на месте к месту, куда его брат ФИО11 выбросил металлическую палку, с помощью которой они проникли в указанный киоск. При этом он уточнил, что ранее в показаниях он пояснял, что его брат ФИО11 выбросил металлическую палку в мусорный бак. Сейчас он хочет уточнить, что его брат ФИО11 выбросил металлическую палку не в мусорный бак, а под дерево «Ели», находящееся на расстоянии примерно 15 метров от задней части киоска «Смак». После чего, обвиняемый ФИО13 указал данное место (произведено фотографирование). После чего, обвиняемый ФИО13 пояснил, что похищенные из киоска «Смак» товарно-материальные ценности он с братом отнес сначала на территорию находящегося неподалёку гаражно-строительного кооператива (ГСК), указав на ГСК № &lt;адрес&gt;. После чего, участники проверки показаний на месте по просьбе обвиняемого ФИО13 прибыли к ГСК № &lt;адрес&gt;. Обвиняемый ФИО13 привёл участников проверки показаний на месте к металлическому забору, расположенному справа примерно в 4 метрах от гаража № ГСК №, указав, что похищенные ТМЦ он с братом спрятал за этим забором, а затем перенесли к себе домой (произведено фотографирование). (том 13, л.д. 227-237); протокол осмотра места происшествия от ДД.ММ.ГГГГ, согласно которому был осмотрен киоск «Смак», расположенный на остановке общественного транспорта «&lt;адрес&gt;» по проезду Светлому &lt;адрес&gt;. На момент осмотра с тыльной стороны помещения отогнут профлист на ширину от 20 до 30 см, а по высоте 70 см. &lt;адрес&gt; отогнутого листа обнаружен след материи, изъятый на фото. При входе в предбанник с правой стороны имеется холодильник с эмблемой «Пепси» с безалкогольными напитками, холодильник «Эдельвейс» с минеральной водой, горизонтальный холодильник для мороженного, который открыт, в нем отсутствует решетка и мороженное. С левой стороны имеется металлическая дверь в киоск, оборудованная врезным замком. На момент осмотра замок в положении «заперт» имеет повреждения в виде выгнутого ригеля замка. На двери обнаружен след орудия взлома, изъятый на фото. Поверхность холодильников и двери обрабатывались дактилоскопическим порошком, на двери киоска обнаружен след пальца руки, на дверце холодильника «Эдельвейс» обнаружен след ладони. При входе в помещение киоска слева на право расположены полки витрины, холодильники. На момент осмотра на полках под окном киоска отсутствуют блоки сигарет. В ходе осмотра киоска поверхности обрабатывались дактилоскопическим порошком, в результате чего на стойке под пачки сигарет обнаружен след пальца руки. В ходе осмотра проводилось дактилоскопированние ФИО18 В ходе осмотра изъято: след материи на фото с края отогнутого профлиста, микрочастицы с проема отогнутого профлиста, след пальца руки с двери в киоск, след ладони с дверцы холодильника, след орудия взлома на фото с двери киоска, след пальца руки со стойки под сигареты, дактокарта ФИО18 ( т.4 л.д.5-13); протокол дополнительного осмотра места происшествия от ДД.ММ.ГГГГ, согласно которому осмотрен торговый киоск «Смак», расположенный на остановке общественного транспорта «Заря» рядом с &lt;адрес&gt;. Вход в киоск осуществляется через решётчатую металлическую дверь. Дверь на момент осмотра открыта. За решётчатой дверью расположено подсобное помещение для размещения холодильного оборудования. Помещение представляет собой пристройку к основному помещению киоска, выполнено из металлического сварного каркаса, обшитого металлическим профлистом. На момент осмотра холодильное оборудование отсутствует, на полу разбросан различный мусор. Слева от входа расположен вход в торговое помещение киоска. Вход осуществляется через металлическую остеклённую дверь. Внутри торгового помещения находятся пустые пластиковые стеллажи. На полу ФИО9 разбросан различный мусор. В настоящее время киоск не работатет, товары в нём отсутствуют. Участвующий в осмотре менеджер ИП ФИО1 ФИО86 пояснил, что ранее в подсобном помещении стояло холодильное оборудование с напитками и мороженым, хранились ТМЦ, а непосредственная торговля осуществлялась через окошко в основном торговом помещении. (том №, л.д. 41-49); протокол выемки от ДД.ММ.ГГГГ, согласно которому у ФИО84 были изъяты документы на похищенное имущество: товарно-денежного отчета за период времени с ДД.ММ.ГГГГ по ДД.ММ.ГГГГ, счет-фактуры № от ДД.ММ.ГГГГ, товарной накладной № АL 000040380 от ДД.ММ.ГГГГ, товарной накладной № от ДД.ММ.ГГГГ, счет-фактуры № о ДД.ММ.ГГГГ, товарной накладной № от ДД.ММ.ГГГГ, счет-фактуры № от ДД.ММ.ГГГГ, товарной накладной № от ДД.ММ.ГГГГ, расходной накладной № от ДД.ММ.ГГГГ, расходной накладной № № от ДД.ММ.ГГГГ, расходной накладной № от ДД.ММ.ГГГГ (т.4 л.д.84-85); протокол осмотра документов, согласно которому были осмотрены товарно-денежного отчета за период времени с ДД.ММ.ГГГГ по ДД.ММ.ГГГГ, счет-фактуры № от ДД.ММ.ГГГГ, товарной накладной № от ДД.ММ.ГГГГ, товарной накладной № № от ДД.ММ.ГГГГ, счет-фактуры № о ДД.ММ.ГГГГ, товарной накладной № № от ДД.ММ.ГГГГ, счет-фактуры № от ДД.ММ.ГГГГ, товарной накладной № от ДД.ММ.ГГГГ, расходной накладной № № от ДД.ММ.ГГГГ, расходной накладной № № от ДД.ММ.ГГГГ, расходной накладной № от ДД.ММ.ГГГГ (т.11 л.д.158-163); протокол осмотра предметов (документов), согласно которому осмотрены: Копия товарно денежного отчёта ИП ФИО1 за период с ДД.ММ.ГГГГ по ДД.ММ.ГГГГ. Представляет собой документ, выполненный на 1 листе белой бумаги формата А4. Копия расходной накладной № от ДД.ММ.ГГГГ ИП ФИО1 Представляет собой документ, выполненный на 1 листе белой бумаги. Копия расходной накладной № от ДД.ММ.ГГГГ ИП ФИО1 Представляет собой документ, выполненный на 1 листе белой бумаги. Копия расходной накладной № от ДД.ММ.ГГГГ ИП ФИО1 Представляет собой документ, выполненный на 1 листе белой бумаги. Копия расходной накладной № от ДД.ММ.ГГГГ ИП ФИО1 Представляет собой документ, выполненный на 1 листе белой бумаги формата А4. Копия расходной накладной № от ДД.ММ.ГГГГ ИП ФИО1 Представляет собой документ, выполненный на 1 листе белой бумаги формата А4. Копия расходной накладной № от ДД.ММ.ГГГГ ИП ФИО1 Представляет собой документ, выполненный на 1 листе белой бумаги формата А4. Копия «возврат от покупателя» № от ДД.ММ.ГГГГ ИП ФИО1 Представляет собой документ, выполненный на 1 листе белой бумаги формата А4. Копия приходного кассового ордера № от ДД.ММ.ГГГГ ИП ФИО1 Представляет собой документ, выполненный на 1 листе белой бумаги формата А4. Копия приходного кассового ордера № от ДД.ММ.ГГГГ ИП ФИО1 Представляет собой документ, выполненный на 1 листе белой бумаги формата А4. Копия приходного кассового ордера № от ДД.ММ.ГГГГ ИП ФИО1 Представляет собой документ, выполненный на 1 листе белой бумаги формата А4. Копия приходного кассового ордера № от ДД.ММ.ГГГГ ИП ФИО1 Представляет собой документ, выполненный на 1 листе белой бумаги формата А4. Инвентаризация от ДД.ММ.ГГГГ ИП ФИО1 Представляет собой документ, выполненный на 3 листах белой бумаги формата А4. Копия налоговой декларации ИП ФИО1 за 2015 &lt;адрес&gt; собой документ, выполненный на 3 листах белой бумаги формата А4. Справка ИП ФИО62 от ДД.ММ.ГГГГ о доходе ФИО2 Представляет собой документ, выполненный на 1 листе белой бумаги формата А4. Копия договора аренды № от ДД.ММ.ГГГГ между ИП ФИО87 и ИП ФИО1 с приложением № и 2, а ФИО9 актом приёма – передачи торговых павильонов от ДД.ММ.ГГГГ Представляет собой документ, выполненный на 8 листах белой бумаги формата А4. Копия проекта отделки фасадов и рекламного оформления торгового киоска с остановкой городского транспорта по &lt;адрес&gt; (ост. пос. «Заря») в &lt;адрес&gt;. Представляет собой документ, выполненный на 4 листах белой бумаги формата А4. (том №, л.д. 66-67); В последующем указанные документы признаны и приобщены в качестве вещественных доказательств (том №, л.д. 68-69). заключение эксперта № бухгалтерской судебной экспертизы от ДД.ММ.ГГГГ (том №, л.д. 154-158), согласно выводов, которого разница в сведениях об остатке ТМЦ, рассчитанном на основании представленных на исследование бухгалтерских документов ИП ФИО1, и установленном в ходе инвентаризации, в торговой точке «Смак» ИП ФИО1, расположенной у &lt;адрес&gt; по проезду Светлому &lt;адрес&gt;, по состоянию на ДД.ММ.ГГГГ составляет 66 736 руб., в том числе без учёта торговой наценки: 56 598 руб. 78 коп. (том 13, л.д. 154-158); акт инвентаризации, согласно которому установлено, что по состоянию на 09:00ч ДД.ММ.ГГГГ по тт «Заря» отсутствуют ТМЦ на общую сумму 56 598,78 руб., а именно сигареты: «21 век легкий биофильтр 8» в количестве 11пачек по цене 62,50 руб. за 1 пачку на сумму 687, 50 руб.; «21 век полный вкус 12» в количестве 5 пачек по цене 62,50 руб. за 1 пачку на сумму 312, 50 руб., «ARMADA красная пачка т/у» в количестве 5 пачек по цене 53.50 руб. за 1пачку на сумму 267, 50 руб., «ARMADA синяя пачка т/у» в количестве 6 пачек по цене 50,59 руб. За 1пачку на сумму 303, 54 руб., «Bond Street Blue Selection» в количестве 7 пачек по цене 71, 43руб. за 1 пачку на сумму 500,01 руб., «Bond Street Compact blue» в количестве 20 пачек по цене 71,43 руб. за 1 пачку на сумму 1428, 60 руб., «Chesterfield Classic Blue» в количестве 15 пачек по цене 86,37 руб. за 1пачку на сумму 1295,55 руб., «Kiss Dream Superslims» в количестве 11 пачек по цене 68,25 руб. за 1 пачку на сумму 750,75 руб., «Kiss Energy Superslims» в количестве 6 пачек по цене 68,25 руб. за 1 пачку на сумму 409,50 руб., «L&amp;M Blue Label» в количестве 3 пачек по цене 80,01 руб. за 1 пачку на сумму 240,03 руб., «L&amp;M Red Label» в количестве 10 пачек по цене 80,01 руб. за 1пачку на сумму 800,10 руб., «LD Blue» в количестве 20 пачек по цене 59,10 руб. за 1 пачку на сумму 1182 руб., «LD Club Compact Blue» в количестве 20 пачек по цене 68,20 руб. за 1пачку на сумму 1364 руб., «LD Club Lounge» в количестве 15 пачек по цене 72,74 руб. за 1пачку на сумму 1091,10 руб., «LD Club Platinum» в количестве 7 пачек по цене 72,74 руб. за 1пачку на сумму 509,18 руб., «LD Red» в количестве 10 пачек по цене 72,74 руб. за 1пачку на сумму 727,40 руб., «Next Compact 100s (Dark Blue )» в количестве 11 пачек по цене 63,64 руб. за 1пачку на сумму 700,04 руб., «Next Compact (SE)» в количестве 19 пачек по цене 58,83 руб. за 1пачку на сумму 1117,77руб., «Next inBlack SSL» в количестве 10 пачек по цене 68,19 руб. за 1пачку на сумму 681,90руб., «Рarliament Aqua Blue» в количестве 7 пачек по цене 118,18 руб. за 1пачку на сумму 827,26 руб., «Parliament Night Blue» в количестве 19 пачек по цене 118,18 руб. за 1 пачку на сумму 2245,42руб., «Parliament Silver Blue» в количестве 8 пачек по цене 118,18 руб. за 1пачку на сумму 945,44руб., «Play hit» в количестве 10 пачек по цене 59,68руб. за 1пачку на сумму 596,80руб., 2Saint George N° 9» в количестве 26 пачек по цене 62,73 руб. за 1пачку на сумму 1630,98руб., «WINSTON Blue» в количестве 20 пачек по цене 86,37руб. за 1пачку на сумму 1727,40руб., «Winston SuperSlims Blue» в количестве 10 пачек по цене 86,37 руб. за 1пачку на сумму 863,70руб., «Winston X STYLE Blue» в количестве 10 пачек по цене 86,37 руб. за 1 пачку на сумму 863,70руб., «Winston XS Blue» в количестве 10 пачек по цене 86,37 руб. за 1пачку на сумму 863,70руб., «Winston XS Silver»в количестве 10 пачек по цене 86,37 руб. за 1пачку на сумму 863,70руб., «Мальборо Gold Original» в количестве 7 пачек по цене 104,55 руб. за 1пачку на сумму 731,85руб., «Мальборо» в количестве 9 пачек по цене 104,55 руб. за 1пачку на сумму 940,95руб., «Наша марка мягкая» в количестве 7 пачек по цене 48,66 руб. за 1 пачку по цене 340,62 руб., «Alliance Деми» в количестве 5 пачек по цене 63,19 руб. за 1 пачку на сумму 315,95руб., «Alliance Классик» в количестве 5 пачек по цене 58,12 руб. за 1пачку на сумму 290,60руб., «Alliance Ориджинал» в количестве 5 пачек по цене 58,12 руб. за 1пачку на суму 290,60руб., «Alliance Ориджинал 25шт» в количестве 5 пачек по цене 58,12 руб. за 1пачку на сумму 290,60руб., «Alliance Ориджинал Компакт» в количестве 5 пачек по цене 62,97 руб. за 1 пачку на сумму 314,85 руб., «Dunhill Мастер Бленд Блю» в количестве 3 пачек по цене 112.38 руб. за 1пачку на сумму 337,14руб., «Kent HD Futura» в количестве 10 пачек по цене 100,49 руб. за 1пачку на сумму 1004,90руб., «Kent HD Infina» в количестве 10 пачек по цене 100,49 руб. за 1пачку на сумму 1004,90руб., «Kent HD Neo» в количестве 10 пачек по цене 105,48 руб. за 1 пачку на сумму 1054,80 руб., «Kent HD Spectra» в количестве 4 пачек по цене 105.48 руб. за 1 пачку на сумму 421,92 руб., «Kent HDi Блю» в количестве 8 пачек по цене 105,48 руб. за 1 пачку на сумму 843,84 руб., «Kent Nanotek 2.0 Сильвер» в количестве 10 пачек по цене 105,96 руб. за 1 пачку на сумму 1059,60руб., «Kent Nanotek 2.0 Уайт» в количестве 16 пачек по цене 105,96 руб. за 1 пачку на сумму 1695,36 руб., «Kent Айсвитч» в количестве 7 пачек по цене 105,96 руб. за 1 пачку на сумму 741,72 руб., «LuckyStrike Премиум Блю» в количестве 5 пачек по цене 82,18 руб. за 1 пачку на сумму 410,90руб., «Pall Mall SS Ментол» в количестве 5 пачек по цене 85,65руб. за 1пачку на сумму 428,25руб., «Rothmans Nanokings Блю» в количестве 5 пачек по цене 68,14 руб. за 1 пачку на сумму 340,70руб., «Rothmans Блю» в количестве 5 пачек по цене 73,03руб. за 1пачку на сумму 365,15 руб., «Rothmans Деми» в количестве 20 пачек по цене 67,54 руб. за 1 пачку на сумму 1350,80руб., «Rothmans Деми Клик» в количестве 10 пачек по цене 72,31руб. за 1пачку на сумму 723,10руб., «Rothmans Суперслимс Блю» в количестве 5 пачек по цене 73,03 руб. за 1пачку на сумму 365,15руб., «Vogue Bleue» в количестве 4 пачек по цене 110,58руб. за 1пачку на сумму 442,32руб., «Vogue Lilas» в количестве 4 пачек по цене 110,58 руб. за 1 пачку на сумму 442,32руб., «Vogue Menthe» в количестве 4 пачек по цене 110,58руб. за 1 пачку на сумму 442,32руб., «Ява Белое Золото Классическая» в количестве 5 пачек по цене 58,12 руб. за 1 пачку на сумму 290,60руб., «Ява Золотая Классическая 30» в количестве 8 пачек по цене 91,99руб. за 1пачку на сумму 735,92 руб., «Сигареты Ява Золотая Классическая» в количестве 5 пачек по цене 65,41руб. за 1пачку на сумму 327,05руб., «Ява Золотая Турбо» в количестве 5 пачек по цене 65,41 руб. за 1 пачку на сумму 327,05руб.; напитки: адреналин Раш 0,25л. в количестве 12 шт. по цене 58,41 руб. за 1шт. на сумму 700,92руб., адреналин Раш 0,5л. в количестве 9 шт., по цене 83,19 руб. за 1шт.на сумму 748,71руб., пепси 0,33л. в количестве 25 шт. по цене 28,91руб. за 1шт.на сумму 722,75руб., минеральная вода «Эдельвейс» 1.5л. в количестве 39 шт. по цене 21,81руб. за 1шт.на 850,59руб.; Дирол XXL (в ассортименте) в количестве 13шт. по цене 22,89руб. за 1шт. на сумму 297,57руб., мороженное: Лакомка Энерго в количестве 13 пачек по цене 29,90руб. за 1пачку на сумму 388,70руб., рожок «Настоящий пломбир» ванильный в количестве 13 шт. по цене 34руб. за 1шт. на сумму 442 руб., рожок «Настоящий пломбир» шоколадный в количестве 15 шт. по цене 34 руб. за 1шт. на сумму 510руб., рожок «Юпитер гигант» ванильное в шоколадной в количестве 11 шт. по цене 22 руб. за 1шт. на сумму 242 руб., рожок «Юпитер гигант» крем-брюле в шоколадной глазури в количестве 21 шт. по цене 25,91 руб. за 1шт.на сумму 544,11 руб., стакан «Монарх» ванильный на сливках в количестве 18 шт. по цене 24,90 руб. за 1шт. на сумму 448,20руб., стакан «Настоящий пломбир» ванильный пергамент в количестве 18 шт. по цене 21,80руб.1шт. на сумму 392,40руб., стакан «Настоящий пломбир» шоколадный пергамент в количестве 9 шт. по цене 25,60руб., за 1шт. на сумму 230,40руб., стакан «Юбилейное повседневное» ванильный в количестве 17 шт. по цене 10,90 руб. за 1 шт. на сумму 185,30руб., стакан «Юбилейное повседневное» шоколадный в количестве 13шт.по цене 10,90руб. за 1шт. на сумму 141,70руб., стакан ванильный на сливках в шоколадной глазури с арахисом «Монарх» в количестве 17 шт. по цене 30,50руб. за 1шт. на сумму 518,50руб., фруктовый лед «Дюшес» в количестве 52 шт. по цене 13,99 руб. за 1шт. на сумму 727,48руб., фруктовый лед «Маша и Медведь» в количестве 65шт. по цене 13,99 руб. за 1шт.на сумму 909,35руб., эскимо «Настоящий пломбир 15%» в молочном шоколаде в количестве 21 шт. по цене 37руб. за 1шт.на сумму 777 руб., эскимо «Монарх» пломбир в шоколаде с бисквитом в количестве 30шт. по цене 39руб. за 1шт. на сумму 1170 руб., эскимо пломбир ванильный «Пломбир 15%» в количестве 22шт. по цене 25,70руб. за 1шт. на сумму 565,40руб., эскимо пломбир шоколадный «Пломбир 15%» в количестве 24шт. по цене 25,70руб. за 1шт. на сумму 616,80руб. (т. 4 л.д.40-45).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подсудимых ФИО11 и ФИО13 в его совершении и квалифицирует действия ФИО11 и ФИО13 по данному эпизоду по ст.158 ч.2 п. п. «а,б» УК РФ как кража, то есть тайное хищение чужого имущества, совершенная группой лиц по предварительному сговору, с незаконным проникновением в помещение. В судебном заседании установлено, что ФИО11 и ФИО13, из корыстных побуждений, заранее до начала выполнения объективной стороны преступления договорились о совместном хищении товаро-материальных ценностей из помещения киоска «Смак», разработали план совершения преступления, согласно которому ФИО11 должен был приискать металлическую палку - прут, с помощью которой отогнуть металлический профлист с задней части подсобного помещения указанного киоска, и, взломав запорные устройства торгового помещения киоска, незаконно проникнуть в помещение киоска «Смак», откуда похитить товарно - материальные ценности, в то время как ФИО13 должен был находиться на улице вблизи вышеуказанного киоска и наблюдать за окружающей обстановкой и в случае появления посторонних лиц предупредить об этом ФИО11, а затем принимать у ФИО11 похищенные товарно – материальные ценности и совместно с ФИО11 переносить от места совершения преступления в расположенный неподалёку ГСК № &lt;адрес&gt;, после чего похищенное имущество перенести домой и совместно распорядиться по своему усмотрению. После чего, действуя согласованно, согласно распределенных ролей, ФИО11 с помощью имеющейся при нем металлической палки-прута отогнул металлический профлист в задней части подсобного помещения киоска и через образовавшейся проем незаконно проник в подсобное помещение киоска «Смак», где, продолжая использовать вышеуказанную палку-прут, взломал запорное устройство двери торгового помещения вышеуказанного киоска и незаконно проник в торговое помещение данного киоска. ФИО13, действуя согласно отведённой ему роли, находясь на остановке общественного транспорта «&lt;адрес&gt;», расположенной вблизи &lt;адрес&gt; стал наблюдать за окружающей обстановкой, чтобы в случае появления посторонних лиц, предупредить об этом ФИО11 ФИО11, находясь в помещении киоска «Смак», из корыстных побуждений, убедившись, что его действия носят тайный характер, в отсутствии посторонних лиц, действуя группой лиц по предварительному сговору с ФИО13, тайно похитил товарно-материальные ценности, принадлежащие ФИО1, на общую сумму 56 598 рублей 78 копеек, которые передал через проем, образовавшийся в результате отгибания профлиста в задней части подсобного помещения киоска, ФИО13, а ФИО13 принимал указанное имущество и складывал рядом с киоском. Совершив тайное хищение чужого имущества, ФИО11 и ФИО13 с места преступления скрылись, перенеся похищенное имущество сначала к гаражу № ГСК № &lt;адрес&gt;, а затем к себе домой. В результате преступных действий ФИО11 и ФИО13 потерпевшему ФИО1 причинен материальный ущерб на сумму 56 598 рублей 78 копеек. В соответствии со ст. 35 УК РФ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Поскольку ФИО11 и ФИО13 заранее, до начала выполнения объективной стороны преступления, договорились о совместном хищении товаро-материальных ценностей из помещения киоска «Смак», квалифицирующий признак «группой лиц по предварительному сговору» нашел свое полное подтверждение в ходе судебного разбирательства. О сговоре, состоявшемся до совершения преступления, свидетельствуют как конкретные согласованные действия каждого из соучастников, так и исследованные в судебном заседании доказательства, представленные стороной обвинения, в том числе показания подсудимых ФИО11 и ФИО13, их явки с повинной о том, что до совершения преступления между ними была достигнута договоренность о совместном хищении товаро-материальных ценностей из помещения киоска «Смак», а так же иные доказательства исследованные в судебном заседании. К показаниям подсудимых ФИО11 и ФИО13 в судебном заседании о том, что они не похищали часть имущества из киоска, указанного в обвинении, суд относится критически, поскольку они опровергаются доказательствами, представленными стороной государственного обвинения, в том числе, актом инвентаризации, согласно которому согласно которому установлено, что по состоянию на 09:00ч ДД.ММ.ГГГГ в помещении киоска «Смак» отсутствуют ТМЦ на общую сумму 56 598,78 руб., заключением эксперта № бухгалтерской судебной экспертизы от ДД.ММ.ГГГГ (том №, л.д. 154-158), согласно выводов, которого разница в сведениях об остатке ТМЦ, рассчитанном на основании представленных на исследование бухгалтерских документов ИП ФИО1, и установленном в ходе инвентаризации, в торговой точке «Смак» ИП ФИО1, расположенной у &lt;адрес&gt;, по состоянию на ДД.ММ.ГГГГ составляет 66 736 руб., в том числе без учёта торговой наценки: 56 598 руб. 78 коп., а так же протоколами явок с повинной и показаниями ФИО11 и ФИО13, данными в качестве подозреваемого и обвиняемого, согласно которым они похитил из киоска товарно-материальные ценности, при этом точное количество похищенного имущества они не помнят.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Эпизод хищения имущества ФИО2 ДД.ММ.ГГГГ примерно в 14 часов 00 минут ФИО11, не работая, не имея денежных средств для осуществления нормальной жизнедеятельности, находясь в &lt;адрес&gt;. № &lt;адрес&gt;, увидел мобильный телефон «Н№G» IMEI1: №, IMEI2: №, принадлежащий ФИО2, и из корыстных побуждений, решил тайно похитить данный мобильный телефон, которым в последствии распорядится по своему усмотрению. Реализуя свой преступный умысел, направленный на тайное хищение чужого имущества, ДД.ММ.ГГГГ примерно в 14 часов 10 минут ФИО11, находясь в &lt;адрес&gt; убедившись, что его действия носят тайный характер, в отсутствие посторонних лиц, действуя согласно своего преступного умысла, направленного на совершение тайного, противоправного, безвозмездного изъятия и обращения чужого имущества в свою пользу, подошел к кровати, расположенной в комнате указанной квартиры, воспользовавшись тем, что владелец мобильного телефона «Н№G» IMEI1: №, IMEI2: № ФИО2 спит,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достал из – под одеяла мобильный телефон «Н№G» IMEI1: №, IMEI2: № стоимостью 5 326 руб. с установленной в нем сим-картой оператора сотовой связи «МТС», на счету которой находились денежные средства в сумме 12,99 руб., принадлежащий ФИО2, а всего на общую сумму 5 338, 99 руб., который спрятал за пояс своих шорт, тем самым совершил его тайное хищение. Совершив тайное хищение чужого имущества, ФИО11, с места преступления скрылся, распорядившись в последствии похищенным по своему усмотрению. В результате преступных действий ФИО11 потерпевшей ФИО2 причинен материальный ущерб на сумму 5 338,99 рублей. Подсудимый ФИО11 в судебном заседании вину в совершении преступления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ФИО11 в качестве обвиняемого и подозреваемого (т. 14 л.д.169-191, т. 8 л.д. 185-188, т. 10 л.д.21-45, т. 11 л.д.120-144) следует, что ДД.ММ.ГГГГ в вечернее время он приехал в гости к своей знакомой Анне по адресу: &lt;адрес&gt;, пр-т ФИО14, &lt;адрес&gt;, Приехав по вышеуказанному адресу, ему дверь открыла Алина, иных установочных данных которой он не знает. Зайдя в квартиру, он и Алина прошли на балкон и сидели там. После 00 часов 00 минут ДД.ММ.ГГГГ в квартиру приехала его знакомая Анна, а так же еще одна девушка по имени ФИО48, которую он ранее видел один раз. Он неоднократно брал у ФИО48, с ее разрешения, мобильный телефон, принадлежащий ей, и отправлял маячки дедушке. Его дедушка перезвонил на номер ФИО48 примерно в 12 часов 00 минут ДД.ММ.ГГГГ и сказал, что приедет за ним по вышеуказанному адресу примерно в 14 часов 00 минут. До 14 часов 00 минут ДД.ММ.ГГГГ, он сидел на балконе, так как с балкона был хороший обзор на улицу и он увидел, как подъехал автомобиль дедушки. К этому времени он уже вернул мобильный телефон ФИО48. После того как он вернул мобильный телефон ФИО48, то она легла спать. Примерно в 14 часов 00 минут ДД.ММ.ГГГГ, после того как он увидел, что за ним подъехал дедушка, он подошел к ФИО48, чтобы сказать о том, что ему надо уходить и чтобы она закрыла за ним дверь. В этот момент он заметил, что под одеяло, под которым была укрыта ФИО48, заходит провод от зарядного устройства. Он понял, что мобильный телефон, с которого ему ФИО48 давала позвонить, находится под одеялом, которым укрыта ФИО48. В этот момент, то есть примерно в 14 часов 00 минут ДД.ММ.ГГГГ у него возник умысел на хищение данного мобильный телефон себе, так как нужны были денежные средства для приобретения наркотических средств. Он подошел к кровати ФИО2 и воспользовавшись тем, что последняя спит, достал из-под одеяла телефон «НТС», и забрал его себе. Хочет пояснить, что мобильный телефон был марки «НТС». В мобильном телефоне находилась одна сим-карта, мобильного оператора МТС, которую он в последующем выбросил около &lt;адрес&gt;. В последующем похищенный им мобильный телефон «НТС», он продал на Центральном рынке г. Курска ранее не знакомому мужчине кавказской национальности. Виновность подсудимого ФИО11 в совершении преступления подтверждается показаниями потерпевшего, свидетелей, письменными материалами дела. Потерпевшая ФИО2 в судебном заседании пояснила, что ДД.ММ.ГГГГ она приобрела в кредит в свое пользование мобильный телефон «HTC 526 G» по цене 12 000 рублей. Телефон был в корпусе белого цвета по бокам голубые полосы. В мобильном телефоне находилась одна сим-карта с абонентским номером &lt;***&gt;. У нее есть знакомая ФИО78 Анна. ДД.ММ.ГГГГ примерно в 20.00 она созвонилась со ФИО78 и пригласила ее к себе в гости, на что последняя пояснила, что придет к ней со своим знакомым по имени Максим. Примерно в 23 часа ДД.ММ.ГГГГ она и Анна пошли на улицу погулять. Максим идти на улицу не захотел и попросил ее остаться у неё дома, на что она разрешила переночевать у нее дома, т.к. Максим показался положительным молодым человеком и никаких подозрений у нее не вызывал. Погуляв с Анной, они разъехались по домам. Домой она приехала примерно в 03 часа 20 минут ДД.ММ.ГГГГ. Максим в это время находился у нее дома, но не спал, а сидел на балконе. Когда она ложилась спать, указанный телефон находился рядом с ней. ДД.ММ.ГГГГ примерно в 12 часов 00 минут ее разбудил Максим, который попросил дать ему мобильный телефон «HTC 526 G» для того, чтобы позвонить. Ввиду того, что у Максима мобильного телефоне при себе не было, она дала ему принадлежащий ей мобильный телефон «HTC 526 G». С данного телефона Максим делал несколько звонков. Поговорив по телефону, Максим вернул его, и она продолжила спать. Однако Максим неоднократно подходил к ней, будил и просил мобильный телефон для звонка. Она снова давала Максиму телефон позвонить. В очередной раз, после того как Максим вернул принадлежащий ей мобильный телефон, то она поставила его на зарядку, при этом положив его рядом с собой на подушку. После этого она уснула. Примерно в 17 часов 00 минут ДД.ММ.ГГГГ она проснулась, Максима в квартире не было. Дверь квартиры не была закрыта на замок и щеколду. Так же она обнаружила, что на подушке, на которую она клала принадлежащий ей мобильный телефон «HTC 526 G», телефон отсутствовал. Она стала икать телефон по квартире, однако его нигде не было. Примерно в это же время к ней приехала её сестра, с телефона с которой она позвонила на свой мобильный телефон, но телефон был отключен. Она поняла, что принадлежащий ей мобильный телефон похитил Максим. О случившемся она сообщила в полицию. Она согласна с заключением эксперта о стоимости принадлежащего ей мобильного телефона HTC -526G в размере 5 326 руб. Причиненный ущерб в размере 5 338,99 руб. для нее является значительным, т.к. на момент совершения преступления она работала неофициально, размер ее заработной платы составлял 18000 рублей, кроме того ей помогали родители, доход которых составляет 40000 рублей. Из оглашенных в порядке ст. ч.1 УПК РФ показаний свидетеля ФИО88, следует, что он работает в должности УУП ОУУП и ПДН ОУР Северо-западного отдела полиции УМВД России по &lt;адрес&gt;. У него на исполнении находился материал проверки по факту того, что ДД.ММ.ГГГГ неустановленное лицо находясь в &lt;адрес&gt;&lt;адрес&gt; тайно похитило мобильный телефон «HTC 526 G» стоимостью 10 000 рублей, принадлежащий ФИО2, чем причинило последней материальный ущерб. В ходе проведенных ОРМ было установлено, что данное преступление совершил ФИО11, ДД.ММ.ГГГГ. Кроме того, было установлено, что на первом этаже первого подъезда &lt;адрес&gt; имеется камера видеонаблюдения. Им был сделан запрос в ООО «Видеосфера» с целью получения видеозаписи от ДД.ММ.ГГГГ, на что был предоставлен диск, упакованный в бумажный конверт. Данный бумажный конверт с диском находится при нем и он может его выдать ( т.8 л.д. 144-145) Из оглашенных в порядке ст. ч.1 УПК РФ показаний свидетеля ФИО89 следует, что ДД.ММ.ГГГГ в период времени с 18:00ч по 21:00ч ей в социальной сети «В контакте» написал сообщение ее знакомый ФИО11, в ходе разговора с которым они решили встретиться и пообщаться. В этот же вечер они созвонились, и она предложила ему пойти с ней к ее знакомой ФИО2, на что он согласился. Она сказала, чтобы Максим приходил по адресу: &lt;адрес&gt;, номер квартиры не помнит. Так же в квартире находилась ранее ему знакомая Алина. Когда она приехала по вышеуказанному адресу ДД.ММ.ГГГГ, то она увидела, что Максим находится на балконе. Дверь ей открыла Алина, т.к. ФИО48 дома не было. Спустя примерно один час, в квартиру приехала ФИО2, с которой она уехала, чтобы погулять. Максим и Алина остались в квартире. Погуляв с ФИО48 примерно до 02:00 ч ДД.ММ.ГГГГ она направилась к себе домой, а ФИО48 поехала к себе по вышеуказанному адресу. Спустя некоторое время примерно через 1-2 дня после указанных событий, ей позвонила ФИО48 и рассказала, что у нее был похищен мобильный телефон. Похитил его ФИО11. ( т. 8 л.д. 207-209). О виновности ФИО11 по данному эпизоду свидетельствуют ФИО9 письменные материалы дела: заявление ФИО2 от ДД.ММ.ГГГГ, согласно которому последняя просит привлечь к уголовной ответственности молодого человека по имени максим, который в период времени с 11:00ч ДД.ММ.ГГГГ по 17:00ч ДД.ММ.ГГГГ находясь в &lt;адрес&gt; по п-ту ФИО14 &lt;адрес&gt; похитил принадлежащий ей мобильный телефон «HTC 526G», причинив ущерб на сумму 10 000 рублей. / т. 8 л.д. 99/ кредитный договор, согласно которому АО «АЛЬФА-БАНК» предоставляет денежные средства в сумме 10 839 руб. на приобретение мобильного телефона. / т. 8 л.д. 128-130/ протокол осмотра места происшествия от ДД.ММ.ГГГГ, согласно которому была осмотрена &lt;адрес&gt; по п-ту ФИО14 &lt;адрес&gt;, расположенная на 12 этаже подъезда №. Вход в квартиру осуществляется через металлическую дверь коричневого цвета. При входе в квартиру с правой стороны расположен комод, прямо находится вход в ванную комнату, слева от входа располагается жилая комната. В комнате располагается диван. При осмотре следов преступления не обнаружено, ничего не изъято. ( т. 8 л.д. 100-102) протокол выемки от ДД.ММ.ГГГГ, согласно которому у свидетеля ФИО88 был изъят диск с видеозаписью от ДД.ММ.ГГГГ камеры видеонаблюдения, установленной на первом этаже первого подъезда &lt;адрес&gt; ( т. 8 л.д. 147-148) протокол осмотра предметов от 20.082016, согласно которому был осмотрен лазерный диск формата CD –R «Verbatim» белого цвета, на котором имеется видеозапись с изображением подъезда с двумя лифтами и одностворчатой металлической дверь темно-серого цвета. В 15:58 из лифта выходит молодой человек, в руках у которого находится мобильный телефон. ( т.8 л.д. 149-150) В последующем диск формата CD –R «Verbatim» белого цвета признан и приобщен в качестве вещественных доказательств (т. 8 л.д. 151, 152). протокол явки с повинной от ДД.ММ.ГГГГ, согласно которому ФИО11 сообщил, что ДД.ММ.ГГГГ в дневное время он находился в &lt;адрес&gt; по п-ту ФИО14 &lt;адрес&gt; у своей знакомой ФИО20 ФИО48, где увидел у последней мобильный телефон «HTC 526 G», который решил похитить. Он дождался когда ФИО48 уснет, подошел к ней и взял находящийся рядом с ней вышеуказанный мобильный телефон. Похищенный телефон он впоследствии продал на Центральном рынке &lt;адрес&gt; за 1000 рублей, а денежные средства потратил на личные нужды. ( т. 8 л.д. 181) Протокол проверки показаний на месте от ДД.ММ.ГГГГ, согласно которому ФИО11 на месте происшествия указал на подъезд № &lt;адрес&gt; по п-ту ФИО14, поднявшись на 12 этаже данного подъезда, указал на &lt;адрес&gt;, и пояснил, что он ДД.ММ.ГГГГ в данной квартире совершил хищение мобильного телефона «HTC 526G». ( т.8 л.д. 189-195) заключение эксперта № от ДД.ММ.ГГГГ, согласно которой рыночная стоимость бывшего в эксплуатации мобильного телефона «HTC 526G», с учетом износа по состоянию ДД.ММ.ГГГГ составляет 5 326 рублей / т. 8 л.д. 221-223/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ФИО11 в его совершении. Действия ФИО11 суд квалифицирует по ч.1 ст. 158 УК РФ как кража, то есть тайное хищение чужого имущества. При этом, суд исходит из того, что ФИО11 с прямым умыслом и корыстной целью, воспользовавшись тем, что за его преступными действиями никто не наблюдает, и они являются тайными для посторонних лиц, воспользовавшись тем, что владелец мобильного телефона «Н№G» № ФИО2 спит,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достал из – под одеяла мобильный телефон «Н№G» принадлежащий ФИО2, который спрятал за пояс своих шорт, тем самым совершил его тайное хищение, причинив ФИО2 материалный ущерб на сумму 5 338,99 рублей. Суд считает, что квалифицирующий признак кражи с «причинением значительного ущерба гражданину» по эпизоду хищения имущества ФИО2 не нашел своего подтверждения в судебном заседании, поскольку в соответствии с законом при квалификации действий лица по указанному квалифицирующему признаку, следует учитывать имущественное положение потерпевшего, совокупный доход его семьи, стоимость похищенного имущества и его значимость для потерпевшего, при этом значительный ущерб не может составлять менее 5000 рублей. Как установлено в судебном заседании, стоимость похищенного у ФИО2 имущества составила 5 338,99 рублей, потерпевшая на момент совершения преступления имела доход в виде заработной платы в размере 18000 рублей, материальную помощь кроме того ей оказывали родители, после совершения преступления потерпевшая приобрела новый более дорогостоящий телефон стоимостью &lt;***&gt; рублей, стоимость похищенного имущества незначительно превышает минимальную сумму установленную уголовным законом для признания ущерба значительным, в связи с чем суд считает необходимым исключить квалифицирующий признак кражи с «причинением значительного ущерба гражданину» по данному эпизоду из обвинения ФИО11</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Эпизод хищения имущества ФИО3 ДД.ММ.ГГГГ примерно в 10 часов 45 минут ФИО11, не работая, не имея денежных средств для осуществления нормальной жизнедеятельности, находясь совместно со своей знакомой ФИО3 около магазина «Билла», расположенного по адресу: &lt;адрес&gt;-а, достоверно зная о наличии у последней в собственности мобильного телефона «Apple iPhone 4S 8GB» IMEI №, из корыстных побуждений, решил путем обмана и злоупотребления доверием ФИО3 похитить данный телефон, которым впоследствии распорядиться по своему усмотрению. Реализуя свой преступный умысел, направленный на совершение хищение чужого имущества путем обмана и злоупотребления доверием, ДД.ММ.ГГГГ примерно в 11часов 00 минут ФИО11, находясь около кассы № в помещении магазина «Билла», расположенного по адресу: &lt;адрес&gt;-а, с целью введения в заблуждение относительного своих преступных намерений, под предлогом сделать телефонный звонок попросил у ФИО3 мобильный телефон «Apple iPhone 4S 8GB» IMEI №. ФИО3, будучи обманутой и введенная в заблуждение относительно истинных преступных намерений ФИО11, доверяя ему в силу сложившихся между ними дружеских отношений, надеясь получить свой мобильный телефон обратно, добровольно передала ФИО11 принадлежащий ей мобильный телефон «Apple iPhone 4S 8GB» IMEI № для осуществления звонка. ДД.ММ.ГГГГ примерно в 11 часов 10 минут ФИО11, находясь около кассы № в помещении магазина «Билла», расположенного по адресу: &lt;адрес&gt;-а, получив мобильный телефон «Apple iPhone 4S 8GB» IMEI №, и воспользовавшись доверием ФИО3, пообещал вернуть последней телефон после осуществления звонка. При этом, ФИО11, делая вид, что производит телефонный звонок, удерживая при себе указанный мобильный телефон, вышел из помещения указанного магазина и, осознавая, что своими противоправными действиями мошенническим путем совершает хищение чужого имущества, причиняет имущественный вред собственнику, и, желая причинение такого вреда, скрылся с находящимся при нем мобильным телефоном «Apple iPhone 4S 8GB» IMEI №, тем самым путем обмана и злоупотребления доверием совершил хищение принадлежащего ФИО3 мобильного телефона «Apple iPhone 4S 8GB» IMEI № стоимостью 5 760 рублей в комплекте с чехлом стоимостью 200 рублей, с сим-картой «Билайн», на счету которой находились денежные средства в сумме 44 руб. 67 коп., а всего на общую сумму 6 004, 67 рублей, причинив ФИО3 ущерб на указанную сумму, которым впоследствии распорядился по своему усмотрению. В результате преступных действий ФИО11 потерпевшей ФИО3 причинен ущерб на сумму 6 004, 67 рублей. Подсудимый ФИО11 в судебном заседании вину в совершении преступления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ФИО11 в качестве обвиняемого и подозреваемого (т. 14 л.д.169-191, т.5 л.д.31-33, т.5 л.д.39-41, т. 10 л.д.21-45, т. 11 л.д.120-144) следует, ДД.ММ.ГГГГ примерно в 10 часов 00 минут он позвонил ранее знакомой ФИО3 и попросил ее приобрести продукты питания для его брата, ФИО13, находящегося в следственном изоляторе &lt;адрес&gt;, при этом пояснил, что она должна приобрести вышеуказанные продукты питания на денежные средства, которые он ей передаст, на что ФИО3 согласилась и они договорились встретиться около магазина «Билла», расположенного по адресу: &lt;адрес&gt;, примерно через 45 минут. Примерно в 10 часов 45 минут ДД.ММ.ГГГГ около магазина «Билла» он встретил ФИО26 ФИО48, при этом он вспомнил, что забыл вышеуказанные денежные средства, но он знал, что у ФИО3 имеется мобильный телефон «iPhone 4S» белого цвета в розовом чехле, который он решил мошенническим путем у нее похитить, в связи с чем он ей сказал, что его жена должна сейчас принести деньги, надо ее подождать. ФИО3 ответила согласием, при этом пояснила, что пойдет в вышеуказанный магазин, он ответил, что пойдет совместно с ней, а Игорь остался на улице, то есть с ними в магазин не пошел. После чего, он совместно с ФИО3 зашли в помещение магазина «Билла», где она взяла пачку сока, он в данном магазине ничего не брал и они совместно с ней направились к кассе, где примерно в 11 часов 00 минут они находились на кассе №, перед ними стояло несколько человек. ФИО10 он, находясь на вышеуказанном месте, в вышеуказанное время, решил мошенническим путем завладеть вышеуказанным мобильным телефоном ФИО3. Находясь около кассы примерно в 11 часов 10 минут он попросил у последней ее мобильный телефон для того, чтобы позвонить своей жене, хотя никому звонить не собирался, ФИО10 ФИО3 достала из своей сумочке принадлежащий ей мобильный телефон «iPhone 4S», после чего он продиктовал номер, чей номер он говорил, не знает, он просто говорил набор цифр, после чего она передала данный телефон ему, в этот момент к ФИО3 подошла очередь для оплаты сока, а он делая вид, что с кем-то разговаривает по ее телефону, направился к выходу из магазина, выйдя из магазина он продолжил движение за здание вышеуказанного магазина, делая вид что разговариваю по телефону, зайдя за магазин он осмотрелся, ФИО3 за ним не наблюдала, и он направился вглубь домов по проспекту ФИО14 &lt;адрес&gt;, где по телефону ФИО3 вызвал такси, на котором уехал к своему знакомому по имени Руслан, где он проживает, не знает, встретился с ним в районе остановки общественного транспорта «Сказка» и оставил ему данный телефон под залог за 1000 рублей. Денежные средства он потратил на нужды своего ребенка. Виновность подсудимого ФИО11 в совершении преступления подтверждается показаниями потерпевшего, свидетелей, письменными материалами дела. Так, потерпевшая ФИО3 в судебном заседании показала, ДД.ММ.ГГГГ ей позвонил ранее знакомый ФИО11 и попросил ее приобрести продукты питания для его брата, ФИО13, который со слов ФИО11, находится в следственном изоляторе Курска, при этом пояснил, что она должна будет приобрести указанные продукты питания на денежные средства, которые он ей передаст. Она согласилась оказать помощь ФИО11, ФИО10 ФИО11 сказал, что привезет ей деньги к магазину «Билла», расположенному по адресу: &lt;адрес&gt;, пр-т ФИО14 &lt;адрес&gt;. Примерно в 10 часов 40 минут она находилась около вышеуказанного магазина, к ней подошел ФИО20 при этом с ним находился ранее незнакомый ей парень. После чего, ФИО11 ей сказал, что его жена должна сейчас принести деньги, надо ее дождать, она ответила, что хорошо, подождет, и чтобы зря время не терять сказала, что пойдет в вышеуказанный магазин купит сок. После чего, она совместно с ФИО11 зашли в помещение магазина «Билла», где она взяла пачку сока. Когда они находились на кассе №, ФИО11 попросил у нее ее мобильный телефон для того, чтобы позвонить своей жене, тогда она набрала номер со слов ФИО11 и передала данный телефон последнему, в этот момент к ней подошла очередь для оплаты сока, она оплатила сок, в этот момент ФИО11 с кем-то разговаривал по ее телефону и они вместе с ним вышли на улицу, при этом ФИО20 шел впереди нее, после того как она вышла из магазина, то остановилась, для того чтобы попить сок, а ФИО11 продолжил движение за здание вышеуказанного магазина. Когда ФИО11 зашел за вышеуказанный магазин, то он оказался вне поля ее видимости и долго не подходил. Так как ФИО11 не было около 10 минут, то она решила зайти за здание магазина «Билла», куда ушел ФИО11, чтобы посмотреть, где находится ФИО11, но когда она зашла за вышеуказанное здание, то ФИО11 она не обнаружила. Тогда она поняла, что ФИО11 мошенническим путем завладел ее вышеуказанным телефоном с чехлом, в результате чего, она решила позвонить ФИО11 и убедить его вернуть ей вышеуказанное имущество, после чего, она попросила у ранее знакомого ей мужчины, продавца из киоска телефон для того, чтобы позвонить на свой мобильный телефон. Мужчина согласился и дал телефон, с которого она осуществила звонок на свой мобильный телефон, трубку поднял ФИО11 Ей ответил Максим и сказал, что он скоро подойдет вместе с женой, которую назвал Викой. Через некоторое время она снова позвонила на свой мобильный телефон, но ей ответил другой мужчина и сказал, что Максим должен ему денег и телефон находится у него. Мужчина сказал, что возьмет такси и привезет ей телефон. Когда она в очередной раз позвонила, то телефон отключен. Мобильный телефон она приобретала через сеть интернет в апреле 2016 года за 7 000 рублей, чехол приобрела в июле 2016 года за 2 00 рублей. Согласно заключения эксперта стоимость мобильного телефона «Apple iPhone 4S 8GB» с учетом износа составила 5 760 рублей. С указанной стоимостью телефона она согласна. Таким образом, ей был причинен материальный ущерб на сумму 6 004, 67 рублей, где 5 760 руб. стоимость телефона, 200 руб. стоимость чехла, на счету сим-карты «Билайн», находились денежные средства в сумме 44 руб. 67 коп. Ущерб является для нее значительным, так как на момент совершения преступлеения она нигде не работала и жилана на средства мужа, который работает в ООО «Леман» в должности автоэлектрика и его ежемесячный доход составляет примерно 30000 рублей в месяц. И данных средств они оплачивают коммунальные услуги, съем квартиры в размере 6000 рублей, а также оплачивают кредит ежемесячно в размере 4000 рублей. Свидетель ФИО90, чьи показания были оглашены в ходе судебного заседания в порядке ст. ч.1 УПК РФ (т.10 л.д.13-17), указал, что он занимается скупкой мобильных телефонов, бытовой техники бывших в потреблении. Его рабочее место находиться на Центральном рынке &lt;адрес&gt;. Среди его знакомых имеется ФИО11, который проживает недалеко от его фактического места проживания и он не раз приносил ему какую-то технику с документами. ДД.ММ.ГГГГ около 12:00 ч ему на мобильный телефон позвонил ФИО11, который предложил приобрести у него мобильный телефон, на что он пояснил, что перед покупкой ему необходимо посмотреть на товарный внешний вид данного предмета и ФИО10 же они договорились о встрече около кинотеатра «Сказка». Примерно через 10-15 минут он и ФИО11 встретились в условленном месте, где последний передал ему для осмотра мобильный телефон iPhon 4 S, имей номер он не помнит, в корпусе белого цвета в розовом чехле с изображением зайца. Осмотрев данный телефон: его внешний вид был в отличном состоянии, в телефоне находилась сим-карта телеоператора он не помнит, он решил приобрести данный телефон. О своем решении он сообщил ФИО11 и пояснил, что приобретет данный телефон за 1000 рублей, на что последний согласился. При этом он поинтересовался про документы на данный телефон, на что ФИО11 пояснил, что телефон принадлежит его подруге, которая желает его продать, но т.к. она занята, то попросила его это сделать, однако документы на телефон отсутствовали, потому что якобы со слов ФИО11 были утеряны. Тогда же он передал лично ФИО11 денежные средства в сумме 1000 рублей и забрал с собой указанный мобильный телефон. Примерно через 20-20 минут на данный телефон ему позвонила неизвестная девушка, которая пояснила, что ФИО11 под предлогом позвонить похитил у нее телефон и тогда же она попросила его вернуть, на что он сразу же согласился, поскольку не имел умысла на приобретение имущества, добытого преступным путем и сказал, что готов вернуть ей телефон и назначил встречу на Центральном рынке. Однако подождав два-три дня, за телефоном никто не приехал, в связи с чем он его продал на Центральном рынке неизвестному мужчине, описать и опознать его не сможет. Вырученные денежные средства он потратил на собственные нужды. О виновности ФИО11 по данному эпизоду свидетельствуют также письменные материалы дела: заявление ФИО3 от ДД.ММ.ГГГГ, в котором она просит привлечь к уголовной ответственности ФИО11, который находясь в магазине Билла на ФИО14 г. Курска, примерно в 11.00 мошенническим путем завладел ее мобильным телефоном Iphone 4s стоимостью 7000 рублей, который был в чехле-зайчике стоимостью 200 рулей, причинив тем самым материальный ущерб на сумму 7200 рублей 00 копеек. Данный ущерб для нее является значительным. /т.5. л.д.5/ протокол осмотра места происшествия от ДД.ММ.ГГГГ, согласно которого был проведен осмотр места происшествия – кассовой зоны магазина «Билла» по п-ту ФИО14 г. Курска, в результате которого была изъята картонная коробка от мобильного телефона «iPhone 4S». /т.5 л.д.6-8/ протокол предъявления лица для опознания от ДД.ММ.ГГГГ, согласно которому ФИО3 опознала ФИО11, как лицо совершившее преступление /т.5 л.д.22-24/ протокол осмотра предметов от ДД.ММ.ГГГГ, согласно которому был произведен осмотр бумажного конверта с пояснительной надписью: «Картонная упаковочная коробка от мобильного телефона «iPhone 4S», изъята в ходе ОМП от ДД.ММ.ГГГГ по адресу: &lt;адрес&gt;. При вскрытии упаковки в ней обнаружена пустая коробка, на которой имеется наклейка со следующей информацией: № /т.5 л.д.53-54/ В последующем картонная упаковочная коробка от мобильного телефона «iPhone 4S», изъятая в ходе ОМП от ДД.ММ.ГГГГ по адресу: &lt;адрес&gt;, пр-т ФИО14, &lt;адрес&gt; была признана и приобщена в качестве вещественного доказательства (т.5 л.д.55). заключение эксперта № от ДД.ММ.ГГГГ, согласно которому стоимость мобильного телефона «Apple iPhone 4S 8 GB» IMEI № с учетом износа за период эксплуатации на ДД.ММ.ГГГГ, при условии его рабочего состояния и без учета возможных дефектов составила 5760 руб. 00 коп. /т.5 л.д.60-61/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ФИО11 в его совершении и квалифицирует действия ФИО11 по данному эпизоду по ст. ч.1» УК РФ как мошенничество, т.е. хищение чужого имущества путем обмана и злоупотребления доверием. В судебном заседании установлено, что подсудимый ФИО11 действуя умышленно, из корыстных побуждений, путем обмана и злоупотребления доверием ФИО3 под предлогом сделать телефонный звонок попросил у ФИО3 мобильный телефон «Apple iPhone 4S 8GB».ФИО3, будучи обманутой и введенная в заблуждение относительно истинных преступных намерений ФИО11, доверяя ему в силу сложившихся между ними дружеских отношений, надеясь получить свой мобильный телефон обратно, добровольно передала ФИО11 принадлежащий ей мобильный телефон для осуществления звонка. После чего ФИО11, получив мобильный телефон «Apple iPhone 4S 8GB», и воспользовавшись доверием ФИО3, пообещал вернуть последней телефон после осуществления звонка. При этом, ФИО11, делая вид, что производит телефонный звонок, скрылся с находящимся при нем мобильным телефоном «Apple iPhone 4S 8GB», тем самым путем обмана и злоупотребления доверием совершил хищение принадлежащего ФИО3 мобильного телефона «Apple iPhone 4S 8GB» стоимостью 5 760 рублей в комплекте с чехлом стоимостью 200 рублей, с сим-картой «Билайн», на счету которой находились денежные средства в сумме 44 руб. 67 коп., причинив ФИО3 ущерб на общую сумму 6 004, 67 рублей. Принимая во внимание семейное, материальное положение потерпевшей ФИО3, совокупный доход ее семьи, исходя из количества, стоимости похищенного имущества, не значительно превышающего минимальную сумму, установленную уголовным законом для признания ущерба значительным, суд полагает, что причиненный хищением имущества ущерб является для потерпевшей ФИО3 не значительным в связи с чем, считает необходимым исключить по данному эпизоду из объема обвинения квалифицирующий признак «с причинением значительного ущерба гражданину». 10.Эпизод хищения имущества ФИО22 ДД.ММ.ГГГГ примерно в 13 часов 45 минут ФИО11, не работая, не имея денежных средств для осуществления нормальной жизнедеятельности, находясь на остановке общественного транспорт «&lt;адрес&gt;» вблизи &lt;адрес&gt;, увидел у ранее незнакомого &lt;данные изъяты&gt; ФИО21, ДД.ММ.ГГГГ года рождения, смартфон «Microsoft Lumia 535 Dual Sim» IMEI: №, принадлежащий ФИО22, и из корыстных побуждений, умышленно, решил путем обмана похитить данный смартфон, которым впоследствии распорядиться по своему усмотрению. Реализуя свой преступный умысел, направленный на совершение хищение чужого имущества путем обмана, ДД.ММ.ГГГГ примерно в 13 часов 45мин. ФИО11, находясь на остановке общественного транспорт «&lt;адрес&gt;» вблизи &lt;адрес&gt;, подошел к ранее незнакомому &lt;данные изъяты&gt; ФИО21, ДД.ММ.ГГГГ года рождения, и с целью введения в заблуждение относительно истинных преступных намерений, под предлогом сделать телефонный звонок попросил у последнего смартфон «Microsoft Lumia 535 Dual Sim» IMEI: №. &lt;данные изъяты&gt; ФИО21, ДД.ММ.ГГГГ года рождения, будучи обманутый и введенный в заблуждение относительно истинных преступных намерений ФИО11, и надеясь получить свой смартфон обратно, добровольно передал последнему находящийся в его пользовании смартфон «Microsoft Lumia 535 Dual Sim» IMEI: № для осуществления звонка. ДД.ММ.ГГГГ примерно в 13часов 50 минут ФИО11, находясь на остановке общественного транспорт «&lt;адрес&gt;» вблизи &lt;адрес&gt;, получив смартфон «Microsoft Lumia 535 Dual Sim» IMEI: №, пообещал вернуть &lt;данные изъяты&gt; ФИО21, ДД.ММ.ГГГГ года рождения, смартфон после осуществленного звонка. При этом, ФИО11, делая вид, что производит телефонный звонок, удерживая при себе указанный смартфон, отошел в сторону от несовершеннолетнего ФИО21, ДД.ММ.ГГГГ года рождения, и, осознавая, что своими противоправными действиями мошенническим путем совершает хищение чужого имущества, причиняет имущественный вред собственнику, и, желая причинение такого вреда, воспользовавшись, что несовершеннолетний ФИО21, ДД.ММ.ГГГГ года рождения, не смотрит в его сторону, быстрым шагом скрылся с находящимся при нем смартфоном «Microsoft Lumia 535 Dual Sim» IMEI: №, тем самым путем обмана совершил хищение принадлежащего ФИО22 смартфона «Microsoft Lumia 535 Dual Sim» IMEI: № стоимостью 3 495 руб., с установленной в нем сим-картой «МТС», на счету которой находились денежные средства в сумме 01,72 руб., в комплекте с чехлом стоимостью 500 рублей, картой памяти объемом 1 Gb стоимостью 400 руб., причинив последнему ущерб на сумму 4 396,72 руб., которым в последствии распорядился по своему усмотрению. В результате преступных действий ФИО11 потерпевшему ФИО22 причинен ущерб на сумму 4 396,72 рублей. Подсудимый ФИО11 в судебном заседании вину в совершении преступления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ФИО11 в качестве обвиняемого и подозреваемого (т. 14 л.д.169-191, т.6 л.д.32-36, т. 10 л.д. 21-45, т. 11 л.д.120-144) следует, ДД.ММ.ГГГГ примерно 13 ч.45 минут он приехал на остановку общественного транспорта «&lt;адрес&gt;» около &lt;адрес&gt; для того, чтобы встретиться с товарищем. Ожидая его, он увидел, как на остановке стоит ранее неизвестный ему гражданин, с виду несовершеннолетний, в руках у него находился мобильный телефон белого цвета. В данное время у него возник умысел на хищение мобильного телефона, т.к. нуждался в деньгах. Он решил подойти к парню под предлогом того, что ему было необходимо совершить звонок, попросить телефон, но возвращать мобильный телефон он не собирался. Подойдя к парню, он попросил у него телефон, сказав ему, что ему плохо и нужно совершить телефонный звонок. На что он согласился и передал ему мобильный телефон «Microsoft Lumia Dual Sim» белого цвета в чехле с изображением кота. Взяв телефон, он сделал вид, что производит набор номера. Затем увидев, что данный парень отвлекся, и отвернулся в другую сторону он быстрым шагом ушел по &lt;адрес&gt;, его никто не преследовал и вслед никто ничего не кричал. Он сел в такси и поехал на Северо-Запад в район ТЦ «Европа» на &lt;адрес&gt; для того, чтобы продать кому-нибудь из прохожих мобильный телефон, но спустя 10-15 минут при выходе из такси телефон не обнаружил. Скорее всего, он потерял его в такси. Вину признает полностью в содеянном раскаивается. Виновность подсудимого ФИО11 в совершении преступления подтверждается показаниями потерпевшего, свидетелей, письменными материалами дела. Так, из оглашенных в порядке ст. ч.1 УПК РФ показаний потерпевшего ФИО22, следует, что у него есть сын ФИО21, ДД.ММ.ГГГГ года рождения, с которым они проживают совместно. Кирилл находится на его полном иждивении, нигде не работает, является учащимся 1 курса техникума связи. Все предметы и одежда, находящиеся в его пользовании, были приобретены за его денежные средства, поэтому собственником данного имущества является он. В августе 2016 года в пользовании его сына Кирилла находился мобильный телефон «Microsoft Lumia 535 Dual Sim» прямоугольной формы в корпусе белого цвета, сенсорный, приобретенный им согласно кассового чека ДД.ММ.ГГГГ в магазине «Связной» ТР «Пушкинский» по цене 6990 рублей. В данном телефоне находилась сим-карта оператора сотовой связи ПАО «МТС» с абонентским номером &lt;***&gt;, баланс которого пополнял он. В телефоне была вставлена карта памяти, объемом 1 гб, которая приобреталась отдельно от телефона в указанное время в указанном месте по цене 400 рублей. Телефон имел чехол белого цвета из пластика, приобретенный им в июле 2016 года в магазине в &lt;адрес&gt;, в каком именно, не помнит за 500 рублей. Телефон находился в хорошем состоянии. ДД.ММ.ГГГГ примерно в 13:55 ч. Он от сына узнал, что когда тот находился на остановке общественного транспорта «&lt;адрес&gt;» по &lt;адрес&gt; к нему подошел неизвестный молодой человек, который попросил его телефон «Microsoft Lumia 535 Dual Sim» для осуществления звонка. Т.к. Кирилл надеялся, что молодой человек ему отдаст телефон, добровольно передал указанный телефон данному парню. Однако, парень, делая вид, что разговаривает по телефону, с телефоном стал отдаляться, а потом и вовсе скрылся в неизвестном направлении. На момент хищения с учетом небольшого износа он оценивает похищенный мобильный телефон «Microsoft Lumia 535 Dual Sim» на сумму 6000 рублей, находящуюся в нем сим-карту оценивает в 400 рублей и чехол для телефона в 500 рублей, таким образом ему был причинен ущерб на сумму 6 900 рублей, что для него является значительным ущербом, т.к. у него на иждивении имеется один ребенок, жена не работает, денежные средства для семьи зарабатывает только он. Размер его заработной платы в настоящее время составляет 15 000 рублей. В ходе предварительного следствия для установления стоимости похищенного мобильного телефона была проведена товароведческая экспертиза, согласно которой стоимость телефона «Microsoft Lumia 535 Dual Sim» по состоянию на ДД.ММ.ГГГГ составляет 3 495 руб. С данной стоимостью он не согласен, т.к. на момент хищения мобильный телефон эксплуатировался менее одного года, находился в хорошем состоянии, дефектов не имел и мог еще быть использован по своему целевому назначению. / т.6 л.д. 69-74/ Данным показаниям аналогичны показания несовершеннолетнего свидетеля ФИО21 (т.6 л.д.57-60), который подробно изложил обстоятельства хищения находящегося у него в пользовании мобильного телефона «Microsoft Lumia 535 Dual Sim» путем обмана, которые были оглашены в судебном заседании в порядке ст. ч.1 УПК РФ. О виновности ФИО11 по данному эпизоду свидетельствуют ФИО9 письменные материалы дела: заявление ФИО22 от ДД.ММ.ГГГГ, согласно которого он просит привлечь к уголовной ответственности неустановленное лицо, которое ДД.ММ.ГГГГ, находясь около &lt;адрес&gt;, примерно в 13.45 мошенническим путем завладело мобильным телефоном «Microsoft Lumia 535» в корпусе белого цвета, находящегося &lt;данные изъяты&gt; ФИО21. Примерный ущерб с учетом износа он оценивает в 6000 рублей, что является для нее значительным. /т.6 л.д.5/ протокол осмотра места происшествия от ДД.ММ.ГГГГ, согласно которого был произведен осмотр места происшествия – участка местности, расположенного около &lt;адрес&gt;, в результате которого ничего обнаружено и изъято не было. /т.6 л.д.6-8/ Протокол явки с повинной ФИО11 от ДД.ММ.ГГГГ, согласно которому ФИО11, раскаялся в том, что ДД.ММ.ГГГГ, примерно в 13 часов 45 минут, находясь около &lt;адрес&gt; увидел ранее незнакомого ему молодого человека, у которого он попросил мобильный телефон для того, чтобы его похитить. Он сделал вид, что набирает номер телефона, в этот момент молодой человек отвлекся, после чего он быстрым шагом ушел по &lt;адрес&gt;. После чего он сел на такси и поехал на Свееро-запад в ТЦ «Европа» на &lt;адрес&gt; с целью продать мобильный телефон кому-либо из прохожих. Выйдя из такси по указанному адресу, он не обнаружил при себе мобильный телефон «Нокиа Люмия». Скорее всего он забыл его в такси, либо когда садился или выходил из такси. Явка с повинной написана им собственноручно, без применения к нему психического или физического воздействия со стороны сотрудников полиции. /т.6 л.д.28/ Протокол осмотра документа, согласно которому был осмотрен кассовый чек от ДД.ММ.ГГГГ на смартфон «Microsoft Lumia 535 Dual Sim» на сумму 7090 рублей / т. 11 л.д. 158-163/ В последующем кассовый чек от ДД.ММ.ГГГГ на смартфон «Microsoft Lumia 535 Dual Sim» на сумму 7090 рублей признан и приобщен в качестве вещественного доказательства (т. 6 л.д.13, т. 11 л.д. 164-165). заключение эксперта № от ДД.ММ.ГГГГ, согласно которому стоимость смартфона «Microsoft Lumia 535 Dual Sim» IMEI: № с учетом износа за период эксплуатации на ДД.ММ.ГГГГ, при условии его рабочего состояния и без учета возможных дефектов эксплуатации, составила 3495 руб. 00 коп. /т.6 л.д.21/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ФИО11 в его совершении и квалифицирует действия ФИО11 по данному эпизоду по ст. ч.1 УК РФ как мошенничество, т.е. хищение чужого имущества путем обмана. В судебном заседании установлено, что подсудимый ФИО11 действуя умышленно, из корыстных побуждений, путем обмана под предлогом сделать телефонный звонок попросил у ранее незнакомого несовершеннолетнего ФИО21 смартфон «Microsoft Lumia 535 Dual Sim». ФИО21, будучи обманут и введен в заблуждение относительно истинных преступных намерений ФИО11, надеясь получить свой мобильный телефон обратно, добровольно передал ФИО11 принадлежащий ему мобильный телефон для осуществления звонка. После чего ФИО11, получив смартфон «Microsoft Lumia 535 Dual Sim», пообещал вернуть последнему телефон после осуществления звонка. При этом, ФИО11, делая вид, что производит телефонный звонок, удерживая при себе указанный смартфон, отошел в сторону от несовершеннолетнего ФИО21, и скрылся с находящимся при нем смартфоном «Microsoft Lumia 535 Dual Sim» тем самым путем обмана совершил хищение принадлежащего ФИО22 смартфона «Microsoft Lumia 535 Dual Sim» стоимостью 3 495 руб., с установленной в нем сим-картой «МТС», на счету которой находились денежные средства в сумме 01,72 руб., в комплекте с чехлом стоимостью 500 рублей, картой памяти объемом 1 Gb стоимостью 400 руб., причинив последнему ущерб на сумму 4 396,72 руб., которым в последствии распорядился по своему усмотрению. 11.Эпизод открытого хищения имущества ФИО24 ДД.ММ.ГГГГ примерно в 16 часов 00 минут ФИО11, не работая, не имея денежных средств для осуществления нормальной жизнедеятельности, находясь в &lt;адрес&gt;. 5/9 по &lt;адрес&gt;, из корыстных побуждений, умышленно, решил совершить открытое хищение чужого имущества, которым впоследствии распорядиться по своему усмотрению. ДД.ММ.ГГГГ примерно в 16 часов 45 минут ФИО11, находясь вблизи интернет-клуба «Галактика», расположенного по адресу: &lt;адрес&gt;-а, увидел в руках впереди идущей в попутном направлении с ним у ранее незнакомой ему &lt;данные изъяты&gt; ФИО23, ДД.ММ.ГГГГ года рождения, мобильный телефон «NOKIA X2 Dual SIM RM-1013» IMEI 1: №, IMEI2: №, принадлежащий ФИО24, который решил открыто похитить и в дальнейшем распорядиться по своему усмотрению. Реализуя свой преступный умысел, направленный на открытое хищение чужого имущества, ДД.ММ.ГГГГ примерно в 17 часов 10 минут ФИО11, находясь напротив &lt;адрес&gt;, убедившись, что рядом нет лиц, которые могли бы воспрепятствовать его преступным деяниям, действуя согласно своего преступного умысла, направленного на совершение открытого, противоправного, безвозмездного изъятия и обращения чужого имущества в свою пользу, быстрым шагом догнал впереди идущую несовершеннолетнюю ФИО23, ДД.ММ.ГГГГ года рождения, и, поравнявшись с последней, осознавая, что его действия являются очевидными для несовершеннолетней ФИО23, ДД.ММ.ГГГГ года рождения, а ФИО9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вырвал из рук несовершеннолетней ФИО23, ДД.ММ.ГГГГ года рождения, мобильный телефон NOKIA X2 Dual SIM RM-1013» IMEI 1: №, IMEI2: № стоимостью 1 856руб 90 копеек с установленной в нем с сим-картой оператора сотовой связи «Теле-2», на счету которой находились денежные средства в размере 200рублей, с картой памяти объемом 4 Gb стоимостью 500 рублей, принадлежащий ФИО24, а всего на общую сумму 2556,90 рублей, с которым с места преступления скрылся, впоследствии распорядившись похищенным по своему усмотрению. В результате преступных действий ФИО11 потерпевшей ФИО24 причинен ущерб на сумму 2 556,90 руб. Подсудимый ФИО11 в судебном заседании вину в совершении преступления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ФИО11 в качестве обвиняемого и подозреваемого (т. 14 л.д.169-191, т. 10 л.д.21-45, т. 11 л.д.120-144) следует, что ДД.ММ.ГГГГ в 16:45ч он находился в районе &lt;адрес&gt;, находясь около компьютерного салона «Галактика» по &lt;адрес&gt;, он увидел двух несовершеннолетних девочек, описать их не сможет. В руках у одной из девушек находился мобильный телефон в корпусе оранжевого цвета, который в тот момент он решил вырвать из рук незнакомой девушки, тем самым его похитить, а потом похищенный телефон продать за денежные средства, которые впоследствии потратить на собственные нужды. С целью хищения телефона, он пошел за указанными девушками. Перейдя с девушками через проезжую часть, они направились в сторону &lt;адрес&gt;, а он проследовал за ними. В район &lt;адрес&gt; по указанной улице примерно в 17:00ч он догнал девушек, поравнявшись с ними и убедившись, что рядом никого нет, он выхватил у девушки мобильный телефон в корпусе оранжевого цвета, при этом никаких угроз и насильственных действий в их адрес не высказывал, их не толкал. Выхватив телефон, он побежал в сторону п-т. ФИО38 &lt;адрес&gt;, где забежав за какие-то гаражи, вызвал такси и по приезду такси, уехал &lt;адрес&gt;. В этот же день он продал похищенный телефон своему знакомому по имени Руслану за 1000 рубле. Сбывая телефон, он не говорил Руслану, что телефон похищен, т.к. боялся, что он его не купит. Вырученные денежные средства он потратил на личные нужды, купил продукты питания. Виновность подсудимого ФИО11 в совершении преступления подтверждается показаниями потерпевшей, свидетелей, письменными материалами дела. Так, из оглашенных в порядке ст. ч.1 УПК РФ показаний несовершеннолетней потерпевшей ФИО23 (т. 8 л.д. 318-320), следует, что ДД.ММ.ГГГГ примерно в 16:05 ч она совместно со своей подругой ФИО91 находились на &lt;адрес&gt;. При себе у нее был мобильный телефон «NOKIA X2 Dual SIM RM-1013» в корпусе оранжевого цвета, который она держала в руке. Данный телефон принадлежит ее маме, т.к. она его покупала, а ей дала в пользование. В тот момент, когда она с Валерией проходили около &lt;адрес&gt; и гаражей, с ними сравнялся неизвестный молодой человек, который выхватил у нее из рук мобильный телефон, после чего убежал. Она стала кричать ему вслед, побежала за ним, пыталась догнать, но не смола этого сделать, т.к. он скрылся в гаражах возле &lt;адрес&gt;. О случившемся она сообщила в полицию. При указанных обстоятельствах ей никто насилие не причинял и угрозы не высказывал, просто выхватил телефон из рук и убежал. Данным показаниям аналогичны показания потерпевшей ФИО24 (т. 8 л.д. 331-332), которые были оглашены в судебном заседании в порядке ст. ч.1 УПК РФ. Потерпевшая ФИО24 указала, что у ее &lt;данные изъяты&gt; дочери ФИО23 был открыто похищен принадлежащий ей мобильный телефон NOKIA X2 Dual SIM RM-1013, которым пользовалась дочь. С-ным преступлением ей был причинен материальный ущерб на общую сумму 2 556,90руб. Из оглашенных в порядке ст. ч.1 УПК РФ показаний несовершеннолетнего свидетеля ФИО91, следует, что ДД.ММ.ГГГГ примерно в 16:05 ч она совместно со своей подругой ФИО23 находились на &lt;адрес&gt;. В тот момент, когда она с ФИО23 проходили около &lt;адрес&gt; и гаражей, с ними сравнялся неизвестный молодой человек, который выхватил из рук ФИО23 мобильный телефон, после чего убежал. ФИО23 стала кричать ему вслед, побежала за ним, пыталась догнать, но не смола этого сделать, т.к. он скрылся в гаражах возле &lt;адрес&gt;. При указанных обстоятельствах ей никто насилие не причинял и угрозы не высказывал, просто выхватил телефон из рук и убежал./ т. 8 л.д. 354-356/. Из оглашенных в порядке ст. ч.1 УПК РФ показаний свидетеля ФИО90 следует, что он иногда занимается скупкой мобильных телефонов, бытовой техники бывших в потреблении. Его рабочее место находиться на Центральном рынке &lt;адрес&gt;, но и иногда знакомые могут принести технику и телефоны по месту его фактического проживания. Примерно в начале августа 2016 года в дневное время, точную дату и время он указать не может, прошло много времени ему на мобильный телефон позвонил ФИО11, который предложил приобрести у него мобильный телефон, на что он пояснил, что перед покупкой необходимо посмотреть на товарный внешний вид данного предмета и ФИО10 же они договорились о встрече около &lt;адрес&gt; по п-ту ФИО14 &lt;адрес&gt;. Примерно через 20-35 минут около &lt;адрес&gt; по п-ту. ФИО14 &lt;адрес&gt;, он встретил Максима, последний передал ему для осмотра мобильный телефон «NOKIA X2 Dual SIM RM-1013» имей номер он не знает, в корпусе оранжевого цвета. Осмотрев данный телефон: его внешний вид был в отличном состоянии, были ли в телефоне сим-карты и карта памяти он в настоящее время не помнит, данный телефон он решил приобрести. Он передал лично ФИО11 денежные средства в сумме 1000 рублей и забрал с собой указанный мобильный телефон. О том, что телефон ворованный он узнал от следователя. ( т. 10 л.д.13-17/ О виновности подсудимого ФИО11 свидетельствуют ФИО9 письменные материалы дела: заявление ФИО24 от ДД.ММ.ГГГГ (КУСП 9695 от ДД.ММ.ГГГГ), согласно которому она просит привлечь к уголовной ответственности неизвестно лицо, которое ДД.ММ.ГГГГ примерно в 16:05часов находясь возле &lt;адрес&gt; у ее несовершеннолетней дочери похитило принадлежащий ей мобильный телефон «NOKIA X2 Dual SIM RM-1013» стоимостью 5 000 рублей / т. 8 л.д. 246/ заявление ФИО24, согласно которому, она просит приобщить к материалам проверки коробок от похищенного мобильного телефона «NOKIA X2 Dual SIM RM-1013» / т.8 л.д. 254/ протокол осмотра места происшествия от ДД.ММ.ГГГГ, согласно которому был осмотрен участок местности вблизи &lt;адрес&gt;, видеокамеры на котором отсутствуют. С места происшествия ничего не изъято / т. 8 л.д. 247-252/ протокол явки с повинной от ДД.ММ.ГГГГ, согласно которому ФИО11 признался в совершении преступления и показал, что ДД.ММ.ГГГГ примерно в 16:00 часов он прогуливался с целью совершения кражи у каких- либо граждан. Около компьютерного клуба «Галактика» по &lt;адрес&gt;, он обратил внимание на двух девушек, в руках у одной из которых находился мобильный телефон оранжевого цвета. Данный телефон он решил похитить и пошел следом за ними. Около &lt;адрес&gt; он догнал девушек, и у одной из них выхватил мобильный телефон оранжевого цвета и убежал в гаражи. Впоследствии похищенный телефон он продал за денежные средства, которые потратил. / т. 8 л.д. 271-272/ протокол осмотра документов, согласно которому был осмотрен коробок от похищенного мобильного телефона «NOKIA X2 Dual SIM RM-1013»/ т. 11 л.д. 158-163/ В последующем коробок от похищенного мобильного телефона «NOKIA X2 Dual SIM RM-1013» признан и приобщен в качестве вещественных доказательств (т. 11 л.д. 164-165). заключение эксперта № от ДД.ММ.ГГГГ, согласно которому при осмотре ФИО23, ДД.ММ.ГГГГ г.р. телесных повреждений не обнаружено / т. 8 л.д. 261/ заключение эксперта № от ДД.ММ.ГГГГ, согласно которому стоимость мобильного телефона «NOKIA X2 Dual SIM RM-1013» IMEI 1: №, IMEI2: № с учетом износа за период эксплуатации на ДД.ММ.ГГГГ, при условии его рабочего состояния и без учета возможных дефектов эксплуатации составила 1 856 руб. 90 коп. / т. 8 л.д. 303-304/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ФИО11 в его совершении и квалифицирует действия ФИО11 по данному эпизоду по ст. ч.1 УК РФ как грабеж, то есть открытое хищение чужого имущества. В судебном заседании установлено, что ФИО11 реализуя свой преступный умысел, направленный на открытое хищение чужого имущества, убедившись, что рядом нет лиц, которые могли бы воспрепятствовать его преступным деяниям, действуя согласно своего преступного умысла, направленного на совершение открытого, противоправного, безвозмездного изъятия и обращения чужого имущества в свою пользу, быстрым шагом догнал впереди идущую несовершеннолетнюю ФИО23, вырвал из рук несовершеннолетней ФИО23, мобильный телефон NOKIA X2 Dual SIM RM-1013» стоимостью 1 856руб 90 копеек с установленной в нем с сим-картой оператора сотовой связи «Теле-2», на счету которой находились денежные средства в размере 200рублей, с картой памяти объемом 4 Gb стоимостью 500 рублей, принадлежащий ФИО24, впоследствии распорядившись похищенным по своему усмотрению. В результате преступных действий ФИО11 потерпевшей ФИО24 причинен ущерб на сумму 2 556,90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Эпизод хищения имущества ФИО25 ДД.ММ.ГГГГ примерно в 19 часов 30 минут ФИО13, находясь на берегу озера Ермошкино, расположенного вблизи &lt;адрес&gt;, не работая, не имея постоянного и стабильного дохода, увидел у ранее ему не знакомого ФИО25 мобильный телефон «Sony Xperia Z» IMEI: № и решил умышленно, из корыстных побуждений, совершить тайное хищение чужого имущества, с причинением значительного ущерба гражданину, которым впоследствии распорядиться по своему усмотрению. Реализуя свой преступный умысел, направленный на тайное хищение чужого имущества, с причинением значительного ущерба гражданину, из корыстных побуждений, ДД.ММ.ГГГГ примерно в 19 часов 40 минут ФИО13, находясь на берегу озера Ермошкино, расположенного вблизи &lt;адрес&gt;, воспользовавшись отсутствием ФИО25, убедившись, что его действия носят тайный характер, и его действия не являются очевидными для окружающих лиц, в отсутствие посторонних лиц, действуя согласно своего преступного умысла, направленного на совершение тайного, противоправного, безвозмездного изъятия и обращения чужого имущества в свою пользу, подошел к вещам последнего, лежащим на земле на берегу озера Ермошкино,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тайно похитил мобильный телефон «Sony Xperia Z» IMEI: № стоимостью 8 665 руб. с установленной в нем с сим-картой оператора сотовой связи «Мегафон», на счету которой находились денежные средства в сумме 60 руб., в комплекте с картой памяти объемом 2 Gb, стоимостью 200 руб., чехол стоимостью 500 руб., а всего на общую сумму 9425 рублей, принадлежащий ФИО25 Совершив тайное хищение чужого имущества, ФИО13 с места преступления скрылся, распорядившись в последствии похищенным по своему усмотрению. В результате преступных действий ФИО13 потерпевшему ФИО25 причинен значительный ущерб на сумму 9 425 рублей. Подсудимый ФИО13 в судебном заседании вину в совершении преступления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ФИО13 в качестве обвиняемого и подозреваемого (т. 14 л.д.111-130, т. 6 л.д. 158-162, т. 10 л.д.49-68, т. 10 л.д.226-246) следует, что в середине августа 2014 года в вечернее время примерно в 19 часов 30 он приехал на пляж «Ермошкино озеро и сидел на берегу. Примерно через 5-10 минут он заметил, что на пляже находятся двое парней, на вид примерно 17-18 лет, которые так же отдыхали. За тот период времени пока он находился на пляже, он увидел, как один из данный парней разговаривает по мобильному телефону, после чего он решил подождать, когда данный парень пойдет купаться, а он в это время, воспользуется данным моментом и украдет его мобильный. Умысел на кражу телефона у него возник на пляже, в тот момент, когда он увидел телефон. После чего примерно через 10-15 минут данные парни отошли к турникам и оставили вещи без присмотра. Он заметил, что свой мобильный телефон данный парень положил на свою сумку сверху. Он выждал момент, когда ни один, ни другой парень за своими вещами не смотрят, после чего осмотрелся по сторонам, убедился, что за ним никто не наблюдает, и данные парни находятся далеко от него и за ним не смотрят, он подошел к вещам, оставленными ими на пляже, наклонился над вещами и своей правой рукой быстро взял указанный мобильный телефон, который положил в карман надетых на мне брюк и сразу ушел с пляжа. Тогда же он направился в сторону остановки общественного транспорта « &lt;адрес&gt;» &lt;адрес&gt;, для того, чтобы там продать похищенный им мобильный телефон, а вырученные денежные средства потратить на продукты питания. Указанный парень согласился купить у него похищенный мобильный телефон за 1500 рублей. После чего передал ему 1 500рублей, которые он впоследствии потратил на продукты питания, и с приобретенным у него телефоном убыл в неизвестном направлении. Виновность подсудимого ФИО13 в совершении преступления подтверждается показаниями потерпевшей, свидетелей, письменными материалами дела. Так, из оглашенных в порядке ст. ч.1 УПК РФ показаний потерпевшего ФИО25 (т. 6 л.д. 103-105, т. 6 л.д. 188-192), следует, что ДД.ММ.ГГГГ, примерно в 14 часов 30 минут, он встретился со своим товарищем по имени Волобуев ФИО3. После чего, примерно в 19 часов, они с Волобуевым пошли гулять на «Ермошкино озеро» &lt;адрес&gt;. Там они с Волобуевым подошли к турникам, которые находились недалеко от данного озера и занимались на данных турниках. С ним была сумка и мобильный телефон «Sony Xperia Z» в корпусе черного цвета. Сумку и положил на траву около турников и сверху он положил указанный телефон. После чего через некоторое время он взял из сумки деньги и положил обратно в траву около турников и сверху положил указанный телефон, и они с Волобуевым пошли в магазин, для того, чтобы купить себе воды, оставив вышеуказанное имущество в указанном месте. После чего, примерно минут через 10 они с Волобуевым вернулись обратно, но телефона на сумке уже не было. После чего он понял, что телефон похитили и решил обратиться по данному факту в полицию. Данный телефон он покупал в Москве в конце декабря 2013 года за 14 500 рублей. Телефон он покупал б/у у неизвестного мужчины, документов на телефон нет. В телефоне была сим-карта оператора «Мегафон», но ценности для него не представляет, на счету которой находились денежные средства в сумме 60 рублей. В ходе следствия он был ознакомлен с заключением товароведческой экспертизы №, согласно которой стоимость похищенного у него мобильного телефона «Sony Xperia Z» по состоянию на ДД.ММ.ГГГГ составила 8 665 руб. С данной стоимостью телефона он согласен. Таким образом ему причинен материальный ущерб на сумму 9365 рублей. Данный ущерб для него является значительным, так как он является курсантом 3 курса Московского университета МВД России, стипендия у него 13 000 рублей в месяц, он нигде не подрабатывает, а живет на одну стипендию, что очень тяжело в &lt;адрес&gt;. Иногда материальную помощь ему оказывает его бабушка. Данным показаниям аналогичны показания свидетеля ФИО92 (т.6 л.д. 107-109), которые были оглашены в судебном заседании в порядке ст. ч.1 УПК РФ. Свидетель ФИО92 подробно изложил обстоятельства при которых ДД.ММ.ГГГГ у ФИО25 был похищен мобильный телефон «Sony Xperia Z» в корпусе черного цвета сенсорный. О виновности подсудимого ФИО13 свидетельствуют ФИО9 письменные материалы дела: заявление ФИО25 от ДД.ММ.ГГГГ (КУСП № от ДД.ММ.ГГГГ), в котором он просит привлечь к уголовной ответственности неизвестное ему лицо, которое ДД.ММ.ГГГГ, в период времени 19.30 по 19.40 с территории спортивной площадки совершило кражу принадлежащего ему мобильного телефона Sony Xperia Z, чем причинило ему ущерб в 14 800 рублей. Данный ущерб для него является значительным. / т. 6 л.д. 87/ протокол осмотра места происшествия от ДД.ММ.ГГГГ, согласно которого ДД.ММ.ГГГГ был произведен осмотр места происшествия – участка местности базы отдыха «Ермошкино озеро» &lt;адрес&gt;, в результате которого ничего изъято не было. / т.6 л.д. 88-92/ протокол явки с повинной ФИО13 от ДД.ММ.ГГГГ, согласно которого он в конце лета 2014 года на базе отдыха «Ермошкино озеро» совершил кражу мобильного телефона. Данный мобильный телефон он продал неизвестному мужчине на остановке «Черняховского» за 1500 рублей. Деньги потратил на собственные нужды (продукты питания и т.п.). В содеянном раскаивается. Явка с повинной написана собственноручно, без принуждения к нему психического, физического воздействия. / т.6 л.д. 147-148/ протокол проверки показаний на месте от ДД.ММ.ГГГГ, согласно которого подозреваемый ФИО13 на месте преступления на берегу озера Ермошкино показал и описал все события совершения им хищения мобильного телефона, принадлежащего ФИО25 / т. 6 л.д.163-168/ заключение эксперта № от ДД.ММ.ГГГГ, согласно которого рыночная стоимость бывшего в эксплуатации мобильного телефона «Sony Xperia Z», с учетом износа по состоянию на ДД.ММ.ГГГГ составляет 8 665 (восемь тысяч шестьсот шестьдесят пять) рублей 00 коп. / т. 6 л.д. 178-180/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ФИО13 в его совершении и квалифицирует действия ФИО13 по данному эпизоду по ст. ч.2 п. « в» УК РФ как кража, то есть тайное хищение чужого имущества, совершенное с причинением значительного ущерба гражданину. В судебном заседании установлено, что подсудимый ФИО13 действуя умышленно, с корыстной целью, воспользовавшись отсутствием посторонних лиц, подошел к вещам потерпевшего ФИО25, лежащим на земле на берегу озера Ермошкино,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тайно похитил мобильный телефон «Sony Xperia Z» стоимостью 8 665 руб. с установленной в нем с сим-картой оператора сотовой связи «Мегафон», на счету которой находились денежные средства в сумме 60 руб., в комплекте с картой памяти объемом 2 Gb, стоимостью 200 руб., чехол стоимостью 500 руб., а всего на общую сумму 9425 рублей, принадлежащие ФИО25 В результате преступных действий ФИО13 потерпевшему ФИО25 причинен значительный ущерб на сумму 9 425 рублей. Квалифицирующий признак «с причинением значительного ущерба» полностью нашел свое подтверждение в ходе судебного разбирательства, поскольку причиненный хищением имущества ущерб на сумму 9 425 рублей является для потерпевшего значительным с учетом ее среднемесячного дохода в размере 13 000 рублей, значимости для него похищенного имущества.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Эпизод хищения имущества ФИО27 ДД.ММ.ГГГГ примерно в 17 часов 00 минут ФИО13, находясь на берегу озера Ермошкино, расположенного вблизи &lt;адрес&gt;, не работая, не имея постоянного и стабильного дохода, решил умышленно, из корыстных побуждений, совершить тайное хищение чужого имущества, оставленного отдыхающими на берегу озера, с причинением значительного ущерба гражданину, которым в последствии распорядиться по своему усмотрению. Реализуя свой преступный умысел, направленный на тайное хищение чужого имущества, с причинением значительного ущерба гражданину, ДД.ММ.ГГГГ примерно в 17 часов 05 минуты ФИО13 из корыстных побуждений, находясь на берегу озера Ермошкино, расположенного вблизи &lt;адрес&gt;, убедившись, что его действия носят тайный характер, и его действия неочевидны окружающим лицам, в отсутствии посторонних лиц, действуя согласно своего преступного умысла, направленного на совершение тайного, противоправного, безвозмездного изъятия и обращения чужого имущества в свою пользу, подошёл к вещам, оставленным несовершеннолетним ФИО28, ДД.ММ.ГГГГ года рождения, лежащими на земле на берегу озера Ермошкино, и, осмотрев которые, обнаружил в правом кармане его брюк мобильный телефон «Prestigio PAP 7500 MultiPhone 32 gb» IMEI: №, принадлежащий ФИО27,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рукой достал из правого кармана брюк несовершеннолетнего ФИО28, 18.06.1997года рождения мобильный телефон «Prestigio PAP 7500 MultiPhone 32 gb» IMEI: № и положил в карман своих брюк, тем самым тайно похитил мобильный телефон «Prestigio PAP 7500 MultiPhone 32 gb» IMEI: № стоимостью 8 730 рублей 80 копеек, с установленной в нем сим-картой оператора сотовой связи «Теле-2», на счету которой находились денежные средства в сумме 50 рублей, принадлежащий ФИО27, а всего на общую сумму 8 780 рублей 80 копеек. Совершив тайное хищение чужого имущества, ФИО13, с места преступления скрылся, распорядившись в последствии похищенным по своему усмотрению. В результате преступных действий ФИО13 потерпевшей ФИО27 причинен значительный ущерб на сумму 8780 рублей 80 копеек. Подсудимый ФИО13 в судебном заседании вину в совершении преступления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ФИО13 в качестве обвиняемого и подозреваемого (т. 14 л.д.111-130, т.6 л.д. 275-279, т. 10 л.д.49-68, т. 10 л.д.226-246) следует, что примерно в первых числах июня 2015 года он часто находился на пляже «Ермошкино озеро», так как он там купался и отдыхал. Он приметил, что купающиеся часто оставляют свои ценные вещи на пляже без присмотра, после чего идут купаться. Он решил воспользоваться данным моментом, и с этой целью в один из дней начальных чисел июня месяца 2015 года он специально приехал на пляж на озеро для того, чтобы украсть какое либо ценное имущество или мобильный телефон, для того, чтобы его потом продать, а вырученными денежными средствами воспользоваться по своему усмотрению. Примерно в 17 часов 00 минул он приехал на пляж и сел на берегу, так как ему было необходимо время, чтобы найти какое либо ценное имущество, оставленное без присмотра купающимися. Примерно через 5-10 минут он заметил, что на пляже находятся двое парней, на вид примерно 15-16 лет, которые так же отдыхали. Он решил подождать, чтобы указанные лица пошли купаться, он в это время, воспользуется данным моментом и украдет какое- либо ценное имущество, оставленное ими на пляже. После чего примерно через 10-15 минут данные парни отошли к турникам и оставили свои вещи без присмотра. ФИО10 же у него возник умысел на совершение какого- либо имущества, находящего в вещах указанных ребят. С этой целью, он осмотрелся по сторонам, убедился, что за ним никто не наблюдает и данные парни находятся далеко от него и за ним так же не наблюдают, он подошел к вещам, оставленными ими на пляже, наклонился и осмотрел брюки одного из парней, в правом кармане которых он нашел мобильный телефон, который он взял своей правой рукой, достал из кармана, положил в карман надетых на нем брюк и сразу же ушел с пляжа. Затем он направился в сторону остановки общественного транспорта «&lt;адрес&gt;» &lt;адрес&gt;, для того, чтобы украденный мобильный телефон, он был в корпусе черного цвета марки «Престижио», сбыть за денежные средства. Примерно через 10 минут он зашел в подземный переход, расположенный в районе указанной им остановки и предложил повстречавшемуся емуе ранее не знакомому мужчине купить у меня телефон «Престижио» в корпусе черного цвета за 1000 рублей. Мужчина передал ему 1000 рублей, забрал телефон, описанный выше и ушел в неизвестном направлении. Денежные средства, вырученные им от продажи данного мобильного телефона, он потратил на приобретение продуктов питания и сигарет. Виновность подсудимого ФИО13 в совершении преступления подтверждается показаниями потерпевшей, свидетелей, письменными материалами дела. Так, из оглашенных в порядке ст. ч.1 УПК РФ показаний потерпевшей ФИО27 (т.6 л.д. 323-328, т. 6 л.д. 306-307, т.6 л.д.213-215, т. 6 л.д. 243-244), следует, что у нее есть сын ФИО28, ДД.ММ.ГГГГ года рождения, с которым они проживают совместно. ФИО28 находится на ее полном иждивении, нигде не работает. Все предметы и одежда, находящаяся в его пользовании были приобретены за его денежные средства, поэтому собственником данного имущества является она. Похищенный мобильный телефон «Prestigio PAP 7500» приобретен за ее денежные средства и принадлежит ей, у ФИО28 данный телефон находился в пользовании. В июне 2015 года в пользовании ее сына ФИО28 находился мобильный телефон «Prestigio PAP 7500» прямоугольной формы в корпусе черного цвета, сенсорный, приобретенный ей согласно кассового чека ДД.ММ.ГГГГ у ИП ФИО39, в каком магазине, она в настоящее время не помнит, т.к. прошло много времени. ДД.ММ.ГГГГ, примерно в 18 часов 30 минут, она от сына узнала, что во время нахождения на пляже о. Ермошкино &lt;адрес&gt;, в тот момент когда он отходил к турникам, у него неизвестные лица из правого кармана брюк похитили описанный выше мобильный телефон. О случившемся она сообщила в полицию. На данный момент она оценивает мобильный телефон «Prestigio PAP 7500» на сумму 8730 руб. 80 коп., которая была установлена в ходе проведения товароведческой экспертизы №/з по уголовному делу. С данной стоимостью она согласна. Причиненный ей ущерб на сумму 8 780 руб 80 коп является для нее значительным, поскольку семейный среднемесячный доход составляет 15 000 рублей, но данный доход не постоянный, т.к. она нигде не работает, муж ФИО9 нигде не работает, а зарабатывает временными заработками. У нее на иждивении 8 детей. Материальную помощь им никто не оказывает. Данным показаниям аналогичны показания свидетеля ФИО28 (т. 6 л.д. 228-229), которые были оглашены в судебном заседании в порядке ст. ч.1 УПК РФ. Свидетель ФИО28 подробно изложил обстоятельства при которых ДД.ММ.ГГГГ у него был похищен мобильный телефон «Prestigio PAP 7500» в корпусе черного цвета сенсорный. О виновности подсудимого ФИО13 свидетельствуют ФИО9 письменные материалы дела: заявление ФИО27 от ДД.ММ.ГГГГ (КУСП № от ДД.ММ.ГГГГ), в котором она просит принять меры к розыску мобильного телефона Prestigio PAP 7500 имей №, стоимостью 6 490 рублей, который не обнаружил ее несовершеннолетний сын ФИО28 ДД.ММ.ГГГГ г.р. Ущерб является значительным. / т. 6 л.д.202/ справка, согласно которой ФИО27 является получателем ежемесячного пособия в размере 6 877,96 руб. / т. 6 л.д. 219/ протокол осмотра места происшествия от ДД.ММ.ГГГГ, согласно которому был произведен осмотр места происшествия – участка территории зоны отдыха «Ермошкино озеро» по &lt;адрес&gt;, в результате которого были изъяты кассовый и товарный чек на мобильный телефон «Prestigio PAP 7500 MultiPhone 32gb» IMEI: № от ДД.ММ.ГГГГ / т.6 л.д. 203-206/ протокол явки с повинной ФИО13 от ДД.ММ.ГГГГ (КУСП № от ДД.ММ.ГГГГ), согласно которого он сообщил, что в первых числах июня месяца 2015 года вечером находился на пляже озера «Ермошкино», куда он приехал ранее с целью совершить кражу мобильного телефона из вещей лиц, купающихся там же. Ему на глаза попались несовершеннолетние молодые люди, которые оставили свои вещи на пляже без присмотра. Он выбрал момент, когда молодые люди зашли купаться, подошел к вещам и из кармана брюк похитил мобильный телефон марки «Prestigio PAP 7500 MultiPhone 32gb» IMEI: №. После чего он ушел с пляжа и пошел на остановку Черняховского. Проходя в подземном переходе продал мобильный телефон неизвестному мужчине за тысячу рублей. Деньги он потратил на продукты питания и сигареты. В содеянном раскаивается. Явка с повинной написана собственноручно, без применения к нему морального или физического воздействия. / т. 6 л.д. 265-266/ протокол проверки показаний на месте от ДД.ММ.ГГГГ, согласно которого подозреваемый ФИО13 на месте происшествия- озеро Ермошкино &lt;адрес&gt; показал и описал все события совершенного им хищения мобильного телефона, принадлежащего ФИО27 / т. 6 л.д. 280-285/ протокол осмотра документов от ДД.ММ.ГГГГ, согласно которому был произведен осмотр кассового и товарного чека на мобильный телефон «Prestigio PAP 7500 MultiPhone 32gb» IMEI: № от ДД.ММ.ГГГГ / т. 6 л.д. 230-231/ В последующем кассовый и товарный чек на мобильный телефон «Prestigio PAP 7500 MultiPhone 32gb» IMEI: № / т. 6 л.д. 232, 233/ признан и приобщен к уголовному делу в качестве сещественного доказтельства. заключение эксперта №/з от ДД.ММ.ГГГГ, согласно которому стоимость мобильного телефона «Prestigio PAP 7500 MultiPhone 32gb» IMEI: № с учетом износа за период эксплуатации на ДД.ММ.ГГГГ, при условии его рабочего состояния и без учета дефектов эксплуатации составила 8730 рублей 80 копеек. / т.6 л.д. 239/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ФИО13 в его совершении и квалифицирует действия ФИО13 по данному эпизоду по ст. ч.2 п. « в» УК РФ как кража, то есть тайное хищение чужого имущества, совершенное с причинением значительного ущерба гражданину. В судебном заседании установлено, что подсудимый ФИО13 действуя умышленно, с корыстной целью, воспользовавшись отсутствием посторонних лиц, подошел к вещам несовершеннолетнего ФИО28, лежащим на земле на берегу озера Ермошкино,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тайно похитил мобильный телефон мобильный телефон «Prestigio PAP 7500 MultiPhone 32 gb» IMEI: № стоимостью 8 730 рублей 80 копеек, с установленной в нем сим-картой оператора сотовой связи «Теле-2», на счету которой находились денежные средства в сумме 50 рублей, принадлежащий ФИО27, а всего на общую сумму 8 780 рублей 80 копеек.В результате преступных действий ФИО13 потерпевшей ФИО27 причинен значительный ущерб на сумму 8780 рублей 80 копеек. Квалифицирующий признак «с причинением значительного ущерба» полностью нашел свое подтверждение в ходе судебного разбирательства, поскольку причиненный хищением имущества ущерб на сумму 8780 рублей 80 копеек является для потерпевшей ФИО27 значительным с учетом ее среднемесячного дохода в размере 15 000 рублей, который состоит из пособий на несовершеннолетних детей, наличия на иждевении 8 детей, отсутствие у супруга постоянного дохода, значимости для потерпевшей похищенного имущества.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Эпизод незаконного хранения без цели сбыта наркотических средств, в значительном размере. Примерно ДД.ММ.ГГГГ примерно в 12 часов 10 минут ФИО13, являясь лицом, употребляющим наркотические средства группы каннабиноидов и достоверно зная о том, что растения конопля являются наркотикосодержащими, а их части являются наркотическим средством – марихуана, оборот которого запрещен на территории Российской Федерации, находясь на земельном участке в лесопосадке, расположенной на расстоянии примерно 80 метров к западу от &lt;адрес&gt;-а &lt;адрес&gt;, обнаружил произраставшее там дикорастущее наркотикосодержащее растение конопли. После чего, примерно ДД.ММ.ГГГГ примерно в 12 часов 20 минут ФИО13, руками оборвал с указанного дикорастущего наркотикосодержащего растения конопля его части и сложил в газетный сверток, совершив, таким образом, незаконное приобретение без цели сбыта наркотического средства – марихуана, массой в высушенном до постоянной массы состоянии не менее 12,18 грамма. После чего, примерно ДД.ММ.ГГГГ примерно в 12 часов 22 минуты, у ФИО13, возник преступный умысел, направленный на незаконное хранение без цели сбыта незаконно приобретенного без цели сбыта наркотического средства – марихуана в значительном размере. Реализуя преступный умысел направленный на незаконное хранение без цели сбыта ФИО13 положил газетный сверток с наркотическим средством – марихуана, общим массой в высушенном до постоянной массы состоянии не менее 12,18 грамма, в карман своих брюк. Затем, примерно ДД.ММ.ГГГГ в период времени примерно с 12 часов 22 минут по 14 часов 00 минут, ФИО13, реализуя умысел, направленный на незаконное хранение без цели сбыта наркотического средства – марихуана в значительном размере, незаконно храня без цели сбыта наркотическое средство - марихуана, массой в высушенном до постоянной массы состоянии не менее 12,18 грамма при себе в газетном свертке, в кармане своих брюк, принес данное наркотическое средство к себе домой по адресу: &lt;адрес&gt;, где стал незаконно хранить без цели сбыта с целью личного потребления на балконе указанной квартиры. После этого, примерно 22.09. 2015 в период времени примерно с 09 часов 35 минут по 09 часов 40 минут, ФИО13, реализуя свой преступный умысел, направленный на незаконное хранение без цели сбыта наркотического средства – марихуана в значительном размере, находясь на балконе &lt;адрес&gt; № по &lt;адрес&gt;, руками перетер и измельчил данное наркотическое средство, которое затем пересыпал в бумажный сверток, который положил в полимерный пакет и стал незаконно хранить без цели сбыта в шкафу, находящемся в указанной выше квартиры. В период времени примерно с 22.09. 2015 по 14.05. 2016 ФИО13, реализуя свой преступный умысел, направленный на незаконное хранение без цели сбыта наркотического средства – марихуана, массой в высушенном до постоянной массы состоянии не менее 12,18 грамма незаконно хранил без цели сбыта в различной одежде, принадлежащей ему, по месту своего проживания по адресу: &lt;адрес&gt;. Затем, ДД.ММ.ГГГГ примерно в 12 часов 10 минут, ФИО13, реализуя свой преступный умысел, направленный на незаконное хранение без цели сбыта наркотического средства – марихуана в значительном размере, находясь по адресу: &lt;адрес&gt;, взял полимерный пакет, в котором находился бумажный сверток с наркотическим средством – марихуана, массой в высушенном до постоянной массы состоянии 12,18 грамма, который затем положил во внутренний карман куртки, надетой на нем, где продолжил незаконно хранить без цели сбыта с целью личного потребления. ДД.ММ.ГГГГ, примерно в 13 часов 20 минут, находясь по адресу: &lt;адрес&gt;, ФИО13 был задержан сотрудниками ОУР УМВД России по городу Курску, а незаконно хранившееся им без цели сбыта наркотическое средство – марихуана, массой в высушенном до постоянной массы состоянии 12,18 грамма, находившееся в бумажном свертке, который находился в полимерном пакете, в период времени с 13 часов 30 минут по 13 часов 50 минут 14.05. 2016 года было изъято из незаконного оборота из внутреннего кармана куртки последнего в результате производства его личного досмотра по адресу: &lt;адрес&gt;. Согласно справке об исследовании №/и от ДД.ММ.ГГГГ растительное вещество, изъятое ДД.ММ.ГГГГ сотрудниками ОУР УМВД России по &lt;адрес&gt; в результате производства личного досмотра ФИО13 представляет собой части растения конопли, содержит в своем составе наркотическое вещество тетрагидроканнабинол и является наркотическим средством – каннабис (марихуана), массой в высушенном до постоянной массы состоянии 12,18 грамма (на исследование израсходовано 0,1 грамма вещества растительного происхождения в высушенном до постоянной массы состоянии). Согласно заключению эксперта №/з от ДД.ММ.ГГГГ представленное на экспертизу вещество, изъятое ДД.ММ.ГГГГ сотрудниками ОУР УМВД России по &lt;адрес&gt; в результате производства личного досмотра ФИО13, является наркотическим средством – каннабис (марихуана), массой в высушенном до постоянной массы состоянии 12,08 грамма (на экспертизу израсходовано 0,1 грамм каннабиса (марихуаны). Таким образом, ФИО13, примерно ДД.ММ.ГГГГ незаконно приобрел, после чего незаконно хранил без цели сбыта до 13 часов 50 минут ДД.ММ.ГГГГ наркотическое средство – марихуана, массой в высушенном до постоянной массы состоянии 12,18 грамма. В соответствии с Перечнем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N 681(в редакции Постановлений Правительства РФ от ДД.ММ.ГГГГ N 51, от ДД.ММ.ГГГГ N 648, от ДД.ММ.ГГГГ N 421, от ДД.ММ.ГГГГ N 427, от ДД.ММ.ГГГГ N 507, от ДД.ММ.ГГГГ N 1042, от ДД.ММ.ГГГГ N 1186, от ДД.ММ.ГГГГ N 255, от ДД.ММ.ГГГГ N 398, от ДД.ММ.ГГГГ N &lt;***&gt;, от ДД.ММ.ГГГГ N 578, от ДД.ММ.ГГГГ N 882, от ДД.ММ.ГГГГ N 934, от ДД.ММ.ГГГГ N 990, от ДД.ММ.ГГГГ N 112, от ДД.ММ.ГГГГ N 158, от ДД.ММ.ГГГГ N 540, от ДД.ММ.ГГГГ N 547, от ДД.ММ.ГГГГ N 822, от ДД.ММ.ГГГГ N 1023, от ДД.ММ.ГГГГ N 144, от ДД.ММ.ГГГГ N 169, от ДД.ММ.ГГГГ N 359, от ДД.ММ.ГГГГ N 491, от ДД.ММ.ГГГГ N 882, от ДД.ММ.ГГГГ N 1003, от ДД.ММ.ГГГГ N 1178, от ДД.ММ.ГГГГ N 1215, от ДД.ММ.ГГГГ N 78, от ДД.ММ.ГГГГ N 157, от ДД.ММ.ГГГГ N 496, от ДД.ММ.ГГГГ N 580, от ДД.ММ.ГГГГ N 788, от ДД.ММ.ГГГГ N 998, от ДД.ММ.ГГГГ N 1159, от ДД.ММ.ГГГГ N 224, от ДД.ММ.ГГГГ N 498, от ДД.ММ.ГГГГ N 578, от ДД.ММ.ГГГГ N 1102, от ДД.ММ.ГГГГ N 1340, от ДД.ММ.ГГГГ N 174, от ДД.ММ.ГГГГ N 328, от ДД.ММ.ГГГГ N 448, от ДД.ММ.ГГГГ N 665, от ДД.ММ.ГГГГ N 1097, от ДД.ММ.ГГГГ N &lt;***&gt;) "Об утверждении перечня наркотических средств, психотропных веществ и их прекурсоров, подлежащих контролю в Российской Федерации": марихуана является наркотическим средством и входит в Список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ФИО9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и Примечанием 2 к ст. 228 УК РФ (в редакциях постановлений Правительства РФ от ДД.ММ.ГГГГ, от ДД.ММ.ГГГГ №, от ДД.ММ.ГГГГ №, от ДД.ММ.ГГГГ №, от ДД.ММ.ГГГГ №, от ДД.ММ.ГГГГ №, от ДД.ММ.ГГГГ №, от ДД.ММ.ГГГГ №, от ДД.ММ.ГГГГ №, от ДД.ММ.ГГГГ №, от 09.12.2014№, от 27.02.2015№, от ДД.ММ.ГГГГ N 448, от ДД.ММ.ГГГГ N 665, от ДД.ММ.ГГГГ N 1097, от ДД.ММ.ГГГГ N &lt;***&gt;), масса наркотического средства – марихуана в высушенном до постоянной массы состоянии 12,18 грамма, образует значительный размер. Подсудимый ФИО13 в судебном заседании вину в совершении преступления, предусмотренного ч.1 ст. 228 УК РФ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ФИО13 в качестве обвиняемого и подозреваемого (т. 14, л.д. 111-130, т.3 л.д. 251-255, т. 10 л.д.49-68, т. 3 л.д. 305-309, т. 10 л.д.226-246) следует, что примерно ДД.ММ.ГГГГ, примерно в 12 часов 00 минут, он находился в &lt;адрес&gt; по делам, где среди зарослей кустов растений увидел один дикорастущий куст наркосодержащего растения конопля. Он решил оборвать с конопли листья, чтобы получить таким образом марихуану для личного употребления. Он нашел на земле газету, чтобы в газетный сверток сложить марихуану. После этого с дикорастущей конопли оборвал листья, получив таким образом марихуану, которую сложил в сверток из газетного листа. Затем он приехал на попутках к своему дому, где на полу балкона разложил листья марихуаны, чтобы они высохли. Примерно ДД.ММ.ГГГГ, примерно в 09 часов 30 минут, он увидел, что марихуана высохла. После этого он, находясь там же, руками измельчил и перетер марихуану, которую пересыпал в бумажный сверток. Данный сверток с марихуаной положил в полимерный пакет, а затем спрятал в шкаф, находящийся в его комнате. В этот же день он дома употребил немного марихуаны путем курения. Пакет, в котором находился сверток с марихуаной он решил спрятать в шкафу в комнате, что он и сделал. ДД.ММ.ГГГГ примерно в 12 часов 00 минут он решил поехать в гости к своему знакомому ФИО29, проживающему по адресу: &lt;адрес&gt;. он ФИО9 решил взять сверток, в котором находилась марихуана, чтобы употребить ее путем курения. Когда он находился дома у ФИО29, в дверь квартиры постучали. ФИО29 открыл дверь. В коридоре он увидел несколько человек, которые представились сотрудниками полиции и предъявили свои служебные удостоверения. Затем один из сотрудников полиции сообщил ему о том, что в ОУР УМВД России по &lt;адрес&gt; имеется оперативная информация о том, что он при себе незаконно хранит наркотические средства, в связи с чем необходимо провести его личный досмотр. Перед началом досмотра ему было предложено добровольно выдать оружие, наркотики, либо другие запрещенные предметы и вещества, на что он заявил, что ничего запрещенного при нем нет, хотя в кармане куртки у него была марихуана. После этого был произведен его личный досмотр, в результате которого во внутреннем кармане моей куртки, которая была на нем, был обнаружен полимерный пакет, в котором находился бумажный сверток с марихуаной. Данный упаковки с наркотиком были упакованы, опечатаны и изъяты. По факту проведения личного досмотра был составлен протокол, с которым все участвующие ознакомились и расписались. После этого был произведен осмотр квартиры ФИО29, в результате которого был обнаружен «бульбулятор» - самодельное приспособление для употребления наркотиков. По факту осмотра месте происшествия был составлен протокол, с которым все участвующие лица ознакомились и расписались. Кроме признательных показаний подсудимого ФИО13, его вина в совершении незаконного хранения без цели сбыта наркотических средств в значительном размере подтверждается показаниями свидетелей, а ФИО9 иными доказательствами по делу, исследованными в судебном заседании и приведенными ниже. Свидетель ФИО93 в судебном заседании пояснил, что с ДД.ММ.ГГГГ он работает в ОКОН УМВД России по &lt;адрес&gt; в должности старшего оперуполномоченного. До ДД.ММ.ГГГГ он работал в ОУР УМВД России по &lt;адрес&gt; в должности старшего оперуполномоченного. В ОУР УМВД России по &lt;адрес&gt; имелась оперативная информация о том, что гр-н ФИО13, ДД.ММ.ГГГГ года рождения причастен к незаконном обороту наркотиков. С целью проверки указанной информации был проведен комплекс оперативно-розыскных мероприятий, в результате которых ДД.ММ.ГГГГ была получена информация, согласно которой ФИО13 при себе незаконно хранит наркотические средства. С целью задержания ФИО13 и изъятия из незаконного оборота наркотиков было проведено оперативно-розыскное мероприятие наблюдение. Наблюдение проводилось по месту вероятного появления ФИО13 по адресу: &lt;адрес&gt;. Проведенным наблюдением было установлено, что примерно в 13 часов 00 минут в указанную квартиру пришел ФИО13 После этого было принято решение о задержании ФИО13 Примерно в 13 часов 20 минут он постучал в дверь. Дверь мне открыл мужчина, который представился ФИО29, который со слов является хозяином квартиры. Они представились и предъявили свои служебные удостоверения. Он спросил у ФИО94, кто еще находится в квартире, на что тот сказал, что в квартире находится его знакомый ФИО13. Он попросил его выйти в коридор. Затем он сообщил ФИО13 о том, что в ОУР УМВД России по &lt;адрес&gt; имеется оперативная информация о том, что он при себе незаконно хранит наркотические средства, в связи с чем необходимо провести его личный досмотр. Перед началом досмотра ФИО13 было предложено добровольно выдать оружие, наркотики, либо другие запрещенные предметы и вещества, на что ФИО13 заявил, что ничего запрещенного в доме нет. После этого им, в присутствии понятых, был произведен личный досмотр ФИО13, в результате которого во внутреннем кармане его куртки, которая была на нем, был обнаружен полимерный пакет, в котором находился бумажный сверток с измельченным веществом растительного происхождения зеленого цвета. Данный упаковки с веществом были упакованы, опечатаны и изъяты. По факту проведения личного досмотра ФИО13 был составлен протокол, с которым все участвующие ознакомились и расписались. Затем он уехал, а ФИО13 остался в квартире с другими сотрудниками УМВД России по &lt;адрес&gt;. В дальнейшем я узнал, что по адресу: &lt;адрес&gt; был произведен осмотр места происшествия, в результате которого было изъято самодельное приспособление для курения из полимерных бутылок. Аналогичные показания в судебном заседании дал свидетель ФИО65 Из оглашенных в порядке ст. ч.1 УПК РФ показаний свидетеля ФИО95, следует, что ДД.ММ.ГГГГ, в дневное время, он проходил около &lt;адрес&gt;. В это время к нему подошел сотрудник полиции, представился о/у ОУР УМВД России по &lt;адрес&gt; ФИО93 и предъявил служебное удостоверение. О\у ФИО93 предложил ему поучаствовать в качестве понятого при проведении личного досмотра ранее неизвестного ему гражданина, на что он согласился. Кроме того в качестве понятого еще одного молодого человека. После чего, ДД.ММ.ГГГГ, в дневное время, они втроем поднялись на 2 этаж &lt;адрес&gt; и прошли в &lt;адрес&gt;. В комнате находился молодой человек, который ранее ему не знаком. ФИО9 в данном помещении находились еще сотрудники полиции. О/у ФИО93 пояснил ему и второму понятому, что необходимо провести личный досмотр данного молодого человека. О\у ФИО93 предложил представиться данному молодому человеку и тот пояснил, что его зовут ФИО13. О/у ФИО93 разъяснил им права и обязанности, после чего, до начала производства личного досмотра, предложил ФИО13 выдать запрещенные в гражданском обороте предметы и вещества, а именно оружие, боеприпасы, наркотики, а ФИО9 предметы, добытые преступным путем, если таковые имеются. ФИО13 ответил, что у него таких не имеется. После этого о/у ФИО93 в присутствии него и второго понятого начал производить личный досмотр ФИО13 Так как ФИО13 был одет в тонкую куртку, то о/у предложил показать ему содержимое карманов надетой на нем куртки, как внешних, так и внутренних, и когда ФИО13 начал показывать содержимое внутреннего кармана надетой на него куртки, то из него он достал полимерный пакет, в котором находился бумажный сверток с измельченным веществом растительного происхождения зеленого цвета. О/у ФИО93, предложил ФИО13 полимерный пакет, в котором находился бумажный сверток с измельченным веществом растительного происхождения зеленого цвета, положить на стол, что ФИО13 и сделал. На вопрос ФИО13, какое вещество находится в бумажном свертке, находящемся в полимерном пакете, который тот достал из внутреннего кармана надетой на нем куртки и кому оно принадлежит, ФИО13 пояснил, что это наркотическое средство – марихуана. Данный полимерный пакет со свертком и веществом был упакован и изъят. ФИО9 был составлен протокол личного досмотра ФИО13, с которым все ознакомились и расписались. /т.3 л.д.292-294/ Данным показаниям аналогичны показания свидетеля ФИО96, который подробно изложил обстоятельства его участия ДД.ММ.ГГГГ в качестве понятого при проведении в личном досмотре ФИО13, которые были оглашены в судебном заседании в порядке ст. ч.1 УПК (т.3 л.д.186-188). О виновности ФИО13 по данному эпизоду свидетельствуют ФИО9 письменные материалы дела: справка об исследовании №/и от ДД.ММ.ГГГГ, согласно которой растительное вещество представляет собой части растении конопли, содержит наркотическое вещество тетрагидроканнабинол и является наркотическим средством – каннабис (марихуана), массой в высушенном до постоянной массы состоянии 12,18 грамма (на исследование израсходовано 0,1 грамма вещества в высушенном до постоянной массы состоянии) / т. 3 л.д.232/ протокол осмотра места происшествия от ДД.ММ.ГГГГ, согласно которого ДД.ММ.ГГГГ был произведен осмотр места происшествия – &lt;адрес&gt;, в результате которого была изъята верхняя часть от пластиковой бутылки с прикрепленной к ней пластиковой трубкой. /т.3 л.д.215-216/ протокол проверки показаний на месте обвиняемого ФИО13, согласно которого, находясь у проезжей части &lt;адрес&gt;, напротив &lt;адрес&gt;, обвиняемый ФИО13 указал направление, в котором находится место, где ДД.ММ.ГГГГ примерно в 10 часов 10 минут он нашёл дикорастущее растение конопли (произведено фотографирование). После чего, обвиняемый ФИО13 повёл участников проверки показаний на месте к указанному месту. Затем, обвиняемый ФИО13 привёл участников проверки показаний на месте к месту, где, с его слов, в период времени примерно с 10 часов 46 минут по 10 часов 50 минут ДД.ММ.ГГГГ он с дикорастущего растения конопли оборвал листья, получив, таким образом, марихуану, которую сложил в полимерный пакет. (произведено фотографирование).После чего, участники проверки показаний на месте по просьбе обвиняемого ФИО13 прибыли на остановку общественного транспорта, расположенную рядом с домом № «А» &lt;адрес&gt;. Находясь в указанном месте, обвиняемый ФИО13 указал направление, в котором находится место, где примерно ДД.ММ.ГГГГ примерно в 12 часов 10 минут он нашёл дикорастущее растение конопли. После чего, обвиняемый ФИО13 повёл участников проверки показаний на месте к указанному месту. Затем, обвиняемый ФИО13 привёл участников проверки показаний на месте к месту, где, с его слов, примерно в 12 часов 20 минут ДД.ММ.ГГГГ он руками оборвал с дикорастущего растения конопля его части и сложил в газетный сверток. (произведено фотографирование). (том №, л.д. 227-237) протокол личного досмотра ФИО13 от ДД.ММ.ГГГГ, согласно которого у него во внутреннем кармане куртки, одетой на него, обнаружен полиэтиленовый пакет, внутри которого находился сверток, в котором находилась растительная масса зелено-коричневого цвета. /т.3 л.д. 226-230/ протокол осмотра предметов от ДД.ММ.ГГГГ, согласно которого был проведен осмотр почтового конверта белого цвета, опечатанный белой бумажной биркой с пояснительным текстом, подписью эксперта и оттиском круглой печати «№» ЭКЦ УМВД России по &lt;адрес&gt;. Осмотром установлено: объектом осмотра является фрагмент пластиковой бутылки (верхняя часть), в которую вставлена пластиковая трубка. Фрагмент пластиковой бутылки имеет горлышко, которое закрыто крышкой. Обрезанная часть фрагмента пластиковой бутылки закрыта пластиковым колпачком. /т.3 л.д. 243-244/ протокол осмотра предметов от ДД.ММ.ГГГГ, согласно которого был проведен осмотр прозрачного пакета из полимерного материала, горловина которого перемотана нитью, концы которой оклеены бумажной биркой с пояснительным текстом, подписью эксперта и оттиском круглой печати «№» ЭКЦ УМВД России по &lt;адрес&gt;. Осмотром установлено: объектом осмотра является бумажный сверток, в котором находится растительное вещество зеленого цвета /т.3 л.д.266-267/. В последующем бумажный сверток с растительным веществом зеленого цвета / т. 3 л.д. 268-269, 270-271/, фрагмент пластиковой бутылки (верхняя часть), в которую вставлена пластиковая трубка /т.3 л.д.245-246, 247-248/ признан и приобщен к уголовному делу в качестве вещественого доказательства. заключение эксперта №/з от ДД.ММ.ГГГГ, согласно которому представленное на экспертизу растительное вещество является наркотическим средством - каннабис (марихуана), массой в высушенном до постоянной массы состоянии 12,08 грамма. /т.3 л.д.262-263/ заключение эксперта №/з от ДД.ММ.ГГГГ, согласно которого на внутренней поверхности исследуемого фрагмента бутылки обнаружены следы наркотического вещества тетрагидроканнабинол. /т.3 л.д.220/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ФИО13 в его совершении и квалифицирует действия ФИО13 по данному эпизоду по ст. ч.1 УК РФ, как незаконные хранение без цели сбыта наркотических средств, в значительном размере с исключением из объема обвинения действий, связанных с незаконным приобретением наркотического средства - марихуана в связи с истечением срока давности привлечения к уголовной ответственности за данные действия. При этом суд, суд исходит из того, что подсудимый ФИО13, примерно ДД.ММ.ГГГГ, находясь примерно 80 метров к западу от &lt;адрес&gt;-а &lt;адрес&gt;, увидел один дикорастущий куст наркотикосодержащего растения конопли. После чего оборвал с куста конопли листься и верхушечные соцветия, тем самым приобрел наркотическое средство – марихуана, массой в высушенном до постоянной массы состоянии не менее 12,18 грамма, после чего незаконно хранил без цели сбыта наркотическое средство – каннанабис (марихуана), массой в высушенном до постоянной массы состоянии не менее 12,18 грамма, что образует значительный размер, до ДД.ММ.ГГГГ, то есть до момента изъятия его сотрудниками полиции в ходе личного досмотра. Подсудимый ФИО97 в момент совершения преступления действовал с прямым умыслом, то есть осознавал общественную опасность своих действий, предвидел возможность наступления последствий и желал их наступления.</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Эпизод незаконного приоретения и хранения без цели сбыта наркотических средств, в значительном размере. Примерно ДД.ММ.ГГГГ примерно в 10 часов 10 минут, ФИО13, являясь лицом, употребляющим наркотические средства группы каннабиноидов без назначения врача и достоверно зная о том, что растения конопля являются наркотикосодержащими, а их части являются наркотическим средством – марихуана, оборот которого запрещен на территории Российской Федерации, находясь на земельном участке на краю лесополосы, расположенной вдоль проезжей части &lt;адрес&gt;, на расстоянии примерно 150 метров к юго – западу от &lt;адрес&gt;а &lt;адрес&gt;, обнаружил произраставшее там дикорастущее наркотикосодержащее растение конопли, в связи, с чем у него возник преступный умысел, направленный на незаконные приобретение и хранение без цели сбыта наркотического средства – марихуана в значительном размере. После чего, примерно ДД.ММ.ГГГГ в период времени с 10 часов 46 минут по 10 часов 50 минут, ФИО13, имея преступный умысел, направленный на незаконные приобретение и хранение без цели сбыта наркотического средства – марихуана в значительном размере, достоверно зная о том, что оборот наркотического средства – марихуана запрещен на территории Российской Федерации, находясь на земельном участке на краю лесополосы, расположенной вдоль проезжей части &lt;адрес&gt;, на расстоянии примерно 150 метров к юго – западу от &lt;адрес&gt;а &lt;адрес&gt;, действуя умышленно и осознавая противоправный характер своих действий, руками оборвал с указанного дикорастущего наркотикосодержащего растения конопля его части и сложил в газетный сверток, совершив, таким образом, незаконное приобретение без цели сбыта наркотического средства – марихуана, массой в высушенном до постоянной массы состоянии не менее 14,5 грамма. После чего, примерно ДД.ММ.ГГГГ примерно в 10 часов 52 минуты, ФИО13, реализуя свой преступный умысел, направленный на незаконное хранение без цели сбыта незаконно приобретенного без цели сбыта наркотического средства – марихуана в значительном размере, положил газетный сверток с наркотическим средством – марихуана, общим массой в высушенном до постоянной массы состоянии не менее 14,5 грамма, в карман своих брюк. Затем, примерно 20.05. 2016 в период времени примерно с 10 часов 52 минут по 12 часов 00 минут ФИО13, реализуя умысел, направленный на незаконное хранение без цели сбыта наркотического средства – марихуана в значительном размере, незаконно храня без цели сбыта наркотическое средство - марихуана, общим массой в высушенном до постоянной массы состоянии не менее 14,5 грамма при себе в газетном свертке, в кармане надетых на него брюк, принес данное наркотическое средство к дому № по &lt;адрес&gt;. После этого, примерно ДД.ММ.ГГГГ около 12 часов 10 минут ФИО13, реализуя свой преступный умысел, направленный на незаконное хранение без цели сбыта наркотического средства – марихуана в значительном размере, находясь около &lt;адрес&gt;, спрятал газетный сверток с наркотическим средством – каннанабис (марихуана), массой в высушенном до постоянной массы состоянии не менее 14,5 грамма, под металлическую обшивку крыши хозяйственной постройки, расположенной во дворе &lt;адрес&gt;, напротив входа в подъезд № указанного дома, где стал незаконно хранить без цели сбыта с целью личного потребления. После чего, примерно ДД.ММ.ГГГГ около 11 часов 00 минут, ФИО13, реализуя свой преступный умысел, направленный на незаконное хранение без цели сбыта наркотического средства – марихуана в значительном размере, находясь около &lt;адрес&gt;, достал из-под металлической обшивки указанной выше хозяйственной постройки газетный сверток с наркотическим средством – каннанабис (марихуана), массой в высушенном до постоянной массы состоянии не менее 14,5 грамма, руками перетер и измельчил данное наркотическое средство, которое затем пересыпал в тот же газетный сверток и перенес его по месту своего проживания, по адресу: &lt;адрес&gt;, где стал незаконно хранить без цели сбыта. В период времени примерно с ДД.ММ.ГГГГ по ДД.ММ.ГГГГ ФИО13, реализуя свой преступный умысел, направленный на незаконное хранение без цели сбыта наркотического средства – марихуана, массой в высушенном до постоянной массы состоянии не менее 14,5 грамма незаконно хранил без цели сбыта в газетном свертке в различной одежде, принадлежащей ему, по месту своего проживания. Затем, ДД.ММ.ГГГГ примерно в 11 часов 15 минут, ФИО13, реализуя свой преступный умысел, направленный на незаконное хранение без цели сбыта наркотического средства – марихуана в значительном размере, находясь по адресу: &lt;адрес&gt;, взял газетный сверток с наркотическим средством – марихуана, массой в высушенном до постоянной массы состоянии 14,5 грамма, который затем положил в карман брюк, надетых на нем, где продолжил незаконно хранить без цели сбыта для личного потребления. ДД.ММ.ГГГГ, примерно в 11 часов 20 минут, около &lt;адрес&gt; ФИО13 был задержан сотрудниками ОУР Северного ОП УМВД России по городу Курску, а незаконно хранившееся им без цели сбыта наркотическое средство – марихуана, массой в высушенном до постоянной массы состоянии 14,5 грамма, находившееся в газетном свертке, в период времени с 12 часов 45 минут по 13 часов 10 минут ДД.ММ.ГГГГ было изъято из незаконного оборота из кармана его брюк в результате производства личного досмотра по адресу: &lt;адрес&gt;. Согласно справке об исследовании №/и от ДД.ММ.ГГГГ представленная на исследование растительная масса зелено-коричневого цвета является наркотическим средством – каннабис (марихуана), массой в высушенном до постоянной массы состоянии 14,5 грамма (на исследование израсходовано 0,2 грамма вещества растительного происхождения в высушенном до постоянной массы состоянии). Согласно заключению эксперта №/з от ДД.ММ.ГГГГ представленная на исследование растительная масса зелено-коричневого цвета является наркотическим средством – каннабис (марихуана), массой в высушенном до постоянной массы состоянии 14,3 грамма. (на исследование израсходовано 0,2 грамма марихуаны). Таким образом, ФИО13, примерно ДД.ММ.ГГГГ незаконно приобрел, после чего незаконно хранил без цели сбыта до 13 часов 10 минут ДД.ММ.ГГГГ наркотическое средство – марихуана, массой в высушенном до постоянной массы состоянии 14,5 грамма. В соответствии с Перечнем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N 681 (в редакции Постановлений Правительства РФ от ДД.ММ.ГГГГ N 51, от ДД.ММ.ГГГГ N 648, от ДД.ММ.ГГГГ N 421, от ДД.ММ.ГГГГ N 427, от ДД.ММ.ГГГГ N 507, от ДД.ММ.ГГГГ N 1042, от ДД.ММ.ГГГГ N 1186, от ДД.ММ.ГГГГ N 255, от ДД.ММ.ГГГГ N 398, от ДД.ММ.ГГГГ N &lt;***&gt;, от ДД.ММ.ГГГГ N 578, от ДД.ММ.ГГГГ N 882, от ДД.ММ.ГГГГ N 934, от ДД.ММ.ГГГГ N 990, от ДД.ММ.ГГГГ N 112, от ДД.ММ.ГГГГ N 158, от ДД.ММ.ГГГГ N 540, от ДД.ММ.ГГГГ N 547, от ДД.ММ.ГГГГ N 822, от ДД.ММ.ГГГГ N 1023, от ДД.ММ.ГГГГ N 144, от ДД.ММ.ГГГГ N 169, от ДД.ММ.ГГГГ N 359, от ДД.ММ.ГГГГ N 491, от ДД.ММ.ГГГГ N 882, от ДД.ММ.ГГГГ N 1003, от ДД.ММ.ГГГГ N 1178, от ДД.ММ.ГГГГ N 1215, от ДД.ММ.ГГГГ N 78, от ДД.ММ.ГГГГ N 157, от ДД.ММ.ГГГГ N 496, от ДД.ММ.ГГГГ N 580, от ДД.ММ.ГГГГ N 788, от ДД.ММ.ГГГГ N 998, от ДД.ММ.ГГГГ N 1159, от ДД.ММ.ГГГГ N 224, от ДД.ММ.ГГГГ N 498, от ДД.ММ.ГГГГ N 578, от ДД.ММ.ГГГГ N 1102, от ДД.ММ.ГГГГ N 1340, от ДД.ММ.ГГГГ N 174, от ДД.ММ.ГГГГ N 328, от ДД.ММ.ГГГГ N 448, от ДД.ММ.ГГГГ N 665, от ДД.ММ.ГГГГ N 1097, от ДД.ММ.ГГГГ N &lt;***&gt;)"Об утверждении перечня наркотических средств, психотропных веществ и их прекурсоров, подлежащих контролю в Российской Федерации": марихуана является наркотическим средством и входит в Список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ФИО9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и Примечанием 2 к ст. 228 УК РФ (в редакциях постановлений Правительства РФ от ДД.ММ.ГГГГ, от ДД.ММ.ГГГГ №, от ДД.ММ.ГГГГ №, от ДД.ММ.ГГГГ №, от ДД.ММ.ГГГГ №, от ДД.ММ.ГГГГ №, от ДД.ММ.ГГГГ №, от ДД.ММ.ГГГГ №, от ДД.ММ.ГГГГ №, от ДД.ММ.ГГГГ №, от 09.12.2014№, от 27.02.2015№, от ДД.ММ.ГГГГ N 448, от ДД.ММ.ГГГГ N 665, от ДД.ММ.ГГГГ N 1097, от ДД.ММ.ГГГГ N &lt;***&gt;), масса наркотического средства – марихуана в высушенном до постоянной массы состоянии 14,5 грамма, образует значительный размер. Подсудимый ФИО13 в судебном заседании вину в совершении преступления, предусмотренного ч.1 ст. 228 УК РФ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ФИО13 в качестве обвиняемого и подозреваемого (т.14 л.д.111-130, т.8 л.д.69-73, т.10 л.д.49-68, т. 8 л.д. 85-87, т.10 л.д.226-246) следует, что примерно ДД.ММ.ГГГГ, в утреннее время он находился в &lt;адрес&gt; по делам. Когда он шел через лесополосу, расположенную около автомобильной дороги в &lt;адрес&gt;, то, примерно в 10 часов 10 минут, среди различных кустов растений увидел один дикорастущий куст нарко-содержащего растения конопля. Он решил оборвать с конопли листья, чтобы получить таким образом марихуану для личного употребления. Он нашел на земле газету, чтобы туда сложить марихуану. После этого он с дикорастущей конопли оборвал листья, получив таким образом марихуану, которую сложил в газетный сверток. Марихуану он решил высушить, чтобы потом ее перетереть и измельчить для удобства употребления. Примерно в 12 часов 00 минут он приехал на попутках к своему дому. Газетный сверток с марихуаной он решил спрятать на крыше одной из хозяйственных построек, расположенных во дворе моего дома. Примерно в 12 часов 10 минут он на крыше одной из таких построек, под металлической обшивкой, спрятал сверток с марихуаной. Примерно ДД.ММ.ГГГГ, примерно в 11 часов 00 минут, он пришел к данному месту, взял газетный сверток и увидел, что марихуана высохла. После этого он, находясь там же, около гаража руками измельчил и перетер марихуану. В этот же день он там же в гаражах употребил немного марихуаны путем курения. Сверток с марихуаной он опять решил спрятать в том же месте, где прятал марихуану ранее, т.е. в своем шкафу в комнате. ДД.ММ.ГГГГ он, находясь дома, взял из шкафа сверток с марихуаной и переложил его в карман других брюк, которые надел на себя. Затем ДД.ММ.ГГГГ примерно в 11 часов 20 минут он вышел из подъезда № &lt;адрес&gt;. В это время к нему подошли молодые люди, которые представились сотрудниками полиции и предъявили свои служебные удостоверения. Затем ему пояснили, что у них имеется достоверная информация о том, что при нём находятся наркотические средства, и предложили ему проследовать в ФИО16 УМВД России по &lt;адрес&gt; для производства его личного досмотра. Он согласился добровольно проехать в ФИО16 УМВД России по &lt;адрес&gt;. Когда они приехали в ФИО16 УМВД России по &lt;адрес&gt;, то прошли в один из кабинетов, куда ФИО9 были приглашены двое мужчин – понятых. Перед началом его личного досмотра ему было предложено выдать предметы и вещества, запрещенные к гражданскому обороту, в том числе наркотики, боеприпасы и оружие, на что он пояснил, что у него ничего из перечисленного нет, хотя у него в кармане брюк находился бумажный сверток с наркотическим средством – марихуана. Он не сказал об этом сотруднику полиции, так как думал, что он не найдет данный сверток, так как карман был достаточно глубокий. После этого был произведен его личный досмотр, в ходе которого в кармане надетых на него брюк был обнаружен бумажный сверток с марихуаной. Данный сверток с марихуаной был упакован, опечатан и изъят. По факту проведения его личного досмотра был составлен протокол, с которым все участвующие лица ознакомились и расписались. Кроме признательных показаний подсудимого ФИО13, его вина в совершении незаконного приобретения и хранения без цели сбыта наркотических средств в значительном размере подтверждается показаниями свидетелей, а ФИО9 иными доказательствами по делу, исследованными в судебном заседании и приведенными ниже. Из оглашенных в порядке ст. ч.1 УПК РФ показаний свидетеля ФИО99 (т.8 л.д.34-37) следует, что он работает в должности оперуполномоченного Северного ОП УМВД России по &lt;адрес&gt;. ДД.ММ.ГГГГ в ФИО16 УМВД России по &lt;адрес&gt; поступила оперативная информация о том, что ДД.ММ.ГГГГ в районе &lt;адрес&gt;,9 по &lt;адрес&gt;, в дневное время будет гр-н ФИО13, у которого будут находиться наркотические вещества. Он совместно с оперуполномоченным ОУР Северного ОП УМВД России по &lt;адрес&gt; ФИО98 ДД.ММ.ГГГГ, примерно в 11 часов 00 минут выехали к дому № по &lt;адрес&gt;, после чего ими осуществлялось ОРМ «наблюдение» за территорией, прилегающей к дому. ДД.ММ.ГГГГ, примерно в 11 часов 20 минут, к дому № по &lt;адрес&gt; подошел молодой человек, который были ими опознан как ФИО13, который находился в сильном возбужденном состоянии и постоянно оглядывался по сторонам. Обладая достаточными данными, что при ФИО13 находится наркотическое средство, было принято решение о задержании ФИО13 Он совместно с ФИО98, подошли к ФИО13, пояснили ФИО13, что у них имеется информация о том, что при нем могут находиться наркотические средства и предложили проследовать в ФИО16 УМВД России по &lt;адрес&gt;. ФИО13 согласился добровольно пройти с ними в ФИО16 УМВД России по &lt;адрес&gt;. По приезду в отдел полиции они проследовали в служебный кабинет, а затем он вышел на улицу, где пригласил двух мужчин в качестве понятых – ФИО30 и ФИО31. Затем они втроем прошли в ФИО16 УМВД России по &lt;адрес&gt;. Он разъяснил понятым их права и обязанности, после чего, до начала проведения личного досмотра, предложил ФИО13 добровольно выдать запрещенные в гражданском обороте предметы и вещества, а именно оружие, боеприпасы, наркотики, на что ФИО13, ответил, что у него никаких предметов, запрещенных в гражданском обороте, в том числе и наркотиков, не имеется. После чего, ДД.ММ.ГГГГ, примерно в 12 часов 45 минут, он в присутствии понятых стал производить личный досмотр ФИО13 В ходе проведения личного досмотра ФИО13, у него в правом кармане надетых на нем штанов, был обнаружен бумажный сверток, в котором находилась растительная масса зелено-коричневого цвета. Он спросил у ФИО13, что это за растительная масса зелено-коричневого цвета, на что ФИО13 пояснил, что это наркотическое средство – марихуана, которую он хранил для собственного употребления. Данный бумажный сверток, в котором находилась растительная масса зелено-коричневого цвета, был изъят, упакован в полимерный пакет, снабжен биркой с печатью Северного ОП УМВД России по &lt;адрес&gt; и скреплен подписями участвующих лиц. Замечаний в ходе личного досмотра ФИО13, ни от кого не поступало. Из оглашенных в порядке ст. ч.1 УПК РФ показаний свидетеля ФИО30, следует, что ДД.ММ.ГГГГ, в дневное время, он находился в районе пр-та Победы &lt;адрес&gt;. Примерно в 12 часов 40 минут к нему обратился сотрудник полиции, который представился оперуполномоченным ОУР Северного ОП УМВД России по ш. Курску лейтенантом полиции ФИО99 и предложил ему поучаствовать в качестве понятого при личном досмотре гражданина, на что он ответил своим согласием. Далее сотрудником полиции был приглашен в качестве понятого второй молодой человек, как выяснилось позже, им являлся ФИО31. После чего, ДД.ММ.ГГГГ, примерно в 12 часов 45 минут, они втроем вошли в комнату для проведения процессуальных действий с доставленными лицами, где находился ранее ему незнакомый молодой человек. После чего, ДД.ММ.ГГГГ, примерно в 12 часов 45 минут, ФИО99 предложил данному молодому человеку представиться. Он представился ФИО13. ФИО99 разъяснил им права и обязанности понятых, после чего, до начала проведения личного досмотра, спросил у ФИО13, имеются ли у него при себе предметы и вещества, запрещенные в гражданском обороте, а именно оружие, боеприпасы, наркотики, и желает ли он добровольно и выдать их, на что ФИО13, ответил, что у него никаких предметов, запрещенных в гражданском обороте, в том числе и наркотиков, не имеется. После чего, ДД.ММ.ГГГГ, примерно в 12 часов 45 минут, ФИО99, в их присутствии начал досматривать ФИО13 В ходе личного досмотра ФИО13 сотрудник полиции в правом кармане надетых на нем штанов, обнаружил бумажный сверток с растительной массой зелено-коричневого цвета. ФИО99 спросил у ФИО13, что это такое, на что последний ответил, что это наркотическое средство – марихуана, которое он хранил для собственного употребления. Данный бумажный сверток с растительной массой зелено-коричневого цвета был изъят сотрудниками полиции и упакован в полимерный пакет, после чего снабжен биркой с подписями участвующих лиц. Затем ФИО99 был составлен протокол личного досмотра ФИО13, который был заверен подписями всех участвующих лиц. В ходе личного досмотра ФИО13 ни от кого замечаний не поступало. /т.8 л.д.50-52/ Данным показаниям аналогичны показания свидетеля ФИО31, который подробно изложил обстоятельства его участия ДД.ММ.ГГГГ в качестве понятого при проведении в личном досмотре ФИО13, которые были оглашены в судебном заседании в порядке ст. ч.1 УПК (т.8 л.д.82-84). О виновности ФИО13 по данному эпизоду свидетельствуют ФИО9 письменные материалы дела: рапорт об обнаружении признаков преступления (КУСП № от ДД.ММ.ГГГГ), согласно которого о/у ОУР Северного отдела полиции УМВД России по &lt;адрес&gt; лейтенантом полиции ФИО99 совместно с о/у ОУР Северного отдела полиции УМВД России по &lt;адрес&gt; лейтенантом полиции ФИО98 на основании поступившей информации от ДД.ММ.ГГГГ осуществлялось оперативно-розыскное мероприятие – «наблюдение» на &lt;адрес&gt;, с целью изобличения ФИО20 Ки. Е., ДД.ММ.ГГГГ г.р. в деятельности, связанной с незаконным оборотом наркотических средств. В результате проведения оперативно-розыскного мероприятия – «наблюдение» ДД.ММ.ГГГГ, примерно в 11 часов 20 минут около &lt;адрес&gt; был задержан ФИО13, в связи с подозрением его в деятельности, связанной с незаконным оборотом наркотических средств и поступившей оперативной информацией. В ходе проведения личного досмотра гр-на ФИО13, у него в кармане штанов, надетых на нем, был обнаружен бумажный сверток, в котором находилась растительная масса коричнево-зеленого цвета. /т. 8 л.д.5/ акты наблюдений от ДД.ММ.ГГГГ, согласно которым ДД.ММ.ГГГГ в ФИО16 УМВД России по &lt;адрес&gt; поступила оперативная информация о том, что ДД.ММ.ГГГГ около &lt;адрес&gt; будет находится гр-н ФИО13, ДД.ММ.ГГГГ года рождения, проживающий по адресу: &lt;адрес&gt;, у которого будет находится наркотическое вещество. С целью проверки поступившей информации сотрудниками Северного ОП УМВД России по &lt;адрес&gt; в период с 10 часов 30 минут ДД.ММ.ГГГГ по 11 часов 20 минут ДД.ММ.ГГГГ проводилось оперативно-розыскное мероприятие – «наблюдение» около &lt;адрес&gt;, в целях изобличения гр-на ФИО13 в деятельности, связанной с незаконным оборотом наркотических средств. Проведенным наблюдением установлено, что ДД.ММ.ГГГГ, примерно в 11 часов 20 минут к дому № по &lt;адрес&gt; подошел молодой человек, которым оказался ФИО11 Обладая достаточными данными, что у ФИО11 при себе будут находиться наркотические вещества, было принято решение о его задержании. Подойдя к дому № по &lt;адрес&gt;, ФИО13 был задержан сотрудниками полиции. Задержание происходило ДД.ММ.ГГГГ, примерно в 11 часов 20 минут. После чего, в Северном ОП УМВД России по &lt;адрес&gt;, был произведен личный досмотр гр-на ФИО13 В ходе личного досмотра у ФИО13 в кармане штанов был обнаружен бумажный сверток с растительной массой зелено-коричневого цвета. / т. 8 л.д. 8-9/ постановление о предоставлении результатов ОРД от ДД.ММ.ГГГГ, согласно которому в орган дознания Северного ОП УМВД России по &lt;адрес&gt; для использования в качестве повода и основания для возбуждения уголовного дела были предоставлены оперативно-служебные документы, отражающие результаты оперативно-розыскной деятельности, а именно: личный досмотр ФИО13, объяснение ФИО13, постановление о рассекречивании сведений, составляющих государственную тайну и их носителей от ДД.ММ.ГГГГ /т.8 л.д.10/ постановление о рассекречивании сведений, составляющих государственную тайну и их носителей от ДД.ММ.ГГГГ, согласно которому были рассекречены результаты оперативно-розыскной деятельности, проводимой в отношении ФИО13, 17.04.1989г.р. /т.8 л.д.11/ справка об исследовании №/и от ДД.ММ.ГГГГ, согласно которой представленная на исследование растительная масса зелено-коричневого цвета является наркотическим средством – каннабис (марихуана), массой в высушенном до постоянной массы состоянии 14,5 грамма (при этом на исследование было израсходовано 0,2 грамма марихуаны). /т.8 л.д.17/ протокол личного досмотра ФИО13 от ДД.ММ.ГГГГ, согласно которого у ФИО13 обнаружен бумажный сверток с растительной массой зеленого цвета. /т.8 л.д.12-15/ протокол выемки от ДД.ММ.ГГГГ, согласно которой у свидетеля ФИО99 был изъят бумажный сверток, в котором находилась растительная масса зелено-коричневого цвета, упакованная в полимерный пакет, опечатанный бумажной биркой с пояснительным текстом, подписью специалиста и оттском круглой печати «3» ЭКЦ УМВД России по &lt;адрес&gt; / т.8 л.д. 39-40/ протокол осмотра предметов от ДД.ММ.ГГГГ, согласно которому был осмотрен пакет-файл, оклеенный бумажной биркой с пояснительным текстом, подписью эксперта и оттиском круглом печати «ЭКЦ №» УМВД России по &lt;адрес&gt;. При вскрытии пакет-файла в нем обнаружен бумажный сверток, в котором имеется бумажный сверток в клеточку, в котором находится растительная масса зелено-коричневого цвета. После осмотра бумажный сверток, в котором находится бумажный сверток в клеточку с растительной массой зелено-коричневого цвета, был упакован в полимерный пакет с вакуумной застежкой, снабженной бумажной биркой, на которой имеется пояснительная надпись, подписи дознавателя и понятых, оттиск круглой печати «ФИО16 УМВД России по &lt;адрес&gt;». /т. 8 л.д. 55-59/ В последующем бумажный сверток, в котором находится бумажный сверток в клеточку с растительной массой зелено-коричневого цвета, упакованный в полимерный пакет с вакуумной застежкой, снабженный бумажной биркой, на которой имеется пояснительная надпись, подписи дознавателя и понятых, оттиск круглой печати «ФИО16 УМВД России по &lt;адрес&gt;». /т.8 л.д.60,62/ признан и приобщен к уголовному делу в качестве вещественного доказательства. протокол проверки показаний на месте обвиняемого ФИО13, согласно которого, находясь у проезжей части &lt;адрес&gt;, напротив &lt;адрес&gt;, обвиняемый ФИО13 указал направление, в котором находится место, где ДД.ММ.ГГГГ примерно в 10 часов 10 минут он нашёл дикорастущее растение конопли (произведено фотографирование). После чего, обвиняемый ФИО13 повёл участников проверки показаний на месте к указанному месту. Затем, обвиняемый ФИО13 привёл участников проверки показаний на месте к месту, где, с его слов, в период времени примерно с 10 часов 46 минут по 10 часов 50 минут ДД.ММ.ГГГГ он с дикорастущего растения конопли оборвал листья, получив, таким образом, марихуану, которую сложил в полимерный пакет. Данное место находится на краю лесополосы, расположенной вдоль проезжей части &lt;адрес&gt;, на расстоянии примерно 150 метров к юго-западу от &lt;адрес&gt;. (произведено фотографирование). После чего, участники проверки показаний на месте по просьбе обвиняемого ФИО13 прибыли на остановку общественного транспорта, расположенную рядом с домом № «А» &lt;адрес&gt;. Находясь в указанном месте, обвиняемый ФИО13 указал направление, в котором находится место, где примерно ДД.ММ.ГГГГ примерно в 12 часов 10 минут он нашёл дикорастущее растение конопли. После чего, обвиняемый ФИО13 повёл участников проверки показаний на месте к указанному месту. Затем, обвиняемый ФИО13 привёл участников проверки показаний на месте к месту, где, с его слов, примерно в 12 часов 20 минут ДД.ММ.ГГГГ он руками оборвал с дикорастущего растения конопля его части и сложил в газетный сверток. Данное место находится в зарослях кустарника, расположенных примерно на расстоянии 80 метров к западу от &lt;адрес&gt; «А» &lt;адрес&gt;. (произведено фотографирование). (том №, л.д. 227-237) заключение эксперта №/з от ДД.ММ.ГГГГ, согласно которому представленная на исследование растительная масса зелено-коричневого цвета является наркотическим средством – каннабис (марихуана), массой в высушенном до постоянной массы состоянии 14,3 грамма. /т.8 л.д.44-46/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ФИО13 в его совершении и квалифицирует действия ФИО13 по данному эпизоду по ст. ч.1 УК РФ, как незаконное приобретение, хранение без цели сбыта наркотических средств, в значительном размере. При этом суд, суд исходит из того, что подсудимый ФИО13, примерно ДД.ММ.ГГГГ, находясь на земельном участке на краю лесополосы, расположенной вдоль проезжей части &lt;адрес&gt;, на расстоянии примерно 150 метров к юго – западу от &lt;адрес&gt;а &lt;адрес&gt;, увидел один дикорастущий куст наркотикосодержащего растения конопли. После чего оборвал с куста конопли листься и верхушечные соцветия, тем самым совершив незаконное приобретение без цели сбыта наркотического средства – марихуана, массой в высушенном до постоянной массы состоянии не менее 14,5 грамма., после чего незаконно хранил без цели сбыта наркотическое средство – каннанабис (марихуана), массой в высушенном до постоянной массы состоянии не менее 14,5 грамма, что образует значительный размер, до ДД.ММ.ГГГГ, то есть до момента изъятия его сотрудниками полиции в ходе личного досмотра. Подсудимый ФИО97 в момент совершения преступления действовал с прямым умыслом, то есть осознавал общественную опасность своих действий, предвидел возможность наступления последствий и желал их наступления. 16.Эпизод открытого хищения имущества ФИО35 ДД.ММ.ГГГГ примерно в 19 часов 00 минут ФИО13, находясь около школы №, расположенной по адресу: &lt;адрес&gt;, увидел у ранее незнакомой несовершеннолетней ФИО32, ДД.ММ.ГГГГ года рождения, сумочку и, предполагая, что в ней может находиться ценное имущество, которое можно продать за денежные средства, из корыстных побуждений, умышленно, не работая, не имея постоянного и стабильного дохода, умышленно решил совершить открытое хищение чужого имущества-сумочки с находящимися в ней ценностями, принадлежащими ФИО32, которым впоследствии распорядиться по своему усмотрению. Реализуя свой преступный умысел, направленный на открытое хищение чужого имущества, ДД.ММ.ГГГГ примерно в 19 часов 10 минут ФИО13, находясь около школы №, расположенной по адресу: &lt;адрес&gt;, убедившись, что рядом нет лиц, которые могли бы воспрепятствовать его преступным деяниям, действуя согласно своего преступного умысла, направленного на совершение открытого, противоправного, безвозмездного изъятия и обращения чужого имущества в свою пользу, подошел к несовершеннолетней ФИО32, ДД.ММ.ГГГГ года рождения, и, осознавая, что его действия являются очевидными для несовершеннолетней ФИО32, а ФИО9 находящихся рядом с ней несовершеннолетних ФИО33, ДД.ММ.ГГГГ г.р., ФИО34, ДД.ММ.ГГГГ г.р., потребовал отдать ему сумочку, выкрикнув: «Быстро отдала мне сумку!», на что последняя отказалась добровольно передать сумку с находящимся в ней ценным имуществом и продолжала удерживать её при себе. После чего, ДД.ММ.ГГГГ примерно в 19 часов 10 минут, ФИО13, находясь около школы №, расположенной по адресу: &lt;адрес&gt;, продолжая реализовывать свой преступный умысел, направленный на открытое хищение чужого имущества и, осознавая общественно опасный характер своих действий, предвидя наступление общественно опасных последствий в виде причинения имущественного ущерба собственнику и желая этого, осознавая, что его действия являются очевидными для несовершеннолетней ФИО32, а ФИО9 находящихся рядом с ней несовершеннолетних ФИО33, ДД.ММ.ГГГГ года рождения, ФИО34, ДД.ММ.ГГГГ года рождения, приложив усилия, дважды дёрнул сумку, отчего порвалась ручка сумки, удерживаемой несовершеннолетней ФИО32, ДД.ММ.ГГГГ года рождения, и, не причинив насилия, вырвал из рук несовершеннолетней ФИО32, ДД.ММ.ГГГГ года рождения, сумочку стоимостью 423 рубля, с находящимися в ней: смартфоном «Jinga Basco L3» IMEI № стоимостью 3 733 рублей с защитной пленкой на экране стоимостью 300 рублей, с установленной в нем сим-картой оператора сотовой связи «Теле-2», на счету которой находились денежные средства в сумме 100 рублей, в комплекте с картой памяти объемом 8 Gb стоимостью &lt;***&gt;,50 рублей, чехлом кожаным стоимостью &lt;***&gt; рублей, проездным билетом на общественный транспорт стоимостью 100 рублей, кошельком стоимостью 169,20 рублей, денежными средства в размере 250 рублей, карточкой «Лукоморье», ключами, которые сами по себе не представляют никакой материальной ценности, принадлежащие ФИО35, а всего на общую сумму 5 817, 70 рублей, с которыми ФИО13 с места преступления скрылся, распорядившись в последствии похищенным по своему усмотрению. В результате преступных действий ФИО13 ФИО35 причинен ущерб на сумму 5 817, 70 руб. Подсудимый ФИО13 в судебном заседании вину в совершении преступления признал полностью, от дачи показаний отказался на основании ст. 51 Конституции РФ. Из оглашенных в судебном заседании в порядке ст. ч. 1 п. 3 УПК РФ показаний ФИО13 в качестве обвиняемого и подозреваемого (т. 14 л.д. 111-130, т.7 л.д.59-62, т.7 л.д.98-100, т. 10 л.д.49-68, т. 10 л.д.226-246) следует, что ДД.ММ.ГГГГ в дневное время, точное он не помнит, он находился на золотом пляже «Здоровье» &lt;адрес&gt;, где решил похитить какие- либо ценные вещи, которые впоследствии продать, а вырученные денежные средства потратить на продукты питания. Т.к. на пляже не было возможности совершить кражу, т.к. все вещи находились при собственниках, то там же в 15:30 ч он решил пойти в другое место, где похитить чужое имущество. Примерно в 16:20 ч он направился через дамбу на реке Сейм, прошел через теплый канал, направился во дворы домов, где хотел похитить имущество у граждан, которые будут находится во дворах домов. Он прошел через двор &lt;адрес&gt; и примерно в 19:00ч вышел к школе № по &lt;адрес&gt;, где во дворе школы он увидел трех маленьких несовершеннолетних девочек, играющих в карты на ступеньках школы, возраст их был от 11 до 13 лет не более. У одной из девочек он увидел сумочку черного цвета с золотистым ремешком, которая висела у нее через плечо. ФИО10 же предполагая, что в сумочке может быть какое- либо ценное имущество, он решил похитить у девочки сумочку, при этом он понимал, что его преступные действия, направленные на хищение имущества будут очевидны для окружающих лиц, т.к. будет совершать открытое хищение чужого имущество. Подойдя к ранее не знакомой девочки, у которой через плечо висела указанная сумочка, он ничего не говоря и не объясняя, схватил за ручку сумочки и рванул ее в свою сторону, но девочка схватила свою сумку и не отпускала. ФИО10 же он сказал « Быстро отдай сумку!» и приложив немного усилий еще раз дернул сумку в свою сторону, в результате чего ремешок сумки разорвался и сумка осталась у него в руки. После чего он быстро с похищенной сумкой, в которой находилось имущество, побежал в сторону теплого канала. По пути в сторону теплого канала, он открыл сумочку, в которой находились телефон «Jinga Basco L3» белого цвета в чехле из кожи в виде книжки, кошелек розового цвета, деньги 250р., и карточка «лукоморье». Т.к. кошелек, сумка и карточка «лукоморье» ему были не нужны, то их он выкинул где-то по дороге, а мобильный телефон оставил себе, потому что решил его продать, а вырученные денежные средства потратить на личные нужды. Похищенный телефон он продал за 2000 рублей. Данные денежные средства он и его брат Максим потратили на продукты питания. Виновность подсудимого ФИО13 в совершении преступления подтверждается показаниями потерпевшей, свидетелей, письменными материалами дела. Так, из оглашенных в порядке ст. ч.1 УПК РФ показаний несовершеннолетней потерпевшей ФИО32 (т.7 л.д.82-85, т.7 л.д. 171-175), следует, что ДД.ММ.ГГГГ примерно в 19:00 часов она со своими подружками сидела на порожках на заднем дворе школы №, по &lt;адрес&gt;ёгина, &lt;адрес&gt;. В процессе их разговора они увидели молодого человека, который выбежал из-за угла школы, он остановился и отдышался. Потом данный молодой человек посмотрел в их сторону и направился к ним. Подойдя к ним, он подошёл именно к ней, она думает потому, что у нее на плече была сумочка, а у ее подруг сумочек не было. Сумка у нее была чёрного цвета, с ромбиками, на цепочке. Подходя к ней данный молодой человек крикнул: «Быстро отдала мне сумку!», больше он ничего не говорил. Далее, данный молодой человек, схватился за цепочку ее сумочки, которая висела у нее на левом плече, и дёрнул, но она не стала отдавать сумочку, так как у нее в сумочке лежал ее телефон, ключи от квартиры, а так же розовый кошелёк с ремешком, в котором лежало 250 рублей. Далее, он схватил ещё раз за цепочку ее сумочки, и с ещё большей силой дёрнул её, цепочка на сумочке порвалась. Ее сумочка оказалась у него в руках. Данный молодой человек схватил ее сумочку и убежал в неизвестном направлении. У нее были похищены следующие предметы: - Сумочка черного цвета с рисунком в виде ромба, на ручке в виде металлической цепочки, приобретенная в начале 2016 года за 500рублей, мобильный телефон «Jinga Basco L3» сенсорный в корпусе белого цвета, приобретенный в декабре 2015 года за 6 190рублей, с защитной пленкой на экране по цене 300 рублей, в комплекте с картой памяти 8 гБ стоимостью приобретенная в 2016г за 300 рублей, чехол из кожзаменителя черного цвета в виде книжки, приобретенный в магазине «Евросеть» по цене 600 рублей, - проездной билет на общественный транспорт стоимостью 100 рублей, - карточка «Лукоморье», ключи, две сим-карты оператора сотовой связи ПАО «Т2 Мобайл» 8 951 079 68 31, второй номер она не помнит, которые сами по себе не представляют никакой материальной ценности, денежных средств на сим-картах были на общую сумму 100 рублей, кошелек розового цвета из кожзаменителя, приобретенный в мае 2016 года за 200рублей; денежные средства в размере 250р. Преступлением ей был причинен материальный ущерб на сумму 8 440 рублей. В ходе проведения предварительного следствия была проведена товароведческая экспертиза, с заключением которой она была ознакомлена. Согласно заключению товароведческой экспертизы № от ДД.ММ.ГГГГ стоимость сумки составила-423 руб., мобильный телефон «Jinga Basco L3» - 3 733руб., карты памяти -&lt;***&gt;,50руб., чехла для мобильного телефона- &lt;***&gt; руб., кошелька- 169, 20руб. Со стоимостью указанных предметов она не согласна, т.к. данные предметы находились в пользовании короткий промежуток времени, были в хорошем исправном состоянии и могли быть использованы по своему целевому назначению. Данным показаниям аналогичны показания потерпевшей ФИО35 (том №, л.д. 85-88), которые были оглашены в судебном заседании в порядке ст. ч.1 УПК РФ. Потерпевшая ФИО35 указала, что у ее несовершеннолетней дочери ФИО32 был открыто похищено имущество, которым пользовалась дочь, на сумму 8 440 рублей. Из оглашенных в порядке ст. ч.1 УПК РФ показаний несовершеннолетнего свидетеля ФИО33, следует, что ДД.ММ.ГГГГ примерно в 19 часов 00 минут она совместно со своими подругами ФИО32 и ФИО34 находились на ступеньках школы № по адресу: &lt;адрес&gt;. У ФИО32 при себе имелась сумочка- клатч с находящимися в ней: мобильным телефоном «Jinga Basco L3» в чехле, проездной билет на общественный транспорт, карточкой «Лукоморье», ключи, кошелек, сколько там было денежных средств она не знает. Данные предметы и документы она видела у ФИО32, когда она открывала сумочку и пользовалась телефоном. В это время из кустов вышел молодой парень. Данный парень быстрыми шагами направился в их сторону и, подойдя к ним, и обращаясь к ФИО32 стал требовать у нее, чтобы она отдала ему сумочку, которая висела в тот момент у нее на плече, при этом не высказывая никаких угроз жизни и здоровью, на что ФИО32 отказалась добровольно отдать сумку с находящимся в ней имуществом и продолжала удерживать ее при себе. ФИО10 же, данный молодой парень ближе подошел к ФИО32 и, схватив сумку Насти, с силой потянул в свою сторону, но Настя ФИО9 не хотела отдавать сумку и на ремешок тянула на себя, однако парень резко дернул сумку на себя, в результате чего ремешок разорвался и сумка оказалась в руках парня. С находящейся в руках сумкой молодой парень сразу же побежал через двор школы во дворы домов 43, 45 по &lt;адрес&gt;. В след ему ФИО32 начала громко кричать и просить о помощи. /т.7 л.д.182-184/ Из оглашенных в порядке ст. ч.1 УПК РФ показаний свидетеля ФИО90 следует, что он иногда занимается скупкой мобильных телефонов, бытовой техники бывших в потреблении. Его рабочее место находиться на Центральном рынке &lt;адрес&gt;, но и иногда знакомые могут принести технику и телефоны по месту его фактического проживания. Примерно в начале июля 2016 года в вечернее время, точную дату и время он указать не может, к нему приехал ФИО11, который передал ему для осмотра мобильный телефон «Jinga» точную модель он не помнит, имей номер он не знает, в корпусе белого цвета в черном чехле в виде книжки. Осмотрев данный телефон: его внешний вид был в отличном состоянии, данный телефон он решил приобрести. Он передал лично ФИО11 денежные средства в сумме 2000 рублей и забрал с собой указанный мобильный телефон. Впоследствии данный телефон был продан неизвестному лицу на Центральном рынке &lt;адрес&gt;. Вырученные денежные средства потрачены на продукты питания. О том, что телефон ворованный он узнал от следователя. Если бы он знал, что телефон добыт преступным путем, то никогда бы его не купил. / т.10 л.д.13-17/ О виновности подсудимого ФИО13 свидетельствуют ФИО9 письменные материалы дела: заявление ФИО35 от ДД.ММ.ГГГГ (КУСП № от ДД.ММ.ГГГГ), в котором она просит привлечь к уголовной ответственности неизвестного молодого человека, который ДД.ММ.ГГГГ примерно в 18 часов 50 минут, открыто без применения насилия, похитил у ее несовершеннолетней дочери ФИО32, ДД.ММ.ГГГГ г.р., сумку с находившемся в ней мобильным телефоном – смартфоном Jingo Basco L3 и денежными средствами в размере 250 р., в момент, когда дочь находилась по адресу: &lt;адрес&gt; /т.7, л.д.7/ протокол осмотра места происшествия от ДД.ММ.ГГГГ, согласно которому был произведен осмотр места происшествия – участка местности, расположенного во внутреннем дворе МОУ № &lt;адрес&gt;, расположенного по адресу: &lt;адрес&gt;, в результате которого был изъят кассовый чек на покупку смартфона Jingo Basco L3. /т.7, л.д.8-12/ протокол явки с повинной ФИО13 от ДД.ММ.ГГГГ, согласно которой он показал, что ДД.ММ.ГГГГ, в вечернее время, он открыто похитил умку у несовершеннолетней девочки. Отбежав достаточно, он скрылся из поля зрения общественности, на бегу открыл сумку и обнаружил мобильный телефон. После этого, он положил телефон в карман штанов, он избавился от сумки, выкинув ее в кусты. Потом пройдя через гаражи, он вышел на остановку «Черняховского», где встретил брата ФИО11 и предложил ему продать данный телефон, не поясняя ему обстоятельства. Они поехали на «ФИО14», где Максим помог продать телефон за две тысячи рублей, которые лично потратил на собственные нужды. Явка с повинной написана собственноручно без психического или физического насилия со стороны сотрудников правоохранительных органов. /т.7 л.д.47-48/ протокол осмотра документов, согласно которому был осмотрен кассовый чек на приобретение смартфона Jingo Basco L3 IMEI № / т.11 л.д. 158-163/ В последующем кассовый чек на приобретение смартфона Jingo Basco L3 IMEI № / т. 7 л.д. 10, т.11 л.д. 164-165/» признан и приобщен в качестве вещественных доказательств. заключение эксперта № от ДД.ММ.ГГГГ, согласно которому рыночная стоимость бывших в эксплуатации товаров с учетом износа по состоянию на ДД.ММ.ГГГГ составляет: сумки черного цвета с рисунком в виде ромба – 423 (четыреста двадцать три) руб. 00 коп.; мобильного телефона «Jingo Basco L3» в корпусе белого цвета – 3733 (три тысячи семьсот тридцать три) руб. 00 коп; карты памяти для мобильного телефона – &lt;***&gt; (двести пятьдесят шесть) руб. 50 коп.; чехла-книжки для мобильного телефона «Jingo Basco L3» из кожзаменителя черного цвета – &lt;***&gt; (четыреста восемьдесят шесть) руб. 00 коп.; кошелька розового цвета из кожзаменителя – 169 (сто шестьдесят девять) руб. 20 коп. /т.7 л.д.160-163/ Суд признает достоверными исследованные доказательства, поскольку они добыты с соблюдением требований уголовно-процессуального закона, что было проверено в ходе судебного разбирательства, и являются допустимыми.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доказанными как событие преступления, так и виновность ФИО13 в его совершении и квалифицирует действия ФИО13 по данному эпизоду по ст. ч.1 УК РФ как грабеж, то есть открытое хищение чужого имущества. В судебном заседании установлено, что ФИО13 реализуя свой преступный умысел, направленный на открытое хищение чужого имущества, убедившись, что рядом нет лиц, которые могли бы воспрепятствовать его преступным деяниям, действуя согласно своего преступного умысла, направленного на совершение открытого, противоправного, безвозмездного изъятия и обращения чужого имущества в свою пользу, осознавая, что его действия являются очевидными для несовершеннолетней ФИО32, а ФИО9 находящихся рядом с ней &lt;адрес&gt; ФИО33, ДД.ММ.ГГГГ года рождения, ФИО34, ДД.ММ.ГГГГ года рождения, приложив усилия, дважды дёрнул сумку, находившейся при потерпевшей, отчего порвалась ручка сумки, удерживаемой несовершеннолетней ФИО32, и, не причинив насилия, вырвал из рук несовершеннолетней ФИО32, сумочку стоимостью 423 рубля, с находящимися в ней: смартфоном «Jinga Basco L3» IMEI № стоимостью 3 733 рублей с защитной пленкой на экране стоимостью 300 рублей, с установленной в нем сим-картой оператора сотовой связи «Теле-2», на счету которой находились денежные средства в сумме 100 рублей, в комплекте с картой памяти объемом 8 Gb стоимостью &lt;***&gt;,50 рублей, чехлом кожаным стоимостью &lt;***&gt; рублей, проездным билетом на общественный транспорт стоимостью 100 рублей, кошельком стоимостью 169,20 рублей, денежными средства в размере 250 рублей, карточкой «Лукоморье», ключами, которые сами по себе не представляют никакой материальной ценности, принадлежащие ФИО35, а всего на общую сумму 5 817, 70 рублей, с которыми ФИО13 с места преступления скрылся, распорядившись в последствии похищенным по своему усмотрению. В результате преступных действий ФИО13 ФИО35 причинен ущерб на сумму 5 817, 70 руб. При определении вида и размера наказания суд в соответствии со ст.ст. , , 60 УК РФ учитывает характер и степень общественной опасности содеянного подсудимыми, личность виновных, их род занятий, обстоятельства, смягчающие и отягчающие наказание, влияние назначенного наказания на исправление подсудимых и условия их жизни и их семей, по эпизодам преступлений, совершенных в соучастии - характер и степень фактического участия подсудимых в его совершении, значение этого участия для достижения цели преступления, его влияние на характер и размер причиненного вреда. Обстоятельствами, смягчающими наказание подсудимому ФИО11 в соответствии с п. «и» ч.1 ст. 61 УК РФ по всем эпизодам совершенных преступлений за исключением эпизодов незаконного хранения наркотических средств без цели сбыта в значительном размере и содержания притона, суд признает явки с повинной, так же по всем эпизодам совершенных преступлений суд признает активное способствование раскрытию и расследованию преступлений, наличие малолетнего ребенка, состояние здоровья подсудимого ФИО11, имеющего ряд хронических заболеваний, добровольное возмещение имущественного ущерба по эпизоду в отношении потерпевшей ФИО80 Кроме того, суд принимает во внимание и данные о личности ФИО11, который по месту жительства, по месту содержания под стражей характеризуется удовлетворительно (т. 11 л.д.76, т. 11 л.д.80, т. 11 л.д.83), согласно справки ОБУ «Областная наркологическая больница» ФИО11 состоит на учете с ДД.ММ.ГГГГ, диагноз «Синдром зависимости от психостимуляторов» (т. 11 л.д.67), согласно заключения специальной медицинской комиссии по проведению наркологических экспертиз № от ДД.ММ.ГГГГ, ФИО11 страдает наркоманией (синдром зависимости от психостимуляторов), нуждается в прохождении курса лечения от наркомании, которое ему не противопоказано. ( т.2 л.д.192) Кроме того, при назначении наказания суд принимает во внимание выводы заключения экспертов, участвующих в проведении первичной амбулаторной судебно-психиатрической экспертизы № от ДД.ММ.ГГГГ, согласно которому на периоды совершения инкриминируемых ему деяний ФИО11 хроническим психическим расстройством, временным психическим расстройством, слабоумием не страдал, у него обнаруживалось &lt;данные изъяты&gt; что не лишало его способности в настоящее время осознавать фактический характер и общественную опасность своих действий и руководить ими. / т.9 л.д.41-50/. В соответствии с п. «а» ч. 1 ст. 63 УК РФ , обстоятельством, отягчающим наказание ФИО11 по эпизоду преступления, предусмотренного ст. ч.2 УК РФ является опасный рецидив преступлений, а по остальным эпизодам совершеных преступлений - рецидив преступлений. Обстоятельствами, смягчающими наказание подсудимого ФИО13 суд в соответствии с п. «и» ч.1 ст. 61 УК РФ по всем эпизодам совершенных преступлений за исключением эпизодов незаконного приобретения и хранения наркотических средств без цели сбыта в значительном размере и содержания притона, суд признает явки с повинной, так же по всем эпизодам совершенных преступлений суд признает активное способствование раскрытию и расследованию преступлений, состояние здоровья подсудимого ФИО13, имеющего ряд хронических заболеваний. Кроме того, суд принимает во внимание и данные о личности ФИО13, который по месту жительства, по месту содержания под стражй характеризуется удовлетворительно (т. 10 л.д.184, т. 10 л.д.187), согласно справки ОБУЗ «Курская наркологическая больница» ФИО13 состоит на учете с ДД.ММ.ГГГГ с диагнозом «синдром зависимости от опиатов, осложненный употреблением психостимуляторов» / т. 10 л.д. 171/, согласно заключения специальной медицинской комиссии по проведению наркологических экспертиз № от ДД.ММ.ГГГГ, ФИО13 страдает наркоманией (синдром зависимости от опиатов), осложненной употреблением психостимуляторов, каннабиоидов и барбитуратов, нуждается в прохождении курса лечения от наркомании, которое ему не противопоказано /т.2 л.д.221/. Кроме того, при назначении наказания суд принимает во внимание выводы заключения экспертов, участвующих в проведении первичной амбулаторной судебно-психиатрической экспертизы № от ДД.ММ.ГГГГ, согласно которому на периоды совершения инкриминируемых ему деяний ФИО13 каким- либо психическим расстройством, лишавшим его способности осознавать в те периоды фактический характер и общественную опасность своих действий и руководить ими, не страдал. В настоящее время ФИО13 обнаруживает иное &lt;данные изъяты&gt; По своему психическому состоянию здоровья ФИО13 может принимать участие в следственных действиях и в судебном заседании. / т. 9 л.д.79-88/ В соответствии с п. «а» ч. 1 ст. 63 УК РФ , обстоятельством, отягчающим наказание ФИО13 по эпизоду преступления, предусмотренного ст. ч.2 УК РФ является опасный рецидив преступлений, а остальным эпизодам совершеных преступлений - рецидив преступлений. С учетом фактических обстоятельств и степени общественной опасности совершенных преступлений, суд не находит оснований для снижения их категории в соответствии с ч.6 ст. 15 УК РФ . Таким образом, принимая во внимание характер и конкретные фактические обстоятельства совершенных преступлений, степень их общественной опасности, данные о личности подсудимых, суд считает, что исправление и перевоспитание подсудимых ФИО11 и ФИО13 невозможно без изоляции от общества, наказание им следует назначить в виде реального лишения свободы без применения ст.ст. , ч.3, 73 УК РФ. При этом, суд с учетом обстоятельств совершения преступлений, личности подсудимых ФИО11 и ФИО13, наличия смягчающих обстоятельств считает возможным не назначать подсудимым дополнительное наказание, предусмотренное санкцией ст. ч.2 УК РФ, ст. ч.2 УК РФ в виде ограничения свободы. При этом суд считает, что именно такое наказание в наибольшей мере будет отвечать целям и задачам уголовного наказания – восстановления социальной справедливости, исправлению осужденных и предупреждения совершения ими новых преступлений. Окончательное наказание подсудимым ФИО11 и ФИО13 подлежит назначению по правилам ч.3 ст. 69 УК РФ по совокупности преступлений путем частичного сложения назначенных наказаний. При этом, с учетом данных, характеризующих личность подсудимых, суд применяет принцип частичного, а неполного сложения назначенных наказаний. В силу п. «в» ч.1 ст. 58 УК РФ отбывать наказание ФИО11 и ФИО13 должны в исправительной колонии строгого режима. Поскольку ФИО11 и ФИО13 осуждается к реальному лишению свободы, суд в соответствии с ч.1 ст. 110 УПК РФ полагает необходимым избранную в отношении подсудимых меру пресечения в виде заключения под стражу оставить прежней до вступления приговора в законную силу. На основании ч.3 ст. 72 УК РФ время содержания подсудимых ФИО11 и ФИО13 под стражей до вынесения приговора, а ФИО9 время их задержания подлежат зачету в счет фактически отбытого им наказания. При рассмотрении вопроса о гражданском иске потерпевших ФИО22, ФИО27, ФИО35, ФИО3, ФИО1 суд, руководствуясь ст.ст. 1064 , 1080 ГК РФ , считает, что с подсудимого ФИО11. в пользу потерпевших ФИО3, ФИО22, а так же с подсудимого ФИО13 в пользу потерпевших ФИО27, ФИО35, с подсудимых ФИО11 и ФИО13 в пользу потерпевшего ФИО1, необходимо в каждом случае взыскать в счет возмещения ущерба, причиненного преступлением, стоимость похищеннного имущества, установленную в судебном заседании. Судьба вещественных доказательств подлежит разрешению по правилам ч.3 ст. 81 УПК РФ . На основании изложенного и руководствуясь ст.ст. , , 309 УПК РФ , суд П Р И Г О В О Р И Л: Признать ФИО11 виновным в совершении преступлений, предусмотренных: ст. ч.1 УК РФ (по эпизоду в отношении потерпевшей ФИО2) и назначить ему наказание в виде 10 месяцев лишения свободы; Освободить ФИО11 от наказания, назначенного по ст. ч.1 УК РФ, в связи с истечением сроков давности уголовного преследования на основании п.3 ч.1 ст. 24 УПК РФ . ст. ч. 1 УК РФ (по эпизоду в отношении потерпевшего ФИО4) и назначить ему наказание в виде 10 месяцев лишения свободы; Освободить ФИО11 от наказания, назначенного по ст. ч.1 УК РФ, в связи с истечением сроков давности уголовного преследования на основании п.3 ч.1 ст. 24 УПК РФ . ст. ч.1 УК РФ и назначить ему наказание в виде 1 года лишения свободы; ст. ч. 2 п. «б» УК РФ (по эпизоду в отношении потерпевшей ФИО7) и назначить ему наказание в виде 1 года 8 месяцев лишения свободы; ст. ч. 2 УК РФ и назначить ему наказание в виде 2 лет 6 месяцев лишения свободы; ст. ч. 1 УК РФ (по эпизоду в отношении потерпевшей ФИО80) и назначить ему наказание в виде 10 месяцев лишения свободы; ст.158 ч. 2 п. «а,б» УК РФ (по эпизоду в отношении потерпевшего ФИО1) и назначить ему наказание в виде 1 года 8 месяцев лишения свободы; ст. ч. 1 УК РФ (по эпизоду в отношении потерпевшей ФИО2) и назначить ему наказание в виде 10 месяцев лишения свободы; ст. ч. 1 УК РФ (по эпизоду в отношении потерпевшей ФИО3) и назначить ему наказание в виде 10 месяцев лишения свободы; ст. ч. 1 УК РФ (по эпизоду в отношении потерпевшего ФИО22) и назначить ему наказание в виде 10 месяцев лишения свободы; ст. ч. 1 УК РФ (по эпизоду в отношении потерпевшей ФИО24) и назначить ему наказание в виде 1 года 6 месяцев лишения свободы; На основании ч.3 ст. 69 УК РФ по совокупности преступлений путем частичного сложения назначенных наказаний окончательно назначить ФИО11 наказание в виде 3 лет 6 месяцев лишения свободы с отбыванием наказания в исправительной колонии строгого режима, исчисляя срок наказания с ДД.ММ.ГГГГ. Зачесть ФИО11 в срок отбытого наказания время его задержания с ДД.ММ.ГГГГ по ДД.ММ.ГГГГ, а ФИО9 время содержания под стражей с ДД.ММ.ГГГГ по ДД.ММ.ГГГГ. Признать ФИО13 виновным в совершении преступлений, предусмотренных: ст. ч.2 п. «в» УК РФ (по эпизоду в отношении потерпевшего ФИО25) и назначить ему наказание в виде 1 года 8 месяцев лишения свободы; ст. ч.2 п. «в» УК РФ (по эпизоду в отношении потерпевшей ФИО27) и назначить ему наказание в виде 1 года 8 месяцев лишения свободы; ст. ч.1 УК РФ и назначить ему наказание в виде 1 года лишения свободы; ст. ч. 2 УК РФ и назначить ему наказание в виде 2 лет 6 месяцев лишения свободы; ст. ч.1 УК РФ и назначить ему наказание в виде 1 года лишения свободы; ст.158 ч. 2 п. «а,б» УК РФ (по эпизоду в отношении потерпевшего ФИО1) и назначить ему наказание в виде 1 года 8 месяцев лишения свободы; ст. ч. 1 УК РФ (по эпизоду в отношении потерпевшей ФИО35) и назначить ему наказание в виде 1 года 6 месяцев лишения свободы На основании ч.3 ст. 69 УК РФ по совокупности преступлений путем частичного сложения назначенных наказаний окончательно назначить ФИО13 наказание в виде 3 лет лишения свободы с отбыванием наказания в исправительной колонии строгого режима, исчисляя срок наказания с ДД.ММ.ГГГГ. Зачесть ФИО13 в срок отбытого наказания время его задержания с ДД.ММ.ГГГГ по ДД.ММ.ГГГГ, а ФИО9 время содержания под стражей с ДД.ММ.ГГГГ по ДД.ММ.ГГГГ. Меру пресечения ФИО11 до вступления приговора в законную силу оставить прежней – содержание под стражей в ФКУ СИЗО-1 УФСИН России по &lt;адрес&gt;. Меру пресечения ФИО13 до вступления приговора в законную силу оставить прежней – содержание под стражей в ФКУ СИЗО-1 УФСИН России по &lt;адрес&gt;. Взыскать с ФИО11 в доход федерального бюджета процессуальные издержки в сумме 22 760 (двадцать две тысячи семьсот шестьдесят) рублей 00 копеек. Взыскать с ФИО13 в доход федерального бюджета процессуальные издержки в сумме 23 740 (двадцать три тысячи семьсот сорок) рублей 00 копеек. Вещественные доказательства по делу: руководство по эксплуатации, кассовый чек на приобретенный велосипед «Forward Titan 2.0», гарантийный талон и кассовый чек от ДД.ММ.ГГГГ на радар «SUPRA DRS -60ST», стоимостью 2990 рублей; инструкция по эксплуатации GPS-навигатора «Explay PN – 955», гарантийный талон и руководство по эксплуатации на автомобильный видеорегистратор «TEXET DVR – 115HD» - хранить в уголовном деле на протяжении всего срока хранения; газетный сверток, в котором находится растительное вещество зелено-коричневого цвета, упакованный в полимерный пакет, затем в пакет с вакуумной застежкой, снабжен бумажной биркой, на которой имеется пояснительная надпись, подписи дознавателя и понятых, оттиск круглой печати Северного ОП УМВД России по г. Курску – уничтожить; кассовый чек от ДД.ММ.ГГГГ на приобретенный товар на общую сумму 1508 рулей 00 копеек в магазине «Магнит-косметик», товарные накладные, подтверждающие факт поставки товара в магазин Магнит «Брадис» АО «Тандер» - хранить в уголовном деле на протяжении всего срока хранения; СD-диск, имеющий маркировку «СD-R», серийный номер № рукописные надписи «2/1-940 15.02.16» и рукописные надписи «10-16», выполненные маркером красного цвета, на котором находится видеозапись, осуществляемая ДД.ММ.ГГГГ при проведении оперативно-розыскного мероприятия - «наблюдение»; СD-диск, имеющий маркировку «СD-R», серийный номер LH6110TF11180388DO, рукописные надписи «2/1-940 15.02.16», выполненные маркером черного цвета, и рукописные надписи «11-16», выполненные маркером красного цвета, на котором находится видеозапись, осуществляемая ДД.ММ.ГГГГ при проведении оперативно-розыскного мероприятия - «наблюдение» /т.3 л.д.57-60/, CD-диск, содержащий детализацию входящих и исходящих телефонных соединений абонента №, зарегистрированного на ФИО36, ДД.ММ.ГГГГ года рождения, полученную в ООО «Т2 Мобайл» за период с ДД.ММ.ГГГГ по 10.02.2016г. – хранить в уголовном деле на протяжении всего срока хранения; полимерную бутылку зеленого цвета, на которой имеется этикетка с печатной надписью «Растворитель 646»; полимерный шприц однократного применения, градуированный до 10 мл, имеющий на канюле иглу в полимерном защитном колпачке; полимерный шприц однократного применения, градуированный до 20 мл, имеющий на канюле иглу в полимерном защитном колпачке – уничтожить; детализация входящих и исходящих телефонных соединений абонента №, зарегистрированного на ФИО37, ДД.ММ.ГГГГ года рождения, полученную в ПАО «ВымпелКом» за период с ДД.ММ.ГГГГ по ДД.ММ.ГГГГ, которая выполнена на стандартных листах формата А4 на 45 (сорока пяти) страницах – хранить в уголовном деле на протяжении всего сорока хранения; короб из-под мобильного телефона «Prestigio Grace X 3» IMEI: №, №, мобильный телефон «Prestigio Grace X 3» IMEI: №, № - считать возвращенными по принадлежности потерпевшей ФИО80; товарно-денежного отчета за период времени с 06.06.2016г. по 11.06.2016г., счет-фактуры № от ДД.ММ.ГГГГ, товарной накладной № АL 000040380 от ДД.ММ.ГГГГ, товарной накладной № от ДД.ММ.ГГГГ, счет-фактуры № о ДД.ММ.ГГГГ, товарной накладной № № от ДД.ММ.ГГГГ, счет-фактуры № от ДД.ММ.ГГГГ, товарной накладной № от ДД.ММ.ГГГГ, расходной накладной № № от ДД.ММ.ГГГГ, расходной накладной № от ДД.ММ.ГГГГ, расходной накладной № от ДД.ММ.ГГГГ., диск CD –R «Verbatim» белого цвета, на котором имеется видеозапись от ДД.ММ.ГГГГ камер видеонаблюдения подъезда № &lt;адрес&gt; по п-ту ФИО14 &lt;адрес&gt;, кассовый чек от ДД.ММ.ГГГГ на смартфон «Microsoft Lumia 535 Dual Sim» на сумму 7090 рублей, кассовый и товарный чек на мобильный телефон «Prestigio PAP 7500 MultiPhone 32gb» IMEI: №, кассовый чек на приобретение смартфона Jingo Basco L3 IMEI №, копию товарно денежного отчёта ИП ФИО1 за период с ДД.ММ.ГГГГ по ДД.ММ.ГГГГ.; копию расходной накладной № от ДД.ММ.ГГГГ ИП ФИО1; копию расходной накладной № от ДД.ММ.ГГГГ ИП ФИО1; копию расходной накладной № от ДД.ММ.ГГГГ ИП ФИО1; копию расходной накладной № от ДД.ММ.ГГГГ ИП ФИО1; копию расходной накладной № от ДД.ММ.ГГГГ ИП ФИО1; копию расходной накладной № от ДД.ММ.ГГГГ ИП ФИО1; копию «возврат от покупателя» № от ДД.ММ.ГГГГ ИП ФИО1; копию приходного кассового ордера № от ДД.ММ.ГГГГ ИП ФИО1; копию приходного кассового ордера № от ДД.ММ.ГГГГ ИП ФИО1; копию приходного кассового ордера № от ДД.ММ.ГГГГ ИП ФИО1; копию приходного кассового ордера № от ДД.ММ.ГГГГ ИП ФИО1; инвентаризацию от ДД.ММ.ГГГГ ИП ФИО1; копию налоговой декларации ИП ФИО1 за 2015 г.; справку ИП ФИО62 от ДД.ММ.ГГГГ о доходе ФИО2; копию договора аренды № от ДД.ММ.ГГГГ между ИП ФИО87 и ИП ФИО1 с приложением № и 2, а ФИО9 актом приёма – передачи торговых павильонов от ДД.ММ.ГГГГ; копию проекта отделки фасадов и рекламного оформления торгового киоска с остановкой городского транспорта по &lt;адрес&gt; (ост. пос. «Заря») в &lt;адрес&gt; - хранить в уголовном деле на протяжении всего сорока хранения; коробку от мобильного телефона Apple iPhone 4S 8 GB» IMEI №, коробок от похищенного мобильного телефона «NOKIA X2 Dual SIM RM-1013», бумажный сверток с растительным веществом зеленого цвета, фрагмент пластиковой бутылки (верхняя часть), в которую вставлена пластиковая трубка – уничтожить; Взыскать с ФИО11 в пользу ФИО3 ущерб, причиненный преступлением, в размере 6 004 рубля 67 коп. Взыскать с ФИО11 в пользу ФИО22 ущерб, причиненный преступлением, в размере 4396 рублей 72 коп. Взыскать с ФИО13 в пользу ФИО27 ущерб, причиненный преступлением, в размере 8780 рублей 80 коп. Взыскать с ФИО13 в пользу ФИО35 ущерб, причиненный преступлением, в размере 5817 рублей 70 коп. Взыскать с ФИО11 и ФИО13 в солидарном порядке в пользу ФИО1 ущерб, причиненный преступлением, в размере 56 598 рублей 78 коп. Приговор может быть обжалован в апелляционном порядке в Курский областной суд через Ленинский районный суд г. Курска в течение 10 суток со дня его провозглашения, а осужденными ФИО11, ФИО13 – в тот же срок, но со дня получения им копии приговора. Председательствующий: (подпись) Копия верна Судья О.В. Петрова Секретарь О.С. Лысова Справка: приговор Ленинского районного суда г. Курска от 22.09.2017 г. обжалован не был и вступил в законную силу 31.10.2017 года. Судья О.В. Петрова Секретарь О.С. Лысова Суд: Ленинский районный суд г. Курска (Курская область) (подробнее) Судьи дела: Петрова Ольга Владимировна (судья) (подробнее) Последние документы по делу: Приговор от 6 декабря 2017 г. по делу № 1-253/2017 Приговор от 21 сентября 2017 г. по делу № 1-253/2017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