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иМирзабекова ЗумрудинаЗакуевича, обвиняемых в совершении преступления, предусмотренного ч.1 ст. 264 УК РФ , на основании ст. 25 УПК РФ в связи с примирением с сторон. 2.Меру пресечения ФИО1 ЗахаруАлимагомедовичу иМирзабековуЗумрудинуЗакуевичу - подписка о невыезде, после вступления постановления в законную силу, отменить. Настоящее постановление может быть обжаловано в апелляционном порядке в Верховный суд Республики Дагестан через Ахтынский районный суд Республики Дагестан в течение десяти суток со дня его вынесения. Председательствующий судья М.А. Рашидов Постановление вынесено на компьютере в совещательной комнате. Суд: Ахтынский районный суд (Республика Дагестан) (подробнее) Судьи дела: Рашидов Мурад Абдулрашидович (судья) (подробнее) Последние документы по делу: Приговор от 14 февраля 2018 г. по делу № 1-32/2017 Постановление от 21 сентября 2017 г. по делу № 1-32/2017 Приговор от 21 июня 2017 г. по делу № 1-32/2017 Приговор от 17 мая 2017 г. по делу № 1-32/2017 Приговор от 3 мая 2017 г. по делу № 1-32/2017 Приговор от 27 апреля 2017 г. по делу № 1-32/2017 Постановление от 24 апреля 2017 г. по делу № 1-32/2017 Постановление от 2 апреля 2017 г. по делу № 1-32/2017 Приговор от 15 марта 2017 г. по делу № 1-32/2017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