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 позднее 10ч.57мин. 10 марта 2017 года ФИО9, находясь у гаражных боксов, расположенных на расстоянии 50 метров от .... под ...., обнаружила два прозрачных полимерных пакета, внутри которых находились вещества, являющиеся наркотическими средствами - смесями, содержащими в своем составе наркотическое средство метамфетамин (первитин), общей массой не менее 6,335 граммов. В это время у ФИО9 возник преступный умысел, направленный на незаконные приобретение и хранение указанных наркотических средств без цели сбыта для личного употребления. Реализуя задуманное, ФИО9 забрала себе два полимерных пакета с наркотическими средствами и, незаконно храня их при себе в карманах своей одежды, проследовала по месту жительства ранее знакомого ФИО10 по &lt;адрес&gt;, где продолжала незаконно хранить указанные наркотические средства до 13ч.00мин. 10 марта 2017, когда в период времени с 13ч.00мин. до 14ч.30мин. сотрудниками полиции в ходе осмотра места происшествия в указанной квартире данные наркотические средства, массой 6,335 граммов, были обнаружены и изъяты из незаконного оборота. В соответствии с постановлением Правительства РФ от 30 июня 1998 года № 681 (в редакции закона от 21 февраля 2017 года) «Об утверждении перечня наркотических средств, психотропных веществ и их прекурсоров, подлежащих контролю в РФ» метамфетамин (первитин) является наркотическим средством и относится к списку № 1 наркотических средств и психотропных веществ, оборот которых в РФ запрещен в соответствии с законодательством РФ и международными договорами РФ. Согласно примечанию 2 к ст. 228 УК РФ и постановлению Правительства РФ от 1 октября 2012 года №1002 (в редакции закона от 18 января 2017 года) «Об утверждении значительного, крупного и особо крупного размеров наркотических средств и психотропных веществ … для целей статей , 228.1 , и 229.1 УК РФ » количество вещества, являющегося наркотическим средством – смесью, содержащей в своем составе метамфетамин (первитин), массой 6,335 граммов, признается крупным размером наркотического средства.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Не позднее 10ч.57мин. 10 марта 2017 года ФИО9, находясь на территории города Владимира, посредством информационно-телекоммуникационной сети "Интернет" обратилась на неустановленный следствием сайт с целью устройства на работу, связанную с незаконным распространением наркотических средств на территории города Владимира за денежное вознаграждение. После этого ФИО9 в ходе переписки через сеть "Интернет" в программе-мессенджере "Telegram" договорилась с неустановленным лицом, зарегистрированным в указанной программе под именем "....", об условиях работы, связанной с незаконным распространением наркотических средств на территории города Владимира, вступив тем самым с последним в преступный сговор, направленный на незаконный сбыт наркотических средств. Согласно распределенным ролям ФИО9 должна была размещать в тайниках с целью дальнейшего сбыта на территории города Владимира наркотические средства, полученные ею от неустановленного следствием лица, а последний должен был сбывать данные наркотические средства лицам, имеющим намерения их приобрести, а вырученные денежные средства распределять между соучастниками. Не позднее 10ч.57мин. 10 марта 2017 года ФИО9 обратилась к ранее ей знакомому ФИО10 с предложением совместного сбыта наркотических средств путем размещения их в тайниках на территории г.Владимира, на что ФИО10 согласился, вступив тем самым в преступный сговор с ФИО9 и неустановленным следствием лицом. Затем не позднее 10ч.57мин. того же ФИО9 в программе-мессенджере "Telegram" получила от неустановленного следствием лица сообщение с указанием места нахождения расфасованных для дальнейшего сбыта наркотических средств, которые необходимо разложить в тайниках на территории города Владимира. Далее ФИО9, реализуя совместный с ФИО10 и неустановленным следствием лицом преступный умысел, проследовала по обозначенному адресу, где из тайника, расположенного под ...., забрала сверток, оклеенный прозрачной полимерной липкой лентой-скотч, в котором находилось не менее 15 прозрачных полимерных пакетов с веществами, являющимися наркотическими средствами - смесями, содержащими в своем составе ?-пирролидиновалерофенон (?-PVP), который является производным наркотического средства N-метилэфедрона, общей массой не менее 6,378 граммов, и не менее 10 прозрачных полимерных пакетов с веществами, являющимися наркотическим средством - смесями, содержащими в своем составе 1-(5-фторпентил-1Н-индол-3-ил)(2,2,3,3-тетраметилциклопропил) метанон (ТМСР-2201), который является производным наркотического средства 3-Бутаноил-1-метилиндол [1-(1-метил-1Н-индол-3-ил)бутан-1-он], общей массой не менее 29,523 граммов. После этого ФИО9 с указанными наркотическими средствами проследовала в подъезд №1 д.185 по ул.Лакина г.Владимира, где встретилась с ФИО10, совместно с которым, реализуя совместный преступный умысел, обмотала каждый из прозрачных полимерных пакетов с наркотическими средствами, предназначенных для дальнейшего сбыта, изоляционной лентой черного цвета. Продолжая действовать в рамках единого преступного умысла с неустановленным лицом, группой лиц по предварительному сговору, ФИО9 и ФИО10 указанные наркотические средства не позднее 10ч.57мин. 10 марта 2017 года поместили в тайники по следующим адресам: 1) ....; 2) ....; 3) ....; 4) ....; 5) ....; 6) ....; 7) ....; 8) ....; 9) ....; 10) ....; 11) ....; 12) ....; 13) ....; 14) ....; 15) ....; 16) ....; 17) ....; 18) ....; 19) ....; 20) ....; 21) ....; 22) ....; 23) ....; 24) ....; 25) ..... После этого ФИО9 и ФИО10 проследовали в &lt;адрес&gt;, где не позднее 10ч.57мин. 10 марта 2017 года были задержаны сотрудниками УМВД России по г.Владимиру. Далее в период времени с 19ч.40мин. 10 марта 2017 года до 5ч.12мин. 11 марта 2017 года сотрудниками полиции в ходе осмотров мест происшествия были изъяты помещенные ФИО9 и ФИО10 для дальнейшего сбыта наркотические средства, а именно: 1) из тайника ...., был изъят сверток с веществом, являющимся наркотическим средством – смесью, содержащей в составе 1-(5-фторпентил-1Н-индол-3-ил)(2,2,3,3-тетраметилциклопропил) метанон (ТМСР-2201), который является производным наркотического средства 3-Бутаноил-1-метилиндол [1-(1-метил-1Н-индол-3-ил)бутан-1-он], массой 2,924 граммов; 2) из тайника .... был изъят сверток с веществом, являющимся наркотическим средством – смесью, содержащей в своем составе 1-(5-фторпентил-1Н-индол-3-ил)(2,2,3,3-тетраметилциклопропил) метанон (ТМСР-2201), который является производным наркотического средства 3-Бутаноил-1-метилиндол [1-(1-метил-1Н-индол-3-ил)бутан-1-он], массой 2,884 граммов; 3) из тайника ...., был изъят сверток с веществом, являющимся наркотическим средством – смесью, содержащей в своем составе 1-(5-фторпентил-1Н-индол-3-ил)(2,2,3,3-тетраметилциклопропил)метанон (ТМСР-2201), который является производным наркотического средства 3-Бутаноил-1-метилиндол [1-(1-метил-1Н-индол-3-ил)бутан-1-он], массой 3,006 граммов; 4) из тайника .... был изъят сверток с веществом, являющимся наркотическим средством – смесью, содержащей в своем составе ?-пирролидиновалерофенон (?-PVP), который является производным наркотического средства N-метилэфедрона, массой 0,382 граммов; 5) из тайника ...., был изъят сверток с веществом, являющимся наркотическим средством – смесью, содержащей в своем составе ?-пирролидиновалерофенон (?-PVP), который является производным наркотического средства N-метилэфедрона, массой 0,463 граммов; 6) из тайника ...., был изъят сверток с веществом, являющимся наркотическим средством – смесью, содержащей в своем составе ?-пирролидиновалерофенон (?-PVP), который является производным наркотического средства N-метилэфедрона, массой 0,434 граммов; 7) из тайника ...., был изъят сверток с веществом, являющимся наркотическим средством – смесью, содержащей в своем составе 1-(5-фторпентил-1Н-индол-3-ил)(2,2,3,3-тетраметилциклопропил)метанон (ТМСР-2201), который является производным наркотического средства 3-Бутаноил-1-метилиндол [1-(1-метил-1Н-индол-3-ил)бутан-1-он], массой 3,007 граммов; 8) из тайника ...., был изъят сверток с веществом, являющимся наркотическим средством – смесью, содержащей в своем составе 1-(5-фторпентил-1Н-индол-3-ил)(2,2,3,3-тетраметилциклопропил)метанон (ТМСР-2201), который является производным наркотического средства 3-Бутаноил-1-метилиндол [1-(1-метил-1Н-индол-3-ил)бутан-1-он], массой 2,927 граммов; 9) из тайника ...., был изъят сверток с веществом, являющимся наркотическим средством – смесью, содержащей в своем составе 1-(5-фторпентил-1Н-индол-3-ил)(2,2,3,3-тетраметилциклопропил)метанон (ТМСР-2201), который является производным наркотического средства 3-Бутаноил-1-метилиндол [1-(1-метил-1Н-индол-3-ил)бутан-1-он], массой 3,010 граммов; 10) из тайника ...., был изъят сверток с веществом, являющимся наркотическим средством – смесью, содержащей в своем составе 1-(5-фторпентил-1Н-индол-3-ил)(2,2,3,3-тетраметилциклопропил)метанон (ТМСР-2201), который является производным наркотического средства 3-Бутаноил-1-метилиндол [1-(1-метил-1Н-индол-3-ил)бутан-1-он], массой 3,003 граммов; 11) из тайника ...., был изъят сверток с веществом, являющимся наркотическим средством – смесью, содержащей в своем составе 1-(5-фторпентил-1Н-индол-3-ил)(2,2,3,3-тетраметилциклопропил) метанон (ТМСР-2201), который является производным наркотического средства 3-Бутаноил-1-метилиндол [1-(1-метил-1Н-индол-3-ил)бутан-1-он], массой 2,924 граммов; 12) из тайника ...., был изъят сверток с веществом, являющимся наркотическим средством – смесью, содержащей в своем составе 1-(5-фторпентил-1Н-индол-3-ил)(2,2,3,3-тетраметилциклопропил)метанон (ТМСР-2201), который является производным наркотического средства 3-Бутаноил-1-метилиндол [1-(1-метил-1Н-индол-3-ил)бутан-1-он], массой 2,987 граммов; 13) из тайника .... был изъят сверток с веществом, являющимся наркотическим средством – смесью, содержащей в своем составе ?-пирролидиновалерофенон (?-PVP), который является производным наркотического средства N-метилэфедрона, массой 0,451 граммов; 14) из тайника ...., был изъят сверток с веществом, являющимся наркотическим средством – смесью, содержащей в своем составе ?-пирролидиновалерофенон (?-PVP), который является производным наркотического средства N-метилэфедрона, массой 0,347 граммов; 15) из тайника ...., был изъят сверток с веществом, являющимся наркотическим средством – смесью, содержащей в своем составе ?-пирролидиновалерофенон (?-PVP), который является производным наркотического средства N-метилэфедрона, массой 0,430 граммов; 16) из тайника ...., был изъят сверток с веществом, являющимся наркотическим средством – смесью, содержащей в своем составе ?-пирролидиновалерофенон (?-PVP), который является производным наркотического средства N-метилэфедрона, массой 0,435 граммов; 17) из тайника ...., был изъят сверток с веществом, являющимся наркотическим средством – смесью, содержащей в своем составе ?-пирролидиновалерофенон (?-PVP), который является производным наркотического средства N-метилэфедрона, массой 0,369 граммов; 18) из тайника .... был изъят сверток с веществом, являющимся наркотическим средством – смесью, содержащей в своем составе ?-пирролидиновалерофенон (?-PVP), который является производным наркотического средства N-метилэфедрона, массой 0,469 граммов; 19) из тайника ...., был изъят сверток с веществом, являющимся наркотическим средством – смесью, содержащей в своем составе ?-пирролидиновалерофенон (?-PVP), который является производным наркотического средства N-метилэфедрона, массой 0,433 граммов; 20) из тайника ...., был изъят сверток с веществом, являющимся наркотическим средством – смесью, содержащей в своем составе ?-пирролидиновалерофенон (?-PVP), который является производным наркотического средства N-метилэфедрона, массой 0,427 граммов; 21) из тайника в ...., был изъят сверток с веществом, являющимся наркотическим средством – смесью, содержащей в своем составе ?-пирролидиновалерофенон (?-PVP), который является производным наркотического средства N-метилэфедрона, массой 0,438 граммов; 22) из тайника ...., был изъят сверток с веществом, являющимся наркотическим средством – смесью, содержащей в составе 1-(5-фторпентил-1Н-индол-3-ил)(2,2,3,3-тетраметилциклопропил) метанон (ТМСР-2201), который является производным наркотического средства 3-Бутаноил-1-метилиндол [1-(1-метил-1Н-индол-3-ил)бутан-1-он], массой 2,851 граммов; 23) из тайника ...., был изъят сверток с веществом, являющимся наркотическим средством – смесью, содержащей в своем составе ?-пирролидиновалерофенон (?-PVP), который является производным наркотического средства N-метилэфедрона, массой 0,436 граммов; 24) из тайника ...., был изъят сверток с веществом, являющимся наркотическим средством – смесью, содержащей в своем составе ?-пирролидиновалерофенон (?-PVP), который является производным наркотического средства N-метилэфедрона, массой 0,412 граммов; 25) из тайника ...., был изъят сверток с веществом, являющимся наркотическим средством – смесью, содержащей в своем составе ?-пирролидиновалерофенон (?-PVP), который является производным наркотического средства N-метилэфедрона, массой 0,452 граммов. Свои преступные действия, направленные на незаконный сбыт наркотических средств в крупном размере на территории города Владимира, ФИО9, ФИО10 и неустановленное следствием лицо не довели до конца по независящим от них обстоятельствам, так как ФИО9 и ФИО10 были задержаны сотрудниками полиции, которые изъяли указанные наркотические средства, предназначенные для дальнейшего незаконного сбыта. В соответствии с постановлением Правительства РФ от 30 июня 1998 года №681 (в редакции закона от 21 февраля 2017 года) «Об утверждении перечня наркотических средств, психотропных веществ и их прекурсоров, подлежащих контролю в РФ» N-метилэфедрон и его производные, а также 3-Бутаноил-1-метилиндол [1-(1-метил-1Н-индол-3-ил)бутан-1-он] и его производные являются наркотическими средствами и относятся к списку № 1 наркотических средств и психотропных веществ, оборот которых в РФ запрещен в соответствии с законодательством РФ и международными договорами РФ. Согласно примечанию 2 к ст. 228 УК РФ и постановлению Правительства РФ от 1 октября 2012 года №1002 (в редакции закона от 18 января 2017 года) «Об утверждении значительного, крупного и особо крупного размеров наркотических средств и психотропных веществ … для целей статей , 228.1 , и 229.1 УК РФ » количество вещества, являющегося наркотическим средством – смесью, содержащей в своем составе ?-пирролидиновалерофенон (?-PVP), который является производным наркотического средства N-метилэфедрона, массой 6,378 граммов, признается крупным размером наркотического средства; количество вещества, являющегося наркотическим средством – смесью, содержащей в составе 1-(5-фторпентил-1Н-индол-3-ил)(2,2,3,3-тетраметилциклопропил) метанон (ТМСР-2201), который является производным наркотического средства 3-Бутаноил-1-метилиндол [1-(1- метил-1Н-индол-3-ил)бутан-1-он], массой 29,523 граммов, признается крупным размером наркотического средства. Эпизод в отношении ФИО9 Подсудимая ФИО9 подтвердила, что в один из дней в начале марта 2017 года в раннее утреннее время на ...., расположенных недалеко от обувной фабрики «....» по &lt;адрес&gt; и здания фитнесс-центра "...." по &lt;адрес&gt; она нашла три пакета с линейными застежками, которые держались на магнитах, внутри каждого из которых находился порошок светлого цвета. ФИО9 сразу поняла, что в данных пакетах находится наркотик, так как именно подобным образом и организуются закладки. Какой именно это был наркотик, на тот момент она не знала. Два пакетика были с наркотиком белого цвета, один пакетик с наркотиком розового цвета. Данные пакеты она забрала себе и положила их в карманы своей одежды. В тот же день ФИО9 приехала к своему знакомому ФИО10 домой, показала ему данные пакетики с наркотическим средством, попросила узнать, что это за наркотик. Позднее ФИО10 пояснил ей, что это «фен». С ее согласия пакетик с веществом розового цвета он забрал себе, чтобы его употребить или продать. Впоследствии часть данного наркотика ФИО10 обменял на «гашиш», который они совместно употребили, а другую часть они употребили сами. Остальные два пакетика ФИО9 оставила на хранение у ФИО10 по &lt;адрес&gt;. При этом ФИО9 периодически употребляла наркотическое средство "фен" из двух оставшихся пакетов путем вдыхания. Уточнила, что оставила данные пакетики в квартире ФИО10, чтобы впоследствии употребить данное наркотическое средство лично, продавать или передавать его она никому не собиралась (т.2, л.д.212-216, 248-253, т.3, л.д.16-21). В ходе проверки показаний на месте ФИО9 добровольно в присутствии своего защитника и понятых указала на расположенные на расстоянии 50 метров от .... металлический гаражный бокс .... и участок местности, где ранее находился гаражный бокс ...., пояснив при этом, что именно на .... указанных гаражных боксов она в один из дней начала марта 2017 года нашла прозрачные полимерные пакеты с наркотическим средством "фен", которые впоследствии хранила по месту жительства своего знакомого ФИО10 по &lt;адрес&gt; (т.3, л.д.10-15). Приведенные показания согласуются с показаниями подсудимого ФИО10, который подтвердил, что в конце февраля или начале марта 2017 года ФИО9 принесла к нему домой три прозрачных полимерных пакета, в двух из которых находился порошок белого цвета, а в третьем порошок розового цвета. Она пояснила, что нашла данные пакеты, пока гуляла в гаражах на территории г.Владимира. Ранее ФИО10 слышал, что в виде порошка розового цвета бывает наркотическое средство "фен". Об этом он рассказал ФИО9 и предположил, что порошком белого цвета в двух других пакетах также может быть наркотическое средство, именуемое "фен". Впоследствии часть порошка розового цвета ФИО10 поменял на "гашиш", который они, так же как и оставшейся порошок розового цвета, употребили совместно с ФИО9. Два пакета с порошком белого цвета оставались у него по месту жительства, но сам данные пакеты он никогда не трогал, наркотик из них не употреблял. ФИО9 иногда употребляла данный наркотик путем вдыхания. Ему известно, ФИО9 продавать данный наркотик не хотела, оставив его для личного употребления (т.3, л.д.91-96, 106-109, 124-128). Из показаний свидетеля ФИО1 установлено, что 10 марта 2017 года около 8 часов она со своей знакомой ФИО2 пришла домой к ФИО10. Побыв у него несколько минут, ФИО2 ушла. ФИО1, находясь на кухне квартиры вместе с ФИО9 и ФИО10, курила сигареты. Через некоторое время к ФИО10 по месту жительства пришли сотрудники полиции. О происхождении пакетиков с наркотиками, которые были обнаружены сотрудниками полиции в квартире ФИО10, ей ничего не известно (т.1, л.д.134-137). Свидетель ФИО3 (участковый полиции) пояснил, что 10 марта 2017 года в утреннее время осуществлял профилактический обход закрепленного за ним административного участка. Около 11 часов, проходя мимо д.41А по ул.Балакирева г.Владимира, к нему обратилась ранее неизвестная женщина, представившаяся ФИО4, которая пояснила, что в квартире № указанного дома находится ее несовершеннолетняя дочь - ФИО1, ДД.ММ.ГГГГ года рождения, которая находится в квартире с кем-то из своих знакомых, прогуливает школу и отказывается идти домой. ФИО3 проследовал по указанному адресу и постучал в дверь. Ему открыла девушка, представившаяся ФИО9. Также к нему (ФИО3) навстречу вышел мужчина, представившийся ФИО10, зарегистрированным и проживающим в указанной квартире. ФИО3 также представился, предъявил служебное удостоверение и объяснил цель своего визита. Далее ФИО10 добровольно, без какого-либо давления пригласил его проследовать в квартиру, в одной из комнат которой он увидел еще одну девушку, представившуюся ФИО1, ДД.ММ.ГГГГ года рождения. Находясь в указанной комнате, ФИО3 увидел, что на лежащем на стуле ноутбуке находятся два прозрачных полимерных пакета с веществом в виде порошка белого цвета. На вопрос о том, какое именно вещество содержится в указанных пакетах, ФИО10, ФИО9 и ФИО1 пояснить ничего не смогли. После этого о факте обнаружения двух указанных пакетов с порошкообразным веществом ФИО3 было сообщено в дежурную часть УМВД России по г.Владимиру и на место вызвана следственно-оперативная группа (т.1, л.д.156-158). Свидетель ФИО5 (следователь) пояснила, что прибыв по вызову по указанному ФИО3 адресу, получила письменное согласие ФИО10 на осмотр места происшествия (его жилища). В помещении одной из двух имеющихся в квартире комнат ею был обнаружен ноутбук марки "...." в корпусе серого цвета, на клавиатуре которого находились два прозрачных полимерных пакета с веществом в виде порошка белого цвета, а также окурок сигареты с надписью "...." с деформированным фильтром. Участвующий в осмотре ФИО10 пояснил, что данный ноутбук принадлежит ему. Участвующая в осмотре ФИО9 пояснила, что в обнаруженных полимерных пакетах и в окурке сигареты находятся наркотические средства, а также, что указанные пакеты и окурок принадлежат ей. Какие именно это наркотические средства она не пояснила. Указанные предметы были изъяты, упакованы, подписаны, опечатаны и заверены подписями участвующих лиц (т.1, л.д.153-155). Свидетель ФИО6, участвующая в осмотре жилища ФИО10 в качестве понятой, подтвердила показания ФИО5, удостоверив тем самым правильность и порядок производства указанного следственного действия, а также подтвердив факт обнаружения и изъятия двух прозрачных полиэтиленовых пакетов с порошкообразным веществом белого цвета (т.1, л.д.122-123). Согласно протоколу осмотра места происшествия от 10 марта 2017 года, произведенному с участием ФИО9 и ФИО10, была осмотрена &lt;адрес&gt;, в которой в числе прочих обнаружены и изъяты два прозрачных полимерных пакета с порошкообразным веществом белого цвета (т.1, л.д.35-42). На основании справки об исследовании № от 10 марта 2017 года и заключения эксперта № от 31 марта 2017 года определено, что вещества, находящиеся в двух пакетах, изъятых 10 марта 2017 года в ходе осмотра места происшествия в &lt;адрес&gt;, являются наркотическими средствами - смесями, содержащими в своем составе наркотическое средство метамфетамин (первитин), общей массой 6,335 грамма, что образует крупный размер (т.1, л.д.109-110, 168-174). Изъятые из незаконного оборота наркотические средства впоследствии осмотрены следователем и признаны по делу вещественным доказательством (т.1, л.д.177-185). Оценивая в совокупности приведенные доказательства с точки зрения допустимости, относимости, достоверности и достаточности для разрешения дела, суд приходит к выводу о доказанности вины подсудимой в данном преступлении. Действия ФИО9 суд квалифицирует по ч.2 ст. 228 УК РФ как незаконные приобретение и хранение без цели сбыта наркотических средств, совершенные в крупном размере. Эпизод в отношении ФИО9 и ФИО10 Из показаний ФИО9 установлено, что в один из дней в середине февраля 2017 года ей в социальной сети «Вконтакте» поступило сообщение с неизвестной страницы с предложением работы. Ответив на данное предложение, она узнала, что работать нужно будет закладчиком наркотических средств. Она согласилась на указанную работу, так как нуждалась в деньгах. По указанию "работодателя" их переписка происходила в приложении «Telegram», установленном на принадлежащем ФИО9 телефоне марки "iPhone 6". Ее "оператором" стал пользователь с ником "....", от которого ФИО9 становился известен адрес с большой партией наркотических средств - "кладом", который представлял из себя полимерный пакет или сверток из фольги, внутри которого находились уже расфасованные прозрачные пакетики с наркотиками "соль" и "спайс". Забрав "клад", ФИО9 раскладывала находящиеся в нем пакетики по "закладкам" в различных местах г.Владимира, каждый адрес фотографировала, после чего фотографии с описанием точного места закладки отправляла "оператору" через приложение «Telegram». Так как одна она не успевала делать необходимый объем «закладок» с наркотическими средствами, в один из дней конца февраля - начала марта 2017 года она пригласила работать вместе с ней знакомого ФИО10 за денежное вознаграждение. ФИО10 согласился и они договорились, что деньги за организованные закладки будут делить по количеству сделанных каждым тайников из расчета 250 рублей за закладку. Вместе с ФИО10 они сделали около 80 закладок. Когда ФИО10 делал закладки, она фотографировала место и адрес, а также делала описание, или наоборот. ФИО10 подтвердил, что в сентябре 2016 года он познакомился с ФИО9 Екатериной. В один из дней в начале марта 2017 года в разговоре она сообщила, что работает закладчицей наркотических средств и предложила совместно с ней осуществлять закладки наркотиков. ФИО9 пояснила, что оплата за каждую закладку составляет 250 рублей. ФИО10 согласился, так как на тот момент нигде не работал и нуждался в деньгах. Оптовые партии со свертками с наркотиком ФИО9 всегда забирала сама. После этого в течение недели ФИО10 несколько раз ходил с ФИО9 осуществлять закладки в различных местах на территории г.Владимира. После закладывания свертка с наркотиком, ФИО10 или ФИО9 на принадлежащий ей мобильный телефон фотографировали данное место. Впоследствии ФИО9 добавляла к фотографии текстовое описание и отправляла "оператору" в мобильном приложении "Telegram", установленном на принадлежащем ей мобильном телефоне марки "iPhone 6". Таким образом, время, место, способ, обстоятельства вступления ФИО9 и ФИО10 в состав группы лиц по предварительному сговору и их участия в ней, а также особенности специфики деятельности группы на территории г.Владимира являются установленными. В свою очередь, их вина по конкретному преступлению подтверждается совокупностью следующих доказательств. Так, из показаний ФИО9 установлено, что последнюю оптовую закладку она забрала 9 марта 2017 в вечернее время. "Клад" находился ..... Она взяла оптовую закладку в виде черного полимерного пакета, обмотанного скотчем, внутри которого в фольге находилось наркотическое средство «спайс» - 10 пакетиков по 3 грамма и 20 пакетиков с «солью» по 0,5 грамма. В тот же день около 23ч.30мин. она приехала в подъезд их общей с ФИО10 знакомой ФИО1 по &lt;адрес&gt;. Через некоторое время пришел ФИО10. В это время ФИО9 заматывала расфасованные пакетики с наркотиками в изоленту черного цвета. Когда пришел ФИО10, он стал помогать ей и также замотал в изоленту около 10 пакетиков с наркотическими средствами. ФИО1 находилась рядом с ними, но заматывать свертки с наркотиками не помогала. Далее около 2ч.00мин. 10 марта 2017 года ФИО9 и ФИО10 пошли раскладывать "закладки". Начали с ул.ФИО12, продолжили по ул.Верхняя Дуброва, ул.ФИО11, а затем ул.Благонравова г.Владимира. Закончили раскладывать наркотики они около 7 часов утра того же дня, после чего проехали к ФИО10 по месту жительства по &lt;адрес&gt;, где начали готовить описание сделанных "закладок" с наркотиками, чтобы передать их "оператору". В это время к ФИО10 по месту жительства пришла ФИО1. Около 11 часов утра 10 марта 2017 года в квартиру ФИО10 пришли сотрудники полиции, которым ФИО9 и ФИО10 рассказали о совершенном преступлении, а именно о том, что ранее они разложили наркотические средства «соль» и «спайс» путем «закладок» на территории г.Владимира, после чего проехали с ними по адресам «закладок», которые были обнаружены и изъяты из незаконного оборота (т.2, л.д.212-216, 230-234, 248-253, т.3, л.д.16-21). При проверке показаний ФИО9 на месте, в присутствии своего защитника и понятых она указала на .... и пояснила, что именно под указанной трубой в вечернее время 9 марта 2017 года она забрала оптовую партию наркотических средств "спайс" и "соль", которые в ночное время того же дня совместно с ФИО10 разложила в "закладки" на территории г.Владимира (т.3, л.д.10-15). ФИО10 подтвердил, что в вечернее время 9 марта 2017 года ему позвонила ФИО9 и попросила прийти в подъезд их общей знакомой ФИО1, которая проживает в ..... Около часа ночи 10 марта 2017 года он пришел в указанный подъезд. На ступеньках между первым и вторым этажами сидела ФИО9 и оборачивала пакеты с наркотиком изолентой черного цвета. Он подошел и стал помогать ей, также оборачивая пакетики с наркотиком изолентой. Он видел, что они оборачивают пакеты с наркотическими средствами "соль" и "спайс". Всего они обернули около 30 пакетиков, после чего направились делать "закладки", которые осуществили на улицах Благонравова, Верхняя Дуброва, ФИО11, ФИО12 и Солнечная г.Владимира. ФИО10 лично сделал около 10 "закладок". После этого около 7 часов утра того же дня они пришли к ФИО10 по месту жительства по &lt;адрес&gt;. Далее, находясь у ФИО10 дома, ФИО9 стала писать описания к "закладкам". Около 9 часов 00 минут к нему по месту жительства пришла ФИО1. Через некоторое время в дверь позвонили. ФИО9 пошла открывать дверь и вернулась в комнату вместе с сотрудниками полиции, которым он и ФИО9 сознались в том, что осуществляли "закладки" с наркотическими средствами, после чего показали места, где они находятся (т.3, л.д.91-96, 106-109, 124-128). Из показаний свидетелей ФИО7, ФИО8 (понятые) и ФИО5 (следователь) установлено, что 10 марта 2017 года около 19 часов 30 минут ФИО7 и ФИО8 находились на ул.Благонравова г.Владимира, где к ним обратились сотрудники полиции, предложив поучаствовать в качестве понятых в проведении следственного действия - осмотра места происшествия, на что они согласились, после чего проследовали к д.7 по ул.Благонравова г.Владимира. Возле указанного дома находилась следователь, а также молодой человек и девушка, представившиеся ФИО10 и ФИО9. Перед началом следственного действия следователь разъяснила всем участвующим лицам порядок его проведения, а также права и обязанности. Далее ФИО10 и ФИО9 пояснили, что организовывали на территории г.Владимира тайники с наркотическими средствами, поэтому следователем им было предложено добровольно указать места осуществления тайников с наркотиками. После этого ФИО10 и ФИО9 в их присутствии добровольно указали 30 мест, где они осуществляли тайники с наркотическими средствами, а именно, на улицах Благонравова, Верхняя Дуброва, ФИО11, ФИО12 и Солнечной города Владимира. В указанных местах были обнаружены и изъяты 25 свертков, обернутых изолентой черного цвета, а в пяти указанных ими местах ничего обнаружено не было. Каждый из обнаруженных свертков был упакован в отдельный бумажный конверт, которые опечатаны, на каждом конверте все участвующие лица поставили свои подписи. Также следователем были составлены соответствующие протоколы, в которых все участвующие лица поставили свои подписи. Какого-либо давления на ФИО10 или ФИО9 в ходе следственных действий не оказывалось, они все делали добровольно, при этом места показывали уверенно, безошибочно и, несмотря на темное время суток, хорошо ориентировались на местности, поясняя, кто из них осуществлял тот или иной тайник с наркотическими средствами (т.1, л.д.126-127, 128-129, 153-155). При осмотре места происшествия от 10 марта 2017 года в период с 19ч.40мин. по 20ч.23мин. с участием ФИО9 и ФИО10 на участках местности у .... были обнаружены и изъяты три свертка, обернутые изоляционной лентой черного цвета (т.1, л.д.44-51). В ходе осмотра места происшествия от 10 марта 2017 года с 20ч.31мин. по 23ч.30мин. в указанных ФИО9 и ФИО10 местах при осмотре участков местности у домов .... были обнаружены изъяты девять свертков, обернутые изоляционной лентой черного цвета (т.1, л.д.52-68). Осмотром места происшествия, произведенного в период с 23ч.35мин. 10 марта 2017 года по 5ч.12мин. 11 марта 2017 года, при участии подсудимых у .... обнаружены и изъяты тринадцать свертков, обернутые изоляционной лентой черного цвета (т.1, л.д.69-91). На основании справок об исследовании №, № и № от 11 марта 2017 года, а также заключения эксперта № от 31 марта 2017 года установлено, что: вещества, находящиеся в трех свертках, изъятых в ходе осмотров участков местности, расположенных у домов ...., являются наркотическими средствами - смесями, содержащими в своем составе 1-(5-фторпентил-1Н-индол-3-ил)(2,2,3,3-тетраметилциклопропил) метанон (ТМСР-2201), который является производным наркотического средства 3-Бутаноил-1-метилиндол [1-(1-метил-1Н-индол-3-ил)бутан-1-он], общей массой 8,814 грамма (т.1, л.д.112-113); вещества, находящиеся в 13 свертках, изъятых в ходе осмотров участков местности, расположенных у домов по ул.В.Дуброва, ул.ФИО12, ул.ФИО11 и ул.Солнечная г.Владимира, являются наркотическими средствами - смесями, содержащими в своем составе ?-пирролидиновалерофенон (?-PVP), который является производным наркотического средства N-метилэфедрона, общей массой 5,099 граммов (с 1 по 12 сверток), а также наркотическим средством - смесью, содержащей в своем составе 1-(5-фторпентил-1Н-индол-3-ил)(2,2,3,3-тетраметилциклопропил) метанон (ТМСР-2201), который является производным наркотического средства 3-Бутаноил-1-метилиндол [1-(1-метил-1Н-индол-3-ил)бутан-1-он], массой 2,851 грамма (13-й сверток) (т.1, л.д.115-116); вещества, находящиеся в 9 свертках, изъятых в ходе осмотров участков местности, расположенных у домов по ул.В.Дуброва г.Владимира, являются наркотическими средствами - смесями, содержащими в своем составе ?-пирролидиновалерофенон (?-PVP), который является производным наркотического средства N-метилэфедрона, общей массой 1, 279 граммов (с 1 по 3 сверток), а также наркотическими средствами - смесями, содержащими в составе 1-(5-фторпентил-1Н-индол-3-ил)(2,2,3,3-тетраметилциклопропил) метанон (ТМСР-2201), который является производным наркотического средства 3-Бутаноил-1-метилиндол [1-(1-метил-1Н-индол-3-ил)бутан-1-он], общей массой 17,858 граммов (с 4 по 9 сверток) (т.1, л.д.118-119, 168-174). В ходе осмотра места происшествия - &lt;адрес&gt; (место жительства ФИО10) был обнаружен и изъят принадлежащий ФИО9 мобильный телефон марки "iPhone 6" черного цвета (т.1, л.д.35-42). При осмотре жилища ФИО9 - &lt;адрес&gt; обнаружен и изъят принадлежащий ей блокнот из бумаги белого цвета, содержащий ее рукописные записи (т.1, л.д.100-102). При осмотре блокнота ФИО9 установлено, что в нем записаны многочисленные адреса организованных ею и ФИО10 "закладок" с наркотическими средствами на территории г.Владимира. При исследовании содержимого принадлежащего ФИО9 мобильного телефона марки "iPhone 6" в программе-мессенджере "Telegram" обнаружена ее переписка с пользователем "....", который координировал их действия и получал адреса организованных подсудимыми закладок для последующего сбыта наркотика потребителям. В данной переписке также отражено описание адресов организованных ими "закладок" с наркотическими средствами, которые снабжены иллюстрационными фотографиями мест тайников с наркотиком. Содержание данной переписки достоверно подтверждает факт вступления ФИО9, а затем и ФИО10 в преступную группу на основании предварительного сговора, их согласие на производство «закладок» с наркотическими средствами на территории г.Владимира в крупном размере, договоренности о порядке и количестве произведенных закладок, способе общения и периодичности получения преступного дохода, а также методах и формах конспирации при осуществлении указанной деятельности. Изъятые по делу наркотические вещества, а также сотовый телефон и блокнот ФИО9 осмотрены следователем и признаны по делу вещественными доказательствами (т.1, л.д.177-185, т.2, л.д.1-202). Оценивая в совокупности приведенные доказательства с точки зрения допустимости, относимости, достоверности и достаточности для разрешения дела, суд приходит к выводу о доказанности вины подсудимых в совершенном преступлении. Действия как ФИО9, так и ФИО10 суд квалифицирует по ч.3 ст. , п. «г» ч.4 ст. 228.1 УК РФ как покушение на незаконный сбыт наркотических средств, совершенный группой лиц по предварительному сговору, в крупном размере. При назначении наказания суд в соответствии со ст.ст. , , 60 УК РФ учитывает характер общественной опасности преступлений, степень фактического участия каждого в совершении совместного деяния, данные о личности виновных, а также требования ст. , ч.1 ст. , ч.3 ст. 66 УК РФ (применительно к неоконченному эпизоду) и другие обстоятельства. Так, ФИО9 и ФИО10 полностью признали вину, раскаялись в содеянном, ранее не судимы, на учетах у врачей нарколога и психиатра не состоят, имеют постоянное место регистрации и жительства, где участковым характеризуются удовлетворительно, соседями - положительно. Учитывает суд и молодой возраст подсудимых, а в отношении ФИО9 также наличие тяжелого заболевания матери, в отношении ФИО10 – его состояние здоровья и имеющееся заболевание, а равно отсутствие сведений о привлечении к административной ответственности. Активное способствование каждым подсудимым раскрытию и расследованию преступлений суд признает смягчающими наказание обстоятельствами. Фактические обстоятельства и тяжесть совершенных ФИО9 преступлений не влекут необходимости учета в качестве смягчающего обстоятельства «совершение преступлений в силу стечения тяжелых жизненных обстоятельств». Отягчающих обстоятельств не установлено. Вместе с тем, ФИО9 совершила умышленное тяжкое, а совместно с ФИО10 – покушение на умышленное особо тяжкое преступление, направленные против здоровья населения и общественной нравственности, которые представляет повышенную степень общественной опасности и предполагает только наказание в виде лишения свободы на значительные сроки; ФИО9, кроме того, привлекалась к административной ответственности. Фактические обстоятельства наряду с тяжестью и степенью общественной опасности преступлений свидетельствуют об отсутствии оснований для изменения их категории на менее тяжкие. При данных обстоятельствах, по мнению суда, только наказание в виде реального лишения свободы в отношении ФИО9 и ФИО10 в полной мере будет отвечать целям восстановления социальной справедливости, исправления виновных и предупреждения совершения ими новых преступлений. В силу п.п. «б» и «в» ч.1 ст. 58 УК РФ отбывание лишения свободы ФИО9 назначается в исправительной колонии общего режима, ФИО10 – в исправительной колонии строгого режима. В связи с защитой подсудимого ФИО10, адвокат Иванов В.А. обратился к суду с заявлением об оплате вознаграждения в размере 4900 рублей (из расчета 980 рублей за один день участия) за 3 судебных заседания от 7, 12 и 22 сентября 2017 года, а также за посещение ФИО10 в СИЗО-1 от 11 и 13 сентября 2017 года для согласовании позиции по делу, которое подлежит возмещению из средств федерального бюджета. Вместе с тем, в соответствии с п.5 ч.2 ст. 131 УПК РФ суммы, выплачиваемые адвокату за оказание им юридической помощи в случае его участия по назначению, относятся к процессуальным издержкам. Согласно ч.2 ст. 132 УПК РФ суд вправе взыскать с осужденного процессуальные издержки, за исключением сумм, выплаченных … защитнику в случаях, предусмотренных ч.ч. 4 и 5 настоящей статьи (отказ обвиняемого от защитника, который не был удовлетворен и реабилитация лица). Часть 6 той же статьи предусматривает возможность возмещения издержек за счет федерального бюджета в случае имущественной несостоятельности лица, с которого они должны быть взысканы. Установлено, что подсудимый ФИО10 отказа от защитника по назначению не заявлял, права на реабилитацию не имеет, находится в молодом трудоспособном возрасте и имеет возможность оплатить указную сумму, находясь как в местах лишения свободы, так и после отбытия наказания, в связи с чем оснований для освобождения его от уплаты процессуальных издержек не имеется. В силу ч.3 ст. 81 УПК РФ с вещественными доказательствами после вступления приговора в законную силу необходимо поступить следующим образом: 1) наркотические средства: 2 полимерных пакета, содержащие в своем составе метамфетамин (первитин), общей массой 6,335 грамма, 15 свертков, содержащие в своем составе ?-прирролидиновалерофенон (?-PVP) – производное N-метилэфедрона, общей массой 6,378 грамма и 10 свертков, содержащие в своем составе 1-(5-фторпентил-1Н-индол-3-ил)(2,2,3,3-тетраметилциклопропил)метанон (ТМСР-2201), который является производным наркотического средства 3-Бутаноил-1-метилиндол [1-(1-метил-1Н-индол-3-ил)бутан-1-он], общей массой 29,523 грамма, которые находятся в камере хранения наркотических средств и психотропных веществ СУ УМВД России по г.Владимиру, уничтожить; 2) мобильный телефон марки "iPhone 6", принадлежащий ФИО9, вернуть ей по принадлежности, предварительно удалив из него информацию, касающуюся незаконного оборота наркотических средств; 3) фрагмент тетради (блокнота) с рукописными записями ФИО9 о местах организованных тайников с наркотиком и оптический диск с записью формата DVD-R оставить при уголовном деле в течение всего срока хранения последнего. Руководствуясь ст.ст. , , - 310 УПК РФ , суд приговорил: ФИО9 признать виновной в совершении преступлений, предусмотренных ч.2 ст. и ч.3 ст. , п. «г» ч.4 ст. 228.1 УК РФ , по которым назначить наказание в виде лишения свободы: 1) по ч.2 ст. 228 УК РФ на срок 3 года; 2) по ч.3 ст. , п. «г» ч.4 ст. 228.1 УК РФ на срок 6 лет 8 месяцев. На основании ч.3 ст. 69 УК РФ по совокупности преступлений путем частичного сложения наказаний назначить ФИО9 окончательное наказание в виде лишения свободы на срок 7 лет с отбыванием в исправительной колонии общего режима. Меру пресечения ФИО9 оставить прежней - в виде содержания под стражей. Срок отбывания наказания ФИО9 исчислять с 25 сентября 2017 года. Зачесть в срок отбытия наказания время содержания ФИО9 под стражей в период с 11 марта 2017 года по 24 сентября 2017 года включительно. ФИО10 признать виновным в совершении преступления, предусмотренного ч.3 ст. , п. «г» ч.4 ст. 228.1 УК РФ , по которому назначить наказание в виде лишения свободы на срок 7 лет с отбыванием в исправительной колонии строгого режима. Меру пресечения ФИО10 оставить прежней - в виде содержания под стражей. Срок отбывания наказания ФИО10 исчислять с 25 сентября 2017 года. Зачесть в срок отбытия наказания время содержания ФИО10 под стражей в период с 11 марта 2017 года по 24 сентября 2017 года включительно. Взыскать с осужденного ФИО10 в доход государства судебные издержки в виде оплаты вознаграждения адвоката в размере 4900 (четыре тысячи девятьсот) рублей. Вещественные доказательства: наркотические средства уничтожить; мобильный телефон марки "iPhone 6" вернуть по принадлежности ФИО9; фрагмент тетради (блокнота) и оптический диск с записью формата DVD-R оставить при уголовном деле в течение всего срока хранения последнего. Приговор может быть обжалован в апелляционном порядке во Владимирский областной суд через Ленинский районный суд г.Владимира в течение 10 суток со дня его постановления, ФИО9 и ФИО10 – в тот же срок со дня вручения им копии приговора. Если осужденные заявляют ходатайство об участии в рассмотрении уголовного дела судом апелляционной инстанции, об этом указывается в их апелляционных жалобах или в возражениях на жалобы, представления, принесенные другими участниками уголовного процесса. Судья Н.В. Урлеков Суд: Ленинский районный суд г. Владимира (Владимирская область) (подробнее) Судьи дела: Урлеков Николай Викторович (судья) (подробнее) Последние документы по делу: Постановление от 21 декабря 2017 г. по делу № 1-247/2017 Приговор от 24 сентября 2017 г. по делу № 1-247/2017 Приговор от 15 августа 2017 г. по делу № 1-247/2017 Приговор от 6 июля 2017 г. по делу № 1-247/2017 Постановление от 5 июля 2017 г. по делу № 1-247/2017 Показать все документы по этому делу Судебная практика по: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