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 осмотра места происшествия и схема ДТП не дают оснований для экспертного расчета места столкновения и скоростей движения транспортных средств в связи с отсутствием объективных данных.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Оснований для вывода о том, что автомобиль Скания выехал на полосу встречного движения, материалами дела не установлено. Место столкновения в схеме ДТП обозначено на расстоянии 4,6 м или 9,6 м от правого края проезжей части (из-за неясности приведенных цифр). Водитель ФИО2 отрицает, что производил отворот влево. То что автомобиль Скания после ДТП оказался на полосе встречного движения, водитель ФИО2 объясняет торможением и влиянием на траекторию движения полуприцепа и груза. Автомобиль Скания мог оказаться на полосе встречного движения не из-за отворота влево, а и-за изменения положения разделительной линии 1.1, которая до перекрестка может образовывать 2 полосы справа, а после перекрестка 2 полосы слева. Тогда автомобиль Скания при сохранении прямолинейного движения автоматически оказывается на полосе встречного движения. Об этом свидетельствует место столкновения, расположенное на расстоянии 4,6-9,6 м, траектория перемещения автомобиля Рено Логан после столкновения с углом, направленным вправо.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Для расчета технической возможности предотвращения столкновения при продолжении прямолинейного движения, принципиально не важно, где в поперечном направлении расположено место столкновения, так как расстояние рассматривается не до места столкновения, а до линии расположения автомобиля Рено Логан на полосе движения автомобиля Скания.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заключении &lt;номер&gt; техническая возможность предотвращения столкновения при продолжении прямолинейного движения и применении торможения рассчитана с методической ошибкой. Удаление автомобиля рассчитано по скорости движения автомобиля Скания до возникновения опасности, то есть при отсутствии торможения на всем участке от момента возникновения опасности, до линии расположения автомобиля Рено Логан. Фактически автомобиль с момента начала движения автомобиль Рено Логан применил торможение. Следовательно, удаление автомобиля Скания от линии расположения автомобиля Рено Логан необходимо рассчитывать не по скорости до торможения, а по скорости, с которой он фактически двигался, то есть с учетом торможения.</w:t>
      </w:r>
    </w:p>
    <w:p>
      <w:pPr>
        <w:pStyle w:val="Heading3"/>
      </w:pPr>
      <w:r>
        <w:rPr>
          <w:rFonts w:ascii="Times New Roman" w:hAnsi="Times New Roman" w:eastAsia="Times New Roman" w:cs="Times New Roman"/>
          <w:b/>
          <w:i w:val="0"/>
          <w:sz w:val="22"/>
        </w:rPr>
        <w:t>Пункт 5.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учете торможения на участке опасности для водителя автомобиля Скания, расстояние удаления, рассчитанное по двум методикам, меньше расстояния остановочного пути. Следовательно, у водителя ФИО2 отсутствовала техническая возможность предотвратить столкновение в условиях, которые установило следствие. Представленные стороной обвинения доказательства: показания потерпевшего А.., свидетелей Ю., Б., Х., данные осмотра места происшествия, схемы ДТП с фотографиями (т.1 л.д. 44-49), фотографии, представленные в судебном следствии по делу, заключение экспертов &lt;номер&gt; от 11.01.2017 года, показания эксперта Л. опровергают доводы специалиста об отсутствии оснований для вывода, что автомобиль «СКАНИЯ» выехал на полосу дороги, предназначенной для встречного движения. Указанные выводы специалиста противоречат исследованным в судебном следствии доказательствам. Не точности в схеме ДТП (т.1 л.д. 46) в виде не точного указания общей ширины проезжей части в месте ДТП, отсутствие сведений о привязке к недвижимому объекту осыпи пластика (осколков) не свидетельствуют о невиновности подсудимого, поскольку обстоятельства места столкновения транспортных средств, место расположения осыпи пластика (осколков) установлены и иными представленными стороной обвинения доказательствами: показаниями допрошенных свидетелей, заключениями экспертов, фотографиями места ДТП. Заключения экспертов (т.1 л.&lt;...&gt; 238-243) о наличии либо отсутствии технической возможности у водителя автомобиля «СКАНИЯ» ФИО2 предотвратить столкновение путем применения экстренного торможения, а так же мнение специалиста И. в этой части, по мнению суда, не влияют на установление виновности (невиновности) ФИО2 в совершении инкриминируемого ему деяния и не влияют на квалификацию содеянного. ФИО2 обвиняется в том, что он нарушил требования горизонтальной дорожной разметки разделяющей потоки 1.1 Правил дорожного движения РФ, допустил выезд на полосу встречного движения, где совершил столкновение с автомобилем марки РЕНО ЛОГАН, регистрационный &lt;номер&gt;, под управлением водителя Ч.., который завершал маневр левого поворота со второстепенной дороги в направлении г. ФИО3, чем нарушил требования п. 10.1 Правил дорожного движения РФ, согласно которому: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над движением транспортного средства для выполнения требований Правил. 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 При таких обстоятельствах вопрос о технической возможности у ФИО2 предотвратить столкновение путем применения экстренного торможения не виляет на установление виновности ФИО2 в совершении преступления, не виляет на квалификацию содеянного. При назначении наказания суд учитывает характер и степень общественной опасности преступления, личность виновного, наличие смягчающих и отсутствие отягчающих наказание обстоятельств, влияние назначенного наказания на исправление осужденного и на условия жизни его семьи. Подсудимый ФИО2 совершил преступление средней тяжести, ранее не судим, на учете у врачей нарколога и психиатра не состоит, сведений о привлечении к административной ответственности не имеется, по месту жительства и работы характеризуется положительно. Смягчающими наказание ФИО2 обстоятельствами суд признает состояние здоровья подсудимого, наличие у него заболеваний, принесение извинений потерпевшему. Суд не находит оснований для признания в качестве обстоятельства, смягчающего наказание подсудимого: несоблюдение потерпевшим ПДД РФ. В ходе судебного следствия по делу установлено, что Ч. при наличии знака 2.4 «Уступите дорогу» приложения &lt;номер&gt; к ПДД РФ, по дороге из д. Васильевское Серпуховского района выехала на Старосимферопольское шоссе, для поворота налево в г. ФИО3 и столкновение между ее автомобилем и автомобилем ФИО2 произошло на полосе дороги из г. Серпухов в г. ФИО3 когда автомобиль Ч. А.А. находился на полосе ее движения, то есть между действиями Ч. А.А. и наступившими общественно – опасными последствиями отсутствует прямая причинно – следственная связь. Отягчающих наказание обстоятельств суд не усматривает. Учитывая характер и степень общественной опасности преступления, личность подсудимого, наличие смягчающих и отсутствие отягчающих наказание обстоятельств, обстоятельства совершения преступления, суд считает необходимым назначить подсудимому наказание в виде лишения свободы, поскольку менее строгий вид наказания не сможет обеспечить достижение целей наказания. При данных обстоятельствах с учетом характера и общественной опасности преступления, личности виновного, при наличии смягчающих и отсутствии отягчающих наказание обстоятельств, с учетом конкретных обстоятельств совершения преступления, суд полает, что исправление подсудимого возможно без реального отбытия наказания, возможно применение к нему ст. 73 УК РФ . Мнение потерпевшего о необходимости назначения подсудимому наказания в виде реального лишения свободы, по мнению суда будет противоречить требованиям ст. 73 УК РФ , поскольку с учетом характера и степени общественной опасности совершенного преступления, личности виновного, при наличии смягчающих и отсутствии отягчающих наказание обстоятельств, с учетом конкретных обстоятельств совершенного преступления, исправление подсудимого возможно без реального отбытия наказания. Оснований для применения ст. 64 УК РФ не имеется, поскольку отсутствуют исключительные обстоятельства по делу. Как отдельные смягчающие наказание обстоятельства, так и их совокупность не являются исключительными. Оснований для применения ст. ч.6 УК РФ и изменения категории преступления на менее тяжкую, не имеется с учетом фактических обстоятельств преступления, степени общественной опасности преступления. Оснований для применения ст. ч.1 УК РФ о размере наказания не имеется. Суд полагает необходимым назначить подсудимому наказание в виде лишения права заниматься деятельностью, связанной с управлением транспортными средствами, поскольку санкция ч.3 ст. 264 УК РФ предусматривает обязательное назначение данного дополнительного наказания. При назначении дополнительного вида наказания ФИО2 в виде лишения права заниматься деятельностью, связанной с управлением транспортными средствами, суд, учитывает конкретные обстоятельства уголовного дела, личность подсудимого и считает необходимым определить данный срок в два года. Суд вошел в обсуждение заявленного по делу гражданского иска потерпевшего. Потерпевший А.. просит взыскать с подсудимого: - 112 730 рублей расходы, связанные с погребением Ч.., - 110000 рублей в качестве расходов по оплате услуг представителей; -1500000 рублей в качестве денежной компенсации морального вреда. Прокурор полагает, что требования морального вреда возможно удовлетворить в размере 800000 рублей в пользу потерпевшего с учетом разумности и справедливости, гражданский иск о части взыскания процессуальных издержек подлежит полному удовлетворению. Гособвинитель полагает, что гражданский иск в части взыскания имущественного ущерба, связанного с погребением погибшей не возможно разрешить без отложения дела с учетом страхования гражданской ответственности собственника транспортного средства и в данной части данный гражданский иск необходимо оставить на рассмотрение в порядке гражданского судопроизводства Подсудимый гражданский иск не признал, поскольку считает, что является не виновным в совершении преступления. Суд считает подлежащими удовлетворению, согласно положениям ст. 15 ГК РФ , требования потерпевшего о взыскании с подсудимого судебных издержек, связанных с расследованием и рассмотрением уголовного дела в суде, в части оплаты услуг представителей – адвокатов Зендрикова С.Н. и Козловой А.А., принимавших участие на стадии предварительного следствия по делу и при рассмотрении уголовного дела в судебных заседаниях 11,12,20 декабря 2018 года, 11,17 и 24 января 2019 года всего на общую сумму 110000 рублей, учитывая степень сложности уголовного дела, количество судебных заседаний и следственных действий, в которых участвовал потерпевший и его представители, отсутствие юридических познаний у потерпевшего. Ознакомившись с исковыми требованиями в остальной части, суд приходит к следующему. При рассмотрении дела установлено, что автомобиль марки СКАНИЯ R400LA4Х2HLA регистрационный &lt;номер&gt; с полуприцепом марки SCHMITZ CARGOBULL 9084 регистрационный &lt;номер&gt;, которым управлял подсудимый, принадлежит ООО «МАГНА» (т.1 л.д. 50). ФИО2 пояснил, что он является работником ООО «МАГНА» и работает водителем, в день ДТП исполнял свои трудовые обязанности. Имеются сведения о страховании гражданской ответственности владельца транспортного средства в ОАО «АЛЬФА Страхование». Гражданский иск о денежной компенсации морального вреда и возмещении имущественного ущерба, связанного с расходами на погребение погибшей, предъявлен к ФИО2 как причинителю вреда. При таких обстоятельствах суд полагает, что разрешить гражданский иск в части требований денежной компенсации морального вреда и причиненного материального ущерба без привлечения к участию в деле ООО «МАГНА» и ОАО «Альфа Страхование» невозможно без отложения дела. В связи с этим суд полагает необходимым признать за А. право на удовлетворение гражданского иска в части денежной компенсации морального вреда и материального ущерба по расходам на погребение и передать вопрос о размере возмещения гражданского иска для рассмотрения в порядке гражданского судопроизводства. Руководствуясь ст. ст. - 309 УПК РФ , суд ПРИГОВОРИЛ: ФИО2 признать виновным в совершении преступления, предусмотренного ст. ч. 3 УК РФ и назначить ему наказание в виде лишения свободы на срок 2 (два) года с лишением права заниматься деятельностью, связанной с управлением транспортными средствами на срок 2 (два) года. В соответствии со ст. 73 УК РФ , назначенное ФИО2 наказание в виде лишения свободы считать условным с испытательным сроком на 2 (два) года. В период испытательного срока возложить на осужденного ФИО2 исполнение следующей обязанности: - ежемесячно один раз в месяц являться на регистрацию в специализированный государственный орган, осуществляющий исправление осужденных, в день, определенный указанным органом; - не менять постоянного места жительства без уведомления специализированного государственного органа, осуществляющего исправление осужденных. Дополнительное наказание в виде лишением права заниматься деятельностью, связанной с управлением транспортными средствами на срок 2 (два) года – исполнять самостоятельно. Меру пресечения ФИО2 до вступления приговора в законную силу оставить прежней - подписку о невыезде и надлежащем поведении. Гражданский иск А. к ФИО2 удовлетворить частично. Взыскать с ФИО2 в пользу А. расходы по оплате услуг представителей потерпевшего в сумме 110000 (сто десять тысяч) рублей. Признать за А. право на удовлетворение гражданского иска в части денежной компенсации морального вреда и материального ущерба по расходам на погребение Ч. и передать вопрос о размере возмещения гражданского иска для рассмотрения в порядке гражданского судопроизводства. Вещественные доказательства: автомобиль марки СКАНИЯ R400LA4Х2HLA регистрационный &lt;номер&gt; с полуприцепом марки SCHMITZ CARGOBULL 9084 регистрационный &lt;номер&gt;, и автомобиль марки РЕНО ЛОГАН регистрационный &lt;номер&gt; хранить у собственников транспортных средств. Приговор может быть обжалован в апелляционном порядке в судебную коллегию по уголовным делам Московского областного суда через Серпуховский городской суд Московской области в течение 10 суток со дня провозглашения. В случае подачи апелляционной жалобы осужденный в течение 10 суток вправе ходатайствовать о своем участии в рассмотрении уголовного дела судом апелляционной инстанции, а также вправе в тот же срок обратиться с аналогичным ходатайством в случае принесения апелляционного представления и (или) апелляционной жалобы, затрагивающих его интересы, а также поручать осуществление своей защиты избранному им защитнику либо ходатайствовать перед судом о назначении защитника. Председательствующий: судья А.В. Шичков Суд: Серпуховский городской суд (Московская область) (подробнее) Судьи дела: Шичков Александр Валентинович (судья) (подробнее) Последние документы по делу: Постановление от 11 февраля 2019 г. по делу № 1-427/2018 Приговор от 27 января 2019 г. по делу № 1-427/2018 Приговор от 12 ноября 2018 г. по делу № 1-427/2018 Приговор от 4 сентября 2018 г. по делу № 1-427/2018 Приговор от 16 июля 2018 г. по делу № 1-427/2018 Приговор от 25 мая 2018 г. по делу № 1-427/2018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