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Вес смеси табака с маслом каннабиса (гашишным маслом) в трех бумажных свертках из пакета №, обнаруженных и изъятых в ходе оперативно-розыскного мероприятия «Обследование помещений, зданий, сооружений, участков местности и транспортных средств», в багажнике автомашины «&lt;данные изъяты&gt;» с государственным регистрационным знаком &lt;данные изъяты&gt; регион под управлением гр. ФИО3, в сумке, на момент проведения настоящей экспертизы составил по сверткам, соответственно, &lt;данные изъяты&gt; г. Вес масла каннабиса (гашишного масла) в пересчете на сухой остаток в исследуемой смеси составил, по сверткам соответственно, &lt;данные изъяты&gt; г. Вес нейтрального компонента (табака) составил по сверткам, соответственно, &lt;данные изъяты&gt;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Первоначальный вес смеси табака с гашишным маслом в трех бумажных свертках из пакета №, обнаруженных и изъятых в ходе оперативно-розыскного мероприятия «Обследование помещений, зданий, сооружений, участков местности и транспортных средств», в багажнике автомашины «&lt;данные изъяты&gt;» с государственным регистрационным знаком &lt;данные изъяты&gt; регион под управлением гр. ФИО3, в сумке, согласно справке об исследовании № от &lt;дата&gt;, составлял по сверткам, соответственно, &lt;данные изъяты&gt; г. Первоначальный вес масла каннабиса (гашишного масла) в пересчете на сухой остаток в исследуемой смеси составлял по сверткам, соответственно, &lt;данные изъяты&gt; г., первоначальный вес нейтрального компонента (табака) составлял по сверткам, соответственно, &lt;данные изъяты&gt; г. Далее, &lt;дата&gt; в период времени с &lt;данные изъяты&gt; минут до &lt;данные изъяты&gt; минут Б. совместно с Т., который являясь руководителем организованной преступной группы, выполнял возложенные на себя обязанности распространителя наркотических средств, находясь в квартире Б. по адресу: &lt;адрес&gt;, продолжая реализовывать единый преступный умысел, направленный на незаконный сбыт всей незаконно приобретенной вышеуказанной партии наркотического средства – масла каннабиса (гашишное масло) весом не менее &lt;данные изъяты&gt; г. (масса сухого остатка), в крупном размере, действуя в составе организованной преступной группы, неустановленную часть вышеуказанного наркотического средства с целью увеличения количества и удобства употребления путем курения смешали с табаком, получив смесь (растительную массу), содержащую в своем составе наркотическое средство – масло каннабиса (гашишное масло) количеством &lt;данные изъяты&gt; г. (масса сухого остатка), которую после разделения на две части и расфасовки в два бумажных свертка – с растительной массой, содержащей в своем составе наркотическое средство: масло каннабиса (гашишное масло) количеством &lt;данные изъяты&gt; г. (масса сухого остатка) и растительной массой, содержащей в своем составе наркотическое средство - масло каннабиса (гашишное масло) количеством &lt;данные изъяты&gt; г. (масса сухого остатка), Т. забрал с собой и впоследствии умышленно, незаконно сбыл ФИО6 №1 и ФИО6 №10 при следующих обстоятельствах: &lt;дата&gt; в период времени с &lt;данные изъяты&gt; минут до &lt;данные изъяты&gt; минут Т., находясь в &lt;адрес&gt; Республики Саха (Якутия), с целью незаконного сбыта бесконтактным способом растительной массы, содержащей в своем составе наркотическое средство - масло каннабиса (гашишное масло) количеством &lt;данные изъяты&gt; г. (масса сухого остатка), осознавая противоправность своих действий, посредством общения по мобильной связи известил знакомого ФИО6 №1, являющегося потребителем наркотических средств, с которым ранее договорился о сбыте ему наркотического средства – масла каннабиса (гашишное масло), о том, что для приобретения у него наркотического средства ФИО6 №1 должен явиться к нему домой по адресу: &lt;адрес&gt;. После чего бумажный сверток с вышеуказанным наркотическим средством, придерживаясь принимаемых мер конспирации, разместил в тайник, оборудованный под скатертью стола, расположенного справа на крыльце первого подъезда дома № по &lt;адрес&gt;. Затем, &lt;дата&gt; в период времени с &lt;данные изъяты&gt; минут до &lt;данные изъяты&gt; минут Т., находясь дома по вышеуказанному адресу, получив от ФИО6 №1 денежные средства в сумме &lt;данные изъяты&gt; рублей, сообщил ему место нахождения бумажного свертка с приобретенным наркотическим средством, откуда ФИО6 №1 его забрал. &lt;дата&gt; в &lt;данные изъяты&gt; минут сотрудниками ОНК ОМВД России по &lt;адрес&gt; в ходе проведения оперативно – розыскного мероприятия «Наблюдение» возле первого подъезда дома № по ул. &lt;адрес&gt; ФИО6 №1 был задержан, после чего доставлен в здание ОМВД России по &lt;адрес&gt; по адресу: &lt;адрес&gt;, где &lt;дата&gt; в период времени с &lt;данные изъяты&gt; минут до &lt;данные изъяты&gt; минут в ходе проведения личного досмотра у ФИО6 №1 в правом кармане его брюк обнаружен и изъят бумажный сверток с растительной массой, являющейся смесью табака с наркотическим средством: маслом каннабиса (гашишное масло) массой сухого остатка &lt;данные изъяты&gt; г., который при изъятии упакован в пакет №. Из выводов заключения эксперта №/ф от &lt;дата&gt; следует: 1, 2. Представленное на исследование вещество из пакета №, обнаруженное и изъятое &lt;дата&gt; в ходе проведения ОРМ «Наблюдение», в ходе проведения личного досмотра ФИО6 №1, является наркотическим средством – смесью масла каннабиса (гашишного масла) с измельченной растительной массой табака.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Вес смеси табака с маслом каннабиса (гашишным маслом) из пакета №, обнаруженное и изъятое &lt;дата&gt; в ходе проведения ОРМ «Наблюдение», при личном досмотре ФИО6 №1, на момент проведения настоящей экспертизы составил &lt;данные изъяты&gt; г. Вес масла каннабиса (гашишного масла) в пересчете на сухой остаток в исследуемой смеси составил &lt;данные изъяты&gt; г. Вес нейтрального компонента (табака) составил &lt;данные изъяты&gt;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Первоначальный вес смеси табака с гашишным маслом из пакета №, обнаруженной и изъятой &lt;дата&gt; в ходе проведения ОРМ «Наблюдение», при личном досмотре ФИО6 №1, согласно справке об исследовании № от &lt;дата&gt;, составлял &lt;данные изъяты&gt; г. Первоначальный вес масла каннабиса (гашишного масла) в пересчете на сухой остаток в исследуемой смеси составлял &lt;данные изъяты&gt; г, первоначальный вес нейтрального компонента (табака) составлял &lt;данные изъяты&gt; г. В дальнейшем Т., продолжая свои преступные действия, &lt;дата&gt; в период времени с &lt;данные изъяты&gt; минут до &lt;данные изъяты&gt; минут, находясь в &lt;адрес&gt; Республики Саха (Якутия), с целью незаконного сбыта бесконтактным способом растительной массы, содержащей в своем составе наркотическое средство - масло каннабиса (гашишное масло) количеством &lt;данные изъяты&gt; г. (масса сухого остатка), осознавая противоправность своих действий, посредством общения по мобильной связи известил знакомого ФИО6 №10., являющегося потребителем наркотических средств, с которым Т. ранее договорился о сбыте ему наркотического средства – масла каннабиса (гашишное масло), о том, что для приобретения у него наркотического средства: масла каннабиса (гашишное масло) ФИО6 №10 должен явиться в первый подъезд дома, расположенного по адресу: &lt;адрес&gt; После чего бумажный сверток с вышеуказанным наркотическим средством, придерживаясь принимаемых мер конспирации, разместил в тайник, оборудованный под скатертью стола, расположенного справа на крыльце первого подъезда дома № по &lt;адрес&gt; Далее, &lt;дата&gt; в период времени с &lt;данные изъяты&gt; минут до &lt;данные изъяты&gt; минут Т., находясь на крыльце первого подъезда дома № по &lt;адрес&gt; получив от ФИО6 №10 денежные средства в сумме &lt;данные изъяты&gt; рублей, сообщил ему место нахождения бумажного свертка с приобретенным наркотическим средством, откуда ФИО6 №10 его забрал. &lt;дата&gt; в &lt;данные изъяты&gt; минут сотрудниками ОНК ОМВД России по &lt;адрес&gt; в ходе проведения оперативно – розыскного мероприятия «Наблюдение» ФИО6 №10 задержан возле первого подъезда дома № по &lt;адрес&gt; после чего доставлен в ОМВД России по &lt;адрес&gt; по адресу: &lt;адрес&gt;, где &lt;дата&gt; в период времени с &lt;данные изъяты&gt; минут до &lt;данные изъяты&gt; минут в ходе проведения личного досмотра у ФИО6 №10 в правом кармане его брюк обнаружен и изъят бумажный сверток с растительной массой, являющейся смесью табака с наркотическим средством: маслом каннабиса (гашишное масло) массой сухого остатка &lt;данные изъяты&gt; г., который при изъятии упакован в пакет №. Из выводов заключения эксперта № от &lt;дата&gt; следует: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Растительная масса в свертке из листа бумаги белого цвета формата А4 из пакета №, изъятая в ходе проведения личного досмотра &lt;дата&gt; в период времени с &lt;данные изъяты&gt; минут до &lt;данные изъяты&gt; минут у гр. ФИО6 №10, является сухой смесью табака с наркотическим средством: маслом каннабиса (гашишное масло). Масса смеси из пакета № на момент проведения экспертизы составила &lt;данные изъяты&gt; г. Масса сухого остатка отделенного гашишного масла от смеси из пакета № в перерасчете на все количество вещества, соответственно составила &lt;данные изъяты&gt; г. Масса сухого нейтрального компонента (табака) составила &lt;данные изъяты&gt; г. Согласно справке об исследовании № от &lt;дата&gt; масса смеси из пакета № составила &lt;данные изъяты&gt; г. Масса сухого остатка отделенного гашишного масла от смеси из пакета № в перерасчете на все количество вещества составила &lt;данные изъяты&gt; г. Масса сухого нейтрального компонента (табака) составила &lt;данные изъяты&gt; г. Далее, &lt;дата&gt; в период времени с &lt;данные изъяты&gt; минут до &lt;данные изъяты&gt; минут в ходе проведения сотрудниками ОНК ОМВД России по &lt;адрес&gt; оперативно-розыскного мероприятия «Обследование помещений, зданий, сооружений, участков местности и транспортных средств» в жилище Б., расположенного по адресу: &lt;адрес&gt;, обнаружены и изъяты: стеклянная банка с мазеобразным веществом, упакованная при изъятии в пакет №; полимерная бутылка с густым вязким веществом темного с зеленоватым оттенком цвета, упакованная при изъятии в пакет №; бумажный сверток с табакообразным веществом, упакованный при изъятии в пакет №. Из выводов заключения эксперта №/ф от &lt;дата&gt; следует: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весом &lt;данные изъяты&gt; г. из пакета №, изъятое &lt;дата&gt; в ходе проведения ОРМ «Обследование помещений, зданий, сооружений, участков местности и транспортных средств» в жилище Б., расположенного по адресу: РС (Я), &lt;адрес&gt;, является наркотическим средством: маслом каннабиса (гашишное масло). На основании справки об исследовании № от &lt;дата&gt;, вес гашишного масла из пакета № на момент проведения исследования составляла &lt;данные изъяты&gt; г. Вес сухого остатка гашишного масла из пакета № на момент проведения первоначального исследования составлял &lt;данные изъяты&gt;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Вещество весом &lt;данные изъяты&gt; г. из пакета №, изъятое &lt;дата&gt; в ходе проведения ОРМ «Обследование помещений, зданий, сооружений, участков местности и транспортных средств» в жилище Б., расположенного по адресу: РС (Я), &lt;адрес&gt;, является наркотическим средством - маслом каннабиса (гашишное масло). На основании справки об исследовании № от &lt;дата&gt;, вес гашишного масла из пакета № на момент проведения исследования составлял &lt;данные изъяты&gt;&lt;адрес&gt; сухого остатка гашишного масла из пакета № на момент проведения первоначального исследования составлял &lt;данные изъяты&gt; г. Из выводов заключения эксперта №/ф от &lt;дата&gt; следует: 1, 2. Растительная масса, изъятая &lt;дата&gt; в ходе проведения ОРМ «Обследование…» в жилище Б., расположенном по адресу: РС (Я), &lt;адрес&gt;, является сухой смесью табака с наркотическим средством: маслом каннабиса (гашишное масло). Вес смеси составил на момент проведения настоящей экспертизы &lt;данные изъяты&gt; г. Вес отделенного от смеси гашишного масла в пересчете на сухой остаток составил &lt;данные изъяты&gt; г. Вес нейтрального компонента – табака – в сухом виде составил &lt;данные изъяты&gt;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справке об исследовании № от &lt;дата&gt; вес растительной массы (смеси) из пакета №, изъятой &lt;дата&gt; в ходе проведения ОРМ «Обследование…» в жилище Б., расположенном по адресу: РС (Я), &lt;адрес&gt;, составлял на момент проведения первоначального исследования &lt;данные изъяты&gt; г. Первоначальный вес масла каннабиса (гашишного масла) в пересчете на сухой остаток в представленной смеси из пакета №, согласно справке об исследовании № от &lt;дата&gt;, составлял &lt;данные изъяты&gt; г. Вес сухого нейтрального компонента (табака) составлял &lt;данные изъяты&gt; г. Общий вес наркотического средства – масла каннабиса (гашишное масло), изъятого в ходе оперативно-розыскных мероприятий &lt;дата&gt; «Обследование помещений, зданий, сооружений, участков местности и транспортных средств», проведенного в жилище Б. по адресу: &lt;адрес&gt;, составил &lt;данные изъяты&gt; г. Таким образом, довести единый преступный умысел, направленный на незаконный сбыт всей партии наркотического средства: масла каннабиса (гашишное масло) весом не менее &lt;данные изъяты&gt; г., в крупном размере, на территории &lt;адрес&gt; Республики Саха (Якутия) и &lt;адрес&gt; Республики Саха (Якутия), руководитель организованной группы Т., а также члены преступной группы Б. и ФИО3, выполнявшие в организованной группе функции исполнителей – распространителей вышеуказанного наркотического средства, до конца не смогли по независящим от них обстоятельствам, поскольку в период с &lt;дата&gt; по &lt;дата&gt; их преступная деятельность была пресечена действиями сотрудников полиции в ходе проведения оперативно-розыскных мероприятий, оставшаяся часть партии наркотического средства - масла каннабиса (гашишное масло) была изъята из незаконного оборота до реализации потребителям. В соответствии со ст. Федерального закона РФ от 08 января 1998 года №3-ФЗ «О наркотических средствах и психотропных веществах» наркотические средства – это вещества синтетического или естественного происхождения, препараты, растения, включенные в «Перечень наркотических средств, психотропных веществ или их прекурсоров, подлежащих контролю в Российской Федерации». Согласно «Перечню наркотических средств, психотропных веществ и их прекурсоров, подлежащих контролю в Российской Федерации», утвержденному Постановлением Правительства РФ 30 июня 1998 года № 681 «Об утверждении перечня наркотических средств, психотропных веществ и их прекурсоров, подлежащих контролю в Российской Федерации», масло каннабиса (гашишное масло) отнесено к наркотическим средствам (Список № 1). Согласно Постановлению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масла каннабиса (гашишное масло) весом от 5 г. до 1000 г. относится к крупному размеру (количество определяется после высушивания до постоянной массы при температуре +110.. . +115 градусов Цельсия). В судебном заседании подсудимый ФИО3 свою вину признал частично, а именно в том, что приобрел наркотические средства в целях личного потребления в значительном количестве и, будучи предупрежденным о том, что его показания могут быть использованы в качестве доказательств по делу, пояснил о том, что в середине &lt;дата&gt; года кто-то ограбил его гараж, и ФИО6 №6 оказывал услуги сварочной работы, за которые ФИО3 полностью оплатил, наркотиков при этом не было. Перед новым &lt;дата&gt; годом ФИО6 позвонил ФИО6 №22, попросил помочь деньгами и рассказал, что находится в Тынде и его «кинул с деньгами» начальник 2 и на новый год у него не было денег. Так как в этот период готовились к празднику, он не смог помочь ФИО6 №22. После этого ФИО6 №22 начал звонить часто, хотя до этого, после ФИО7, с ним практически не общались, и рассказывал и хвастался, что в Тынде за &lt;данные изъяты&gt; рублей приобрели наркотические средства и покурили. Как человек, употребляющий наркотики, у ФИО3 появилось желание их употребить, попросил ФИО6 №22 привезти их. В &lt;дата&gt; года ФИО6 от ФИО6 №6 поступило предложение о том, что у знакомого ФИО6 №6 можно заказать наркотик «гашиш» из Иркутска на &lt;данные изъяты&gt; рублей. В &lt;дата&gt; г. ФИО3 позвонил ФИО6 №22 чтобы отремонтировать его машину. В гараже у него было холодно, ФИО6 №22 сказал, что закончилась солярка. Находясь в гараже, ФИО6 с ФИО6 №22 покурили наркотик, тогда еще не было предложения, так как ФИО6 №22 только что приехал из &lt;адрес&gt;. После этого поехали на базу ФИО6 №22 за соляркой, где ФИО3 познакомился с ФИО6 №23, поговорили, там ФИО6 узнал, что ФИО6 №23 тоже употребляет наркотические средства, ФИО6 №22 жаловался, что начальник 2 не выплатил ему зарплату. Оттуда ФИО3 уехал один, поскольку оказывал услуги такси и должен был увезти в &lt;адрес&gt; пассажиров. В середине &lt;дата&gt; г., когда ФИО3 таксовал и находился в &lt;адрес&gt;, в аэропорту встретил 1 и тот предложил работу крановщика в &lt;адрес&gt;. Все это время ФИО6 №22 звонил ему часто, предлагал употребить наркотические средства. Однако на фабрике в &lt;адрес&gt; порядки были строгие, поэтому отказывался. В начале апреля собрались в гараже у ФИО6 №6, как раз пришел наркотик, который ждали полтора месяца, и ФИО6 №22 с собой привез еще, как раз в то время, когда ФИО3 нельзя было их принимать в связи с выездом на работу в Накын, поэтому он отказался от употребления. В мае от ФИО6 №6 узнал, что ФИО6 №23 участвовал в каких-то разборках с перестрелками и лежал в больнице с огнестрельным ранением. В мае ФИО3 только 1 раз выезжал на работу в Накын, поэтому оказывал в &lt;адрес&gt; услуги по вспашке огородов мотоплугом. В конце мая или начале &lt;дата&gt; г. ФИО3 позвонил ФИО6 №22, который до этого сообщал, что он с ФИО6 №23 у 2 собираются отобрать автомобиль за долги, и попросил денег, так как застрял в &lt;адрес&gt;. ФИО3 отправил ФИО6 №22 &lt;данные изъяты&gt; рублей и сообщил телефон такси, так как состоял с ФИО6 №22 в хороших отношениях и получал от него наркотические средства для личного употребления, ФИО6 в это время знал, что ФИО6 №22 с собой везет наркотики, так как до этого выбивали с 2 деньги, однако не знал их количество. В апреле, когда находились в гараже, ФИО3 видел, что ФИО6 №22 вытаскивал наркотики в шприцах, поскольку так удобнее возить, запаяв горлышко и обломав «давилку» шприца. &lt;дата&gt; в &lt;адрес&gt; в час ночи ФИО3 закончил работу по вспашке огородов, поставил в гараж плуг и позвонил ФИО6 №22 с намерением приобрести и покурить наркотик, но он был недоступен. &lt;дата&gt; ФИО3 должен был вылететь в &lt;адрес&gt; на работу вахтовым методом, об этом заранее предупредил жену, так как она выезжала с ним в &lt;адрес&gt; и оттуда перегоняла автомобиль обратно в поселок. Попутно взяли пассажиров, в &lt;адрес&gt; приехали рано, поэтому, высадив пассажиров, позвонил ФИО6 №22 и он сообщил ФИО6, что приехали ночью, еще не проснулись. Приехали с сожительницей к ФИО6 №22 в квартиру, там были его жена и дети, попили кофе и вышли в туалет. ФИО6 спросил у ФИО6 №22, привезли они наркотик или нет. На что ФИО6 №22 ответил, что да, но все находится у ФИО6 №23. По просьбе ФИО6 ФИО6 №22 звонил ФИО6 №23, но он не ответил, поэтому не смог взять с собой, так как время поджимало, в &lt;данные изъяты&gt; минут надо было успеть на регистрацию в аэропорт. Уже в &lt;адрес&gt; от ФИО6 №6 и других знакомых ФИО6 узнал о том, что «веселье в &lt;адрес&gt; идет полным ходом». Работы было много, все делалось в жару под жестким контролем со стороны охраны компании, а он хотел употребить наркотики и снять стресс. Поговорил с ФИО6 №22 и попросил через знакомых «закинуть» наркотическое средство, так как он ФИО6 был еще должен &lt;данные изъяты&gt; рублей. &lt;дата&gt; т.г. в Накын прилетел ФИО6 №3, от ФИО6 №22 он привез примерно &lt;данные изъяты&gt; коробка наркотических средств. ФИО3 употребил их со своими друзьями, таких употребляющих наркоманов в компании очень много. &lt;дата&gt; наркотиков уже не было, а парни все еще просили: «Давай, что-нибудь придумаем!», поэтому в понедельник еще раз позвонил ФИО6 №22 и попросил его еще отправить наркотики со словами: «Ты, давай, еще что-нибудь придумай, деньги у нас есть!». ФИО6 №22 скинул ФИО6 номер карты и парни напрямую отправляли ФИО6 №22 оговоренные суммы, так как в &lt;адрес&gt; работает только банкомат банка «ВТБ». Перевез наркотические средства 3, которого встретил после окончания работы. 3 в присутствии ФИО6 №3 передал ему пакет, в котором были запечатанный блок сигарет и полкилограмма печенья. ФИО3 еще удивился, почему только сигареты, поскольку ранее просил ФИО6 №22 отправить сигареты в счет долга, на что 3 ответил, что это все, что ему передали. Придя в комнату с ФИО6 №3, ФИО6 обнаружил, что блок сигарет незаметно заклеен скотчем, открыл его и в нем были примерно &lt;данные изъяты&gt; наркотическим средством, смешанным с табаком, коробков. Наркотическое средство высыпали на листок и ФИО6 №3 был удивлен его количеством, поскольку он ожидал только &lt;данные изъяты&gt;. ФИО6 был рад этому, поскольку знакомые постоянно нуждались в них и каждый раз заказывать было трудно. Информация о получении ФИО6 наркотиков сразу облетела фабрику, желающих стало много. Далее к ним присоединились 4, 5 (фамилию не помнит) и ФИО6 №7, последнему ФИО6 дал телефон ФИО6 №22, чтобы он самостоятельно заказывал себе их. ФИО6 передавал наркотики своим знакомым: кому в долг, кто скидывался на приобретение, в том числе и ФИО6, в итоге ФИО3 остался должен 4 &lt;данные изъяты&gt; рублей. За это время деньги за наркотические средства перечислялись на карту ФИО6 №22, ФИО6 от этого доходы не имел, только употреблял их с другими. Через 2 дня от этой партии наркотиков ничего не осталось, а парни просили еще, поэтому еще заказал у ФИО6 №22 следующую партию. Однако ФИО6 №22 поссорился с ФИО6 №23, что-то не поделили между собой, поэтому ФИО3 принял «решить этот вопрос на месте» и переговорить с ФИО6 №22 по приезду. &lt;дата&gt; с ФИО6 №3 ФИО6 прилетел в &lt;адрес&gt;, при себе ФИО6 имел &lt;данные изъяты&gt; тысяч, из которых &lt;данные изъяты&gt; тысячи дал ФИО6 №7 и &lt;данные изъяты&gt; тысячи принадлежали ФИО6 №3. В аэропорту ФИО3 встретила жена, с ней поехали к ФИО6 №22, по дороге ФИО6 еще снял деньги. У ФИО6 №22 были ФИО6 №3, ФИО6 №16, 6 – брат ФИО6 №22, посидели на крыльце, покурили наркотическое средство, поговорили. ФИО6 №22 сказал, что наркотических средств у него с собой мало и что возьмет у ФИО6 деньги, так как сегодня ФИО6 №23 должен выехать в &lt;адрес&gt; и с собой он привезет. В &lt;адрес&gt; вечером Симанков встретился с ФИО6 №23, последний привез &lt;данные изъяты&gt; коробка наркотических средств, т.е. на те деньги, которые ФИО6 оставил ФИО6 №22, а ФИО6 №7 задержался в &lt;адрес&gt;, поскольку употреблял с ФИО6 №4 спиртные напитки. Затем ФИО6 позвонил ФИО6 №2 и предложил встретиться, он приехал в гараж и ФИО3 с ним в гараже употребил наркотическое средство. Далее ФИО6 по поводу употребления наркотических средств обращались ФИО6 №4 и ФИО6 №7, он не отказывал им. С &lt;дата&gt; по &lt;дата&gt; ФИО6 №23 часто приезжал в &lt;адрес&gt;, наркотических средств у ФИО6 №22 уже не было, было только у ФИО6 №23. В этот период у ФИО3 тоже были наркотики, которые между оказаниями услуг употреблял сам со своими знакомыми. &lt;дата&gt; ФИО3 позвонил 4 и попросил привезти в &lt;адрес&gt; еще наркотики, другие парни тоже просили, поэтому рассчитывал взять с собой &lt;данные изъяты&gt; коробка наркотиков. &lt;дата&gt; ФИО6 поговорил с ФИО6 №23, который сказал, что приедет вечером, ФИО6 попросил его взять с собой в поселок знакомую. По дороге ФИО6 №23 пробил колесо автомобиля, в поселке отремонтировал его, позвонил ФИО6 и возле гаража ФИО6 №23 передал ФИО6 &lt;данные изъяты&gt; коробка наркотических средств, упакованных в свертки бумаги формата А4. У ФИО6 были &lt;данные изъяты&gt; рублей, поэтому решил сразу приобрести &lt;данные изъяты&gt; упаковки, поскольку просьбы с фабрики поступали постоянно, и с ФИО7 заказывать и перевезти туда наркотические средства будет сложно, кроме того он должен был 4 за предыдущие наркотические средства, за приобретенный наркотик ФИО6 передал ФИО6 №23 &lt;данные изъяты&gt; рублей, а &lt;данные изъяты&gt; рублей оставил для того, чтобы исполнить другие заказы работников в виде обычных сигарет. &lt;дата&gt; рано утром ФИО3, пока жена приводила себя в порядок, на балконе выкурил наркотическое средство. В поселке взяли попутно 2 пассажиров и поехали в &lt;адрес&gt;. По дороге их остановили сотрудники госнаркоконтроля и ГАИ, при обыске обнаружили наркотическое средство. В этой схеме, кроме ФИО6 №23, ФИО6 №22 и него (ФИО6), никого не было, поскольку другие работники в &lt;адрес&gt; не знали ФИО6 №23 и ФИО6 №22, и приобретали наркотики только через него. Первое время очень испугался, поскольку инкриминируемая ему статья была «гнилая, очень тяжелая», сотрудники полиции угрожали, поэтому говорил неточную информацию. В связи с наличием существенных противоречий в показаниях подсудимого по ходатайству государственного обвинителя в соответствии со ст. 276 УПК РФ были оглашены протоколы допроса подозреваемого, обвиняемого (том №; том №), данные им в период следствия, из которых следует, что ФИО3 впервые наркотическое средство «конопля» попробовал, когда ему было 15 лет, от употребления наркотического средства испытывает эффект расслабления и успокоения. В 16 лет попробовал наркотическое средство гашишное масло, данное наркотическое средство смешивал с табаком и «забивал» в сигарету, от употребления гашишного масла также испытывает эффект расслабления и спокойствия, начал его употреблять с периодичностью в 1 год. &lt;дата&gt; году единственный раз употребил наркотическое средство «гашишное масло» путем курения. До этого в &lt;дата&gt; и &lt;дата&gt; годах наркотическое средство «гашишное масло» не употреблял, возможно, курил в &lt;дата&gt; году, уже точно не помнит. Среди его знакомых есть ФИО6 №22, с которым они знакомы на протяжении примерно 6 лет. Являются просто знакомыми, никаких дружеских отношений не поддерживают, но часто с ним созваниваются по своим делам. О ФИО6 №22 ФИО3 известно о том, что он проживает на верхнем поселке, адрес его не знает, но знает местоположение дома (второй дом снизу в районе «&lt;данные изъяты&gt;»). Он заезжал к нему за все время знакомства около 5-6 раз. Знает, что он проживает с супругой и тремя дочерьми, по характеру он спокойный, рассудительный с «хитринкой». Примерно в период с &lt;дата&gt; по &lt;дата&gt; года в &lt;адрес&gt; он встретился с ФИО6 №22. Тогда ФИО6 №22 попросил ФИО3 отвезти на базу в районе ОФ №3 (чья база не знает, понял так, что это база организации, где работал ФИО6 №22). Заехать на базу ФИО6 №22 нужно было по своим делам. Там же на базе ФИО3 познакомился с ФИО6 №23, их познакомил ФИО6 №22 и сказал, что они вместе работают. В тот же день ФИО3 обменялся телефонными номерами с ФИО6 №23, это он сделал для знакомства, всегда обменивается номерами сотовых телефонов с теми людьми, с которыми его знакомят. После этого ФИО3 с ФИО6 №22 и ФИО6 №23 не общался до &lt;дата&gt;. В связи с тем, что в &lt;адрес&gt; РС (Якутия) трудно приобрести наркотическое средство «гашишное масло», у своих знакомых (ФИО6 №22, ФИО6 №6) он неоднократно спрашивал о том, где можно купить наркотическое средство «гашишное масло», это было в период времени с &lt;дата&gt;-&lt;дата&gt;, но они не знали, где его можно купить. &lt;дата&gt; у ФИО6 появилось сильное желание покурить «гашишного масла», для этого он вновь позвонил ФИО6 №22 (номер потом удалил), чтобы узнать у последнего, не знает ли он, где в Мирном можно купить наркотическое средство «гашишное масло». ФИО3 позвонил ФИО6 №22 не потому, что он знал, что ФИО6 №22 употребляет наркотические средства, а потому что ФИО6 №22 мог знать, где его купить и до этого он у ФИО6 №22 уже спрашивал о наркотическом средстве «гашишное масло», поэтому ФИО6 №22 мог узнать, где его можно купить для него. В ходе телефонного разговора, в период времени с &lt;данные изъяты&gt; до &lt;данные изъяты&gt; часов &lt;дата&gt;, ФИО6 №22 дал ФИО3 совет позвонить ФИО6 №23 и спросить у него. О том, что употребляет наркотическое средство ФИО6 №23, ему было не известно, решил позвонить ФИО6 №23 для того, чтобы уточнить у последнего - есть ли у него наркотик, который можно приобрести. После разговора с ФИО6 №22 ФИО3 позвонил ФИО6 №23 по номеру сотового телефона № и в ходе телефонного разговора спросил у ФИО6 №23, можно ли приобрести какое-либо средство, чтобы «расслабиться». ФИО6 №23 сразу понял, что ФИО3 имеет в виду наркотическое средство «гашишное масло» и ответил, что приедет &lt;дата&gt; года. ФИО3 слышал, от кого именно не помнит, что в &lt;адрес&gt; приезжал ФИО6 №23, который совместно с 7 и ФИО6 №6 «веселились», под словом «веселились» он имеет в виду, что они все употребляли наркотическое средство «гашишное масло», поэтому он и позвонил ФИО6 №23 и спросил о средстве, при помощи которого можно расслабиться. ФИО6 №23 его понял, потому что не задавал лишних вопросов. В ходе этого же телефонного разговора ФИО3 попросил ФИО6 №23 забрать с аэропорта знакомую его матери – 8 и отвезти ее в &lt;адрес&gt;, он согласился и сказал, что привезет ее в поселок. Для того, чтобы ФИО6 №23 с ней связался, когда она прилетит, ФИО3 дал ему ее номер телефона. &lt;дата&gt;, примерно в период времени с &lt;данные изъяты&gt; часов до &lt;данные изъяты&gt; часов, ФИО3 на сотовый телефон позвонил ФИО6 №23 и сказал, что находится на пути в &lt;адрес&gt; РС (Я) и он пробил три колеса своей автомашины, просил помочь найти одно колесо, чтобы доехать до «шиномонтажки». Тогда ФИО3 нашел одно колесо - «банан» и отвез ФИО6 №23, он находился на автотрассе в километрах &lt;данные изъяты&gt; от поселка. После того, как он отдал ему колесо, 8 пересела в его автомашину и ФИО3 отвез её домой в поселок. Спустя некоторое время, в период с &lt;данные изъяты&gt; до &lt;данные изъяты&gt; часа &lt;дата&gt;, ему на сотовый телефон позвонил ФИО6 №23 и сказал, что колесо он отремонтировал, и все еще находится в поселке. ФИО3 сказал ФИО6 №23, чтобы он проехал к нему в гараж, объяснив как туда проехать: гараж находится на &lt;адрес&gt;, внизу, последний поворот налево, по счету второй справа. В данный период времени в указанное ФИО3 место приехал ФИО6 №23 в ходе разговора последний сказал, что привез ему «гашишное масло», смешанное с табаком, и передал ФИО3 &lt;данные изъяты&gt; свертка, в которых было гашишное масло, смешанное с табаком. Свертки были из трех листов бумаги формата А-4, в которые и было завернуто наркотическое средство «гашишное масло», смешанное с табаком. ФИО3 спросил, сколько должен ФИО6 №23. В ответ на это ФИО6 №23 сказал: «Посмотришь сам, рассчитаемся как разбогатеешь». Денежных средств у ФИО3 на тот момент не было, но думал, что попытается уговорить ФИО6 №23 дать ему наркотическое средство до того момента, когда у него появятся деньги. Он не уговаривал ФИО6 №23, а тот сам это ему предложил. Наркотическое средство ФИО3 приобретал для того, чтобы употреблять, сбывать никому не хотел и не намеревался. После того, как ФИО3 приобрел у ФИО6 №23 наркотическое средство, он положил его в свою автомашину «&lt;данные изъяты&gt;» с государственным регистрационным номером &lt;данные изъяты&gt; регион, а именно &lt;данные изъяты&gt; свертка с наркотическим средством «гашишное масло» он положил в «бардачок», после чего на данной автомашине поехал к своему дому. Он приехал домой, из бардачка машины достал три свертка с наркотическим средством «гашишное масло», которое ему продал ФИО6 №23 и после этого, положив его в карман своих штанов, направился к себе в квартиру, где начал собирать свою сумку, так как &lt;дата&gt; должен был выехать на работу в &lt;адрес&gt;. Когда он собирал свою сумку, его сожительница пошла в ванную, и он отсыпал немного наркотического средства «гашишное масло», сделал из него сигарету и, выйдя на балкон, выкурил ее, таким образом, он употребил часть приобретенного им наркотика. Оставшиеся три свертка с наркотическим средством ФИО6 положил в белую перчатку, которую засунул в сумку с вещами. &lt;дата&gt; в период времени с 06 часов до &lt;данные изъяты&gt; минут ФИО3 на своей автомашине со своей сожительницей выехал из &lt;адрес&gt; в &lt;адрес&gt; РС (Я), в этот же период времени он перенес сумку с перчаткой и тремя свертками с гашишным маслом, смешанным с табаком, в багажное отделение своей автомашины. Сожительница поехала с ФИО3, чтобы потом забрать автомашину с аэропорта &lt;адрес&gt; РС (Я). По пути следования в &lt;адрес&gt; РС (Я), в районе электроподстанции, их автомашину остановили сотрудники ОГИБДД, представившись, попросили предъявить документы, в этот момент к автомашине подошли другие сотрудники полиции, представились оперуполномоченными и сообщили, что поступила информация о том, что он перевозит наркотическое средство в своей автомашине. На что ФИО3 ответил, что у него ничего нет, тогда ему предъявили постановление о производстве ОРМ, с которым ФИО3 ознакомился и сообщили, что его автомашина будет досмотрена. В ходе досмотра автомашины сотрудниками полиции еще раз задавался ФИО3 вопрос о том, имеется ли у него что-либо противозаконное, в ответ на это он ответил, что нет. Тогда в ходе проводимого осмотра сотрудники полиции в багажнике его автомашины обнаружили вышеуказанную перчатку с тремя свертками с наркотическими средствами «гашишное масло», смешанным с табаком. Изъятое было упаковано в пакет из полимерного материала, опечатано пояснительной запиской с подписями участвующих лиц. Далее ФИО3 был доставлен в отдел полиции, где дал пояснения по поводу изъятого у него наркотика. Затем его направили на медицинское освидетельствование, в результате чего у ФИО3 установили факт употребления наркотического средства, был составлен протокол и в рабочие дни по решению мирового судьи ему был назначен штраф в размере &lt;данные изъяты&gt; рублей. Вину в совершении преступления, предусмотренного ч. 1 ст. 228 УК РФ , ФИО3 признает в полном объеме, в связи с тем, что приобрел, хранил и перевозил данное наркотическое средство только для себя, намерений продать его в поселке Накын у него не было, также он никогда никому не продавал наркотик в &lt;адрес&gt; и он всегда курил только один, ни с кем не делился и его никто не угощал. На дополнительные вопросы ФИО3 ответил, что с наркотическими средствами в дальнейшем связываться не желает, по поводу их приобретения он не интересовался и наркотическое средство он не употреблял. ФИО3 рассчитывал приобрести у ФИО6 №23 наркотическое средство на сумму &lt;данные изъяты&gt; рублей за &lt;данные изъяты&gt; коробок, какое количество наркотических средств в коробке он не знает. Всего он приобрел у ФИО6 №23 &lt;данные изъяты&gt; коробка, за которые должен был отдать &lt;данные изъяты&gt; рублей после приезда с &lt;адрес&gt;. ФИО3 пояснил, что, когда он давал объяснения впервые, сотрудники полиции говорили, что он будет сидеть в тюрьме, его пугали тем, что лишат его свободы, в связи с чем, он им говорил, что приходило на ум. Во второй раз он не хотел говорить правду по поводу того, что наркотик ему продал ФИО6 №23 и тогда сотрудники полиции пригласили последнего. ФИО6 №23, поговорив с ФИО3, сообщил о том, что все честно рассказал и чтобы он тоже говорил честно, что он и сделал. ФИО3 брал наркотик у ФИО6 №23 один раз при описанных выше обстоятельствах и он не хотел его «сдавать», у ФИО6 №22 он наркотик никогда не покупал, но его к таким показаниям все таки склонили. ФИО3 может оклеветать ФИО6 №8 и сообщить о том, что он продавал ему наркотическое средство, потому что находится с ФИО6 №8 в неприязненных отношениях в связи с тем, что сожительница ФИО3 сдавала ФИО6 №8 квартиру в &lt;адрес&gt;, в которой он устроил «бардак», в связи с чем он с ФИО6 №8 сильно повздорил. Больше никаких врагов, которые могли его оклеветать в том, что он продавал им наркотик, у него нет, так как никаких наркотиков он никому не продавал и со своими знакомыми находится в дружеских отношениях. ФИО3 переводил один раз денежные средства, которые у него занимал ФИО6 №22, перевод осуществлял на номер банковской карты, которую ему дал ФИО6 №22, это было &lt;дата&gt;, когда ФИО6 №22 и ФИО6 №23 ехали с вахты и у него не было денег. После этого ФИО3 денежные средства ни ФИО6 №22, ни ФИО6 №23, ни другим лицам не переводил. Ему на его банковскую карту денежные средства физические лица не переводили, на нее приходит только заработная плата. Переписки с ФИО6 №23, ФИО6 №22 и другими лицами не производились. ФИО3 настоял на том, что именно ФИО6 №22 ему сообщил, что нужно связаться с ФИО6 №23. Из показаний ФИО3 от &lt;дата&gt;, оглашенных в судебном заседании, следует, что &lt;дата&gt; ФИО6 №23 привез ФИО3 в &lt;адрес&gt; РС (Я) наркотическое средство в &lt;данные изъяты&gt; пакетах, упакованных в бумаги формата А-4, точнее &lt;данные изъяты&gt; свертка. За наркотическое средство ФИО6 №23. ФИО3 отдал &lt;данные изъяты&gt; рублей, сам наркотическое средство он не переупаковывал и приобрел для личного употребления, так как у него болели ноги. &lt;дата&gt; при отъезде в &lt;адрес&gt; РС (Я), около &lt;данные изъяты&gt; минут, точное время не помнит, со своей сожительницей ФИО6 №9 заезжал домой к ФИО6 №22 который рассказал, что наркотических средств у него для употребления нет, все находится у ФИО6 №23 Затем ФИО3 уехал в &lt;адрес&gt; РС (Я). &lt;дата&gt; в &lt;адрес&gt; РС (Я) приехал друг ФИО6 №22. – ФИО6 №3 и привез наркотики. С ФИО6 №3 они покурили, то есть употребили наркотические средства. &lt;дата&gt; ФИО3 хотел приобрести у ФИО6 №22 наркотики для личного употребления, но у него их не было. До &lt;дата&gt; с ФИО6 №23 он не созванивался, не встречался. ФИО6 №23 в промежуток времени с &lt;дата&gt; по &lt;дата&gt; привозил в &lt;адрес&gt; РС (Я) для личного употребления ФИО3 наркотическое средство – гашишное масло в свертке из бумаги формата А-4, разбавленное табаком. На дополнительные вопросы ФИО3 ответил, что не вступал в организованную группу ФИО6 №23 и ФИО6 №22., никаких договоренностей не было. Наркотическое средство ФИО3 приобрел в &lt;данные изъяты&gt; свертках у ФИО6 №23., упаковал их в перчатку для проноса через контроль аэропорта &lt;адрес&gt; РС (Я) с целью дальнейшей перевозки в &lt;адрес&gt; РС (Я) для личного употребления. Этого сделать не удалось, так как был задержан сотрудниками полиции, в содеянном раскаивается. С ФИО6 №23 и ФИО6 №22 он просто знаком. Авторитетом для ФИО3 ФИО6 №22. не является и не являлся. После оглашения подсудимый ФИО3 не подтвердил свои показания, данные им во время предварительного следствия, указав о том, что эти показания были направлены на смягчение квалификации содеянного. Настоял, что правдивые показания дал в судебном заседании, указав о том, что перед тем, как давать эти показания, предупрежден о том, что указанные показания могут быть использованы судом в качестве доказательств. Несмотря на частичное признание подсудимым своей вины, выслушав подсудимого ФИО3, показания свидетелей по делу, исследовав и оценив добытые по делу доказательства, сопоставив их в совокупности, суд признал, что вина подсудимого ФИО3 доказана и его действие следует квалифицировать по ч. 3 ст. , пунктами «а», «г» ч. 4 ст. 228.1 УК РФ . Основанием для вывода суда о наличии в действиях ФИО3 указанного признака преступления послужили установленные в ходе судебного разбирательства фактические обстоятельства дела. Так, допрошенный в судебном заседании путем использования систем видеоконференцсвязи в порядке ст. 278.1 УПК РФ свидетель ФИО6 №23 показал, что ФИО3 знает, в &lt;дата&gt; года их познакомил ФИО6 №22, с которым работал вместе. В дальнейшем он, ФИО6 №22 и ФИО6 собирались вместе для того, чтобы обсудить и решить продажу гашишного масла, т.е. были в сговоре. Первым предложил этим заниматься ФИО6 №22, он согласился, а ФИО3 исполнял роль распространителя. Периодически обсуждали, как привезти с &lt;адрес&gt; наркотическое средство для дальнейшего распространения в &lt;адрес&gt; и &lt;адрес&gt;, при этом ФИО3 был в курсе событий, по телефону разговаривали условными обозначениями, шифрами. Изначально планировали купить за &lt;данные изъяты&gt; рублей, ФИО6 должен был участвовать в сбыте наркотиков за &lt;данные изъяты&gt; тысячи рублей за &lt;данные изъяты&gt; смешанного с табаком наркотика. Доход, полученный от продажи наркотиков, решили распределить следующим образом: ФИО6 №23 с ФИО6 №22 50 на 50, а ФИО6 за реализованное наркотическое средство оставлял их часть в качестве вознаграждения. Привезли наркотики в Мирный в начале июня, где-то в 10-х числах, и начали распространять кто как может. Кому сбывали, фамилии не помнит и не знает. Для реализации наркотиков он несколько раз приезжал в &lt;адрес&gt;, в гараже ФИО6 передавал последнему наркотические средства, гараж находится в конце поселка за &lt;адрес&gt;. В связи с наличием существенных противоречий по ходатайству государственного обвинителя в соответствии со ст. 281 УПК РФ были оглашены показания свидетеля ФИО6 №23 (том №), данные им в во время предварительного следствия, из которых следует, что между &lt;дата&gt; и &lt;дата&gt; года ему позвонил знакомый ФИО6 №22 и позвал к себе в гараж, который расположен в № ГСК «&lt;данные изъяты&gt;» по &lt;адрес&gt;, ФИО6 №23 пришел к ФИО6 №22 в гараж между &lt;данные изъяты&gt; и &lt;данные изъяты&gt; часами. В ходе разговоров ФИО6 №22 сказал, что хочет поехать в &lt;адрес&gt; края, оттуда привезти гашишное масло и продавать в &lt;адрес&gt; и &lt;адрес&gt;. ФИО6 №23 понравилась идея ФИО6 №22 и добавил, что на эти деньги можно открыть свое дело в качестве индивидуального предпринимателя. ФИО6 №23 с ФИО6 №22 собирались купить гашишное масло на заработную плату ФИО6 №23., которые должны были поступить на его счет. В ходе разговора ФИО6 №22 сказал, что у него есть хороший знакомый по имени ФИО3, который тоже будет с ними работать, то есть продавать наркотики, но ФИО3 за работу будет получать бесплатно гашишное масло. Примерно между &lt;дата&gt; и &lt;дата&gt; года между &lt;данные изъяты&gt; ч. и &lt;данные изъяты&gt; ч. ФИО6 №22 позвонил ФИО6 №23 и сказал подъехать к нему в гараж. Там были ФИО6 №22 и ФИО3. В ходе разговора ФИО6 №22 рассказал ФИО6, что они с ФИО6 №23 собираются начать продавать гашишное масло в &lt;адрес&gt; и в &lt;адрес&gt;, ФИО6 №22 предложил ФИО6 тоже заняться продажей гашишного масла. На что ФИО3 сразу согласился. Далее, ФИО6 №22 сказал ФИО6, что будут передавать гашишное масло смешанное с табаком, ФИО3 будет фасовать по коробкам и продавать за &lt;данные изъяты&gt; рублей за &lt;данные изъяты&gt;. За это будет получать гашишное масло для себя бесплатно. Также ФИО6 №22 сказал ФИО6, чтобы продавал только знакомым проверенным людям, чтобы не попасться полиции. Далее ФИО6 №23 и ФИО6 №22 поехали в &lt;адрес&gt; для приобретения наркотических средств. &lt;дата&gt; в &lt;данные изъяты&gt; ч. утра они с ФИО6 №22 выехали из &lt;адрес&gt;. По приезду в &lt;адрес&gt; они положили гашишное масло у ФИО6 №22 в гараже. С &lt;дата&gt; ФИО6 №23 совместно с ФИО6 №22 и ФИО3 начали продавать гашишное масло среди своих знакомых в &lt;адрес&gt; и &lt;адрес&gt;, при этом деньги от продажи гашишного масла ФИО6 №23 с ФИО6 №22 делили пополам, а ФИО6 получал бесплатный сверток: за продажу четырех свертков пятый ФИО6 оставлял себе для личного потребления. Всего за все время они продали гашишное масло несколько десятков раз разным людям, в том числе ФИО6 №1, ФИО6 №6, ФИО6 №3, ФИО6 №2, ФИО6 №10 и другим. &lt;дата&gt; в 21 ч. ФИО6 №23 пришел к ФИО6 №22 в гараж и забрал бутылку с гашишным маслом, так как посчитал, что ФИО6 №22 слишком много начал употреблять и для продажи остается мало. ФИО6 №22 согласился с ним и ФИО6 №23 отвез гашишное масло к себе в квартиру, которая расположена по адресу: &lt;адрес&gt;. &lt;дата&gt; между &lt;данные изъяты&gt; и &lt;данные изъяты&gt; часами ФИО6 №23, находясь у себя в квартире, выдавил из бутылки немного гашишного масла, которое смешал с табаком. Данную смесь он должен был отдать ФИО6, так как он звонил и попросил ФИО6 №23 привезти ему наркотики. Смесь табака с гашишным маслом он положил в полимерный пакет и на своей автомашине «&lt;данные изъяты&gt;» выехал из &lt;адрес&gt;, когда приехал в гараж Симанкова время было позднее, около &lt;данные изъяты&gt; ч. вечера. Гараж ФИО6 находится рядом с № по &lt;адрес&gt;. В гараже ФИО6 №23 передал ФИО6 пакет со смесью табака с гашишным маслом, ФИО6 сам должен был расфасовать по сверткам, из данного пакета они с ФИО6 покурили, после чего он вернулся в &lt;адрес&gt;. Затем ФИО6 №23 встречался с ФИО6, который рассказал, что его поймали сотрудники полиции и изъяли у него гашишное масло, при разговоре ФИО6 заверил ФИО6 №23 и ФИО6 №22 что о них он ничего не рассказал сотрудникам полиции, что им бояться нечего. Они поверили ФИО6, поэтому не спрятали гашишное масло и продолжили продавать его. Изначально идея по продаже гашишного масла принадлежала ФИО6 №22, он был главным во всей этой деятельности, все его указания о порядке продажи гашишного масла исполнялись ФИО6 №23 и ФИО3 сразу и без вопросов, и подчинялись ФИО6 №22 У них у каждого была своя роль в продаже гашишного масла. Они строго соблюдали меры предосторожности в продаже гашишного масла, при разговоре по телефону они не говорили открытым текстом про гашишное масло, продавали гашишное масло только своим знакомым, которым доверяли и знали, что те не сообщат в полицию. ФИО6 №23 ФИО6 №22 и ФИО3 друг друга хорошо знали и доверяли друг другу. Все время поддерживали связь, в основном по продаже гашишного масла, а также совместно употребляли его. Все они хотели продавать гашишное масло и получать за это деньги, а ФИО3 чтобы иметь гашишное масло для своего личного потребления. При этом для ФИО6 №23 и ФИО6 №22 продажа гашишного масла стало основным источником дохода. После оглашения свидетель ФИО6 №23 подтвердил свои показания, данные во время следствия. Из показаний свидетеля ФИО6 №22, допрошенного в судебном заседании путем использования систем видеоконференцсвязи в порядке ст. 278.1 УПК РФ , следует, что с ФИО6 №23 ФИО6 познакомил он. Примерно в &lt;дата&gt; года ФИО6 №22 с ФИО6 №23 решили приобрести наркотические средства гашишное масло в &lt;адрес&gt; на сумму &lt;данные изъяты&gt; рублей для последующей продажи в &lt;адрес&gt; и &lt;адрес&gt;, а также для личного потребления. ФИО3 знал об этом, обсуждал с ними вопросы приобретения и сбыта, находясь с ними в гараже перед отъездом. Затем ФИО3 выступал в качестве распространителя наркотических средств. Для продажи в &lt;адрес&gt; ФИО6 наркотические средства передавали ФИО6 №22 и ФИО6 №23, стоимость одного коробка наркотиков составляла &lt;данные изъяты&gt; рублей, такая сумма была установлена им, так как где-то слышал, что в городе продаются по такой цене. За продажу наркотиков ФИО3 оставлял себе часть этих наркотиков для личного потребления. Для передачи наркотических средств ФИО3 ФИО6 №23 приезжал в &lt;адрес&gt;, сколько раз, не помнит. Реализовывали наркотики проверенным и знающим людям, по телефону постоянно обсуждали между собой эти вопросы. Сначала наркотик хранился у ФИО6 №22 затем его забрал ФИО6 №23 В связи с наличием существенных противоречий по ходатайству государственного обвинителя в соответствии со ст. 281 УПК РФ были оглашены показания свидетеля ФИО6 №22 (том №), данные им в во время предварительного следствия, из которых следует, что в конце &lt;дата&gt; года ФИО6 №22 решил заняться продажей наркотических средств в &lt;адрес&gt;, а также знакомым из &lt;адрес&gt;, хотел стать состоятельным человеком. Сам ФИО6 №22 употреблял наркотики. У него есть хороший знакомый ФИО6 №23, которого позвал к себе в гараж по адресу: бокс № ГСК «&lt;данные изъяты&gt;», &lt;адрес&gt;. До этого и в этот раз ФИО6 №22 с ФИО6 №23 в этом гараже курили гашишное масло. В ходе разговора ФИО6 №22 рассказал ФИО6 №23, что хочет поехать в &lt;адрес&gt; края и купить там гашишное масло, затем продавать в &lt;адрес&gt; и &lt;адрес&gt;. При этом ФИО6 №22 сказал ФИО6 №23, что ранее продавал наркотические средства, после продажи которых выручил &lt;данные изъяты&gt; рублей. На его предложение ФИО6 №23 согласился и они стали вместе продумывать детали их плана по покупке гашишного масла в &lt;адрес&gt;, перевозке и продаже в &lt;адрес&gt;. ФИО6 №22. с ФИО6 №23 договорились, что деньги на покупку первой партии гашишного масла даст последний, при этом данные деньги ему вернутся с тех денег, которые выручат от продажи в &lt;адрес&gt;, далее вырученные деньги будут делить пополам. ФИО6 №22. рассказал ФИО6 №23, что у него есть знакомый по имени ФИО3, которого тоже подключат к делу, чтобы тот тоже продавал гашишное масло. Однако они с ФИО6 №23 договорились, что с ФИО6 они не будут делиться деньгами, а просто будут давать тому гашишное масло на употребление, это было в вечернее время между &lt;данные изъяты&gt; и &lt;данные изъяты&gt; часами где-то между &lt;дата&gt; и &lt;дата&gt; года. После этого, также в вечернее время, между &lt;данные изъяты&gt; и &lt;данные изъяты&gt; часами где-то между &lt;дата&gt; и &lt;дата&gt; года ФИО6 №22 позвал ФИО6 №23 и ФИО3 к себе в гараж и все втроем покурили гашишное масло. ФИО6 №22 рассказал ФИО3 о том, что они с ФИО6 №23 собираются начать продавать гашишное масло в &lt;адрес&gt; и в &lt;адрес&gt;, и предложил ФИО6 тоже заняться продажей гашишного масла, что они будут отдавать ФИО6 гашишное масло, а тот, в свою очередь, будет продавать по &lt;данные изъяты&gt; рублей за коробок, а взамен они будут угощать ФИО3 гашишным маслом для личного потребления. При этом они все втроем договорились, что будут продавать гашишное масло только знакомым и проверенным людям, чтобы не попасться полиции. На предложение ФИО6 №22 о продаже гашишного масла ФИО3 согласился, был рад, что получит бесплатно гашишное масло. Примерно между &lt;данные изъяты&gt; ч. и &lt;данные изъяты&gt; ч. где-то с &lt;дата&gt; по &lt;дата&gt;, когда был дома по адресу: &lt;адрес&gt;, ФИО6 №22 созвонился через программу «WhatsApp» с 9 из &lt;адрес&gt;, находящимся в &lt;адрес&gt; края, и договорился с ним, что приедет и купит гашишное масло. По приезду, примерно с &lt;дата&gt; ФИО6 №22 ФИО6 №23 и ФИО6 начали продавать гашишное масло в &lt;адрес&gt; и &lt;адрес&gt;, деньги от продажи гашишного масла ФИО6 №22 с ФИО6 №23 делили пополам, а ФИО3 за продажу &lt;данные изъяты&gt; свертков &lt;данные изъяты&gt; сверток получал бесплатно для личного потребления. Всего за все время они продали гашишного масла нескольким десяткам людей, в том числе ФИО6 №1, ФИО6 №6, ФИО6 №3, ФИО6 №2, ФИО6 №10 и другим. &lt;дата&gt; между &lt;данные изъяты&gt; ч. и &lt;данные изъяты&gt; мин. ФИО6 №22. приехал ФИО6 №23 домой по адресу: &lt;адрес&gt;, где ФИО6 №23 смешал гашишное масло с табаком и положил в два бумажных свертка. Данные два свертка ФИО6 №22 забрал с собой, а затем продал ФИО6 №1 и ФИО6 №10. После чего их задержали сотрудники полиции. В их деятельности ФИО6 №22 был главным, его указания о продаже гашишного масла исполнялись ФИО6 №23 и ФИО3 сразу и без вопросов. У каждого из них была конкретная задача и роль в продаже гашишного масла. Соблюдали меры предосторожности при продаже гашишного масла, в разговоре по телефону они не говорили открытым текстом про гашишное масло, продавали гашишное масло только своим знакомым, которым доверяли и знали. ФИО6 №22 продавал не только из рук в руки, но и делал тайники, куда клал свертки с гашишным маслом, и при получении денег говорил покупателям местонахождение тайника с гашишным маслом. ФИО6 №22., ФИО6 №23 и ФИО3 друг друга хорошо знали и доверяли. Все время поддерживали связь, в основном, по продаже гашишного масла, а также совместно употребляли гашишное масло. Все они хотели продавать гашишное масло и получать за это деньги, а ФИО3 просто, чтобы иметь гашишное масло для своего личного потребления. При этом для него и для ФИО6 №23 продажа гашишного масла стало основным источником дохода. После оглашения свидетель ФИО6 №22 полностью подтвердил свои показания, данные во время следствия. ФИО6 ФИО6 №2., допрошенный в суде, показал суду, что знает подсудимого ФИО3, так как проживают в одном поселке. В конце &lt;дата&gt; года он встретил Симанкова возле церкви поселка, который предложил ему купить наркотические средства. После этого созванивались с ФИО6 о встрече, обговаривали условия и в итоге он 2 раза приобретал у ФИО6 наркотические средства по &lt;данные изъяты&gt; свертку за &lt;данные изъяты&gt; рублей каждый в районе дома № по &lt;адрес&gt;. Разница между ними составляла &lt;данные изъяты&gt;. После второго приобретения и употребления путем выкуривания наркотического средства в больнице установили наркотическое опьянение. Во время следствия в ходе разговора ФИО6 пытался договориться с ним, чтобы он изменил показания, но он не согласился, при этом угрозы с его стороны не было. В связи с наличием существенных противоречий по ходатайству государственного обвинителя в соответствии со ст. 281 УПК РФ были оглашены показания свидетеля ФИО6 №2 (том №), данные им в во время предварительного следствия, из которых следует, что ФИО3 знает на протяжении примерно 10 лет, находится с ним в хороших отношениях, так как они с ФИО6 из одного поселка. ФИО6 №2 известно, что ФИО3 употребляет наркотическое средство «гашишное масло» путем курения. &lt;дата&gt; (была пятница) по окончании работы ФИО6 №2 приехал в &lt;адрес&gt; на выходные. В этот день, т.е. &lt;дата&gt;, в период времени с &lt;данные изъяты&gt; часов до &lt;данные изъяты&gt; часов, находясь рядом с магазином «&lt;данные изъяты&gt;» по &lt;адрес&gt; (номер дома не помнит), он встретился с ФИО3 В ходе разговора ФИО3 сказал ему, что у него есть гашишное масло, которое может ему продать. ФИО6 №2 спросил, сколько это будет стоить, ФИО3 ответил, что один сверток «гашишного масла», в котором было около &lt;данные изъяты&gt; спичечного коробка (возможно больше) стоит &lt;данные изъяты&gt; рублей. ФИО6 №2 согласился с предложением ФИО3 и передал ему денежные средства в сумме &lt;данные изъяты&gt; рублей, тот, в свою очередь, передал ФИО6 №2 наркотическое средство «гашишное масло», которое было уже смешано с табаком. Оно находилось в бумажном свертке с какими-то надписями, уже не помнит, объем был около &lt;данные изъяты&gt; спичечного коробка. Данное наркотическое средство ФИО6 №2 брал себе для того, чтобы покурить, что и сделал в этот же вечер. Когда ФИО3 ему передавал наркотическое средство, то сказал: «Если нужно будет, то позвонишь». ФИО6 №2 ответил, что он понял, что у ФИО3 имеется наркотическое средство «гашишное масло». После этого, ФИО6 №2 в этот же день, уже вечером, один его употребил путем курения и испытал эффект расслабления, а именно он его курил посредством изготовления «самокрутки». &lt;дата&gt; (была суббота), примерно в период времени с &lt;данные изъяты&gt; до &lt;данные изъяты&gt; часов, ФИО6 №2 так же решил попробовать наркотическое средство «гашишное масло», в связи с чем, уже зная, что ФИО3 продает данный наркотик, позвонил последнему и в ходе телефонного разговора (или посредством сети Ватсапп, уже точно не помнит) он намекнул ФИО3: «Давай что-нибудь придумаем», так как употреблять наименование наркотика при общении нельзя было, во время разговора кто-то мог его услышать (например, может находиться рядом с посторонними людьми), в этом случае ФИО3 ему не продал бы, если он сказал открыто. ФИО3 ответил: «Давай встретимся на остановке, наверху», этим ФИО3 имел в виду, что ему необходимо подъехать на остановку общественного транспорта, которая расположена в районе дома № по &lt;адрес&gt;, остановка там одна. За данной остановкой находится гараж «&lt;данные изъяты&gt;». Поняв это, ФИО6 №2 сразу же направился к месту, указанному ФИО6, туда также подъехал ФИО3, вышел из своей автомашины, ФИО6 №2 ФИО6 передал денежные средства в сумме &lt;данные изъяты&gt; рублей, а ФИО3, в свою очередь, ему вновь передал сверток с наркотическим средством «гашишное масло», которое было смешано с табаком. Оно так же, как и в первый раз, было завернуто в какую-то бумагу с надписями. ФИО3 сказал, что в случае чего, тот ему опять сможет продать и у ФИО3 есть гашишное масло. После этого ФИО6 №2 в этот же день также употребил его путем курения и испытал эффект расслабления. &lt;дата&gt; (было воскресенье) в период времени с &lt;данные изъяты&gt; до &lt;данные изъяты&gt; часов ФИО6 №2 вновь захотел покурить наркотическое средство «гашишное масло» путем курения, для чего опять позвонил ФИО3, последнему он в ходе телефонного разговора также намекнул на то, что ему нужно с ним увидеться для того, чтобы ФИО3 ему продал наркотическое средство. ФИО3 спросил о том, где он находится, ФИО6 №2 на тот момент стригся рядом со Сберкассой. ФИО3 сказал, что заедет. Заехав за ним, они с ФИО6 поехали в сторону вышеуказанной остановки, где в период времени с &lt;данные изъяты&gt; до &lt;данные изъяты&gt; часов &lt;дата&gt;, находясь рядом с остановкой, ФИО6 №2, уже практически молча, передал ФИО3 денежные средства в сумме &lt;данные изъяты&gt; рублей, ФИО3 же передал ему такой же сверток наркотического средства «гашишное масло», смешанного с табаком. После этого ФИО6 №2 в этот же день также употребил его путем курения и испытал эффект расслабления. &lt;дата&gt; в период времени примерно с &lt;данные изъяты&gt; до &lt;данные изъяты&gt; часов ФИО6 №2 пришел в магазин «&lt;данные изъяты&gt;» по &lt;адрес&gt;, где увидел ФИО3 В ходе разговора ФИО3 достал из пачки сигарет «самокрутку», в которой находилось гашишное масло, смешанное с табаком, данную «самокрутку» ФИО3 предложил ему и сказал, чтобы ФИО6 №2 угощался, он взял её и выкурил ее уже дома, где так же испытал эффект расслабления. Денежные средства ФИО3 у ФИО6 №2 не спрашивал, по его мнению, это был своеобразный жест «доброй воли», чтобы он в дальнейшем приобретал у того наркотик и пользовался только его «услугами». &lt;дата&gt; в &lt;адрес&gt; приехали сотрудники полиции, его освидетельствовали и у него был установлен факт употребления наркотического средства, в связи с чем, он был привлечен к административной ответственности и ему был назначен штраф в &lt;данные изъяты&gt; рублей. На дополнительные вопросы ФИО6 №2 ответил о том, что, где брал наркотическое средство ФИО3, ему не известно, но может сказать, что ФИО6 его продавал и оно было на постоянной основе, т.е. где-то доставал, так как человек, который сам употребляет гашишное масло путем курения, продает его только в случае, когда у него есть «лишний» наркотик, который можно продать. Кроме того, &lt;дата&gt; и &lt;дата&gt; ФИО6 №2 виделся с ФИО3 чисто «случайно» и у того с собой был наркотик, то есть ФИО6 постоянно носил его при себе. Кроме ФИО3, он наркотическое средство ни у кого не приобретал, как он говорил выше, просто случайно с ним встретился. Курил ФИО6 №2 наркотик один, чтобы быть не замеченным, и чтобы об этом никто не знал. После оглашения свидетель ФИО6 №2 подтвердил свои показания, данные во время следствия. ФИО6 ФИО6 №5 отказался от своих показаний, данных во время следствия, указав о том, что они были даны под давлением и под диктовку дознавателя и следователя, которые угрожали ему неприятностями на работе и связанными с ребенком в КДН. Для дачи показаний его доставляли с вертолета, вылетающего на рабочее место вахтовым методом, и задерживали в центре поселка. Никогда не приобретал у ФИО3 наркотические средства и по делу ничего не помнит. В связи с отказом от дачи показаний по ходатайству государственного обвинителя в соответствии со ст. 281 УПК РФ были оглашены показания свидетеля ФИО6 №5 (том №), данные им в предварительном следствии, из которых следует, что среди его знакомых имеется ФИО3, с которым ФИО6 №5 знаком на протяжении примерно 3 лет. Познакомились в &lt;адрес&gt;, когда ФИО3 работал в службе такси. В период времени с 01 по &lt;дата&gt; ФИО3 был в поселке &lt;адрес&gt;, ФИО6 №5 встретил ФИО6, который сообщил ему о том, что у него есть «тема» по поводу «химки» (так называется наркотическое средство «гашишное масло»). ФИО6 №5 удивился, с чего вдруг ФИО6 решил ему предложить наркотик, но не стал задавать лишних вопросов, спросил, что это будет для него стоить, в ответ на это ФИО6 ответил, что &lt;данные изъяты&gt; стоит &lt;данные изъяты&gt; рублей. ФИО6 №5 сказал, что перезвонит ФИО6. После этого ФИО6 №5 в период времени с &lt;дата&gt; по &lt;дата&gt;, находясь где-то в поселке &lt;адрес&gt; РС (Я), решил позвонить (возможно, он написал в сети Ватсапп, уже точно не помнит) ФИО6 и приобрести наркотик, в ходе общения, ФИО6 ответил что его у него нет и оно будет на следующий день. На следующий день, примерно в период времени с &lt;данные изъяты&gt; минут до &lt;данные изъяты&gt; минут, ФИО6 №5 вновь позвонил (возможно написал в Ватсапп) ФИО3, которому сообщил о том, что приобретет у последнего &lt;данные изъяты&gt; коробка с наркотическим средством гашишное масло, смешанное с табаком. Также, насколько помнит, в ходе разговора ФИО6 №5 спросил скидку у ФИО3, но цену тот не уступил. ФИО3 сказал, чтобы ФИО6 №5 подъезжал к магазину «&lt;данные изъяты&gt;», расположенному по &lt;адрес&gt;, он сел в автомашину и поехал к указанному ФИО6 месту. Подъехал к магазину, спустя 1 минуту подъехал ФИО3, ФИО6 №5 сел в его автомашину, передал тому денежные средства в сумме &lt;данные изъяты&gt; рублей, купюрами по &lt;данные изъяты&gt; рублей, ФИО3, в свою очередь, передал ему &lt;данные изъяты&gt; газетных свертка (от старых газет), в которых находилось гашишное масло, смешанное с табаком. Уже у себя в гараже впоследствии ФИО6 №5 развернул свертки, в них было гашишное масло, смешанное с табаком, это он понял по специфическому запаху, который он узнал, так как ранее употреблял данный наркотик. После этого он употребил данное наркотическое средство путем курения. Далее в период времени с &lt;дата&gt; по &lt;дата&gt; с &lt;данные изъяты&gt; до &lt;данные изъяты&gt; ФИО6 №5 таким же образом позвонил на абонентский номер телефона ФИО6 и вновь сказал, что ему нужен «один», т.е. коробок наркотического средства. ФИО3 ответил, что занят и сказал, чтобы потом перезвонил. Он перезвонил примерно в период времени с &lt;данные изъяты&gt; до &lt;данные изъяты&gt; часов, ФИО3 сказал, чтобы ФИО6 №5 подъехал к «тому же месту», где в первый раз тот продал ему наркотик, что он и сделал. ФИО6 №5 подъехал к магазину, подъехал ФИО3, ФИО6 №5 сел в автомашину ФИО6, передал последнему денежные средства в сумме &lt;данные изъяты&gt; рублей купюрами по &lt;данные изъяты&gt; рублей, а тот передал ФИО6 №5 &lt;данные изъяты&gt;, в котором находилось гашишное масло, смешанное с табаком. Уже у себя в гараже, впоследствии, ФИО6 №5 развернул сверток, в нем было гашишное масло, смешанное с табаком, это он понял по специфическому запаху и после этого он употребил данное наркотическое средство вышеуказанным способом. &lt;дата&gt; с &lt;данные изъяты&gt; до &lt;данные изъяты&gt; минут, это он запомнил точно, так как на следующий день ФИО6 задержали сотрудники полиции по пути следования в &lt;адрес&gt; РС (Я) с наркотическим средством, ФИО6 №5 таким же образом позвонил на абонентский номер телефона ФИО6 и вновь сказал тому, что ему нужен «один» коробок. ФИО3 ответил, что его везут из &lt;адрес&gt; и чтобы он перезвонил, он перезвонил в указанный период времени, ФИО3 сказал, чтобы он подъезжал к нему в гараж. Подъехав в гараж ФИО6, который расположен внизу &lt;адрес&gt; в районе &lt;адрес&gt;, ФИО6 №5 передал тому денежные средства в сумме &lt;данные изъяты&gt; рублей, купюрами по &lt;данные изъяты&gt; рублей, ФИО3, свою очередь, передал ему 1 газетный сверток, в котором находилось гашишное масло, смешанное с табаком. Уже у себя в гараже впоследствии ФИО6 №5 развернул сверток, в нем было гашишное масло, смешанное с табаком. После этого он употребил данное наркотическое средство путем курения. В настоящее время у ФИО6 №5 нет бумажных свертков, в которых находился наркотик, проданный ему ФИО6, так как он их сжег. Приобретенного у ФИО6 наркотика, смешанного с табаком, у него также нет, так как он его выкурил при вышеописанных обстоятельствах. О том, где брал наркотическое средство ФИО3, ему не известно, но может сказать, что ФИО3 его продавал и оно у того было на постоянной основе, так как сразу назначал ему встречу. Кроме этого, может сообщить о том, что примерно в период времени с &lt;дата&gt; по &lt;дата&gt; ФИО6 №5 также захотел приобрести у ФИО6 наркотическое средство, но ФИО6 в то время был на заезде в &lt;адрес&gt; РС (Я). В начале &lt;дата&gt; года ФИО3 приехал с заезда с &lt;адрес&gt;, в ходе телефонного разговора он сообщил ФИО6 №5 о том, что по поводу приобретения наркотика «гашишное масло», смешанного с табаком, он может обратиться к ФИО6 №22. С ФИО6 №22 он знаком на протяжении около 5 лет, так как тот ранее также проживал в поселке &lt;адрес&gt; РС (Я). ФИО3 ему еще номер телефона ФИО6 №22 отправил, но с последним, не созвонился (возможно созвонился, но так как ФИО6 №5 был в &lt;адрес&gt;, а ФИО6 №22 проживает в &lt;адрес&gt; РС (Я)), он у ФИО6 №22 наркотическое средство не приобретал и с данной просьбой он вообще не обращался, так как решил дождаться приезда в &lt;адрес&gt; ФИО3 с заезда. То, что наркотик он приобретал исключительно у ФИО6 в &lt;адрес&gt; в указанные им периоды времени, он может сказать точно. Ни у кого больше наркотик ФИО6 №5 не приобретал и о том, что он приобрел наркотик, он никому не говорил, курил он его один, чтобы быть не замеченным, чтобы об этом никто не знал. В настоящий момент ему очень стыдно, что приобретал наркотик, он простой «потребитель», который приобретал его исключительно для себя. После оглашения свидетель ФИО6 №5 отказался от указанных показаний, указав о том, что они были фактически написаны следователем, а подписал их, поскольку угрожали ему неприятностями на работе. Из показаний свидетеля ФИО6 №9., данных ею в суде, следует, что она является гражданской женой подсудимого, живут вместе с &lt;дата&gt; года и собирались регистрировать свои отношения. &lt;дата&gt; она с мужем ФИО3 поехали в &lt;адрес&gt; на своей машине, муж должен был уехать в &lt;адрес&gt; на работу вахтовым методом, а она должна была перегнать машину обратно в поселок. По дороге их остановили сотрудники наркоконтроля и при обыске автомашины в сумке ФИО3 нашли наркотические средства в количестве &lt;данные изъяты&gt; свертков. До этого момента она не знала, что ФИО3 употребляет наркотики, так как не замечала у мужа каких-либо признаков наркотического опьянения. ФИО6 №23 и ФИО6 №22 знает, так как ФИО6 №23 к ним приезжал в связи с ремонтом колеса автомобиля по дороге куда-то, а ФИО6 №22 по адресу в &lt;адрес&gt; пару раз заезжали с мужем по разным делам, при этом не слышала, чтобы муж разговаривал с ними на темы, связанные с употреблением и сбытом наркотиков. В связи с наличием существенных противоречий по ходатайству государственного обвинителя в соответствии со ст. 281 УПК РФ были оглашены показания свидетеля ФИО6 №9 (том №), данные ею в предварительном следствии, из которых следует, что она проживает с ФИО6 с &lt;дата&gt; года. Примерно в &lt;дата&gt; года, точно не помнит, когда ФИО6 пришел домой «веселый», она заметила, что в его поведении было что-то не так, его зрачки глаз немного отличались от обычных, она спросила у него, в чем дело, тогда он ей ответил, что он покурил гашишное масло. ФИО6 №9, естественно, в тот день устроила ему скандал, и они поругались. Потом помирились, ФИО6 объяснил ей, что в этом нет ничего такого, но наркотические средства ей употреблять он не предлагал, и она бы не стала этого делать. После этого ФИО6 №9 периодически замечала за ним употребление наркотического средства, но скандалов уже не устраивала. Где он его брал, ей не известно, как неизвестно, где он его хранил, она не замечала, чтобы у них дома находилось наркотическое средство. Среди знакомых ее мужа есть ФИО6 №22. О ФИО6 №22 ей известно, что он также являлся жителем поселка Чернышевский. О том, употреблял ли наркотические средства ФИО6 №22, ФИО6 №9 не известно. Также среди друзей ее мужа есть ФИО6 №9. О ФИО6 №23 ей известно, что у него имеется жена и ребенок. Он несколько раз приезжал в &lt;адрес&gt; РС (Я). &lt;дата&gt; года в &lt;адрес&gt; РС (Я) из &lt;адрес&gt; РС (Я) должна была приехать 8 (отчество не помнит). Та должна была приехать совместно с ФИО6 №23, которого просил ФИО3, чтобы тот ее привез в поселок. По пути в &lt;адрес&gt; в период времени с &lt;данные изъяты&gt; часов до &lt;данные изъяты&gt; часов ФИО6 на сотовый телефон позвонил ФИО6 №23 и сказал, что находится на дороге в &lt;адрес&gt; РС (Я) и пробил три колеса своей автомашины, ФИО3 нашел одно колесо «банан» и отвез ФИО6 №23. Уже вечером, в период с &lt;данные изъяты&gt; до &lt;данные изъяты&gt; часа &lt;дата&gt;, ФИО6 на сотовый позвонил ФИО6 №23 и сказал, что колесо он отремонтировал, находится в поселке. ФИО3 нужно было с ним увидеться, и он сказал ФИО6 №23, чтобы тот проехал в гараж, после чего ФИО3 уехал из дома. Гараж находится в &lt;адрес&gt;, вниз, последний поворот налево, второй по счету справа налево. ФИО3 обратно домой приехал минут через 20. Когда он приехал, то у них в квартире ФИО6 начал собирать свою сумку, так как у него &lt;дата&gt; должен был быть заезд на вахту в &lt;адрес&gt; РС (Я). Когда он собирал свою сумку, ФИО6 №9 пошла в ванную и поэтому, что ФИО3 укладывал в сумку, она не видела. &lt;дата&gt; в период времени с &lt;данные изъяты&gt; часов до &lt;данные изъяты&gt; минут с ФИО3 на их автомашине совместно выехали из &lt;адрес&gt;, чтобы поехать в аэропорт &lt;адрес&gt; РС (Я), в этот же период времени ФИО3 перенес сумку в багажное отделение своей автомашины. ФИО6 №9 поехала с ФИО6, так как должна была перегнать автомашину с аэропорта &lt;адрес&gt; обратно в &lt;адрес&gt;. По пути следования в &lt;адрес&gt; РС (Якутия), в районе электроподстанции, их автомашину остановили сотрудники ОГИБДД, попросили предъявить документы, в этот момент к автомашине подошли сотрудники полиции, представились оперуполномоченными, сообщили о том, что поступила информация о том, что ФИО3 перевозит наркотическое средство в своей автомашине, он ответил, что у него ничего нет, тогда ему предъявили постановление о производстве ОРМ, с которым они ознакомились и сообщили, что автомашина будет досмотрена. В ходе досмотра автомашины сотрудники полиции не раз задавали ФИО3 вопрос о том, имеется ли у него что-либо противозаконное, в ответ на это он ответил, что нет, тогда в ходе проводимого осмотра у него в багажнике обнаружили перчатку с тремя свертками с наркотическим средством «гашишное масло», смешанное с табаком, также был полимерный пакет. Изъятое было упаковано в пакет из полимерного материала, который был опечатан пояснительной запиской с подписями участвующих лиц. Далее, они были доставлены в отдел полиции, где ФИО6 дал пояснения по поводу изъятого у него наркотика. ФИО6 №9 ФИО6 говорил, что наркотическое средство ему передал ФИО6 №23. Более ничего он ей не рассказывал. Как она говорила, он не очень разговорчив. В ходе медицинского освидетельствования было установлено, что ФИО3 употребил наркотическое средство, был составлен протокол и по решению мирового судьи ему был назначен штраф в размере &lt;данные изъяты&gt; рублей. &lt;дата&gt; у ФИО6 был заезд в &lt;адрес&gt; РС (Я) и по пути следования в &lt;адрес&gt; из &lt;адрес&gt; ему позвонил ФИО6 №6. ФИО6 №6 спросил у ФИО6, едут ли они в &lt;адрес&gt; и сможет ли она его забрать от ФИО6 №23 и отвезти его в поселок (после того, как ФИО6 улетит на заезд и она будет возвращаться в поселок). ФИО6 сказал, что они заедут к ФИО6 №23 и заберут ФИО6 №6 в поселок. Примерно с &lt;данные изъяты&gt; до &lt;данные изъяты&gt; часов &lt;дата&gt; они приехали к ФИО6 №23 домой и, когда они зашли в квартиру ФИО6 №23 то увидели там и ФИО6 №6. Они все вчетвером прошли на кухню. ФИО6 №23 предложил ФИО6 и ФИО6 №6 покурить наркотическое средство, ФИО6 отказался, ФИО6 №6 согласился. После этого ФИО6 №23 и ФИО6 №6 начали курить гашишное масло, перемешанное с табаком. ФИО6 начал говорить ФИО6 №23 что когда его задержали с наркотиком, он никому не рассказал, что брал его у ФИО6 №23, и что тот может спать спокойно. Потом ФИО3 и ФИО6 №9 уехали. Для чего перевозил наркотическое средство ФИО6, ей не известно, сам он ей об этом ничего не рассказывал. После оглашения свидетель ФИО6 №9 частично подтвердила свои показания, данные во время следствия, указав о том, что при разговоре ФИО6 №23 не предлагал мужу покурить наркотик, не замечала наркотическое опьянение мужа до обнаружения наркотика в машине и у ФИО6 №22 не было разговоров о наркотиках, так как, попив кофе, с мужем быстро уехали. Из показаний свидетеля ФИО6 №14 в судебном заседании следует, что он ФИО6 знает хорошо, не раз возил его для выезда на работу вахтовым методом, так как ФИО6 в свободное время работает таксистом и такой человек всегда нужен. Осенью &lt;дата&gt; года, когда он был в отпуске, ему позвонили сотрудники полиции и сказали, что хотят поговорить по поводу работы. По приезду у них узнал, что, якобы, обращался ФИО6 за наркотиками. Тем не менее, он никогда наркотики не употреблял, относится к ним отрицательно, а ФИО6 звонил по поводу того, что в &lt;дата&gt; года договаривался о встрече рядом с магазином «&lt;данные изъяты&gt;» для того, чтобы помочь матери ФИО6 переехать на другую квартиру. Из показаний свидетеля ФИО6 №6., допрошенного в судебном заседании, следует, что он знаком с ФИО6. ФИО6 №23 и ФИО6 №22 также знает, поскольку ФИО6 №22 жил в поселке Чернышевский, а с ФИО6 №23 познакомился, когда были на &lt;адрес&gt;, однако общались с ним редко. &lt;дата&gt; он находился в &lt;адрес&gt;, ему позвонил ФИО6 №23 и пригласил к себе в гости. В квартире был ФИО6 №23, еще двое мужчин, которых он не знает, и он. ФИО6 №23 угостил «травой», т.е. наркотиком анашой, все выкурили и играли в карты, пока всех не задержала полиция. О задержании ФИО6 узнал от его жены. О том, что ФИО6 употреблял наркотики, сбывал их, он не знает и не помнит. Сам он никогда не покупал наркотики и употребил его, когда угостил ФИО6 №23. Больше пояснить ничего не может. В связи с наличием существенных противоречий по ходатайству государственного обвинителя в порядке ст. 281 УПК РФ были оглашены показания свидетеля ФИО6 №6 (том №), из которых следует, что он знаком с ФИО6 №22 и ФИО6 на протяжении длительного периода времени, а с ФИО6 №23 его познакомил ФИО6 №22 и ФИО6 примерно в период времени с &lt;дата&gt; по &lt;дата&gt; (точную дату он не помнит, но не исключает, что это было в указанный период времени), все они употребляют наркотические средства путем курения. Знакомство с ФИО6 №23 состоялось где-то в &lt;адрес&gt; РС (Я), точно не помнит где, помнит, что это был чей-то гараж. Туда ФИО6 №22 с ФИО6 №23 приехали вдвоем, потом подъехал и ФИО6. ФИО6 №6 был со своим другом ФИО6 №31 (по кличке «&lt;данные изъяты&gt;», он также употребляет данный наркотик, является жителем поселка Чернышевский и является их общим другом). В ходе данного знакомства ФИО6 №23 сказал ФИО6 №23, что ФИО6 №6 и ФИО6 №31 свои люди и им можно доверять. В ходе данного общения, как он говорил выше, они поговорили по поводу того, что все употребляют наркотическое средство гашишное масло путем курения. Потом те все уехали, ФИО6 №6 с ФИО6 №23 обменялись номерами сотовых телефонов, и они начали поддерживать общение (дружили), созванивались, разговаривали о рыбалке и прочем. Потом у ФИО6 №22 с ФИО6 №23 был заезд в &lt;адрес&gt; (по их работе) и он не видел их длительный период времени. &lt;дата&gt; (это он может сказать точно) в гости к ФИО6 №6 и к ФИО6 №31 в &lt;адрес&gt; приехал ФИО6 №23, который находился в поселке несколько дней. Хочет пояснить, что предварительно он и ФИО6 №31 приглашали ФИО6 №23 в поселок порыбачить и отдохнуть. С собой ФИО6 №23 привез наркотик гашишное масло, смешанное с табаком в полимерном пакете. Он удивился, что у ФИО6 №23 есть наркотик, но с ФИО6 №31 этому не противились, так как были не против употребить его. После того, как ФИО6 №23 приехал в поселок, он ФИО6 №6 сказал, что ему необходимо встретиться с ФИО6. Потом ФИО6 №23 уехал, приехал спустя некоторое время, точно не помнит, когда, но это было уже вечером. ФИО6 №23 ему сказал, что ФИО3 дал гашишное масло, смешанное с табаком. Потом ФИО6 №23 у него спросил, не покупает ли он наркотик у ФИО3 Так как у ФИО6 №6 небольшая зарплата и не имеет такой возможности, он ответил ФИО6 №23, что не покупает. Потом ФИО6 №23 сказал, что, так как ФИО6 №6 является его другом, то ФИО6 №23 его будет просто угощать. Они действительно с ФИО6 №23 подружились и он просто хотел угостить ФИО6 №6 Он спросил у ФИО6 №23, о том, по какой цене ФИО3 продает, ФИО6 №23 ответил, что за &lt;данные изъяты&gt; рублей за &lt;данные изъяты&gt;. Потом, &lt;дата&gt; (три дня в период времени с &lt;данные изъяты&gt; часов), находясь где-то в &lt;адрес&gt; (точно не помнит где, но это было в каком-то гараже) ФИО6 №23 угощал ФИО6 №6 и ФИО6 №31 гашишным маслом, смешанным с табаком, которое они выкуривали. От употребления они испытали эффект расслабления и эйфории. ФИО6 №23 был у ФИО6 №6 в гостях три дня и, когда уезжал в &lt;адрес&gt;, то забыл часть наркотика в полимерном пакете. После того, как ФИО6 №23 уехал из &lt;адрес&gt; РС (Я), в период времени с &lt;дата&gt; ФИО6 №6 по просьбе ФИО3 выполнял тому сварочные работы в гараже (варил калитку), после выполненных работ, вечером в период времени с &lt;данные изъяты&gt; часов, находясь в гараже, ФИО3 передал ему один бумажный сверток табака, смешанного с гашишным маслом, и намекнул, что это стоит &lt;данные изъяты&gt; рублей и ФИО3 готов таким образом с ним рассчитаться за выполненную им работу. ФИО6 №6 согласился и взял у ФИО3 сверток с табаком, смешанным с наркотиком. Таким образом, ФИО3 с ФИО6 №6 рассчитался за сварочные работы в гараже. Впоследствии данный наркотик ФИО6 №6 выкурил и испытал эффект эйфории и расслабления. Далее, &lt;дата&gt;, ФИО6 №6 по просьбе ФИО3 выполнял тому сварочные работы в гараже (варил стойку или рычаг его автомашины) и после выполненных работ, вечером в период времени с &lt;данные изъяты&gt; часов, находясь в гараже, ФИО3 передал ФИО6 №6 еще один бумажный сверток табака, смешанного с гашишным маслом и намекнул, что тот готов таким образом с ним рассчитаться за выполненную им работу. ФИО6 №6 вновь согласился и взял у ФИО3 сверток с табаком, смешанным с наркотиком. Таким образом, ФИО6 с ФИО6 №6 рассчитался за сварочные работы, которые он тому выполнил во второй день в его гараже. Впоследствии данный наркотик ФИО6 №6 выкурил и испытал эффект эйфории и расслабления. Спустя некоторое время, примерно &lt;дата&gt; ФИО6 №6 от ФИО6 №9 (сожительницы ФИО6) стало известно, что ФИО6 в &lt;адрес&gt; задержали за то, что у того наркотик был с собой. ФИО6 №6 сказал ей, что он тут ни при чем. Она извинилась и ушла. &lt;дата&gt;, в период времени с &lt;данные изъяты&gt; часов, точно не помнит, ФИО6 №6 с ФИО6 №31 находились опять в гараже (точно не помнит в каком именно гараже они пили спиртное, но это было точно в &lt;адрес&gt;) и они увидели забытый ФИО6 №23 полимерный пакет с гашишным маслом, смешанным с табаком. ФИО6 №6 и ФИО6 №31 решили позвонить ФИО6 №23 чтобы спросить у последнего, можно ли им его выкурить, что они и сделали. ФИО6 №23 по телефону им это разрешил. Также ФИО6 №6 хочет пояснить, что в этот день или чуть позже он также позвонил ФИО6 №23 и так как ему и ФИО6 №31 было неудобно, что они брали у ФИО6 №23 наркотик бесплатно предложил тому деньги за него, ФИО6 №23 сказал, что потом разберутся. Он так и не понял, взял бы тот у них деньги или нет, но деньги ФИО6 №6 и ФИО6 №31 ФИО6 №23 так и не отдали. Примерно в период времени с &lt;данные изъяты&gt; часов &lt;дата&gt; ФИО6 №6 поехал в &lt;адрес&gt; в гости к ФИО6 №23 (проживает тот по &lt;адрес&gt;), ФИО6 №6 был у него в гостях дома первый раз и увидел, что у ФИО6 №23 дома находились еще трое ранее не известных ему людей (как потом стало известно это был ФИО6 №27, ФИО6 №30 и ФИО6 №24). ФИО6 №6 принес с собой рыбу щуку, они стали общаться. Далее, &lt;дата&gt; в период времени с &lt;данные изъяты&gt; часов на кухне в квартире ФИО6 №23 предложил ФИО6 №27, ФИО6 №6 и ФИО6 №30., покурить имеющийся у того наркотик - гашишное масло, размешанное с табаком, курили на кухне, и, таким образом, тот их угостил. Потом ФИО6 №27 и Свидетели №24 и №30 ушли. Проснулись от того, что в период времени с &lt;данные изъяты&gt; часов &lt;дата&gt; в квартиру постучали (по его мнению, предварительно ФИО6 №23 позвонил ФИО3 и спросил, можно ли прийти). Тот ответил, что можно. Таким образом, в указанный период времени пришел ФИО6. Тот был со своей супругой – ФИО6 №9. ФИО6 и ФИО6 №9 прошли на кухню. ФИО6 №23 предложил ФИО6 и ФИО6 №6 покурить наркотическое средство, ФИО6 почему-то отказался, а ФИО6 №6 согласился. После этого ФИО6 №6 и ФИО6 №23 начали курить гашишное масло, перемешанное ФИО6 №23 с табаком, которым тот их угостил. В ходе разговора ФИО6 начал им говорить, что, когда его задержали с наркотиком, тот никому не рассказал, что брал его у ФИО6 №23 и, что он может спать спокойно. Потом ФИО6 и его жена – ФИО6 №9 уехали. Он и ФИО6 №23 опять легли спать. После этого, в период времени с &lt;данные изъяты&gt; часов &lt;дата&gt; приехал ФИО6 №22, ФИО6 №23 открыл ему дверь, так как тот позвонил ФИО6 №23 предварительно. ФИО6 №22 зашел и передал ФИО6 №23 &lt;данные изъяты&gt; сигарет, на кухне ФИО6 №23 и ФИО6 №22 разложили лист бумаги и начали «потрошить сигареты», ФИО6 №23 пошел в ванную и со стеклянной банки взял гашишное масло, которое впоследствии они нагрели и размешали с табаком. ФИО6 №23 оставил себе коробка &lt;данные изъяты&gt; (на глаз, это было в горсточке), а остальное это коробка &lt;данные изъяты&gt; ФИО6 №22 взял с собой. При этом наркотик, который взял ФИО6 №22, ФИО6 №23 положил ему в лист бумаги формата А-4. При этом присутствовал и ФИО6 №6 Но он ничего не делал, в смешивании наркотика он не участвовал. Далее ФИО6 №22 уехал. Потом ФИО6 №23 куда-то выходил ненадолго. Вечером вновь пришли друзья ФИО6 №23 – ФИО6 №24 и ФИО6 №27 ФИО6 №23 вновь, находясь на кухне, предложил ФИО6 №27, ФИО6 №24 и ФИО6 №6 покурить наркотик «гашишное масло», смешанное с табаком, но ФИО6 №6 отказался, а ФИО6 №27 и ФИО6 №24 согласились, что и сделали. ФИО6 №6 наркотик вечером с ними не курил, так как не захотел. ФИО6 №24 позвонил брату – ФИО6 №30 и попросил того принести початую бутылку водки, которая имелась у того дома, брат согласился. Далее, примерно в период времени с &lt;данные изъяты&gt; минут &lt;дата&gt; в квартиру ФИО6 №23 постучались, так как они ждали ФИО6 №30 ФИО6 №23 пошел открывать дверь, когда открыл дверь, то совместно с ФИО6 №30 зашли и сотрудники полиции с понятыми. Сотрудники полиции сообщили о том, что в связи с тем, что проводятся оперативно-розыскные мероприятия по поступившей информации о том, что ФИО6 №23 осуществляется сбыт наркотического средства гашишное масло на территории &lt;адрес&gt; РС (Я), в связи с чем у них имеется постановление Мирнинского районного суда на проведение обследования его квартиры. В ходе обследования квартиры ФИО6 №23 сотрудниками полиции было обнаружено и изъято: в ванной комнате стеклянная банка с гашишным маслом. На столе в кухне бумажный сверток с табаком, размешанным с гашишным маслом (остатки того, что они курили). В кухне рядом со столом пластиковое черное ведро с обрезком полимерной бутылки, с налетом гашишного масла. Данная бутылка и ведро использовалась ими, чтобы курить гашишное масло. На кухне, рядом с плитой, бумажный лист с фольгой с отверстиями, которая использовалась ими для курения гашишного масла с табаком с друзьями. На кухне в столе листы бумаги формата А-4. На холодильнике (в коридоре), и в сумке ФИО6 №23 (в прихожей) были изъяты две банковские карты Сбербанка России, два кассовых чека о переводе денег. Листок с записью, на нем был записан пин-код от банковской карты. Из рюкзака - Денежные средства в сумме &lt;данные изъяты&gt; рублей, две банковские карты &lt;данные изъяты&gt;. Из морозильной камеры холодильника в коридоре, пластиковую бутылку емкостью 0,5 литра. Карта &lt;данные изъяты&gt;, сотовый телефон &lt;данные изъяты&gt; принадлежали ФИО6 №23. Телефоны &lt;данные изъяты&gt; – ФИО6 №24, &lt;данные изъяты&gt; – ФИО6 №27, &lt;данные изъяты&gt; – ФИО6 №5. Также был изъят принадлежащий ФИО6 №23 ноутбук. В рюкзаке также изъяли бумажный лист с фольгой с отверстиями и трубка. Также были изъяты следы пальцев рук. После этого их всех доставили в отдел полиции, где они дали пояснения. Их повезли на медицинское освидетельствование, где установили факт употребления наркотического средства (у него, ФИО6 №23, ФИО6 №24 и ФИО6 №27). Факт употребления наркотика не был установлен только у ФИО6 №24. ФИО6 №6 привлекли к административной ответственности и назначили штраф в размере &lt;данные изъяты&gt; рублей. Примерно в конце &lt;дата&gt; года ФИО6 №6 в &lt;адрес&gt; встретил ФИО3, который был пьяный и начал ему говорить, что именно он рассказал полиции о том, что тот продает наркотики в поселке и из-за него задержали ФИО6. Как ФИО6 №6 понял, ФИО6 сделал такой вывод только потому, что он с ФИО6 особо не дружил. После оглашения свидетель ФИО6 №6 подтвердил свои показания, данные им во время предварительного следствия. ФИО6 ФИО6 №8 пояснил суду о том, что с ФИО6 подрабатывают таксистами, по работе пересекаются постоянно, знает, что ФИО6 торгует самогонкой, иногда он приобретал её у ФИО3 Не видел, не знает, что ФИО6 употребляет наркотические средства. Из показаний свидетеля ФИО6 №13 в судебном заседании следует, что она работает фельдшером в &lt;адрес&gt; больнице. В &lt;дата&gt; году она предупредила ФИО3, чтобы он прекратил домогаться её племянников ФИО6 №2 и ФИО6 №4 Между ФИО6 и племянниками были какие-то дела, связанные с наркотиками. ФИО6 созванивался с ФИО6 №2 договаривался о месте встречи, либо ФИО6 №2 указывал, где он находится, после этого туда приезжали сотрудники полиции и увозили племянника на освидетельствование, которое давало положительный результат на употребление наркотических средств. ФИО3 приходил в больницу, ФИО6 №13 подошла к нему и потребовала, чтобы он отстал от её племянников. Все это отражается на её работе, так как она связана с наркотиками и её доступом к ним. Также был вызов полиции в отношении её сына, но он не употребляет наркотики. В связи с наличием существенных противоречий по ходатайству государственного обвинителя в порядке ст. 281 УПК РФ были частично оглашены показания свидетеля ФИО6 №13 (том №), из которых следует, что во второй половине &lt;дата&gt; года, то есть это было в период времени с &lt;дата&gt; по &lt;дата&gt;, ФИО6 №13 находилась на работе в &lt;данные изъяты&gt;, в коридоре ей встретился ФИО3 Он подошел к ней, поздоровался. В тот момент в коридоре никого не было и ФИО6 неожиданно для нее произнес такую фразу: «Хотите купить дозу наркотика?». ФИО6 №13 растерялась, вопроса ФИО3 она не поняла. После этого ФИО3 уточнил, что, так как ФИО6 №13 работает фельдшером, то может распространять наркотики среди больных и заработать на этом много денег. ФИО6 №13 ответила ему нецензурной бранью и ушла. Потом ФИО3 неоднократно звонил ФИО6 №13 на абонентский номер телефона, но так как она знала, что ей звонит ФИО6, она трубку телефона не поднимала. Спустя несколько дней, в рабочее время с &lt;данные изъяты&gt; часов к ней в больницу подошла ФИО6 №9, которая находилась там с ребенком. ФИО6 №9 ее спросила: «ФИО6 №13, хотите купить наркотик?». Ее это очень сильно разозлило и она начала с ней ругаться. Та испугалась и замолчала. После этого ФИО6 и ФИО6 №9 ее не беспокоили. В настоящее время ей известно, что ФИО3 предлагал наркотик ее племянникам – ФИО6 №2 и ФИО6 №4, которые по данному уголовному делу являются свидетелями. Приобретали ли они наркотик у ФИО6, ей не известно. После оглашения ФИО6 №13 частично подтвердила свои показания, пояснила, что во время дачи показаний от злости оговорила ФИО3 и указала, что он не подходил к ней с предложением купить наркотики. Из показаний свидетеля ФИО6 №31, данных им в суде, следует, что ФИО6 №22 знает хорошо, вместе учились в школе. С ФИО6 №23 познакомился в гараже, познакомил ФИО6 №22. С ними он ездил на рыбалку, где употребляли спиртные напитки, курили наркотические средства, с ними на рыбалке был еще ФИО6 №6. Он употреблял только алкогольные напитки, поскольку не принимает наркотические средства, все остальные курили наркотическое средство. Он не знает, что ФИО6 употребляет и продает наркотические средства. В связи с наличием существенных противоречий по ходатайству государственного обвинителя в порядке ст. 281 УПК РФ были оглашены показания свидетеля ФИО6 №31 (том №), из которых следует, что среди его знакомых имеются ФИО6 №22, с которым он знаком с детства, ФИО3 и ФИО6 №23., с которым его познакомили ФИО6 №22 и ФИО6 примерно в период времени с &lt;дата&gt; по &lt;дата&gt;, точную дату не помнит. В ходе знакомства и общения с ФИО6 №23 ФИО6 №31 стало известно, что тот употребляет данный вид наркотика путем курения. ФИО6 №23 он знает непродолжительный период времени и может его охарактеризовать как общительного, активного человека, в связи с чем ФИО6 №23 у него вызывал доверие, как и ФИО6 №22 Знакомство с ФИО6 №23 состоялось где-то в &lt;адрес&gt; РС (Я), точно не помнит где, помнит, что это был чей-то гараж. Потом ФИО6 №22 с ФИО6 №23 приехали вдвоем, потом подъехал и ФИО6. ФИО6 №31 был со своим другом ФИО6 №6, который также употребляет данный наркотик. В ходе данного знакомства ФИО6 №22 сказал ФИО6 №23, что ФИО6 №31 и ФИО6 №6 свои люди и им можно доверять. В ходе данного общения, как он говорил выше, они поговорили по поводу того, что все употребляют наркотическое средство гашишное масло путем курения. Потом они все уехали, а ФИО6 №6 с ФИО6 №23 обменялись номерами сотовых телефонов и они начали поддерживать общение, дружили, созванивались, разговаривали о рыбалке и прочее. Потом ФИО6 №22 и ФИО6 №23 выехали в &lt;адрес&gt; на работу, поэтому он их длительное время не видел. &lt;дата&gt; в гости к ФИО6 №31 и ФИО6 №6 в &lt;адрес&gt; приехал ФИО6 №23, который находился в поселке несколько дней. Предварительно ФИО6 №31 и ФИО6 №6 приглашали ФИО6 №23 в поселок порыбачить и отдохнуть. С собой ФИО6 №23 привез наркотик гашишное масло, смешанное с табаком, которое было в полимерном пакете. ФИО6 №31 удивился тому, что оно у ФИО6 №23 есть, но они с ФИО6 №6 этому не противились, так как не возражали против употребления его путем курения. Хочет пояснить, что после того, как ФИО6 №23 приехал в поселок, он сказал ФИО6 №31, что ему необходимо встретиться с ФИО6. Потом ФИО6 №23 уехал, приехал спустя некоторое время, точно не помнит, но это было уже вечером. ФИО6 №23 ФИО6 №31 сказал, что ФИО6 дал гашишное масло, смешанное с табаком. ФИО6 №31 спросил у ФИО6 №23 а почем ФИО6 продает, он ответил что за &lt;данные изъяты&gt; рублей за &lt;данные изъяты&gt;. Потом &lt;дата&gt;, три дня в период времени с &lt;данные изъяты&gt; часов, находясь где-то в &lt;адрес&gt;, в каком-то гараже, ФИО6 №23 угощал ФИО6 №31 и ФИО6 №6 гашишным маслом, смешанным с табаком, которое они выкуривали. От употребления они испытывали эффект расслабления и эйфории. ФИО6 №23 был у них в гостях три дня и когда уезжал в &lt;адрес&gt;, то забыл часть наркотика в полимерном пакете. Спустя некоторое время, примерно &lt;дата&gt;, ФИО6 №31 от кого-то из жителей &lt;адрес&gt; стало известно, что ФИО6 в &lt;адрес&gt; задержали за то, что у него наркотик был с собой. &lt;дата&gt; в период времени с 18 до 23 часов, время точно не помнит, ФИО6 №31 с ФИО6 №6 находился опять где-то в гараже, точно не помнит, но это было точно в поселке Чернышевский и в тот период они увидели забытый ФИО6 №23 полимерный пакет с гашишным маслом, смешанный с табаком. ФИО6 №31 и ФИО6 №6 решили позвонить ФИО6 №23, чтобы спросить у последнего могут ли они его выкурить, на что ФИО6 №23 по телефону им это разрешил. Также хочет пояснить, что в этот день или чуть позже ФИО6 №6 также позвонил ФИО6 №23, так как ему и ФИО6 №6 было неудобно, что они брали у ФИО6 №23 наркотик бесплатно, предложил ему деньги за него, но ФИО6 №23 сказал, что потом разберутся. Они так и не поняли, взял бы он у них деньги или нет. Все наркотическое средство они выкурили и у них ничего не осталось. После оглашения ФИО6 №31 частично подтвердил свои показания, пояснил, что знакомство с ФИО6 №23 произошло в поселке, до этого не знал его, ФИО6 в гараже не было и ФИО6 №31 не употреблял наркотические средства. Из показаний свидетеля ФИО6 №21ФИО6 №21 в суде следует, что он является сотрудником отдела наркоконтроля ОМВД России по РС (Я) в &lt;адрес&gt;, участвовал в производстве оперативно розыскных мероприятий в виде наблюдения за перемещениями участников организованной преступной группы, в составе которой были ФИО6 №23, ФИО6 №22 и ФИО6, прослушивания их телефонных переговоров, установления каналов их связи по сбыту наркотических средств и осмотра помещений и транспортных средств указанных лиц. По поступившей оперативной информации, наркотические средства хранились у ФИО6 №23 а ФИО6 №22 забирал их и передавал для реализации ФИО6 для дальнейшего сбыта. К ФИО6 №22 ФИО6 приезжал со своей женой, их перемещения они наблюдали тремя группами в целях установления каналов сбыта в &lt;адрес&gt;, в это время к ФИО6 №22 приехал ФИО6 №1 для приобретения наркотиков, после которого он был задержан сотрудниками полиции. В последующем там же были задержаны ФИО6 №10 и 10, у которых также были обнаружены свертки с наркотическим средством. Экспертиза подтвердила, что ФИО6 №1, ФИО6 №10 и 10 приобрели у ФИО6 №22 наркотические средства. ФИО6 был связан с ФИО6 №22 и ФИО6 №23, так как &lt;дата&gt; ФИО6 должен был вылететь в &lt;адрес&gt; и поступила информация, что он с собой должен взять наркотики для последующего сбыта. При проведении ОРМ эта информация подтвердилась: у ФИО6 в автомобиле, следующего из &lt;адрес&gt; в &lt;адрес&gt;, были обнаружены и изъяты наркотические средства, которые он хранил в сумке, в перчатках. Экспертиза подтвердила, что это были наркотические средства. В связи с наличием существенных противоречий по ходатайству государственного обвинителя в порядке ст. 281 УПК РФ были частично оглашены показания свидетеля ФИО6 №21 (том №), из которых следует, что в рамках оперативно-розыскных мероприятий «Прослушивание телефонных переговоров» и «Снятие информации с технических каналов связи» по абонентскому номеру «№» оператора сотовой связи «МТС», используемого ФИО6 №22., по абонентскому номеру «№» оператора сотовой связи «МТС», используемого ФИО6 №23, по абонентскому номеру «№» оператора сотовой связи «МТС», используемого ФИО3, сотрудниками ОНК ОМВД России по &lt;адрес&gt; была получена оперативная информация о том, что ФИО6 №22., ФИО6 №23, и ФИО3 имеют в наличии наркотическое средство, хранящееся ФИО6 №23 с целью дальнейшей его реализации на территории РС (Я). Согласно имеющейся информации, периодически за наркотическим средством, хранимым ФИО6 №23, приезжал ФИО6 №22., оно передавалось на реализацию ФИО3 &lt;дата&gt; проводилось ОРМ «Наблюдение» за ФИО6 №22 и ФИО6 №23 в ходе которого был задержан ФИО6 №1. Также были задержаны ФИО6 №10, у которого изъяли наркотическое средство, 10, у которого были изъяты сотовые телефоны. У ФИО6 №22 в ходе личного досмотра ничего не обнаружено и не изъято. В других показаниях (том №), оглашенных в суде, свидетель ФИО6 №21 показал, что в ходе оперативно-розыскных мероприятий поступила оперативная информация, что ФИО3 имеет в наличии наркотическое средство, которое реализует на территории РС (Я). По имеющейся информации, ФИО3 должен был перевести наркотическое средство «гашиш» в &lt;адрес&gt; РС (Я) из &lt;адрес&gt; через &lt;адрес&gt;&lt;дата&gt; на автомашине «&lt;данные изъяты&gt;» для дальнейшей его реализации. &lt;дата&gt; в период времени с &lt;данные изъяты&gt; часов встали на автодороге, ведущей из &lt;адрес&gt; РС (Я) в &lt;адрес&gt;, где ожидали автомашину под управлением ФИО3 В указанный период времени была остановлена указанная автомашина под управлением ФИО3 и в ходе обследования автомашины ФИО3 обнаружена сумка с вещами, среди которых в тряпичной перчатке были обнаружены &lt;данные изъяты&gt; свертка с табакообразным веществом со специфическим запахом. ФИО6 был задан вопрос: «Что это?», на который последний сообщил, что это наркотик. Данный полимерный пакет с перчаткой и тремя бумажными свертками были упакованы в полимерный пакет. В ходе проведения вышеуказанных личных досмотров ни от кого из указанных граждан, никаких жалоб не поступало. После этого ФИО6, ФИО6 №9 и 11 были доставлены в ОМВД России по &lt;адрес&gt;, а впоследствии у ФИО6 был установлен факт употребления наркотического средства. После задержания ФИО3 в ходе оперативно-розыскных мероприятий была получена оперативная информация, согласно которой периодически за наркотическим средством, хранимым ФИО6 №23, приезжал ФИО6 №22 &lt;дата&gt; к ФИО6 №23 за наркотическим средством приехал ФИО6 №22, который впоследствии сбыл наркотическое средство ФИО6 №1 и ФИО6 №10 После оглашения свидетель ФИО6 №21 полностью подтвердил свои показания, данные им в период предварительного следствия. Такие же показания дал в суде свидетель ФИО6 №34, оперуполномоченный уголовного розыска ОМВД России по РС (Я) в &lt;адрес&gt;. Аналогичные показаниям свидетелей ФИО6 №21 и ФИО6 №34 содержит показания свидетеля ФИО6 №35, временно исполнявшего обязанности начальника ОНК ОМВД России по &lt;адрес&gt;, данные им во время предварительного следствия, оглашенные в судебном заседании по ходатайству государственного обвинителя и с согласия стороны защиты в порядке, установленном ст. 281 УПК РФ , в связи с выездом на постоянное место жительства в &lt;адрес&gt;. Из показаний свидетеля ФИО6 №12, данных в судебном заседании, следует, что знает ФИО3 хорошо. В &lt;дата&gt; года ему позвонил ФИО3 и сказал, что приехал с вахты из &lt;адрес&gt;, поговорили о разном. ФИО6 №12 поддерживал с ФИО3 дружеские отношения, ходил к последнему в гости в гараж, иногда попить кофе, иногда для того, чтобы вместе чинить машину. О том, что ФИО3 употреблял и сбывал наркотические средства, он не знает. Из показаний свидетеля ФИО6 №16., данных в судебном заседании, следует, что он является знакомым ФИО3 и ФИО6 №22., все выросли в одном поселке, а ФИО6 №23 не знает. В прошлом году, летом заезжал к ФИО6 №22 в &lt;адрес&gt;, привозил ему рыбу. ФИО6 №22 не было дома, он куда-то отошел, дома была 12 – супруга ФИО6 №22. ФИО6 №16 находился на крыльце дома и пил чай, в это время зазвонил телефон ФИО6 №22, оставленный им дома. ФИО6 №16 поднял трубку, ответил, звонил ФИО6, который спросил ФИО6 №22. ФИО6 №16 ответил, что ФИО6 №22 нет дома и положил трубку. В связи с наличием существенных противоречий по ходатайству государственного обвинителя в порядке ст. 281 УПК РФ были оглашены показания свидетеля ФИО6 №16 (том №), из которых следует, что знает ФИО6 №22 и ФИО3, так как являются жителями поселка &lt;адрес&gt; РС (Я). В конце &lt;дата&gt; года, точную дату он не помнит, ФИО6 №16 приехал в &lt;адрес&gt; из поселка &lt;адрес&gt; РС (Я). Насколько он помнит, в тот день он употребил коньяк, поэтому в город приехал не на своей автомашине, а на автобусе. С собой привез рыбу ФИО6 №22 ФИО6 №16 приехал домой к ФИО6 №22 на &lt;адрес&gt;, номер дома не помнит, но может сказать, что ФИО6 №22 проживает на &lt;адрес&gt; ФИО6 №16 приехал, ФИО6 №22 вышел на крыльцо, немного посидели с ним на крыльце. Потом ФИО6 №22 нужно было куда-то отлучиться, насколько помнит, пошел в магазин. ФИО6 №16 не пошел с ним, так как тот сказал, что сейчас придет. ФИО6 №22, когда уходил, забыл свой сотовый телефон на столике на крыльце. Спустя некоторое время, в период с &lt;данные изъяты&gt; часов, на телефон ФИО6 №22 начал звонить ФИО3, ФИО6 №16 взял трубку телефона ФИО6 №22 и сообщил ФИО3, что ФИО6 №22 отлучился в магазин. ФИО6 сообщил ФИО6 №16 о том, что подъедет к гаражу ФИО6 №22. Зачем ФИО6 к ФИО6 №22 поехал, он не знает. ФИО6 №16 видел, что ФИО6 проехал и у него мигал поворотник, о чем он сообщил ФИО6, когда тот поворачивал в сторону гаража ФИО6 №22. Потом ФИО6 скрылся из вида. ФИО6 №22 долго не было, около &lt;данные изъяты&gt; минут, потом ФИО6 №16 вновь позвонил ФИО6 и спросил, где он. ФИО6 №16 ответил, что он у ФИО6 №22. ФИО3 предупредил, что подъедет. Но, спустя некоторое время, пришел ФИО6 №22 и ФИО6 №16 сразу ушел, так как очень долго ждал возвращения ФИО6 №22 из магазина. Ничего более по данному поводу он дополнить не может. После оглашения свидетель ФИО6 №16 полностью подтвердил свои показания, данные им в период предварительного следствия. ФИО6 ФИО6 №3 в суде показал, что с ФИО3 работали вместе на фабрике в &lt;адрес&gt;. Знал, что ФИО3 употребляет наркотические средства. В середине &lt;дата&gt; года они находились на вахте и ФИО6 предложил ему купить наркотическое средство, стоил &lt;данные изъяты&gt; рублей. ФИО6 №3 купил у ФИО6 полкоробка наркотиков за &lt;данные изъяты&gt; рублей и употребил его один. Все это происходило в комнате у ФИО6. Затем, находясь в поселке, в гараже, ФИО6 угощал ФИО6 №3 бесплатно наркотическим средством. Больше ни у кого ФИО6 №3 наркотические средства не приобретал. Из показаний свидетеля ФИО6 №10, данных в судебном заседании, следует, что он знает о том, что ФИО3 употреблял наркотические средства. С ФИО6 №22 познакомился через ФИО3, с которым пару раз употреблял наркотические средства путем курения, один раз возле &lt;данные изъяты&gt;, куда ФИО6 подъехал на машине и угостил его «химией», было это &lt;дата&gt; года. Наркотические средства ФИО6 №10 знает по ощущению, поскольку он употребляет их. Приобретал наркотические средства за деньги у ФИО6 №22, а ФИО6 №23 не знал, познакомился с последним только в отделе полиции. Остальное не помнит, так как прошло много времени. В связи с наличием существенных противоречий по ходатайству государственного обвинителя в порядке ст. 281 УПК РФ были оглашены показания свидетеля ФИО6 №10 (том №), из которых следует, что знаком с ФИО3 более 20 лет. В &lt;дата&gt; года ФИО6 познакомил его с ФИО6 №22. Примерно в период времени с &lt;дата&gt; по &lt;дата&gt;, в дневное время с &lt;данные изъяты&gt; часов, в &lt;адрес&gt; ФИО6 №10. встретил ФИО6 №22, который в ходе разговора сообщил ему о том, что у него имеется наркотическое средство «гашишное масло», которое может продать ФИО6 №10 за денежную сумму в размере &lt;данные изъяты&gt; рублей за &lt;данные изъяты&gt;. Желает пояснить, что &lt;данные изъяты&gt; это условное название, которое подразумевает под собой наркотическое средство «гашишное масло», смешанное с табаком и помещенное в спичечный коробок. В тот день ФИО6 №10 согласился приобрести наркотик, они договорились встретиться на площадке рядом с автомагазином «&lt;данные изъяты&gt;», который находится на верхнем поселке &lt;адрес&gt;. ФИО6 №10 так и сделал, заехал домой, взял денежные средства в сумме &lt;данные изъяты&gt; рублей, после чего в указанный период времени поехал на площадку рядом с магазином «&lt;данные изъяты&gt;», где ФИО6 №22 ему передал сверток с наркотическим средством гашишное масло, смешанное с табаком. ФИО6 №10., в свою очередь, передал ФИО6 №22 денежную сумму в размере &lt;данные изъяты&gt; рублей. После этого, в тот же день, ФИО6 №10 полностью употребил путем выкуривания, от чего испытал эффект расслабления и эйфории. После этого ФИО6 №10 длительное время не ездил к ФИО6 №22, насколько он знает, у последнего был заезд в &lt;адрес&gt;, точно сказать не может. Далее, в дневное время, примерно в период времени с 12 по &lt;дата&gt;, к ФИО6 №10 на работу заехал ФИО3, который сказал, что необходимо проехаться по городу, он сел в автомашину ФИО6, они поехали по городу. Остановившись где-то в безлюдном месте (он уже не помнит, где именно это было, но это было в городе), ФИО6 сказал, что у ФИО6 №22 имеется наркотическое средство гашишное масло по цене продажи в &lt;данные изъяты&gt; рублей, и ФИО6 готов им его угостить. После этого тот достал сверток с гашишным маслом, смешанным с табаком (это он понял по специфическому запаху), они закрутили с ФИО6 самокрутки и употребили путем выкуривания, находясь в автомашине ФИО6. От употребления ФИО6 №10 также испытал эффект эйфории и расслабления. Потом ФИО6 отвез его на работу. Далее, спустя два-три дня, точно сказать не может, но это было также в период времени с &lt;дата&gt; по &lt;дата&gt;, к нему на работу вновь заехал ФИО6, который предложил проехаться по городу, он сел к ФИО6 в автомашину, поехали по городу. Они вновь заехали в безлюдное место (он уже не помнит, где именно это было, но это было в городе). Они с ФИО6 разговаривали на отвлеченные темы, потом в ходе разговора ФИО6 спросил, брал ли он наркотик у ФИО6 №22 и понравился ли ему он, ФИО6 №10 ответил, что не брал, и тогда Симанков вновь им его угостил. ФИО6 так же достал сверток с гашишным маслом, смешанным с табаком (это он понял по специфическому запаху), они закрутили с ним самокрутки и употребили путем выкуривания, находясь в автомашине ФИО6. От употребления он также испытал эффект эйфории и расслабления. Потом ФИО6 отвез его вновь на работу. После того, как ФИО6 2 раза угостил его наркотическим средством, он решил употреблять их. Естественно, ездить в &lt;адрес&gt; к ФИО6 за ним ему не нужно было, так как он проживает в &lt;адрес&gt; и ФИО6 ему говорил, что оно для продажи, в сумме &lt;данные изъяты&gt; рублей за коробок имеется у ФИО6 №22. Так, в период времени с &lt;дата&gt; по &lt;дата&gt; с &lt;данные изъяты&gt; часа, точное время сказать не может, он написал сообщение по ватсапу ФИО6 №22, у которого спросил, что нужно «1». Он имел в виду 1 коробок наркотического средства гашишное масло, смешанное с табаком, тот его понял сразу и без лишних вопросов написал ему «там же». ФИО6 №10 на автомашине поехал на площадку рядом с магазином «&lt;данные изъяты&gt;», куда также подъехал ФИО6 №22, который из кармана достал бумажный сверток, в котором было гашишное масло, смешанное с табаком, а ФИО6 №10 в свою очередь передал ФИО6 №22 наличными &lt;данные изъяты&gt; рублей. В тот же день он выкурил наркотик и испытал эффект расслабления и эйфории. Далее &lt;дата&gt; у ФИО6 №10 появились денежные средства в сумме &lt;данные изъяты&gt; рублей, на них он вновь решил приобрести наркотик гашишное масло у ФИО6 №22. В период времени с &lt;данные изъяты&gt; часов (был выходной день) ФИО6 №10 позвонил ФИО6 №22 у которого поинтересовался есть ли у того 2 коробка, тот ответил, что есть. В этот день с ним был его знакомый – 10, с которым он знаком на протяжении около 10 лет, который также употребляет наркотическое средство «гашишное масло», но ему не говорил, что собирается приобретать наркотик «гашишное масло», брал его исключительно для себя и на свои денежные средства. ФИО6 №10 позвонил ФИО6 №22 и договорился о встрече у ФИО6 №22 дома. Вечером в указанный период времени он с 10 заехали к ФИО6 №22, ФИО6 №22 находился на крыльце подъезда и ФИО6 №10 передал ФИО6 №22 денежные средства в сумме &lt;данные изъяты&gt; рублей, а ФИО6 №22 передал ему сверток, в котором было гашишное масло на 2 коробка (смешанное с табаком). После этого ФИО6 №10 в тот же день употребил его путем курения и испытал эффект расслабления и эйфории. Употреблял ФИО6 №10 наркотик один, 10 не угощал. Далее, &lt;дата&gt; он снова решил приобрести данный наркотик у ФИО6 №22, но уже на денежные средства в сумме &lt;данные изъяты&gt; рублей. В период времени с &lt;данные изъяты&gt; часов, был понедельник и это было после его работы, ФИО6 №10 написал сообщение по ватсап ФИО6 №22, у которого спросил, есть ли у того 1 коробок, ФИО6 №22 ответил, что есть. В тот день с ним также был его знакомый 10, которому также не сказал, что собирается приобрести наркотик «гашишное масло», брал его исключительно для себя и на свои денежные средства. Вечером, в указанный период времени, ФИО6 №10, как и накануне, заехал к ФИО6 №22 с ним был 10, который не знал о намерениях ФИО6 №10 ФИО6 №22 вышел из квартиры на крыльцо подъезда и он передал ФИО6 №22 денежные средства в сумме &lt;данные изъяты&gt; рублей, а ФИО6 №22, в свою очередь, сказал ФИО6 №10, что сверток находится под скатертью на крыльце. Из-под скатерти на крыльце ФИО6 №10 достал сверток, в котором было гашишное масло на 1 коробок, смешанное с табаком. После этого ФИО6 №10 в тот же день употребил его один путем курения и испытал эффект расслабления и эйфории, 10 наркотиком не угощал. &lt;дата&gt; ФИО6 №10 вновь решил взять наркотическое средство гашишное масло, смешанное с табаком, у ФИО6 №22 хотел взять около &lt;данные изъяты&gt; коробка, но в ходе разговора узнал, что ФИО6 №22 столько не может достать. В период времени с &lt;данные изъяты&gt; часов ФИО6 №10 созвонился с ФИО6 №22 и договорился, что приедет, как раз у ФИО6 №22 появился наркотик. В указанный период времени ФИО6 №10, как и в прошлый раз с 10 приехал к ФИО6 №22 из своего подъезда вышел ФИО6 №22 и сказал, что у него только &lt;данные изъяты&gt;, ФИО6 №10 отдал ФИО6 №22 денежные средства в сумме &lt;данные изъяты&gt; рублей, а ФИО6 №22, в свою очередь, сказал, что сверток с &lt;данные изъяты&gt; наркотика, смешанного с табаком, находится под скатертью. ФИО6 №10 незаметно из-под скатерти достал сверток и они с 10 начали спускаться, все это было на глазах 10, но непосредственно в приобретении наркотика тот не участвовал. Когда ФИО6 №10 и 10 направлялись к автомашине, к ним подбежали сотрудники полиции, применили в отношении них специальные средства, наручники, им было сообщено, что поступила информация о том, что у ФИО6 №10 при себе имеется наркотическое средство гашишное масло. После оглашения свидетель ФИО6 №10 полностью подтвердил свои показания, данные им в период предварительного следствия. Из показаний свидетеля ФИО6 №18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&lt;дата&gt; в период времени с &lt;данные изъяты&gt; часов он проезжал по автодороге РАД «Анабар», в автомашине находился его коллега – ФИО6 №17. Двигались в сторону центра &lt;адрес&gt;, когда они были остановлены сотрудниками ОГИБДД. На автодороге, где их остановили, совместно с сотрудниками ОГИБДД также находились сотрудники полиции по борьбе с незаконным оборотом наркотических средств и остановленная автомашина &lt;данные изъяты&gt; и трое гражданских людей: женщина и двое мужчин. К ним подошли молодые люди, представились сотрудниками полиции по борьбе с незаконным оборотом наркотических средств и предъявили им свои служебные удостоверения, после чего попросили принять участие в проведении личного досмотра граждан, которые были остановлены на автодороге сотрудниками ОГИБДД ОМВД России по &lt;адрес&gt; в связи с подозрением их в незаконном обороте наркотических веществ. Они согласились, после чего подошли к вышеуказанной автомашине &lt;данные изъяты&gt;. Как им пояснили, водителем данной автомашины был ФИО3, а пассажирами женщина с фамилией ФИО6 №9 и мужчина с фамилией 11. После этого в их присутствии сотрудник полиции попросил ФИО6, ФИО6 №9 и 11 представиться и назвать свои фамилии, имя и отчество, что те и сделали. Далее, сотрудник полиции зачитал вслух постановление о проведении оперативно-розыскного мероприятия, в соответствии с которым подлежала обследованию вышеуказанная автомашина. После этого сотрудник полиции ФИО6, ФИО6 №9 и 11 разъяснил их обязанности, а также права: делать замечания по поводу производства следственных действий, которые должны быть занесены в протокол. Потом сотрудник полиции спросил у ФИО6, ФИО6 №9 и 11 о том, имеются ли в автомашине запрещенные в гражданском обороте какие-либо предметы, в ответ на это при них те все заявили, что в автомашине ничего из наркотических средств нет. После этого сотрудники полиции стали проводить обследование автомашины и в багажнике автомашины обнаружили сумку с вещами. На вопрос сотрудника полиции кому принадлежит данная сумка с вещами, ФИО6 ответил, что это его сумка. После этого при осмотре сумки была обнаружена белая тряпичная перчатка, внутри которой находились три бумажных свертка с табакообразным веществом со специфическим запахом. Сотрудниками полиции ФИО6 был задан вопрос - что это, в ответ на который последний сообщил, что это наркотик. Данный полимерный пакет с перчаткой и тремя бумажными свертками были упакованы в полимерный пакет. В ходе проведения вышеуказанных личных досмотров ни от кого из указанных граждан, никаких жалоб не поступало. Из показаний свидетеля ФИО6 №7 (том №), данных им во время предварительного следствия, оглашенных в судебном заседании по ходатайству государственного обвинителя и с согласия стороны защиты в порядке ст. 281 УПК РФ , следует, что в период времени с &lt;дата&gt; по &lt;дата&gt; с &lt;данные изъяты&gt; часов в районе нижних дач по &lt;адрес&gt; ФИО6 №7 встретил ФИО6. Встреча была с ним абсолютно случайной, ФИО6 находился за управлением своего транспортного средства. По виду ФИО6 ФИО6 №7 понял, что тот употребил наркотическое средство, так как был веселый, расслабленный и были бегающие глаза. ФИО6 №7 спросил у ФИО6, от чего тот такой, в ответ на это ФИО6 ответил, что употребил наркотическое средство «гашишное масло». ФИО6 №7 спросил у ФИО6, сколько это будет стоить, он ответил, что &lt;данные изъяты&gt;» (условное количество наркотического средства «гашишное масло», смешанного с табаком, которое заполнит коробок из-под спичек) стоит &lt;данные изъяты&gt; рублей. ФИО6 №7 спросил у ФИО3, есть ли что-либо «на пробу», в ответ на это ФИО6 ответил, что есть. ФИО3 достал из кармана сверток из газеты, в котором находилось гашишное масло, смешанное с табаком, это он понял по специфическому запаху, в машине у ФИО6 была пластиковая бутылка, на горлышко которой они надели фольгу, а в нижней части уже было отверстие, ФИО6 №7 понял, что ФИО6 через данную бутылку уже употреблял наркотик путем курения. После этого они вместе в фольгу переложили имеющееся у ФИО6 «гашишное масло», смешанное с табаком, и ФИО6 им угостил ФИО6 №7. После этого ФИО6 спросил, как ему его «наркотик», ФИО6 №7 наркотик понравился, от употребления он расслабился и, как ему показалось, «гашишное масло» было хорошего «качества». Об этом он сказал ФИО6 и добавил, что как только у него появится желание, ФИО6 №7 купит у ФИО6 наркотическое средство «гашишное масло» за денежную сумму в размере &lt;данные изъяты&gt; рублей. После этого ФИО6 №7 с ФИО6 разъехались по домам. Далее, в период времени с &lt;дата&gt; по &lt;дата&gt;, то есть спустя 3 дня, примерно в период времени с &lt;данные изъяты&gt; часа ФИО6 №7 позвонил ФИО3 и спросил, где тот находится и ему нужно с тем увидеться, под этим ФИО6 №7 имел в виду, что ему нужно приобрести указанный наркотик, и готов заплатить ФИО6 денежную сумму в размере &lt;данные изъяты&gt; рублей. Наименования наркотика в ходе телефонных разговоров не упоминалось. ФИО3 сразу понял, что он имел в виду, и сказал, что он может подъехать в гараж ФИО6, расположенный в районе &lt;адрес&gt;. В указанный период времени ФИО6 №7 подъехал в гараж, где находился ФИО3 и ремонтировал автомашину. ФИО6 №7 еще раз уточнился, что готов купить гашишное масло за &lt;данные изъяты&gt; рублей, ФИО6 сказал, что у него есть наркотик и отошел в уголок гаража, и откуда-то достал газетный сверток, в свертке находилось «гашишное масло». ФИО6 №7 достал денежные средства в сумме &lt;данные изъяты&gt; рублей купюрами по &lt;данные изъяты&gt; рублей и передал их ФИО6. Последний в свою очередь передал ФИО6 №7 указанный сверток, он его взял и уже дома в тот же вечер употребил вышеуказанным способом через пластиковую бутылку. Далее, в период времени с &lt;дата&gt; по &lt;дата&gt;, то есть спустя 3 дня, примерно в период времени с &lt;данные изъяты&gt; часа ФИО6 №7 вновь позвонил ФИО3 и уточнил о том, что им нужно встретиться. Наименования наркотика, как и в прошлый раз, соответственно, ФИО6 №7 в ходе телефонных разговоров не упоминал, говорил Симанкову всегда: «Есть один?» или «Мне на один». ФИО3 вновь сразу понял, что ФИО6 №7 имел в виду и сказал, что может подъехать в его гараж. Как и в прошлый раз, он приехал в его гараж, ФИО6 в нем был один и занимался ремонтом автомашины. ФИО6 №7 спросил у ФИО6, есть ли у него «&lt;данные изъяты&gt;», ФИО6 сказал, что есть, как и в прошлый раз отошел в уголок гаража и достал газетный сверток, в котором находилось «гашишное масло». Желает сообщить, что у Симанкова гараж большой, возможно даже на две автомашины. ФИО6 №7 достал денежные средства в сумме &lt;данные изъяты&gt; рублей купюрами по &lt;данные изъяты&gt; рублей и передал их ФИО6. Последний, в свою очередь, передал ФИО6 №7 указанный сверток с наркотическим средством «гашишное масло», смешанным с табаком. ФИО6 №7 взял наркотическое средство и уже дома в тот же вечер употребил путем курения через пластиковую бутылку. После этого, ФИО6 сказал ФИО6 №7, что в наличных деньгах не нуждается, поэтому если ФИО6 №7 будет брать у ФИО6 наркотик, то ФИО6 даст номер карты Сбербанк России и ФИО6 №7 может на нее отправлять денежные средства в сумме &lt;данные изъяты&gt; рублей. Таким образом, как ФИО6 №7 понял, ФИО6 решил перейти на безналичный расчет. После этого у ФИО6 №7 был выезд в &lt;адрес&gt; РС (Я), насколько он помнит, ФИО6 уже там находился. ФИО6 №7 от ФИО6 в &lt;адрес&gt; стало известно, что ФИО6 наркотическое средство привез туда и может его продать. Далее, ФИО6 №7 на указанный ФИО6 номер банковской карты со своей банковской карты Сбербанка России (номер его карты №) перевел денежную сумму в размере &lt;данные изъяты&gt; рублей. Примерно в период времени с &lt;дата&gt; по &lt;дата&gt; с &lt;данные изъяты&gt; часов ФИО6 №7 позвонил ФИО3, в ходе телефонного разговора он спросил у ФИО6, когда будет, ФИО6 сразу понял, зачем он нужен ФИО6 №7 и спросил, сделал ли он перевод на банковскую карту, ФИО6 №7 ответил, что сделал. В ходе звонка ФИО6 №7 спросил у ФИО6, в какую смену он работает и после смены ФИО6 №7 подошел к ФИО6 в общежитие, это было в указанный период времени. В общежитии ФИО6 приподнял свое одеяло, под одеялом у того был один сверток из газеты с наркотическим средством «гашишное масло» и передал ФИО6 №7, который взял и вышеуказанным способом употребил его, т.е. путем курения. Далее, спустя один день, в &lt;адрес&gt; примерно в период времени с &lt;данные изъяты&gt; часов &lt;дата&gt; ФИО6 №7 так же позвонил ФИО6 и сказал, что забежит к нему. ФИО6, как и в прошлый раз, из-под одеяла достал газетный сверток с наркотическим средством «гашишное масло», ФИО6 №7, в свою очередь, совершил денежный перевод на указанный ФИО6 номер банковской карты. Проданное таким образом ФИО6 наркотическое средство ФИО6 №7 употребил тем же способом путем курения, от чего он испытал эффект расслабления (эйфории). В последних числах &lt;дата&gt; года ФИО6 №7 приехал в &lt;адрес&gt; РС (Я), где был с ФИО6 №4 и в ходе разговора узнал, что ФИО6 №4 также употребляет наркотическое средство гашишное масло. Они решили покурить гашишное масло, и ФИО6 №7 позвонил ФИО3, но тот сказал, что у него нет и продать его не может, что ФИО6 №7 нужно связаться с неким ФИО6 №22. ФИО3 сказал, если что скинет номер телефона ФИО6 №22, так как ФИО6 №7 с ФИО6 №4 находятся в &lt;адрес&gt;, то могут купить у ФИО6 №22, но номер телефона ФИО6 №22 ФИО6 так и не отправил. В тот день ФИО6 №7 наркотическое средство не купил, как не купил его и ФИО6 №4. Далее, с &lt;дата&gt; по &lt;дата&gt;, примерно в период времени с &lt;данные изъяты&gt; минут, ФИО6 №7 находился в &lt;адрес&gt; и решил вновь приобрести наркотическое средство «гашишное масло», для чего позвонил ФИО6 и сказал, что им нужно встретиться. С ФИО3 договорились, что ФИО6 заедет к ФИО6 №7 и привезет наркотик ему домой. Все шло по старой схеме, особо они в разговорах ничего не упоминали, ФИО6 №7 передал ФИО3 денежные средства в сумме &lt;данные изъяты&gt; рублей, а ФИО6 ему - газетный сверток с гашишным маслом, смешанным с табаком. В указанный период времени к его подъезду подъехал ФИО6, ФИО6 №7 вышел, как и в прошлый раз достал денежные средства в сумме &lt;данные изъяты&gt; рублей купюрами по &lt;данные изъяты&gt; рублей и передал их ФИО6. ФИО6, в свою очередь, находясь рядом с подъездом дома, в котором проживает ФИО6 №7., передал последнему газетный сверток с наркотическим средством «гашишное масло». В период времени с &lt;дата&gt; по &lt;дата&gt;, примерно в период времени с &lt;данные изъяты&gt; минут, ФИО6 №7 находился в поселке Чернышевский и вновь решил приобрести наркотическое средство «гашишное масло», он позвонил ФИО6, который сказал, что перезвонит ему. Спустя два часа ФИО6 №7 перезвонил, и сказал ФИО6, что он заедет к нему в гараж. ФИО6 в гараже был один и занимался ремонтом автомашины. ФИО6 №7 спросил, есть ли у него «один коробок», ФИО6 ответил, что есть, но как постоянному клиенту даст ФИО6 №7 просто так, то есть денег ФИО6 с ФИО6 №7 брать не стал. Как понял ФИО6 №7., ФИО6 сделал жест своеобразной доброй воли, чтобы ФИО6 №7 в дальнейшем брал наркотик только у ФИО6. &lt;дата&gt; ФИО6 №7 стало известно, что ФИО6 был остановлен сотрудниками полиции, когда ехал на заезд в &lt;адрес&gt; с наркотическим средством. О том, где брал наркотическое средство ФИО6, ФИО6 №7 не известно. Из показаний свидетеля ФИО6 №4 (том №), данных им во время предварительного следствия, оглашенных в судебном заседании по ходатайству государственного обвинителя и с согласия стороны защиты в порядке ст. 281 УПК РФ , следует, что &lt;дата&gt; в период времени с &lt;данные изъяты&gt; часов ФИО6 №4 находился в &lt;адрес&gt; РС (Я). Возле площади Центральная &lt;адрес&gt; он увидел ФИО6, который, как ему показалось, находился в состоянии наркотического опьянения, так как был очень веселый. ФИО6 №4 предположил, что он «накуренный», ФИО6 также подтвердил это. После этого ФИО6 сказал, что у него имеется «химка» (гашишное масло, смешанное с табаком) и добавил, что данный наркотик он продает за &lt;данные изъяты&gt; рублей за &lt;данные изъяты&gt; и что, если ФИО6 №4 захочет, то может его приобрести и может звонить в любое время, так как наркотик у него есть всегда. &lt;дата&gt; в период времени с &lt;данные изъяты&gt; часов ФИО6 №4 позвонил ФИО6, спросил, в силе ли вчерашний разговор, на что ФИО6 ответил, что все нормально. В ходе этого же телефонного разговора ФИО6 сказал, чтобы ФИО6 №4 подъезжал на то же место (на площадь), что он и сделал, предварительно взял из дома денежные средства в сумме &lt;данные изъяты&gt; рублей, с которыми ФИО6 №4 направился на площадь. Спустя некоторое время, это было в указанный им период времени, подъехал ФИО6, достал сверток, ФИО6 №4 во время рукопожатия передал денежные средства, которые держал в правой руке, а ФИО6, в свою очередь, передал ФИО6 №4 сверток с наркотическим средством. Оба постояли, поговорили, потом ФИО6 уехал. ФИО6 №4., придя домой, на балконе достал сверток, переданный ФИО6, и употребил его путем курения. &lt;дата&gt; в период времени с &lt;данные изъяты&gt; часов ФИО6 №4, находясь у себя дома по вышеуказанному адресу, повторно решил попробовать указанное наркотическое средство, позвонил ФИО6, которому он предложил увидеться, ФИО6 понял, что ФИО6 №4 желает приобрести наркотик и уточнил: «Сколько или так же?», ФИО6 №4 ответил: «Так же» (под этим подразумевался &lt;данные изъяты&gt; наркотика), обговорили, что встретятся на том же месте. В период указанного времени ФИО6 №4 пришел на площадь, на которой уже стояла автомашина ФИО6, он подошел к ней, в ней находился ФИО6, ФИО6 №4 сел в автомашину, после чего они недолго поговорили, ФИО6 №4 достал денежные средства в сумме &lt;данные изъяты&gt; рублей и передал ФИО6, ФИО6 же достал, как и в первый раз, бумажный сверток, в котором также находилось наркотическое средство «гашишное масло», и передал ФИО6 №4 Наркотическое средство он положил в карман, вернулся домой и выкурил. На следующий день, т.е. это было &lt;дата&gt;, в период времени с &lt;данные изъяты&gt; часов ФИО6 №4., находясь у себя дома, снова решил попробовать указанное наркотическое средство, так же позвонил ФИО6, спросил, можно ли у него взять еще. ФИО6 понял, что ФИО6 №4 хочет еще приобрести &lt;данные изъяты&gt;. После этого они, как и в первые два раза, договорились, что встретятся на том же месте. В указанный период времени ФИО6 №4 так же пришел на площадь, на которой уже стояла автомашина ФИО6, он подошел к ней, Симанков вышел из автомашины. ФИО6 №4 передал ФИО3 денежные средства в сумме &lt;данные изъяты&gt; рублей, ФИО6 ему - бумажный сверток, в котором также находилось наркотическое средство. Наркотическое средство ФИО6 №4 положил в карман и дома выкурил через бутылку. &lt;дата&gt; ФИО6 №4 уехал в отпуск в &lt;адрес&gt; к жене и родившемуся ребенку. Приехал с отпуска &lt;дата&gt; и в день своего приезда ФИО6 №4 вспомнил, что у него в куртке, в свертке, оставалась часть наркотического средства, проданного ФИО6. Он решил его употребить, что и сделал вышеуказанным способом. &lt;дата&gt; он уехал в &lt;адрес&gt; РС (Я) на работу. &lt;дата&gt; в &lt;адрес&gt; РС (Я) ФИО6 №4. освидетельствовали в медицинском пункте и у него был установлен факт употребления наркотического средства, в связи с чем его отправили домой обратно. На дополнительные вопросы показал, что у ФИО3 наркотические средства были на постоянной основе и, кроме ФИО6, ФИО6 №4 ни у кого не приобретал наркотические средства. Из показаний свидетеля ФИО6 №30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является знакомым ФИО6 №23 и &lt;дата&gt; в период времени с &lt;данные изъяты&gt; часов, находясь на кухне своей квартиры, ФИО6 №23 предложил ФИО6 №24 ФИО6 №27 и ФИО6 №6 покурить имеющееся у него гашишное масло, размешанное с табаком, что все они и сделали. ФИО6 №30 наркотическое средство не употреблял. Курили на кухне, таким образом ФИО6 №23 их угостил. Потом ФИО6 №30 ушел домой. На следующий день, &lt;дата&gt;, примерно после &lt;данные изъяты&gt; часов ему позвонил его брат ФИО6 №24, который сообщил о том, что он находится в гостях у ФИО6 №23 и у них закончилось спиртное, просил, чтобы он принес водку, и ФИО6 №30 направился домой к ФИО6 №23. Возле квартиры к ФИО6 №30 подошли сотрудники полиции, представились и попросили, чтобы он постучался в квартиру ФИО6 №23, что он и сделал. ФИО6 №23 открыл дверь и совместно с ним в квартиру зашли и сотрудники полиции вместе с понятыми. В ходе обследования квартиры ФИО6 №23 сотрудниками полиции было обнаружено и изъято: в ванной комнате - стеклянная банка с гашишным маслом; на столе в кухне - бумажный сверток с табаком, размешанным с гашишным маслом (остатки того, что они курили); на кухне рядом со столом - пластиковое черное ведро с обрезком полимерной бутылки с налетом гашишного масла. Из показаний свидетеля ФИО6 №29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среди его знакомых имеется ФИО6 №23. Приобретал наркотические средства у ФИО6 №23, откуда взял наркотик ФИО6 №23, ему не известно. Среди его знакомых нет ФИО6 №22 и ФИО3, данных лиц он не знает, впервые услышал данные фамилии и имена от следователя. Кому продавал и кого еще угощал наркотиком ФИО6 №23, ему не известно. Из показаний свидетеля ФИО6 №28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приобретал наркотические средства у ФИО6 №23. Откуда взял наркотик ФИО6 №23, ему не известно. Среди его знакомых нет ФИО6 №22 и ФИО3, данных лиц он не знает, впервые услышал данные фамилии и имена от следователя. Кому продавал и кого еще угощал наркотиком ФИО6 №23, ему также не известно. Из показаний свидетеля ФИО6 №27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он также знаком с ФИО6 №23 около &lt;данные изъяты&gt;, приобретал у него наркотические средства, присутствовал при изъятии наркотиков у ФИО6 №23 вместе с ФИО6 №24. Среди знакомых ФИО6 №27 нет ФИО6 №22 и ФИО3, данных лиц он не знает, впервые услышал данные фамилии и имена от следователя. Кому продавал и кого еще угощал наркотиком ФИО6 №23, ФИО6 №27 не известно. Из показаний свидетеля ФИО6 №26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&lt;дата&gt; в период времени примерно с &lt;данные изъяты&gt; минут ФИО6 №26 находился рядом с домом № по &lt;адрес&gt; РС (Я) и был приглашен в качестве понятого при обследовании квартиры и изъятии наркотических средств у ФИО6 №23., перед этим ФИО6 №23 разъяснили права. Изъятое упаковали и действия занесли в протокол, где они все расписались. В ходе проведения вышеуказанного обследования квартиры ни от кого жалоба не поступила. Никто ничего не отрицал, никто не говорил, что их подбросили. Из показаний свидетеля ФИО6 №25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&lt;дата&gt; он присутствовал при изъятии наркотических средств у ФИО6 №23 в квартире. При этом жалобы от участников осмотра квартиры ФИО6 №23 не поступали. Из показаний свидетеля ФИО6 №24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среди его знакомых имеется ФИО6 №23 с которым познакомил его двоюродный брат ФИО6 №30 в &lt;дата&gt; году. В своих показаниях ФИО6 №24 указал, что &lt;дата&gt; с братом ФИО6 №30 находились в квартире у ФИО6 №23 и &lt;дата&gt; все они в квартире ФИО6 №23 были задержаны сотрудниками полиции, где были изъяты наркотические средства, принадлежащие ФИО6 №23 В результате освидетельствования у ФИО6 №24 было установлено наркотическое опьянение, угощал его ФИО6 №23 Откуда взял ФИО6 №23 наркотики, ему неизвестно. Среди его знакомых нет ФИО6 №22 и ФИО6, впервые услышал данные фамилии и имена от следователя. Кому продавал и кого еще угощал наркотиком ФИО6 №23, ему не известно. Из показаний свидетеля ФИО6 №17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&lt;дата&gt; в период времени с &lt;данные изъяты&gt; часов ФИО6 №17 проезжал по автодороге РАД «Анабар». Совместно с ним в автомашине находился ФИО6 №18. Двигались в сторону центра &lt;адрес&gt;, когда они были остановлены сотрудниками ОГИБДД. На автодороге автомашина &lt;данные изъяты&gt; государственный регистрационный знак «&lt;данные изъяты&gt; регион и трое гражданских людей: женщина и двое мужчин. К ним подошли молодые люди, представились сотрудниками полиции по борьбе с незаконным оборотом наркотических средств и предъявили им свои служебные удостоверения, после чего попросили принять участие в проведении личного досмотра граждан. Они согласились и подошли к вышеуказанной автомашине &lt;данные изъяты&gt;. Как им пояснили, водителем данной автомашины был ФИО6. После этого в их присутствии сотрудник полиции попросил ФИО6, ФИО6 №9 и 11 представиться и назвать свои фамилии, имена и отчества, что те и сделали. После этого сотрудник полиции зачитал вслух постановление о проведении оперативно-розыскного мероприятия, разъяснили права и обязанности, спросили у граждан, имеется ли у них запрещенные предметы, они ответили, что нет. В ходе осмотра в машине была обнаружена сумка, ФИО6 сообщил, что это его сумка, внутри которой в тряпичной перчатке обнаружили три бумажных свертка. Сотрудниками полиции ФИО6 был задан вопрос что это, в ответ на который последний сообщил, что это наркотик. Пакет с перчаткой и тремя бумажными свертками были упакованы в полимерный пакет. Из показаний свидетеля ФИО6 №19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&lt;дата&gt; в период времени примерно с &lt;данные изъяты&gt; часов она находилась дома, к ней постучался молодой человек, представился сотрудником полиции и попросил принять участие в проведении обследования помещения квартиры № дома &lt;адрес&gt; РС (Я), где проживает сосед ФИО6 №22 со своей семьей. Она согласилась. Дверь открыла супруга ФИО6 №22 – 12, которой сотрудник полиции так же представился, предъявил своё служебное удостоверение, после этого сотрудник полиции вслух зачитал постановление судьи Мирнинского районного суда РС (Я) о проведении оперативно-розыскного мероприятия «Обследование помещений». Затем сотрудник полиции стал проводить обследование квартиры, в ходе которого были обнаружены и изъяты две банковские карты и сотовый телефон Самсунг. Банковские карты в присутствии всех участвующих лиц, в том числе и гражданки ФИО6 №22, изъяли и упаковали в почтовый бумажный конверт, на котором выполнили пояснительную запись, на конверте все расписались. Аналогичные показания свидетеля ФИО6 №20 (том №) были оглашены в судебном заседании по ходатайству государственного обвинителя и с согласия стороны защиты в порядке ст. 281 УПК РФ . Из показаний свидетеля ФИО6 №11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знает ФИО3, познакомился с ним в связи с работой, так как ФИО6 работал машинистом крана в &lt;данные изъяты&gt;) и часто в связи с работой заезжал на обогатительную фабрику №. Во время работы ФИО3 постоянно проживал в &lt;данные изъяты&gt; комнате на 1 этаже дома № &lt;адрес&gt; Республики Саха (Якутия). ФИО6 №11 наркотических средств никогда не употреблял и с ФИО3 на данные темы он не общался. &lt;дата&gt; в послеобеденное время ФИО6 №11 кто-то позвонил из руководства и сообщил, что ФИО3 не приехал в аэропорт для вылета на работу и нужно было узнать, что с ним случилось. ФИО6 №11 позвонил ФИО6, который сообщил, что его остановили сотрудники полиции, был сильно недоволен и возмущен этим. Как пояснил ФИО3, сотрудники полиции остановили его просто так. О том, что у него были обнаружены наркотические средства, ФИО6 не сказал ФИО6 №11 В то время по поселку прошел слух о том, что ФИО3 хотел привезти в поселок наркотическое средство, от кого именно не знает. Также сообщил, что при желании ФИО3 мог провезти в вахтовый &lt;адрес&gt; РС (Я) наркотическое средство. О случаях потребления наркотических средств в вахтовом поселке &lt;адрес&gt; РС (Я) ФИО6 №11 слышал, но более конкретнее он ничего сообщить об этом не может, так как это было на уровне слухов. ФИО3 уволился по собственному желанию и после этого он с ним не виделся. Из показаний свидетеля ФИО6 №15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он не употребляет и никогда наркотики не употреблял. ФИО3 знает давно. У ФИО3 в собственности имеется транспортное средство &lt;данные изъяты&gt; с государственным регистрационным номером &lt;данные изъяты&gt;. Около &lt;данные изъяты&gt; лет назад ФИО6 попросил данное транспортное средство зарегистрировать на ФИО6 №15, что он и сделал. Зачем ФИО3 так решил, он не знает. Таким образом, данное транспортное средство фактически принадлежит ФИО6, но зарегистрировано оно на него. По поводу наркотических средств с ФИО6 ФИО6 №15 не общался. В &lt;дата&gt; года у него был заезд в &lt;адрес&gt; РС (Я), на тот момент в поселке уже находился ФИО6. Это ФИО6 №15 может сказать точно, так как сожительница ФИО6 передала ему денежные средства в сумме &lt;данные изъяты&gt; рублей, которые он забыл в своей автомашине. Когда прилетел в &lt;адрес&gt;, то ему позвонил ФИО6 и он сообщил, что не привез, но может отдать часть своих денег. ФИО6 сказал, что особой необходимости в денежных средствах у него нет. В конце телефонного разговора ФИО6 предложил ему «расслабиться». ФИО6 №15 это очень сильно удивило и он отказался от встречи с ФИО6. По разговору ФИО6 был «навеселе». После этого, примерно в первой половине &lt;дата&gt; года, кто-то из знакомых позвонил ФИО6 №15 и сообщил, что видел, как автомашина ФИО6 была остановлена сотрудниками полиции. Поскольку автомашина зарегистрирована на него, ФИО6 №15 испугался и позвонил ФИО6. Тот трубку телефона не поднял, вечером перезвонил ФИО6 №15 и сообщил о том, что его освидетельствовали и показало употребление «марихуаны». ФИО6 №15 спросил, почему ФИО3 остановили, тот ответил что его «сдали». Кто конкретно ФИО3 не уточнил и что именно он имел в виду, он сообщить не может. Из показаний свидетеля ФИО6 №1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он знает ФИО6 №22 &lt;дата&gt;, примерно в период времени с &lt;данные изъяты&gt; часов, ФИО6 №1 позвонил ФИО6 №22 и сказал, чтобы пришел к нему в гости, он понял, что у ФИО6 №22 появилось наркотическое средство. Придя к ФИО6 №22 домой, они посидели, попили чай и в ходе разговора ФИО6 №22 сказал, что к нему в гости с женой приезжал их общий знакомый из &lt;адрес&gt; ФИО3, с которым ФИО6 №1 сильно не общался, так как не вызывает никакого доверия. ФИО6 №22 также говорил, что цена наркотического средства в размере &lt;данные изъяты&gt; рублей это не его цена, а идет из &lt;адрес&gt; РС (Я). ФИО6 №1 для себя сделал вывод, что наркотик гашишное масло в &lt;адрес&gt; привозит ФИО6 из &lt;адрес&gt;, т.е. не от ФИО6 №22 &lt;дата&gt;, примерно в период времени с &lt;данные изъяты&gt; часов, ФИО6 №1 позвонил ФИО6 №22 и спросил, есть ли у того еще. ФИО6 №22 ответил, что сейчас его нет дома и перезвонит. Затем от ФИО6 №22 поступило смс-сообщение: «Приходи». ФИО6 №1 понял, что у ФИО6 №22 есть наркотик и направился к ФИО6 №22. В квартире ФИО6 №1 отдал ФИО6 №22 &lt;данные изъяты&gt; рублей: &lt;данные изъяты&gt; рублей за наркотики, которые купил &lt;дата&gt;, и &lt;данные изъяты&gt; рублей за приобретаемый в тот момент наркотик. При этом ФИО6 №22 сообщил ему, что ФИО6 «взяли» сотрудники полиции и отпустили. Таким образом, ФИО6 №22 еще раз намекнул, что это ФИО6 торгует наркотиками, а ФИО6 №22, якобы, просто по дружбе с ФИО6 передает его ФИО6 №1 за деньги. После этого ФИО6 №1 вышел на крыльцо подъезда, где из-под скатерти стола достал наркотическое средство гашишное масло, затем его задержали сотрудники полиции. Уже в отделе полиции он познакомился с ФИО6 №23, который сказал, что ФИО6 №22 в тот день взял наркотик у ФИО6 №23 и продал его. ФИО6 №1 понял, что ФИО6 №22 брал наркотик не у ФИО6, а у ФИО6 №23 Из показаний свидетеля ФИО6 №33 (том №), данных им во время предварительного следствия, частично оглашенных в судебном заседании по ходатайству государственного обвинителя и с согласия стороны защиты в порядке ст. 281 УПК РФ , следует, что &lt;дата&gt; в период времени с &lt;данные изъяты&gt; часов он находился в здании ОМВД России по &lt;адрес&gt; и участвовал в качестве понятого при личном досмотре ФИО6 №1 ФИО6 №10, 10 и ФИО6 №22 Аналогичные показания свидетеля ФИО6 №32 (том №) были частично оглашены в судебном заседании по ходатайству государственного обвинителя и с согласия стороны защиты в порядке ст. 281 УПК РФ . Переходя к анализу показаний допрошенных в судебном заседании и оглашенных в судебном заседании в порядке ст. 281 УПК РФ свидетелей, суд находит их достоверными, соответствующими фактическим обстоятельствам дела и в полной мере доверяет их показаниям, поскольку показания указанных свидетелей логичны, последовательны и согласуются между собой и в совокупности дополняют друг друга. Заинтересованность свидетелей в исходе дела, а также обстоятельства, которые могли бы повлиять на объективность показаний свидетелей, как и обстоятельства, которые давали бы основания полагать, что свидетели оговаривают подсудимого, судом не установлены и в период рассмотрения дела не возникли. Кроме того, все свидетели показания давали добровольно, без какого-либо принуждения, они предварительно были предупреждены об уголовной ответственности по ст. 307 УК РФ за дачу заведомо ложных показаний. Так, прежде всего суд принимает во внимание показания свидетелей ФИО6 №22 и ФИО6 №23., являющихся членами организованной преступной группы, в отношении которых уголовные дела выделены в отдельное производство и рассмотрены в настоящее время. В суде они показали, что ФИО3 перед их отъездом за наркотическими средствами обсуждал с ними вопросы приобретения и реализации наркотических средств, их цену и возможные выгоды, в дальнейшем был в курсе событий, связанных с приобретением наркотических средств, в том числе о перемещении ФИО6 №22 и ФИО6 №23 к месту приобретения наркотических средств и их возврате в &lt;адрес&gt;. В последующем ФИО3 исполнял роль распространителя наркотических средств за плату в размере &lt;данные изъяты&gt; рублей за &lt;данные изъяты&gt; по месту жительства в поселке &lt;адрес&gt; РС (Я) и по месту своей работы в &lt;адрес&gt; РС (Я), при этом получал вознаграждение в виде бесплатных наркотических средств для личного потребления. Совокупность показаний других свидетелей подтвердили эти обстоятельства. Факты, подтверждающие о том, что ФИО3 занимался сбытом наркотических средств в &lt;адрес&gt; и в &lt;адрес&gt;, подтвердили в судебном заседании свидетели ФИО6 №2 и ФИО6 №3 Показания этих свидетелей аналогичны показаниям свидетелей ФИО6 №7., ФИО6 №4., ФИО6 №5 ФИО6 №6., ФИО6 №31 данные им во время предварительного следствия, которые были оглашены в судебном заседании в порядке, установленном ст. 281 УПК РФ , связи с отказами от дачи показаний, либо в связи с наличием существенных противоречий, либо неизвестностью места пребывания в период рассмотрения дела в суде. К доводам свидетеля ФИО6 №5 о наличии давления со стороны следователя (дознавателя) суд относится критически, поскольку не подтверждены доказательствами. Кроме того, в установленном порядке ими не обжалованы действия следователя, поэтому считает, что в силу приятельских отношений с подсудимым действия перечисленных свидетелей направлены на освобождение ФИО3 от уголовной ответственности либо на его смягчение. Свидетели ФИО6 №9., являющаяся сожительницей подсудимого, ФИО6 №21 и ФИО6 №34 – сотрудники полиции, и ФИО6 №18., ФИО6 №17. – понятые, в своих показаниях подтвердили факт обнаружения наркотических средств в количестве &lt;данные изъяты&gt; в автомобиле ФИО3, при изъятии которых ФИО6 точно указал, что это наркотические средства, а в судебном заседании ФИО3 подтвердил, что они предназначались для продажи в &lt;адрес&gt;, куда он собирался вылететь в этот день. Действия ФИО3 в составе организованной преступной группы по сбыту наркотических средств в крупном размере дополнительно подтверждаются показаниями свидетелей ФИО6 №30., ФИО6 №29, ФИО6 №28., ФИО6 №27., ФИО6 №33., ФИО6 №26 ФИО6 №25 ФИО6 №24., ФИО6 №19., ФИО6 №20., ФИО6 №11, ФИО6 №15, ФИО6 №1., ФИО6 №32 Кроме того, вина подсудимого ФИО3 доказываются следующими исследованными в судебном заседании материалами уголовного дела: - Протоколом обследования помещений, зданий, сооружений, участков местности и транспортных средств от &lt;дата&gt;, согласно которому &lt;дата&gt; в период времени с &lt;данные изъяты&gt; мин. до &lt;данные изъяты&gt; мин. сотрудниками полиции в &lt;адрес&gt; РС (Я) на автодороге «Анабар» возле поворота «&lt;данные изъяты&gt;» в ходе ОРМ «Обследования транспортного средства» автомашины «&lt;данные изъяты&gt;» с государственным регистрационным знаком &lt;данные изъяты&gt; под управлением ФИО3 в багажнике автомашины обнаружена сумка, в котором, обнаружены и изъяты: тряпичная перчатка, внутри которой полимерный пакет, внутри которого три бумажных свертка, в каждом из которых табакообразное вещество, при изъятии упакованы в пакет №. К протоколу прилагается фототаблица на 3 л. с 5 иллюстрациями (том №); - Справкой об исследовании № от &lt;дата&gt;, из которой следует, что растительная масса в трех свертках из листов белой бумаги формата А 4, из пакета №, изъятая в ходе проведения ОРМ «Обследование помещений, зданий, сооружений, участков местности и транспортных средств» &lt;дата&gt; в тряпичной перчатке, найденной в сумке гражданина ФИО3, в багажнике автомобиля марки «&lt;данные изъяты&gt;», гос. номер «&lt;данные изъяты&gt;», под управлением гр. ФИО3, является сухой смесью табака с наркотическим средством масло каннабиса (гашишное масло). Масса смеси из пакета № составила соответственно по сверткам: &lt;данные изъяты&gt; г, &lt;данные изъяты&gt; г, &lt;данные изъяты&gt; г. Масса сухого остатка отделенного гашишного масла от смеси из пакета № в перерасчете на все количество вещества, соответственно по сверткам, составила: &lt;данные изъяты&gt; г, &lt;данные изъяты&gt; г, &lt;данные изъяты&gt; г. Масса сухого нейтрального компонента (табака), соответственно по сверткам, составила: &lt;данные изъяты&gt; г, &lt;данные изъяты&gt; г, &lt;данные изъяты&gt; г. (том №); - Протоколом осмотра предметов (документов) от &lt;дата&gt;, согласно которому осмотрены документы и результаты ОРД, представленные в ОД МВД России по &lt;адрес&gt; от &lt;дата&gt; за №, которые были признаны и приобщены к уголовному делу в качестве вещественных доказательств (том №); - Протоколом осмотра предметов (документов) от &lt;дата&gt;, из которого следует, что осмотрен пакет № с содержимым, изъятый в ходе ОРМ «Обследование транспортного средства» &lt;данные изъяты&gt; под управлением ФИО3 В ходе осмотра установлено, что пакет № представляет собой полимерный прозрачный пакет (файл), снабженный пояснительной запиской, прошитый отрезом нити черного цвета, концы которой опечатаны фрагментом бумаги с оттиском печати «Для пакетов №» с надписью по кругу «&lt;данные изъяты&gt;». Целостность упаковки не нарушена. При вскрытии полимерного пакета извлечены: тряпичная перчатка белого цвета, внутри которой находится прозрачный полимерный пакет, в котором обнаружены три свертка из листов бумаги белого цвета формата А4 с измельченной растительной массой со специфическим запахом. К протоколу осмотра прилагается фототаблица на 2 л. с 3 иллюстрациями. Указанные предметы признаны и приобщены к уголовному делу в качестве вещественных доказательств (том №); - Заключением эксперта №/ф от &lt;дата&gt;, согласно которому: 1, 2. Представленное на исследование вещество в трех бумажных свертках из пакета №, обнаруженных и изъятых в ходе оперативно-розыскного мероприятия «Обследование помещений, зданий, сооружений, участков местности и транспортных средств», в багажнике автомашины «&lt;данные изъяты&gt;» с государственным регистрационным знаком &lt;данные изъяты&gt; регион под управлением гр. ФИО3, в сумке, является наркотическим средством - смесью масла каннабиса (гашишного масла) с измельченной растительной массой табака.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Вес смеси табака с маслом каннабиса (гашишным маслом) в трех бумажных свертках из пакета №, обнаруженных и изъятых в ходе оперативно-розыскного мероприятия «Обследование помещений, зданий, сооружений, участков местности и транспортных средств», в багажнике автомашины «&lt;данные изъяты&gt;» с государственным регистрационным знаком &lt;данные изъяты&gt; регион под управлением гр. ФИО3, в сумке, на момент проведения настоящей экспертизы составил по сверткам, соответственно, &lt;данные изъяты&gt; г., &lt;данные изъяты&gt; г., &lt;данные изъяты&gt; г. Вес масла каннабиса (гашишного масла) в пересчете на сухой остаток в исследуемой смеси составил, по сверткам соответственно, &lt;данные изъяты&gt; г., &lt;данные изъяты&gt; г., &lt;данные изъяты&gt; г. Вес нейтрального компонента (табака) составил по сверткам, соответственно, &lt;данные изъяты&gt; г., &lt;данные изъяты&gt; г., &lt;данные изъяты&gt;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Первоначальный вес смеси табака с гашишным маслом в трех бумажных свертках из пакета №, обнаруженных и изъятых в ходе оперативно-розыскного мероприятия «Обследование помещений, зданий, сооружений, участков местности и транспортных средств», в багажнике автомашины «&lt;данные изъяты&gt;» с государственным регистрационным знаком &lt;данные изъяты&gt; регион под управлением гр. ФИО3, в сумке, согласно справке об исследовании № от &lt;дата&gt;, составлял по сверткам, соответственно, &lt;данные изъяты&gt; г., &lt;данные изъяты&gt; г., &lt;данные изъяты&gt; г. Первоначальный вес масла каннабиса (гашишного масла) в пересчете на сухой остаток в исследуемой смеси составлял по сверткам, соответственно, &lt;данные изъяты&gt; г., &lt;данные изъяты&gt; г., &lt;данные изъяты&gt; г., первоначальный вес нейтрального компонента (табака) составлял по сверткам, соответственно, &lt;данные изъяты&gt; г., &lt;данные изъяты&gt; г., &lt;данные изъяты&gt; г. (том №); - Протоколом обыска от &lt;дата&gt;, согласно которому, на основании постановления о производстве обыска, проведен обыск в гараже №, расположенной рядом с д. № по &lt;адрес&gt; РС (Я), принадлежащем ФИО3, в ходе обыска обнаружены и изъяты: атлас, контурные карты и 13 газет. К протоколу прилагается фототаблица на 3 л. с 6 иллюстрациями (том №); - Протоколом осмотра места происшествия от &lt;дата&gt;., из которого следует, что осмотрена территория прилегающая к магазину «&lt;данные изъяты&gt;», расположенного по адресу: РС (Я), &lt;адрес&gt; со слов участвующего лица ФИО6 №5 в указанном месте ему продал наркотическое средство гашишное масло ФИО3 К протоколу прилагается фототаблица на 1 л. с 1 иллюстрацией (том №); - Протоколом осмотра места происшествия от &lt;дата&gt;, согласно которому осмотрена территория прилегающая территория к гаражному боксу №, расположенном рядом с д. № по ул&lt;адрес&gt; РС (Я), со слов участвующего лица ФИО6 №5, в указанном гараже ему продал наркотическое средство гашишное масло ФИО3 К протоколу прилагается фототаблица на 1 л. с 1 иллюстрацией (том №); - Протоколом осмотра места происшествия от &lt;дата&gt;, согласно которому осмотрена территория рядом с д. № по &lt;адрес&gt; РС (Я) и автомашина &lt;данные изъяты&gt; с государственным регистрационным номером &lt;данные изъяты&gt; регион. При осмотре участвующее лицо ФИО3 пояснил, что в указанной автомашине он перевозил наркотическое средство гашишное масло, которое было изъято сотрудниками полиции. В ходе осмотра изъята автомашина &lt;данные изъяты&gt; с государственным регистрационным номером &lt;данные изъяты&gt; регион. К протоколу прилагается фототаблица на 1 л. с 2 иллюстрацией. Указанная автомашина изъята и признана вещественным доказательством (том №); - Протоколом осмотра места происшествия от &lt;дата&gt;, согласно которому осмотрен участок республиканской автомобильной дороги «Анабар» на расстоянии &lt;данные изъяты&gt; км. при движении за &lt;адрес&gt; РС (Я) в &lt;адрес&gt; РС (Я). В ходе осмотра участвующие лица ФИО6 №18 и ФИО6 №17 пояснили, что &lt;дата&gt; в ходе обследования автомашины &lt;данные изъяты&gt; с государственным регистрационным номером &lt;данные изъяты&gt; регион под управлением ФИО3 были обнаружены и изъяты три бумажных свертка со смесью табака со специфическим запахом. К протоколу прилагается схема на 1 л., фототаблица на 8 л. с 8 иллюстрацией (том №); - Протоколом осмотра места происшествия от &lt;дата&gt;, согласно которому осмотрена территория базы ООО «&lt;данные изъяты&gt;», расположенной по адресу: &lt;адрес&gt; в ходе осмотра установлено, что вход на территорию базы свободный, на территории базы отсутствуют камеры видеонаблюдения. В ходе осмотра ничего не обнаружено и не изъято. К протоколу прилагается фототаблица на 2 л. с 4 иллюстрациями (том №); - Ответом на запрос от группы ОРИ ОМВД России по &lt;адрес&gt; от &lt;дата&gt; №, согласно которому, по информации из ПТК «&lt;данные изъяты&gt;», ФИО6 №23 &lt;дата&gt; вылетел по маршруту: &lt;данные изъяты&gt;, куда прибыл &lt;дата&gt;, а также &lt;дата&gt; выехал на поезде по маршруту: &lt;данные изъяты&gt;, куда прибыл &lt;дата&gt; (том №); - Ответом на запрос от группы ОРИ ОМВД России по &lt;адрес&gt; от &lt;дата&gt; №, согласно которому, по информации из ПТК «&lt;данные изъяты&gt;», ФИО6 №22 &lt;дата&gt; вылетел по маршруту: &lt;данные изъяты&gt;, куда прибыл &lt;дата&gt;, а также &lt;дата&gt; выехал на поезде по маршруту: &lt;данные изъяты&gt;, куда прибыл &lt;дата&gt; (том №); - Протоколом осмотра места происшествия от &lt;дата&gt;., согласно которому осмотрена территория, прилегающая к остановке общественного транспорта, расположенная рядом с д. № по &lt;адрес&gt; РС (Я), со слов участвующего лица ФИО6 №2., в указанном месте &lt;дата&gt; и &lt;дата&gt; ему продал наркотическое средство гашишное масло, смешанное с табаком, ФИО3 К протоколу прилагается фототаблица на 3 л. с 3 иллюстрациями (том №); - Протоколом осмотра места происшествия от &lt;дата&gt;, согласно которому осмотрена территория, прилегающая к магазину «&lt;данные изъяты&gt;», расположенного по адресу: РС (Я), &lt;адрес&gt;, со слов участвующего лица ФИО6 №2 в указанном месте &lt;дата&gt; ему продал наркотическое средство гашишное масло, смешанное с табаком ФИО3 &lt;дата&gt; в указанном месте ФИО3 угостил его наркотическим средством гашишное масло смешанное с табаком. К протоколу прилагается фототаблица на 2 л. с 2 иллюстрациями (том №); - Протоколом очной ставки от &lt;дата&gt;, между обвиняемым ФИО3 и свидетелем ФИО6 №2, в процессе которой ФИО6 №2 показал, что &lt;дата&gt;, &lt;дата&gt;, &lt;дата&gt; в &lt;адрес&gt; РС (Я) приобретал у ФИО3 наркотические средства «гашишное масло», смешанное с табаком, упакованные в спичечные коробки по цене &lt;данные изъяты&gt; рублей за &lt;данные изъяты&gt;. В ходе очной ставки обвиняемый ФИО3 не согласился с показаниями ФИО6 №2 (том №); - Протоколом очной ставки от &lt;дата&gt;, между обвиняемым ФИО3 и свидетелем ФИО6 №3., в ходе которой ФИО6 №3 настоял на своих показаниях, данных &lt;дата&gt;, а именно: с &lt;дата&gt; по &lt;дата&gt; у него был заезд по работе в &lt;адрес&gt; и в этот период узнал у ФИО3, что тот продает наркотик, гашишное масло, смешанное с табаком, по цене в &lt;данные изъяты&gt; рублей за &lt;данные изъяты&gt;. Находясь там, ФИО6 №3 приобрел у ФИО3 половину спичечного коробка наркотического средства по цене &lt;данные изъяты&gt; рублей и употребил его один. Кроме того, &lt;дата&gt;, по приезду с вахты в &lt;адрес&gt; РС (Я), ФИО3, находясь у себя в гараже, угостил ФИО6 №3 наркотическим средством. Обвиняемый ФИО3 показания свидетеля ФИО6 №3 не подтвердил (том №); - Протоколом осмотра места происшествия от &lt;дата&gt;, согласно которому осмотрен гаражный бокс рядом с д. № по &lt;адрес&gt;. Со слов участвующего лица ФИО6 №3, в данном гараже &lt;дата&gt; его угостил наркотическим средством ФИО3 К протоколу прилагается фототаблица на 2 л. с 2 иллюстрациями (том №); - Протоколом очной ставки от &lt;дата&gt;, между обвиняемым ФИО3 и свидетелем ФИО6 №5., в котором изложены показания свидетеля ФИО6 №5, из которых следует, что он в &lt;дата&gt; года в &lt;адрес&gt; трижды приобретал у ФИО3 наркотические средства гашишное масло, смешанные с табаком, по цене &lt;данные изъяты&gt; рублей за &lt;данные изъяты&gt;. Всего ФИО6 №5 заплатил ФИО3 &lt;данные изъяты&gt; рублей за &lt;данные изъяты&gt;. Обвиняемый ФИО3 также не признал показания свидетеля ФИО6 №5 (том №); - Протоколом осмотра места происшествия от &lt;дата&gt;, согласно которому осмотрен третий подъезд &lt;адрес&gt; РС (Я), в указанном подъезде в кв. № проживает ФИО6 №7 К протоколу прилагается фототаблица на 1 л. с 2 иллюстрациями (том №); - Протоколом очной ставки от &lt;дата&gt;, между обвиняемым ФИО3 и свидетелем ФИО6 №10, при которой ФИО6 №10 показал, что в период времени с &lt;дата&gt; по &lt;дата&gt; в &lt;адрес&gt; РС (Я) вместе с ФИО3 2 раза покурили самокрутку с гашишным маслом, смешанным с табаком, которым угощал его ФИО6 и при этом сообщил ФИО6 №10 о том, что он может купить такой же наркотик у ФИО6 №22 за денежную сумму в размере &lt;данные изъяты&gt; рублей за сверток («коробок»). Впоследствии ФИО6 №10 приобретал у ФИО6 №22 наркотические средства для личного потребления. Показания свидетеля ФИО6 №10 обвиняемый ФИО3 также не подтвердил (том №); - Протоколом личного досмотра (досмотра вещей) и изъятия от &lt;дата&gt;, согласно которому в ходе личного досмотра сотрудниками полиции у ФИО6 №1 обнаружены и изъяты: бумажный сверток с табакообразным веществом, при изъятии упакован в пакет №, две банковские карты при изъятии упакованы в пакет №, сотовый телефон Lenovo (том №); - Справкой об исследовании № от &lt;дата&gt;, согласно которому растительная масса в свертке из листа бумаги в клетку, из пакета №, изъятая в ходе проведения личного досмотра гражданина ФИО6 №1, &lt;дата&gt; года рождения, задержанного при проведении ОРМ «Наблюдение» &lt;дата&gt; на &lt;адрес&gt;, возле дома №, в &lt;адрес&gt; РС (Я), является сухой смесью табака с наркотическим средством масло каннабиса (гашишное масло). Масса смеси из пакета №, составила &lt;данные изъяты&gt; г. Масса сухого остатка отделенного гашишного масла от смеси из пакета №, в перерасчете на все количество вещества, составила: &lt;данные изъяты&gt; г. Масса сухого нейтрального компонента (табака) составила &lt;данные изъяты&gt; г. (том №); - Протоколом обследования помещения, зданий, сооружений, участков местности и транспортного средства от &lt;дата&gt;, согласно которому на основании постановления Мирнинского районного суда № от &lt;дата&gt; проведено оперативно-розыскное мероприятие «Обследование помещений, зданий, сооружений, участков местности и транспортного средства» в квартире № &lt;адрес&gt; РС (Я), в ходе которого обнаружены и изъяты две банковские карты Сбербанк, при изъятии упакованы в пакет №, сотовый телефон &lt;данные изъяты&gt; (том №); - Протоколом осмотра предметов (документов) от &lt;дата&gt;, согласно которому осмотрены документы и результаты ОРД, представленные в ОД ОМВД России по &lt;адрес&gt; от &lt;дата&gt; за №. Указанные документы признаны и приобщены к уголовному делу в качестве вещественных доказательств (том №); - Протоколом осмотра предметов (документов) от &lt;дата&gt;, согласно которому осмотрено содержимое пакета №, изъятого &lt;дата&gt; в ходе личного досмотра ФИО6 №1 В ходе осмотра установлено, что конверт почтовый. На лицевой стороне почтового конверта имеется запись, выполненная рукописным способом красителем синего цвета следующего содержания: «Пакет № Бумажный сверток с табакообразным веществом изъятый в ходе личного досмотра гр. ФИО6 №1, &lt;дата&gt; г.р.» Имеется запись: «Понятые» (подписи 1,2), «ФИО6 №1» (подпись), Ст. о/у ОНК ОМВД России по &lt;адрес&gt; майор полиции 13 (подпись)». Клапан конверта оклеен листом с оттиском округлой печати «Для пакетов №» ОМВД России по &lt;адрес&gt;. В левой части конверта имеется оклеенный прямоугольный отрезок бумаги с оттиском печати округлой формы «ЭКО ОМВД России по &lt;адрес&gt; Для экспертиз и исследований», имеется запись выполненная рукописным способом красителем синего цвета следующего содержания: Справа об исследовании № от &lt;дата&gt;. 18 (подпись)». Почтовый конверт нарушений целостности упаковки не имеет. При вскрытии конверта в нем обнаружены: сверток из листа бумаги в клетку, на поверхности которого имеются рукописные надписи, выполненные красящим веществом синего цвета, внутри которого имеется измельченная растительная масса похожая по внешнему виду на измельченную массу табака темного желтого коричневого цвета со специфическим запахом, липка на ощупь. После осмотра вышеуказанный почтовый конверт, упакован в первоначальную упаковку, место вскрытия конверта оклеено пояснительной записью рукописным способом красителем синего цвета следующего содержания: «Осмотр вещественных доказательств &lt;дата&gt; понятые 1. (подпись), 2. (подпись), Нач. отд. СО (подпись)». Имеется оттиск печати № «Для пакетов МВД по РС(Я) МВД РФ». Указанные предметы признаны и приобщены к уголовному делу в качестве вещественных доказательств (том №); - Заключением эксперта №/ф от &lt;дата&gt;, согласно которому: 1, 2. Представленное на исследование вещество из пакета №, обнаруженное и изъятое &lt;дата&gt; в ходе проведения ОРМ «Наблюдение», в ходе проведения личного досмотра ФИО6 №1, является наркотическим средством – смесью масла каннабиса (гашишного масла) с измельченной растительной массой табака.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Вес смеси табака с маслом каннабиса (гашишным маслом) из пакета №, обнаруженное и изъятое &lt;дата&gt; в ходе проведения ОРМ «Наблюдение», при личном досмотре ФИО6 №1., на момент проведения настоящей экспертизы составил &lt;данные изъяты&gt; г. Вес масла каннабиса (гашишного масла) в пересчете на сухой остаток в исследуемой смеси составил &lt;данные изъяты&gt; г. Вес нейтрального компонента (табака) составил №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Первоначальный вес смеси табака с гашишным маслом из пакета №, обнаруженной и изъятой &lt;дата&gt; в ходе проведения ОРМ «Наблюдение», при личном досмотре ФИО6 №1, согласно справке об исследовании № от &lt;дата&gt;, составлял &lt;данные изъяты&gt; г. Первоначальный вес масла каннабиса (гашишного масла) в пересчете на сухой остаток в исследуемой смеси составлял &lt;данные изъяты&gt; г, первоначальный вес нейтрального компонента (табака) составлял &lt;данные изъяты&gt; г. (том №); - Протоколом личного досмотра (досмотра вещей) и изъятия от &lt;дата&gt;, согласно которому в ходе личного досмотра сотрудниками полиции у ФИО6 №10 обнаружены и изъяты: бумажный сверток с табакообразным веществом, при изъятии упакован в пакет №, сотовый телефон &lt;данные изъяты&gt; (том №); - Справкой об исследовании № от &lt;дата&gt;, согласно которому растительная масса в свертке из листа бумаги белого цвета формата А4, из пакета №, изъятая в ходе проведения личного досмотра гражданина ФИО6 №10, &lt;дата&gt; года рождения, задержанного при проведении ОРМ «Наблюдение» &lt;дата&gt; на &lt;адрес&gt; возле дома № в &lt;адрес&gt; РС (Я), является сухой смесью табака с наркотическим средством масло каннабиса (гашишное масло). Масса смеси из пакета №, составила &lt;данные изъяты&gt; г. Масса сухого остатка отделенного гашишного масла от смеси из пакета №, в перерасчете на все количество вещества, составила: &lt;данные изъяты&gt; г. Масса сухого нейтрального компонента (табака) составила &lt;данные изъяты&gt; г. (том №); - Протоколом осмотра предметов (документов) от &lt;дата&gt;, согласно которому осмотрены результаты ОРД, представленные в ОД ОМВД России по &lt;адрес&gt; от &lt;дата&gt; за №, которые признаны и приобщены к уголовному делу в качестве вещественных доказательств (том №); - Протоколом осмотра предметов (документов) от &lt;дата&gt;, согласно которому осмотрены следующие предметы: 1) Мобильный телефон «&lt;данные изъяты&gt;» модели «&lt;данные изъяты&gt;» имеющий IMEI: № изъятый в ходе личного досмотра гражданина ФИО6 №10 &lt;дата&gt;, проведенного в здании ОМВД России по &lt;адрес&gt; в рамках ОРМ; 2) Мобильный телефон «&lt;данные изъяты&gt;» модели «&lt;данные изъяты&gt;» имеющий IMEI 1: №, IMEI 2: №, изъятый в ходе личного досмотра гражданина 10 &lt;дата&gt; проведенного в здании ОМВД России по &lt;адрес&gt; в рамках ОРМ. Указанные предметы признаны и приобщены к уголовному делу в качестве вещественных доказательств (том №); - Протоколом осмотра предметов (документов) от &lt;дата&gt;, согласно которому осмотрены следующие предметы: конверт почтовый. На лицевой стороне почтового конверта имеется запись, выполненная рукописным способом красителем синего цвета следующего содержания: «Пакет № Бумажный сверток с табакообразным веществом изъятый в ходе личного досмотра гр. ФИО6 №10, &lt;дата&gt; г.р.» Имеется запись: «Понятые» (подписи 1,2), «ФИО6 №10.» (подпись &lt;дата&gt;), Ст. о/у ОНК ОМВД России по &lt;адрес&gt; майор полиции 13 (подпись). Клапан конверта оклеен листом с оттиском округлой печати «Для пакетов №» ОМВД России по &lt;адрес&gt;. В левой части конверта имеется оклеенный прямоугольный отрезок бумаги с оттиском печати округлой формы «ЭКО ОМВД России по &lt;адрес&gt; Для экспертиз и исследований», имеется запись выполненная рукописным способом красителем синего цвета следующего содержания: Справа об исследовании № от &lt;дата&gt;. 18 (подпись)». Почтовый конверт нарушений целостности упаковки не имеет. При вскрытии конверта в нем обнаружены: сверток из листа бумаги белого цвета формата А-4, внутри которого имеется измельченная растительная масса, похожая по внешнему виду на измельченную массу табака, темного желто-коричневого цвета, со специфическим запахом, липкая на ощупь. Указанные предметы признаны и приобщены к уголовному делу в качестве вещественных доказательств (том №); - Заключением эксперта № от &lt;дата&gt;, согласно которому растительная масса в свертке из листа бумаги белого цвета формата А4, изъятая в ходе проведения личного досмотра &lt;дата&gt; в период времени с &lt;данные изъяты&gt; минут до &lt;данные изъяты&gt; минут у гр. ФИО6 №10, является сухой смесью табака с наркотическим средством масло каннабиса (гашишное масло). Масса смеси, на момент проведения экспертизы составила &lt;данные изъяты&gt; г. Масса сухого остатка отделенного гашишного масла от смеси в перерасчете на все количество вещества, соответственно составила &lt;данные изъяты&gt; г. Масса сухого нейтрального компонента (табака) составила &lt;данные изъяты&gt; г. Согласно справки об исследовании № от &lt;дата&gt;, масса смеси составила &lt;данные изъяты&gt; г. Масса сухого остатка отделенного гашишного масла от смеси в перерасчете на все количество вещества, составила: &lt;данные изъяты&gt; г. Масса сухого нейтрального компонента (табака), составила &lt;данные изъяты&gt; г. (том №); - Протоколом осмотра места происшествия от &lt;дата&gt;, согласно которому местом осмотра является крыльцо подъезда дома № по &lt;адрес&gt; РС (Я). Крыльцо выполнено из древесины, имеет ступеньки. Перед входной дверью в подъезд имеется облагороженная площадка. Со слов участвующего ФИО6 №10, именно в данном подъезде проживает ФИО6 №22, у которого он &lt;дата&gt;, &lt;дата&gt; приобрел наркотик, который впоследствии употребил. Как сообщил ФИО6 №10, &lt;дата&gt; он созвонился с ФИО6 №22 с которым договорился о встрече. Далее, к данному подъезду он подъехал совместно с 10, к ним вышел ФИО6 №22, которому ФИО6 №10 передал денежные средства в сумме &lt;данные изъяты&gt; рублей, а ФИО6 №22 сообщил о том, что наркотик находится под скатертью на столе на крыльце подъезда. Когда его забрал ФИО6 №10 и они с 10 начали спускаться, они были задержаны сотрудниками полиции. К протоколу прилагается схема на 1 л. и фототаблица на 2 л. с 3 иллюстрациями (том №); - Приговором Мирнинского районного суда от &lt;дата&gt;, согласно которому ФИО6 №10 признан виновным в совершении преступления, предусмотренного ч. 1 ст. 228 УК РФ (том №); - Протоколом обследования помещений, зданий, сооружений, участков местности и транспортных средств от &lt;дата&gt;, согласно которому в ходе проведения оперативно-розыскного мероприятия в помещении квартиры ФИО6 №23, расположенной по адресу: &lt;адрес&gt; на основании постановления Мирнинского районного суда РС (Я) от &lt;дата&gt; №, обнаружены и изъяты следующие предметы: стеклянная банка с мазеобразным веществом, которая упакована в пакет №; бумажный сверток с табакообразным веществом, который упакован в пакет №; пластиковое ведро с фрагментом полимерной бутылки с налетом темного цвета, которые упакованы в пакет №; бумажный сверток с фрагментом фольги с налетом вещества темного цвета, которые упакованы в пакет №; листы бумаги формата А-4 в полимерном файле, которые упакованы в пакет №; две банковские карты «&lt;данные изъяты&gt;», два кассовых чека о переводе денег, листок бумаги с надписью, которые упакованы в пакет №; денежные средства в сумме &lt;данные изъяты&gt; рублей, две банковские карты «&lt;данные изъяты&gt;» и «&lt;данные изъяты&gt;», которые упакованы в пакет №; серебристый пакет с полимерным пакетом внутри, в которой находится мазеобразное вещество темного цвета в бутылке, которые упакованы в пакет №; банковская карта «&lt;данные изъяты&gt;», мобильные телефоны «&lt;данные изъяты&gt;», «&lt;данные изъяты&gt;», «&lt;данные изъяты&gt;», «&lt;данные изъяты&gt;», «&lt;данные изъяты&gt;» и ноутбук «&lt;данные изъяты&gt;»; бумажный сверток с фрагментом фольги со следами копчения и коричневой трубкой, которые упакованы в пакет №; десять отрезков липкой ленты «скотч» со следами, изъятыми с поверхности бумажного свертка с табакообразным веществом и с фрагмента обрезка полимерной бутылки, которые упакованы в пакет №. В ходе ОРМ проводилась фотосъемка, к протоколу прилагается фототаблица (том №); - Справкой об исследовании № от &lt;дата&gt;, согласно которой густое вязкое вещество темного с зеленоватым оттенком цвета в стеклянной банке, из пакета №, изъятое в ходе проведения ОРМ «Обследование помещений, зданий, сооружений, участков местности и транспортных средств», проведенного &lt;дата&gt; по адресу: &lt;адрес&gt;, у ФИО6 №23., является наркотическим средством масло каннабиса (гашишное масло). Масса сухого гашишного масла из пакета № на момент проведения исследования составляла &lt;данные изъяты&gt; гр. (том &lt;данные изъяты&gt;); - Справкой об исследовании № от &lt;дата&gt;, согласно которой растительная масса в свертке из листа бумаги белого цвета формата А-4, из пакета №, изъятая в ходе проведения ОРМ «Обследование помещений, зданий, сооружений, участков местности и транспортных средств», проведенного &lt;дата&gt; по адресу: &lt;адрес&gt;, у ФИО6 №23., является сухой смесью табака с наркотическим средством масло каннабиса (гашишное масло). Масса смеси из пакета № составила &lt;данные изъяты&gt; гр. Масса сухого остатка отделенного гашишного масла от смеси из пакета №, в перерасчете на все количество вещества составила &lt;данные изъяты&gt; гр. Масса сухого нейтрального компонента (табака) составила &lt;данные изъяты&gt; гр. (том &lt;данные изъяты&gt;); - Справкой об исследовании № от &lt;дата&gt;, согласно которой густое вязкое вещество темного с зеленоватым оттенком цвета в полимерной бутылке, из пакета №, изъятое в ходе проведения ОРМ «Обследование помещений, зданий, сооружений, участков местности и транспортных средств», проведенного &lt;дата&gt; по адресу: &lt;адрес&gt;, у ФИО6 №23, является наркотическим средством масло каннабиса (гашишное масло). Масса сухого гашишного масла из пакета № на момент проведения исследования составляла &lt;данные изъяты&gt; гр. (том №); - Заключением эксперта №/ф от &lt;дата&gt;, из выводов которого следует: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весом &lt;данные изъяты&gt; г. из пакета №, изъятое &lt;дата&gt; в ходе проведения ОРМ «Обследование помещений, зданий, сооружений, участков местности и транспортных средств» в жилище ФИО6 №23., расположенного по адресу: РС (Я), &lt;адрес&gt;, является наркотическим средством масло каннабиса (гашишное масло). На основании справки об исследовании № от &lt;дата&gt;, вес гашишного масла из пакета № на момент проведения исследования составляла &lt;данные изъяты&gt; г. Вес сухого остатка гашишного масла из пакета №, на момент проведения первоначального исследования составлял &lt;данные изъяты&gt;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Вещество весом &lt;данные изъяты&gt; г. из пакета №, изъятое &lt;дата&gt; в ходе проведения ОРМ «Обследование помещений, зданий, сооружений, участков местности и транспортных средств» в жилище ФИО6 №23, расположенного по адресу: РС (Я), &lt;адрес&gt;, является наркотическим средством масло каннабиса (гашишное масло). На основании справки об исследовании № от &lt;дата&gt;, вес гашишного масла из пакета № на момент проведения исследования составлял &lt;данные изъяты&gt; г. Вес сухого остатка гашишного масла из пакета №8, на момент проведения первоначального исследования составлял &lt;данные изъяты&gt; г. (том №); - Заключением эксперта № от &lt;дата&gt;, согласно выводам которого на поверхностях ведра из полимерного материала черного цвета и фрагмента полимерной бутылки без донной части, из пакета №, изъятых в ходе проведения ОРМ «Обследование помещений, зданий, сооружений, участков местности и транспортных средств», проведенного &lt;дата&gt; по адресу: &lt;адрес&gt;, у гр. ФИО6 №23., обнаружены следовые количества основных наркотически активных каннабиноидов, содержащихся в растении конопля и в наркотических средствах, получаемых из нее (марихуана, гашиш, гашишное масло). На поверхностях фрагмента пробки от бутылки, обвернутой фрагментом фольги, и свертка из листа белой бумаги формата А4, из пакета №, изъятых в ходе проведения ОРМ «Обследование помещений, зданий, сооружений, участков местности и транспортных средств», проведенного &lt;дата&gt; по адресу: &lt;адрес&gt;, у гр. ФИО6 №23, обнаружены следовые количества основных наркотически активных каннабиноидов, содержащихся в растении конопля и в наркотических средствах, получаемых из нее (марихуана, гашиш, гашишное масло). На поверхностях свертка из листа белой бумаги формата А4, фрагмента пробки от бутылки, обвернутой фрагментом фольги, и приспособления для курения, из пакета №, изъятых в ходе проведения ОРМ «Обследование помещений, зданий, сооружений, участков местности и транспортных средств», проведенного &lt;дата&gt; по адресу: &lt;адрес&gt;, у гр. ФИО6 №23, обнаружены следовые количества основных наркотически активных каннабиноидов, содержащихся в растении конопля и в наркотических средствах, получаемых из нее (марихуана, гашиш, гашишное масло) (том №); - Заключением эксперта №/ф от &lt;дата&gt;, из выводов которого следует: 1, 2. Растительная масса, изъятая &lt;дата&gt; в ходе проведения ОРМ «Обследование…» в жилище ФИО6 №23, расположенном по адресу: РС (Я), &lt;адрес&gt;, является сухой смесью табака с наркотическим средством масло каннабиса (гашишное масло). Вес смеси составил на момент проведения настоящей экспертизы &lt;данные изъяты&gt; г. Вес отделенного от смеси гашишного масла в пересчете на сухой остаток составил &lt;данные изъяты&gt; г. Вес нейтрального компонента – табака – в сухом виде составил &lt;данные изъяты&gt;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справке об исследовании № от &lt;дата&gt; вес растительной массы (смеси) из пакета №, изъятой &lt;дата&gt; в ходе проведения ОРМ «Обследование…» в жилище ФИО6 №23, расположенном по адресу: РС (Я), &lt;адрес&gt;, составлял на момент проведения первоначального исследования &lt;данные изъяты&gt; г. Первоначальный вес масла каннабиса (гашишного масла) в пересчете на сухой остаток в представленной смеси из пакета №, согласно справке об исследовании № от &lt;дата&gt;, составлял &lt;данные изъяты&gt; г. Вес сухого нейтрального компонента (табака) составлял &lt;данные изъяты&gt; г. (том №); - Протоколом осмотра предметов (документов) от &lt;дата&gt;, согласно которому осмотрены документы и результаты ОРД, предоставленные в СО ОМВД России по &lt;адрес&gt;&lt;дата&gt; за исходящим №. Осмотренные документы признаны вещественными доказательствами и приобщены к уголовному делу (том №); - Протоколом осмотра предметов (документов) от &lt;дата&gt;, согласно которому осмотрены: стеклянная банка с наркотическим средством масло каннабиса (гашишное масло), упакованная в пакет №; бумажный сверток со смесью табака с наркотическим средством масло каннабиса (гашишное масло), упакованный в пакет №; пластиковое ведро с фрагментом полимерной бутылки без донной части со следовыми количествами наркотического средства, упакованные в пакет №; бумажный сверток и фрагмент пластиковой пробки от бутылки с фрагментом фольги со следовыми количествами наркотического средства, упакованные в пакет №; два полимерных пакета с пластиковой бутылкой объемом 0,5 л. и наркотическое средство масло каннабиса (гашишное масло) в прозрачной стеклянной банке с металлической крышкой, упакованные в пакет №; бумажный сверток, фрагмент пробки от бутылки с фрагментом фольги и приспособление для курения в виде глиняной статуэтки коричневого цвета со следовыми количествами наркотического средства, упакованные в пакет №, обнаруженные и изъятые в ходе проведения &lt;дата&gt; ОРМ «Обследование помещений, зданий сооружений, участков местности и транспортных средств» в жилище ФИО6 №23 по адресу: РС(Я), &lt;адрес&gt;, которые признаны вещественными доказательствами и приобщены к уголовному делу (том №); - Протоколом осмотра предметов (документов) от &lt;дата&gt;, согласно которому осмотрены: 1) Сотовый (мобильный) телефон «&lt;данные изъяты&gt;») с чехлом, изъятый &lt;дата&gt; в ходе производства ОРМ в виде обследования помещений, зданий, сооружений, участков местности и транспортных средств по адресу: &lt;адрес&gt;. В ходе осмотра установлено, что в указанном приложении записаны контакты и «Журнал» установлено наличие вызовов (звонков), которые перечислены в протоколе осмотра магнитных носителей с аудиозаписями телефонных переговоров; 2) Сотовый (мобильный) телефон «&lt;данные изъяты&gt;»), изъятый &lt;дата&gt; в ходе производства ОРМ, а именно обследования помещений, зданий, сооружений, участков местности и транспортных средств по адресу: &lt;адрес&gt;. Осматриваемый сотовый телефон имеет стандартные приложения. Осматривается содержимое приложения «Контакты». В ходе осмотра установлено, что в указанном приложении записаны контакты и «Журнал» установлено наличие вызовов (звонков), перечисленные в протоколе осмотра магнитных носителей с аудиозаписями телефонных переговоров. Указанные предметы признаны и приобщены к уголовному делу в качестве вещественных доказательств (том №); - Протоколом осмотра предметов (документов) от &lt;дата&gt;, согласно которому осмотрены документы и результаты ОРД, представленные &lt;дата&gt; за №, признанные и приобщенные к уголовному делу в качестве вещественных доказательств (том №); - Протоколом осмотра предметов (документов) от &lt;дата&gt;., согласно которому осмотрены следующие предметы: сотовый телефон «&lt;данные изъяты&gt;» в корпусе бело-черного цвета; пакет №, в котором имеются 2 банковские карты, изъятые &lt;дата&gt; в ходе личного досмотра ФИО6 №1 сотовый телефон «&lt;данные изъяты&gt;», сотовый телефон «&lt;данные изъяты&gt;», сотовый телефон «&lt;данные изъяты&gt;» сотовый телефон «&lt;данные изъяты&gt;», пакет №, котором банковская карта, пакет №, в котором находятся 2 банковские карты, два кассовых чека, лист бумаги, пакет №, в котором имеются № рублей и две банковские карты, пакет №, в котором упакованы листы бумаги, ноутбук «&lt;данные изъяты&gt;», изъятые &lt;дата&gt; в ходе ОРМ Обследование по адресу: &lt;адрес&gt; у гр. ФИО6 №23; пакет №, в котором 2 банковские карты, изъятые &lt;дата&gt; в ходе ОРМ Обследование по адресу: РС (Я) &lt;адрес&gt;. у гр. ФИО6 №22.; полимерный пакет, в котором атлас, контурные карты, газеты изъятые &lt;дата&gt; в ходе обыска гаража №, гр. ФИО3, рядом с д. № по &lt;адрес&gt; РС (Я). К протоколу прилагается фототаблица на 27 л. с 53 иллюстрациями. Сотовые телефоны «&lt;данные изъяты&gt;», «&lt;данные изъяты&gt;», «&lt;данные изъяты&gt;», «&lt;данные изъяты&gt;», «&lt;данные изъяты&gt;», листы бумаги в пакете №, атлас, контурные карты, газеты в полимерном пакете признаны и приобщены к уголовному делу в качестве вещественных доказательств (том №); - Протоколом осмотра предметов (документов) от &lt;дата&gt;, согласно которому с участием обвиняемого ФИО6 №23 осмотрен магнитный носитель, представленный с результатами ОРД &lt;дата&gt; №. Осмотром установлено: объектами осмотра являются магнитный носитель – СD-R-диск марки «TDK», на диске имеется надпись. В ходе осмотра диск помещен в привод ноутбука марки «&lt;данные изъяты&gt;». При помощи приложения (программы) PotPlayer осуществлено воспроизведение диска. При запуске программы в списке воспроизведения проигрывателя отражены 3 папки следующего наименования: «ФИО6 №23», «ФИО6», «ФИО6 №22». В папке с названием «ФИО6 №23» содержится 7 (семь) папок следующего наименования: «2017-07-06», «2017-07-07», «2017-07-08», «2017-07-09», «2017-07-10», «2017-07-11», «2017-07-12». При открытии папки с наименованием «2017-07-07» обнаружено 10 медиафайлов (треков) с расширением (wave), из них: - При воспроизведении файла (трека) «разговор с ФИО6 №6», дата записи - &lt;дата&gt;, время начала записи - 19:06:55, продолжительность записи – 02:00, воспроизводится аудиозапись разговора между двумя мужчинами: со слов ФИО6 №23 на данной аудиозаписи его голос и голос ФИО6 №6. Именно от ФИО6 №6 ФИО6 №23 узнал о том, что ФИО6 задержан сотрудниками полиции. - При воспроизведении файла (трека) «разговор с ФИО6 №22 (3)», дата записи - &lt;дата&gt;, время начала записи - 22:19:13, продолжительность записи – 01:31, воспроизводится аудиозапись разговора между двумя мужчинами. Со слов ФИО6 №23, на данной аудиозаписи его голос и голос ФИО6 №22, именно в ходе этого разговора он сообщил последнему, что ФИО6 «приняли» сотрудники полиции и им необходимо быть более осторожными. К протоколу прилагается фототаблица на 2 л. с 4 иллюстрациями (том №); - Протоколом осмотра предметов (документов) от &lt;дата&gt;, согласно которому с участием обвиняемого ФИО6 №22 осмотрен магнитный носитель, представленный с результатами ОРД &lt;дата&gt; №. Осмотром установлено: объектами осмотра являются магнитный носитель – СD-R-диск марки «TDK», на диске имеется надпись. В ходе осмотра диск помещен в привод ноутбука марки «&lt;данные изъяты&gt;». При помощи приложения (программы) &lt;данные изъяты&gt; осуществлено воспроизведение диска. При запуске программы в списке воспроизведения проигрывателя отражены 3 папки следующего наименования: «ФИО6 №23», «ФИО6», «ФИО6 №22». В папке с названием «ФИО6 №22» содержится 7 (семь) папок следующего наименования: «2017-07-06», «2017-07-07», «2017-07-08», «2017-07-09», «2017-07-10», «2017-07-11», «2017-07-12» При открытии папки с наименованием «2017-07-07» обнаружено 6 медиафайлов (треков) с расширением (wave), из них: - При воспроизведении файла (трека) «разговор с ФИО6 №23 (3)», дата записи - &lt;дата&gt;, время начала записи - 22:19:15, продолжительность записи – 01:30, воспроизводится аудиозапись разговора между двумя мужчинами. Со слов ФИО6 №23, на данной аудиозаписи его голос и голос ФИО6 №22, именно в ходе него он сообщил последнему, что ФИО6 «приняли» сотрудники полиции и им необходимо быть более осторожными (том №); - Протоколом осмотра предметов (документов) от &lt;дата&gt;, согласно которому с участием обвиняемых ФИО6 №22 и ФИО6 №23 осмотрен магнитный носитель, представленный с результатами ОРД &lt;дата&gt; №. Осмотром установлено: объектами осмотра являются магнитный носитель – СD-R-диск марки «TDK», на диске имеется надпись. В ходе осмотра диск помещен в привод ноутбука марки «&lt;данные изъяты&gt;». При помощи приложения (программы) &lt;данные изъяты&gt; осуществлено воспроизведение диска. При запуске программы в списке воспроизведения проигрывателя отражены 3 папки следующего наименования: «ФИО6 №23», «ФИО6», «ФИО6 №22». В папке с названием «ФИО6» содержится 16 (шестнадцать) папок следующего наименования: «2017-06-21», «2017-06-22», «2017-06-23», «2017-06-24», «2017-06-25», «2017-06-26», «2017-06-27», «2017-06-28», «2017-06-29», «2017-06-30», «2017-07-01», «2017-07-02», «2017-07-03», «2017-07-04», «2017-07-05», «2017-07-06», «2017-07-07», «2017-07-08», «2017-07-09», «2017-07-10», «2017-07-11», «2017-07-12». При открытии папки с наименованием «2017-06-21» обнаружено 3 медиафайла (трека) с расширением (wave), из них: - При воспроизведении файла (трека) «разговор с ФИО6 №5», дата записи - &lt;дата&gt;, время начала записи - 23:10:32, продолжительность записи – 03:21, воспроизводится аудиозапись разговора между двумя мужчинами. Со слов ФИО6 №23 и ФИО6 №22, на данной аудиозаписи голос ФИО3, который обещает узнать, сможет ли он (ФИО6) продать наркотик ФИО6 №5. - При воспроизведении файла (трека) «разговор с ФИО6 №5 2», дата записи - &lt;дата&gt;, время начала записи - 23:15:34, продолжительность записи – 00:23, воспроизводится аудиозапись разговора между двумя мужчинами. Со слов ФИО6 №23 и ФИО6 №22 на данной аудиозаписи голос ФИО3, который обещает узнать, сможет ли он (ФИО6) продать наркотик ФИО6 №5 - При воспроизведении файла (трека) «разговор с ФИО6 №22», дата записи - &lt;дата&gt;, время начала записи - 23:14:02, продолжительность записи – 01:21, воспроизводится аудиозапись разговора между двумя мужчинами. Со слов ФИО6 №23 и ФИО6 №22, на данной аудиозаписи голос ФИО3, который сообщил ФИО6 №22, что у него (у ФИО6) имеются клиенты для приобретения наркотика. При открытии папки с наименованием «2017-06-22» обнаружено 6 медиафайлов (треков) с расширением (wave), из них: - При воспроизведении файла (трека) «разговор с ФИО6 №5», дата записи - &lt;дата&gt;, время начала записи - 21:30:20, продолжительность записи – 00:46, воспроизводится аудиозапись разговора между двумя мужчинами. Со слов ФИО6 №23 и ФИО6 №22, на данной аудиозаписи голос ФИО3, который обещает узнать, сможет ли он (ФИО6) продать наркотик ФИО6 №5. - При воспроизведении файла (трека) «разговор с ФИО6 №7», дата записи - &lt;дата&gt;, время начала записи - 20:29:44, продолжительность записи – 01:25, воспроизводится аудиозапись разговора между двумя мужчинами. Со слов ФИО6 №23 и ФИО6 №22, на данной аудиозаписи голос ФИО3, который обещает узнать, сможет ли он (ФИО6) продать наркотик ФИО6 №7. - При воспроизведении файла (трека) «разговор с ФИО6 №5 2», дата записи - &lt;дата&gt;, время начала записи - 23:41:52, продолжительность записи – 01:11, воспроизводится аудиозапись разговора между двумя мужчинами. Со слов ФИО6 №23 и ФИО6 №22, на данной аудиозаписи голос ФИО3, который в связи с тем, что был на заезде, сказал ФИО6 №5, что ему по поводу приобретения наркотика необходимо обратиться к ФИО6 №22. - При воспроизведении файла (трека) «разговор с 4», дата записи - &lt;дата&gt;, время начала записи - 21:33:30, продолжительность записи – 00:23, воспроизводится аудиозапись разговора между двумя мужчинами. Со слов ФИО6 №23 и ФИО6 №22 на данной аудиозаписи голос ФИО3 - При воспроизведении файла (трека) «разговор с ФИО6 №3», дата записи - &lt;дата&gt;, время начала записи - 21:45:14, продолжительность записи – 00:55, воспроизводится аудиозапись разговора между двумя мужчинами. Со слов ФИО6 №23 и ФИО6 №22 на данной аудиозаписи голос ФИО3, который обещает узнать, сможет ли он (ФИО6) продать наркотик ФИО6 №3. - При воспроизведении файла (трека) «разговор с ФИО6 №22», дата записи - &lt;дата&gt;, время начала записи - 23:37:36, продолжительность записи – 02:06, воспроизводится аудиозапись разговора между двумя мужчинами. Со слов ФИО6 №23 и ФИО6 №22, на данной аудиозаписи голос ФИО3, который спрашивает, сможет ли он встретиться с ФИО6 №5 и продать ему наркотик. Также в данном разговоре ФИО6 сказал, что ему скоро (после аванса) люди отдадут деньги за проданный им (ФИО6) наркотик. При открытии папки с наименованием «2017-06-23» обнаружено 1 медиафайл (треков) с расширением (wave): - При воспроизведении файла (трека) «разговор с 5» воспроизводится аудиозапись разговора между двумя мужчинами, дата записи - &lt;дата&gt;, время начала записи - 16:33:38, продолжительность записи – 06:53. Со слов ФИО6 №23 и ФИО6 №22, на данной аудиозаписи голос ФИО3 При открытии папки с наименованием «2017-06-24» обнаружено 2 медиафайла (трека) с расширением (wave): - При воспроизведении файла (трека) «разговор с ФИО6 №7», дата записи - &lt;дата&gt;, время начала записи - 09:10:12, продолжительность записи – 00:31, воспроизводится аудиозапись разговора между двумя мужчинами. Со слов ФИО6 №23 и ФИО6 №22, на данной аудиозаписи голос ФИО3 - При воспроизведении файла (трека) «разговор с ФИО6 №22», дата записи - &lt;дата&gt;, время начала записи - 17:23:50, продолжительность записи – 08:10, воспроизводится аудиозапись разговора между двумя мужчинами. Со слов ФИО6 №23 и ФИО6 №22, на данной аудиозаписи голос ФИО3, который в ходе данного телефонного разговора считает прибыль от продажи наркотика. Как сообщил ФИО6 №22, под словом «перевели» подразумевалось отдали наличными деньгами. При открытии папки с наименованием «2017-06-25» обнаружено 2 медиафайла (трека) с расширением (wave): - При воспроизведении файла (трека) «разговор с 4», дата записи - &lt;дата&gt;, время начала записи - 17:08:10, продолжительность записи – 01:51, воспроизводится аудиозапись разговора между двумя мужчинами. Со слов ФИО6 №23 и ФИО6 №22, на данной аудиозаписи голос ФИО3, который договаривается, что продаст кому-то наркотик, если он у него появится в &lt;адрес&gt;. Как сообщил ФИО6 №22, на тот момент наркотик у ФИО6 уже закончился, так как он его продал. Как пояснил ФИО6 №22, впоследствии ФИО6 просил его (ФИО6 №22) передать наркотик на &lt;адрес&gt;, но так ФИО6 №22 этого и не сделал. - При воспроизведении файла (трека) «разговор с ФИО6 №22», дата записи - &lt;дата&gt;, время начала записи - 17:13:50, продолжительность записи – 04:17, воспроизводится аудиозапись разговора между двумя мужчинами. Со слов ФИО6 №23 и ФИО6 №22, на данной аудиозаписи голос ФИО3, который спрашивает его о том, когда он возьмет наркотик у ФИО6 №23 и, решил ли он этот с ним вопрос, так как на тот момент наркотическое средство находилось уже у ФИО6 №23. ФИО6 в данном разговоре, как пояснил ФИО6 №22, говорит, что если взять наркотик у ФИО6 №23 не получится, то и смысла нет искать человека, который привезет его в &lt;адрес&gt; для продажи. При открытии папки с наименованием «2017-06-26» обнаружено 6 медиафайлов (треков) с расширением (wave), из них: - При воспроизведении файла (трека) «разговор с 4 2», дата записи - &lt;дата&gt;, время начала записи - 18:10:14, продолжительность записи – 01:18, воспроизводится аудиозапись разговора между двумя мужчинами. Со слов ФИО6 №23 и ФИО6 №22, на данной аудиозаписи голос ФИО3, который рассказывает кому-то о том, что привезти наркотик в &lt;адрес&gt; не получается (так как до этого был телефонный разговор между ФИО6 №22 и ФИО6) и смысла уже нет, так как Симанков выезжает с &lt;адрес&gt;. - При воспроизведении файла (трека) «разговор с Радионовым», дата записи - &lt;дата&gt;, время начала записи - 16:21:54, продолжительность записи – 00:55, воспроизводится аудиозапись разговора между двумя мужчинами. Со слов ФИО6 №23 и ФИО6 №22, на данной аудиозаписи голос ФИО3, который рассказывает кому-то о том, что пока привезти наркотик в &lt;адрес&gt; не получается и сдвижек никаких нет. Как сообщил ФИО6 №22, в те дни он был в &lt;адрес&gt; на рыбалке и к ФИО6 №23 за наркотиком заехать не мог. - При воспроизведении файла (трека) «разговор с ФИО6 №22», дата записи - &lt;дата&gt;, время начала записи - 17:05:40, продолжительность записи – 05:02, воспроизводится аудиозапись разговора между двумя мужчинами. Со слов ФИО6 №23 и ФИО6 №22 на данной аудиозаписи голос ФИО3, который спрашивает, не заезжал ли он к ФИО6 №23. В данном разговоре ФИО6 №22 сообщает, что ФИО6 №23 не нравится, что мало прибыли от продажи наркотика, на что ФИО6 также выражал свои возмущения и говорил, что ФИО6 №23 ничего не делает и не продает, и пусть радуется тому, что он имеет, речь шла также о том, что он ничего не сможет заявить в «ментовку», если его (ФИО6 №23) кинут (исключат из состава преступной группы). Также, как пояснил ФИО6 №22, в данном разговоре ФИО6 говорил о том, что он продает своим пацанам, которые не «кидают», а если ФИО6 №23 попробует продавать наркотик без них, то его сразу обманут. При открытии папки с наименованием «2017-06-27» обнаружен 1 медиафайл (трек) с расширением (wave): - При воспроизведении файла (трека) «разговор с ФИО6 №22», дата записи - &lt;дата&gt;, время начала записи - 18:04:20, продолжительность записи – 03:57, воспроизводится аудиозапись разговора между двумя мужчинами. Со слов ФИО6 №23 и ФИО6 №22 на данной аудиозаписи голос ФИО3, который спрашивает у ФИО6 №22, заезжал ли он к ФИО6 №23 как сообщил ФИО6 №22, ФИО6 еще хотел, чтобы ему ФИО6 №22 передал наркотик в &lt;адрес&gt;, где у него были «клиенты» по приобретению наркотиков и они теряли деньги. При открытии папки с наименованием «2017-06-29» обнаружено 3 медиафайла (трека) с расширением (wave), из них: - При воспроизведении файла (трека) «разговор с ФИО6 №22 (2)», дата записи - &lt;дата&gt;, время начала записи - 18:27:36, продолжительность записи – 01:53, воспроизводится аудиозапись разговора между двумя мужчинами. Со слов ФИО6 №23 и ФИО6 №22, на данной аудиозаписи голос ФИО3, который сообщает о том, что ему пришли копейки – деньги от продажи наркотика. Также ФИО6 сообщает о том, какие суммы ему должны и что их обязательно отдадут. - При воспроизведении файла (трека) «разговор с ФИО6 №22», дата записи - &lt;дата&gt;, время начала записи - 16:19:06, продолжительность записи – 03:27, воспроизводится аудиозапись разговора между двумя мужчинами. Со слов ФИО6 №23 и ФИО6 №22, на данной аудиозаписи голос ФИО3, который рассказывает последнему о том, что запутался в том, кто сколько должен денег, говорит, что ФИО6 уже отдельно и записывал, но все равно запутался, так как очень много продавал. При открытии папки с наименованием «2017-06-30» обнаружено 9 медиафайлов (треков) с расширением (wave), из них: - При воспроизведении файла (трека) «разговор с ФИО6 №23», дата записи - &lt;дата&gt;, время начала записи - 16:04:04, продолжительность записи – 00:58, воспроизводится аудиозапись разговора между двумя мужчинами. Со слов ФИО6 №23 и ФИО6 №22, на данной аудиозаписи голос ФИО3, который говорит, что приехал в поселок и ждет ФИО6 №23. - При воспроизведении файла (трека) «разговор с ФИО6 №16», дата записи - &lt;дата&gt;, время начала записи - 11:50:52, продолжительность записи – 00:41, воспроизводится аудиозапись разговора между двумя мужчинами. Со слов ФИО6 №23 и ФИО6 №22, на данной аудиозаписи голос ФИО3, который в тот день приехал в город и заезжал к ФИО6 №22 за наркотиком и передавал деньги. - При воспроизведении файла (трека) «разговор с ФИО6 №7», дата записи - &lt;дата&gt;, время начала записи - 16:12:42, продолжительность записи – 01:36, воспроизводится аудиозапись разговора между двумя мужчинами. Со слов ФИО6 №23 и ФИО6 №22 на данной аудиозаписи голос ФИО3, который спрашивает у знакомого ФИО6 №7, отдал ли он ему деньги за наркотик, который он ему продал. - При воспроизведении файла (трека) «разговор с ФИО6 №7 2», дата записи - &lt;дата&gt;, время начала записи - 17:44:30, продолжительность записи – 01:40, воспроизводится аудиозапись разговора между двумя мужчинами. Со слов ФИО6 №23 и ФИО6 №22, на данной аудиозаписи голос ФИО3, который говорит их знакомому ФИО6 №7 о том, что за приобретением наркотика стоит обратиться к ФИО6 №22, так как на тот момент наркотик у ФИО6 закончился. - При воспроизведении файла (трека) «разговор с ФИО6 №2 2», дата записи - &lt;дата&gt;, время начала записи - 18:38:52, продолжительность записи – 00:41, воспроизводится аудиозапись разговора между двумя мужчинами. Со слов ФИО6 №23 и ФИО6 №22, на данной аудиозаписи голос ФИО3, который говорит их знакомому ФИО6 №2 о том, что за приобретением наркотика стоит обратиться к ФИО6 №22, так как на тот момент наркотик у ФИО6 закончился. - При воспроизведении файла (трека) «разговор с ФИО6 №22», дата записи - &lt;дата&gt;, время начала записи - 11:38:14, продолжительность записи – 00:49, воспроизводится аудиозапись разговора между двумя мужчинами. Со слов ФИО6 №23 и ФИО6 №22, на данной аудиозаписи голос ФИО3, который приезжал в &lt;адрес&gt; РС (Я), когда передавал деньги ФИО6 №22 от проданного наркотика и брал его еще. - При воспроизведении файла (трека) «разговор с ФИО6 №22», дата записи - &lt;дата&gt;, время начала записи - 17:50:06, продолжительность записи – 02:02, воспроизводится аудиозапись разговора между двумя мужчинами. Со слов ФИО6 №23 и ФИО6 №22 на данной аудиозаписи голос ФИО3, который говорит, что отправил ФИО6 №7 к ФИО6 №22 за приобретением наркотика. На тот момент, как сообщил ФИО6 №22, наркотик у ФИО6 закончился. При открытии папки с наименованием «2017-07-01» обнаружено 7 медиафайлов (треков) с расширением (wave), из них: - При воспроизведении файла (трека) «разговор с ФИО6 №23 (2)», дата записи - &lt;дата&gt;, время начала записи - 18:42:04, продолжительность записи – 01:08, воспроизводится аудиозапись разговора между двумя мужчинами. Со слов ФИО6 №23 и ФИО6 №22, на данной аудиозаписи голос ФИО3, который звонил ФИО6 №23 и спрашивал, доехал ли он или нет, как сказал ФИО6 №23, именно в тот день он дал наркотик ФИО6, чтобы тот его продавал при обстоятельствах, указанных при допросе. - При воспроизведении файла (трека) «разговор с ФИО6 №23», дата записи - &lt;дата&gt;, время начала записи - 14:57:22, продолжительность записи – 00:33, воспроизводится аудиозапись разговора между двумя мужчинами. Со слов ФИО6 №23 и ФИО6 №22, на данной аудиозаписи голос ФИО3, который звонил ФИО6 №23 и спрашивал, доехал ли он или нет, как сказал ФИО6 №23, именно в тот день он дал наркотик ФИО6, чтобы тот его продавал при обстоятельствах, указанных в допросе. ФИО6, со слов ФИО6 №23, просил привезти ему количество наркотика примерно на &lt;данные изъяты&gt;). - При воспроизведении файла (трека) «разговор с ФИО6 №5», дата записи - &lt;дата&gt;, время начала записи - 11:07:16, продолжительность записи – 01:07, воспроизводится аудиозапись разговора между двумя мужчинами. Со слов ФИО6 №23 и ФИО6 №22, на данной аудиозаписи голос ФИО3, который в ходе разговора с ФИО6 №5 говорит последнему, что ФИО6 №22 ругается, так как ФИО6 №5) не отдал деньги за проданный ему наркотик. - При воспроизведении файла (трека) «разговор с 4», дата записи - &lt;дата&gt;, время начала записи - 18:21:00, продолжительность записи – 04:02, воспроизводится аудиозапись разговора между двумя мужчинами. Со слов ФИО6 №23 и ФИО6 №22, на данной аудиозаписи голос ФИО3, который разговаривает с кем-то, кто должен деньги в размере &lt;данные изъяты&gt; рублей за проданный ему наркотик (впоследствии ФИО6 говорил ФИО6 №22 по телефону, что ему должны &lt;данные изъяты&gt; рублей, которые либо займут у кого-то либо отдадут с аванса). - При воспроизведении файла (трека) «разговор с ФИО6 №22 (2)», дата записи - &lt;дата&gt;, время начала записи - 19:45:56, продолжительность записи – 03:18, воспроизводится аудиозапись разговора между двумя мужчинами. Со слов ФИО6 №23 и ФИО6 №22, на данной аудиозаписи голос ФИО3, который говорит ФИО6 №22, что ему должны деньги в размере &lt;данные изъяты&gt; рублей за проданный ФИО6 наркотик и либо перезаймут, либо нужно будет ждать аванса. Также речь идет о том, что ФИО6 №23 взял наркотик на рыбалку и употребляет его с новыми друзьями, которые его «подтянули». - При воспроизведении файла (трека) «разговор с ФИО6 №22», дата записи - &lt;дата&gt;, время начала записи - 16:23:02, продолжительность записи – 02:09, воспроизводится аудиозапись разговора между двумя мужчинами. Со слов ФИО6 №23 и ФИО6 №22, на данной аудиозаписи голос ФИО3, который говорит ФИО6 №22 о том, что напомнил ФИО6 №5) о долге, и ему отдадут деньги (вместо слово отдадут употребляли слово «перекинут»). При открытии папки с наименованием «2017-07-02» обнаружено 9 медиафайлов (треков) с расширением (wave), из них: - При воспроизведении файла (трека) «разговор с ФИО6 №23», дата записи - &lt;дата&gt;, время начала записи - 21:24:08, продолжительность записи – 01:10, воспроизводится аудиозапись разговора между двумя мужчинами. Со слов ФИО6 №23 и ФИО6 №22, на данной аудиозаписи голос ФИО3, который, со слов ФИО6 №23 ждал его, чтобы он завез ему наркотик, так как наркотик, переданный ему, уже окончился. - При воспроизведении файла (трека) «разговор с ФИО6 №7», дата записи - &lt;дата&gt;, время начала записи - 22:24:50, продолжительность записи – 01:32, воспроизводится аудиозапись разговора между двумя мужчинами. Со слов ФИО6 №23 и ФИО6 №22, на данной аудиозаписи голос ФИО3, который говорит с ФИО6 №7, что у него есть наркотик и он его сможет ему продать, ФИО6 №7, в свою очередь, идет к банкомату снимать деньги. - При воспроизведении файла (трека) «разговор с ФИО6 №2», дата записи - &lt;дата&gt;, время начала записи - 12:57:48, продолжительность записи – 01:12, воспроизводится аудиозапись разговора между двумя мужчинами. Со слов ФИО6 №23 и ФИО6 №22, на данной аудиозаписи голос ФИО3, который говорит с ФИО6 №2, что у него есть наркотик и сможет ему продать, ФИО6 №2, в свою очередь, говорит, что ему нужен &lt;данные изъяты&gt; с наркотиком, т.е. за него он отдаст &lt;данные изъяты&gt; рублей. - При воспроизведении файла (трека) «разговор с ФИО6 №2 3», дата записи - &lt;дата&gt;, время начала записи - 21:58:06, продолжительность записи – 00:45, воспроизводится аудиозапись разговора между двумя мужчинами. Со слов ФИО6 №23 и ФИО6 №22, на данной аудиозаписи голос ФИО3, который говорит с ФИО6 №2, что у него есть наркотик и он его сможет ему продать, ФИО6 №2, в свою очередь, говорит, что ему нужен &lt;данные изъяты&gt; с наркотиком, т.е. за него он заплатит &lt;данные изъяты&gt; рублей. При открытии папки с наименованием «2017-07-03» обнаружено 6 медиафайлов (треков) с расширением (wave), из них: - При воспроизведении файла (трека) «разговор с ФИО6 №22», дата записи - &lt;дата&gt;, время начала записи - 14:11:14, продолжительность записи – 05:49, воспроизводится аудиозапись разговора между двумя мужчинами. Со слов ФИО6 №23 и ФИО6 №22, на данной аудиозаписи голос ФИО3 Со слов ФИО6 №22, ФИО6 в данном телефонном разговоре сообщил ФИО6 №22 о том, что в поселок приехал ФИО6 №23 который набуторил (размешал) табак из &lt;данные изъяты&gt; с гашишем. ФИО6 №22 сказал, что предъявит ему за то, что он (ФИО6 №23) расходует наркотик и не продает его, а угощает им кого попало. Также, как сообщил ФИО6 №22, в данном телефонном разговоре ФИО6 говорит о том, что не знает, взял ли с собой ФИО6 №23 бутылку в поселок, что уже свидетельствует о том, что ФИО6 было известно о наличии бутылки с гашишным маслом. - При воспроизведении файла (трека) «разговор с ФИО6 №23», дата записи - &lt;дата&gt;, время начала записи - 20:33:22, продолжительность записи – 01:21, воспроизводится аудиозапись разговора между двумя мужчинами. Со слов ФИО6 №23 и ФИО6 №22, на данной аудиозаписи голос ФИО3, который просил его заехать в гараж к ФИО6, чтобы дать ему наркотик для продажи, который у него уже закончился. При открытии папки с наименованием «2017-07-04» обнаружено 3 медиафайла (трека) с расширением (wave), из них: - При воспроизведении файла (трека) «разговор с ФИО6 №22», дата записи - &lt;дата&gt;, время начала записи - 15:00:06, продолжительность записи – 02:22, воспроизводится аудиозапись разговора между двумя мужчинами. Со слов ФИО6 №23 и ФИО6 №22, на данной аудиозаписи голос ФИО3, который выражает недовольство по поводу того, что ФИО6 №23 наркотиком угощал жителей в поселке и пошли слухи о его распространении. При открытии папки с наименованием «2017-07-05» обнаружено 5 медиафайлов (треков) с расширением (wave), из них: - При воспроизведении файла (трека) «разговор с ФИО6 №23 2», дата записи - &lt;дата&gt;, время начала записи - 10:46:58, продолжительность записи – 00:45, воспроизводится аудиозапись разговора между двумя мужчинами. Со слов ФИО6 №23 и ФИО6 №22, на данной аудиозаписи голос ФИО3, который говорит ФИО6 №23, что продал наркотик и у него есть деньги, которые он может отдать ФИО6 №23. При открытии папки с наименованием «2017-07-06» обнаружено 11 медиафайлов (треков) с расширением (wave), из них: - При воспроизведении файла (трека) «разговор с ФИО6 №23 (2)», дата записи - &lt;дата&gt;, время начала записи - 20:35:08, продолжительность записи – 01:35, воспроизводится аудиозапись разговора между двумя мужчинами. Со слов ФИО6 №23 и ФИО6 №22 на данной аудиозаписи голос ФИО3, который звонил ФИО6 №23, когда ждал его с наркотиком в поселке. Наркотик ФИО6 ждал для того, чтобы потом его продавать, так как на следующий день у него должен был быть заезд в &lt;адрес&gt;. - При воспроизведении файла (трека) «разговор с ФИО6 №23», дата записи - &lt;дата&gt;, время начала записи - 09:52:42, продолжительность записи – 00:55, воспроизводится аудиозапись разговора между двумя мужчинами. Со слов ФИО6 №23 и ФИО6 №22, на данной аудиозаписи голос ФИО3, который звонил ФИО6 №23, когда попросил его привезти вновь ему наркотик в поселок (захвати там с собой). Наркотик ФИО6 просил для того, чтобы потом его продавать, так как на следующий день у него должен был быть заезд в &lt;адрес&gt;. - При воспроизведении файла (трека) «разговор с ФИО6 №5», дата записи - &lt;дата&gt;, время начала записи - 16:40:34, продолжительность записи – 00:56, воспроизводится аудиозапись разговора между двумя мужчинами. Со слов ФИО6 №23 и ФИО6 №22, на данной аудиозаписи голос ФИО3, который разговаривает с ФИО6 №5, при этом последний намекает, что ему нужен 1 сверток с наркотиком, как сообщил ФИО6 №23, наркотика у ФИО6 не было, так как ФИО6 №23 еще не привез и поэтому ФИО6 сказал, чтобы ему перезвонили вечером. - При воспроизведении файла (трека) «разговор с ФИО6 №5 2», дата записи - &lt;дата&gt;, время начала записи - 18:53:20, продолжительность записи – 00:25, воспроизводится аудиозапись разговора между двумя мужчинами. Со слов ФИО6 №23 и ФИО6 №22 на данной аудиозаписи голос ФИО3, который разговаривает с ФИО6 №5 и, как сообщил ФИО6 №23, наркотика у ФИО6 не было, так как ФИО6 №23 ему его еще не привез и поэтому ФИО6 сказал, чтобы ему перезвонили вечером. - При воспроизведении файла (трека) «разговор с ФИО6 №5», дата записи - &lt;дата&gt;, время начала записи - 22:18:40, продолжительность записи – 00:28, воспроизводится аудиозапись разговора между двумя мужчинами. Со слов ФИО6 №23 и ФИО6 №22, на данной аудиозаписи голос ФИО3, который разговаривает с ФИО6 №5, при этом, как сообщил ФИО6 №23, наркотик у ФИО6 уже появился, так как его ему уже привез ФИО6 №23. - При воспроизведении файла (трека) «разговор с Радионовым», дата записи - &lt;дата&gt;, время начала записи - 19:30:26, продолжительность записи – 01:06, воспроизводится аудиозапись разговора между двумя мужчинами. Со слов ФИО6 №23 и ФИО6 №22, на данной аудиозаписи голос ФИО3, который разговаривает с потребителем, которому намекает на то, что непременно привезет наркотик в &lt;адрес&gt;. - При воспроизведении файла (трека) «разговор с ФИО6 №7 (2)», дата записи - &lt;дата&gt;, время начала записи - 22:18:14, продолжительность записи – 00:17, воспроизводится аудиозапись разговора между двумя мужчинами. Со слов ФИО6 №23 и ФИО6 №22, на данной аудиозаписи голос ФИО3, который разговаривает с ФИО6 №7, при этом ФИО6 сообщает, что ФИО6 №7 может приезжать в гараж за наркотиком, который, со слов ФИО6 №23, был привезен ФИО6. - При воспроизведении файла (трека) «разговор с ФИО6 №7», дата записи - &lt;дата&gt;, время начала записи - 20:04:32, продолжительность записи – 00:50, воспроизводится аудиозапись разговора между двумя мужчинами. Со слов ФИО6 №23 и ФИО6 №22, на данной аудиозаписи голос ФИО3, который разговаривает с ФИО6 №5 как сообщил ФИО6 №23, наркотика у ФИО6 не было, так как ФИО6 №23 ФИО6 еще не привез его и поэтому ФИО6 сказал, чтобы ему перезвонили вечером. К протоколу прилагается фототаблица на 2 л. с 4 иллюстрациями. Указанный магнитный носитель с аудиозаписями телефонных переговоров ФИО3, ФИО6 №22., ФИО6 №23 признан и приобщен к уголовному делу в качестве вещественного доказательства (том №); - Ответом на запрос из ПАО МТС от &lt;дата&gt; №, согласно которому абонентский № зарегистрирован на ФИО3, &lt;дата&gt; г.р.; абонентский № зарегистрирован на 15, &lt;дата&gt; г.р.; абонентский № зарегистрирован на 16, &lt;дата&gt; г.р. (том №); - Протоколом осмотра места происшествия от &lt;дата&gt;, согласно которому осмотрен гаражный бокс № ГСК «Разряд» по адресу: РС (Я), &lt;адрес&gt;. Со слов участвующего лица ФИО6 №22 в данном гараже в период времени с &lt;данные изъяты&gt; часов &lt;дата&gt; до &lt;данные изъяты&gt; часов &lt;дата&gt; он предложил ФИО6 №23, а затем с &lt;данные изъяты&gt; часов &lt;дата&gt; до &lt;данные изъяты&gt; часов &lt;дата&gt; он предложил и ФИО6 прибрести партию наркотика гашишное масло в &lt;адрес&gt; края в крупном размере для незаконного сбыта, впоследствии в данном гараже с &lt;данные изъяты&gt; часа &lt;дата&gt; до &lt;данные изъяты&gt; часа &lt;дата&gt; они хранили данный наркотик в тайнике. О тайнике и количестве наркотика было известно и ФИО6, который приезжал в данный гараж &lt;дата&gt; перед заездом в &lt;адрес&gt; и ФИО6 №22 с ФИО6 №23 показали ему тайник в отверстии под досками пола и бутылку с наркотиком «гашишное масло». К протоколу прилагается схема на 1 л., фототаблица на 2 л. с 4 иллюстрациями (том №); - Протоколом осмотра места происшествия от &lt;дата&gt;, согласно которому объектом осмотра является территория, прилегающая к торцу дома № по &lt;адрес&gt; РС (Я). Вдоль торца дома на расстоянии 15 м. имеется грунтовая проезжая часть, с левой стороны которой припарковано транспортное средство марки «Nissan Teana» c государственным регистрационным знаком &lt;данные изъяты&gt; регион в серебристом кузове. Со слов участвующего в осмотре обвиняемого ФИО6 №23, именно на данном транспортном средстве он перевозил наркотическое средство в &lt;адрес&gt; РС (Я) ФИО3 для реализации В ходе осмотра данное транспортное средство изъято и направлено для хранения на стоянку транспортных средств в районе здания ОМВД России по &lt;адрес&gt;. В ходе осмотра проводилась фотосъемка, к протоколу прилагается схема и фототаблица. Данная автомашина признана вещественным доказательством и приобщена к уголовному делу (том №); - Протоколом осмотра места происшествия от &lt;дата&gt;, согласно которому объектом осмотра является второй подъезд дома №» по &lt;адрес&gt; РС (Я). Указанный дом двухэтажный, трехподъездный, деревянной постройки. Вход в подъезд осуществляется через деревянную дверь, при входе обнаружен тамбур размером примерно 1 х 1 м., далее – проем, ведущий на предквартирную площадку первого этажа. На стене прямо имеются почтовые ящики. Со слов участвующего в осмотре обвиняемого ФИО6 №23, именно на них он &lt;дата&gt; в период времени с &lt;данные изъяты&gt; до &lt;данные изъяты&gt; минут разместил «закладку» наркотического средства гашишное масло, смешанное с табаком, которое находилось в пачке из-под сигарет. Со слов обвиняемого ФИО6 №23, данное наркотическое средство он продал в счет долга за сумму в размере &lt;данные изъяты&gt; рублей своему знакомому ФИО6 №29., сообщив последнему о месте закладки наркотического средства в вышеуказанный период времени при обстоятельствах, указанных им в допросе. В ходе осмотра проводилась фотосъемка, к протоколу прилагается схема и фототаблица (том №); - Протоколом осмотра места происшествия от &lt;дата&gt;, согласно которому объектом осмотра является площадка второго подъезд дома № по &lt;адрес&gt; РС(Я), где со слов участвующего в осмотре обвиняемого ФИО6 №23, последний, находясь именно в указанном месте перед его квартирой №, &lt;дата&gt; в период времени с &lt;данные изъяты&gt; часов до &lt;данные изъяты&gt; часа незаконно сбыл за &lt;данные изъяты&gt; рублей своему знакомому ФИО6 №28 наркотическое средство гашишное масло, смешанное с табаком, которое находилось в полимерном пакетике, при обстоятельствах, указанных им в допросе. В ходе осмотра проводилась фотосъемка, к протоколу прилагается схема и фототаблица (том №); - Протоколом осмотра места происшествия от &lt;дата&gt;, согласно которому объектом осмотра является территория, прилегающая ко второму подъезду &lt;адрес&gt; РС (Я), где, со слов участвующего в осмотре обвиняемого ФИО6 №23., последний, находясь именно в указанном месте на улице, &lt;дата&gt; в период времени с &lt;данные изъяты&gt; минут до &lt;данные изъяты&gt; минут, незаконно сбыл своему знакомому ФИО6 №27 наркотическое средство гашишное масло, смешанное с табаком, которым он его угостил при обстоятельствах, указанных им в допросе. В ходе осмотра проводилась фотосъемка, к протоколу прилагается схема и фототаблица (том №); - Протоколом осмотра места происшествия от &lt;дата&gt;, согласно которому с участием обвиняемого ФИО6 №23 осмотрена принадлежащая ему квартира, расположенная по адресу: &lt;адрес&gt;, откуда вместе с другими предметами &lt;дата&gt; сотрудниками полиции было изъято наркотическое средство гашишное масло (масло каннабиса), предназначенное для незаконного сбыта, содержащееся в бутылке и стеклянной банке, а также смешанное с табаком. В ходе осмотра проводилась фотосъемка, к протоколу прилагается схема и фототаблица (том №); - Протоколом осмотра места происшествия от &lt;дата&gt;, из которого следует, что с участием обвиняемого ФИО6 №23 осмотрена территория, прилегающая к гаражному боксу № гаражно-строительного кооператива «&lt;данные изъяты&gt;», расположенного по адресу: &lt;адрес&gt; Со слов ФИО6 №23., именно в этом гаражном боксе № в период времени с &lt;данные изъяты&gt; минут &lt;дата&gt; до &lt;данные изъяты&gt; минут &lt;дата&gt; ФИО6 №22 предложил ему совместно приобрести партию наркотического средства гашишное масло в &lt;адрес&gt; края в крупном размере для незаконного сбыта. Также, в этом же гараже в период времени с &lt;данные изъяты&gt; минут &lt;дата&gt; до &lt;данные изъяты&gt; минут &lt;дата&gt; он, ФИО6 №22 и ФИО3, занимаясь незаконным сбытом данного наркотического средства, хранили его в тайнике. Когда &lt;дата&gt; ФИО3 перед заездом в &lt;адрес&gt; РС(Я) приезжал в указанный гараж к ФИО6 №22 за наркотиком для сбыта, последний в присутствии ФИО6 №23 показал ФИО3 тайник, оборудованный в гараже, расположенный в отверстии под досками пола и бутылку с наркотиком гашишное масло. Таким образом, ФИО3 был осведомлен о размере всей партии наркотического средства масло каннабиса (гашишное масло), предназначенной для сбыта. В ходе осмотра проводилась фотосъемка, к протоколу прилагается схема и фототаблица (том №); - Протоколом осмотра места происшествия от &lt;дата&gt;, согласно которому объектом осмотра является помещение квартиры № &lt;адрес&gt; РС (Я), где проживает ФИО3 Квартира расположена на втором этаже, в первом подъезде деревянного, двухэтажного, многоквартирного дома. Вход в квартиру осуществляется через металлическую дверь древесного цвета. На момент осмотра дверь квартиры заперта. В ходе осмотра проводилась фотосъемка, к протоколу прилагается фототаблица (том №); - Протоколом очной ставки от &lt;дата&gt;, между обвиняемым ФИО3 и свидетелем ФИО6 №23., в котором изложены показания ФИО6 №23., аналогичные показаниям указанного свидетеля в судебном заседании. Обвиняемый ФИО3 не признал их (том №); - Протоколом очной ставки от &lt;дата&gt;, между обвиняемым ФИО3 и свидетелем ФИО6 №22., в котором изложены показания ФИО6 №22 аналогичные его показаниям в судебном заседании. В ходе очной ставки обвиняемый ФИО3 также не подтвердил показания указанного свидетеля (том №); - Протоколом очной ставки от &lt;дата&gt;, между обвиняемым ФИО3 и свидетелем ФИО6 №6., в процессе которой ФИО6 №6 показал, что в начале &lt;дата&gt; года к нему в гости в &lt;адрес&gt; приезжал ФИО6 №23., некоторое время куда-то отлучился, возвратившись, сказал, что передавал ФИО3 наркотик «гашишное масло» для продажи по цене &lt;данные изъяты&gt; рублей за сверток и в процессе разговора ФИО6 №23. сказал, чтобы ФИО6 №6 не покупал у ФИО6 наркотик, так как ФИО6 №23 и так его угостит данным наркотиком. Спустя несколько дней, в начале июля 2017 года, когда выполнял сварочные работы ФИО3, тот угостил его наркотическим средством гашишное масло, смешанным с табаком. На следующий или через один день ФИО6 также дал ему один бумажный сверток с наркотическим средством. Обвиняемый ФИО3 показал, что показания свидетеля ФИО6 №6 не поддерживает, наркотики он ФИО6 №6 не передавал, так как у него их не было (том №). В соответствии с требованиями уголовного закона для привлечения лица к уголовной ответственности за содеянное необходимо установить субъективное отношение лица к совершенному преступлению, а именно наличие умысла. Как разъяснил Пленум Верховного Суда РФ в абз. 2 п. 27 постановления от 15 июня 2006 г. № 14 «О судебной практике по делам о преступлениях, связанных с наркотическими средствами, психотропными, сильнодействующими и ядовитыми веществами», если лицо, склонявшее к потреблению наркотических средств, психотропных веществ или их аналогов, при этом сбывало указанные средства или вещества либо оказывало помощь в их хищении или вымогательстве, приобретении, хранении, изготовлении, переработке, перевозке или пересылке, его действия надлежит дополнительно квалифицировать при наличии к тому оснований по соответствующим частям статьи , 228.1 или 229 УК РФ . Под незаконным сбытом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незаконную деятельность лица, направленную на их возмездную либо безвозмездную реализацию (продажа, дарение, обмен, уплата долга, дача взаймы и т.д.) другому лицу (далее - приобретателю) (п. 13 указанного Постановления). Умысел ФИО3 на совершение незаконного сбыта наркотических средств в составе организованной группы в крупном размере подтверждается показаниями других участников организованной группы: свидетелей ФИО6 №23 и ФИО6 №22., которые указали, что ФИО3 знал о планах, участвовал в их обсуждении и распределении ролей в организованной группе, оказывал содействие другим лицам в покупке общего наркотического средства, для чего склонял их к употреблению, а также сам реализовывал наркотическое средство. Это обстоятельство подтверждается изъятым у ФИО3 значительным количеством наркотических средств, при изъятии которых он сообщил, что это наркотическое средство и в суде подтвердил, что намеревался их сбыть в &lt;адрес&gt;. Действуя таким образом, ФИО3 осознавал противоправность своих действий, поскольку знал, что хранение, реализация, сбыт наркотических средств запрещены законом, это обстоятельство подтверждается его действиями, имеющими скрытый характер, условными обозначениями реализуемого наркотика при разговорах, а также способами платежей и передачи наркотических средств лицам, употребляющим наркотические средства. Указанные обстоятельства позволяют сделать вывод суду о наличии в действиях ФИО3 прямого умысла на совершение незаконного сбыта наркотических средств, совершенное организованной группой, в крупном размере, при этом преступление не было доведено до конца, поскольку оно было пресечено сотрудниками полиции на стадии покушения. Исходя из этого, на основании согласующихся между собой доказательств, оценивая их в совокупности, суд квалифицирует действия ФИО3 по ч. 3 ст. , п.п. «а», «г» ч. 4 ст. 228.1 УК РФ . Доводы защитников и подсудимого о том, что ФИО3 следует привлечь к ответственности за хранение наркотических средств в значительном размере для личного потребления, суд считает несостоятельными, поскольку в суде установлено, что ФИО3 действовал в составе организованной преступной группы, приняв на себя роль исполнителя – распространителя наркотических средств за определенную плату и в ходе оперативно-розыскных мероприятий у него были изъяты наркотические средства в значительном размере, которые являются частью наркотических средств всей преступной группы, члены которой намеревались сбыть их в &lt;адрес&gt; и &lt;адрес&gt;, но по независящим от них обстоятельствам не довели свой преступный умысел до конца. Доводы защитника о том, что в середине &lt;дата&gt; года ФИО3 находился на работе вахтовым методом и физически не мог реализовать наркотики, что подтверждается письмом главного инженера &lt;данные изъяты&gt;» 17., поэтому показания ФИО6 №10 не следует принять во внимание, суд считает несостоятельными, поскольку ФИО6 №10 в своих показаниях указал примерное время, ссылаясь на то, что прошло больше года. Доводы стороны защиты о том, что результаты оперативно-розыскных мероприятий в виде прослушиваний телефонных звонков, следует признать недопустимыми доказательствами, поскольку эти разговоры не соответствуют обстоятельствам обвинения, суд также считает несостоятельными, поскольку оно проведено законно на основании решения суда и содержание этих разговоров согласуются с показаниями свидетелей, с которыми подсудимый ФИО3 вел разговоры по поводу реализации наркотиков. Изучив все доводы защитников и подсудимого, суд относится к ним критически и расценивает их избранной формой защиты в целях облегчения уголовной ответственности, поскольку в суде не подтвердились их доводы о том, что они собраны с нарушением требований уголовно-процессуального закона, и невиновности подсудимого по инкриминируемым статьям УК РФ. Указанные доводы не могут послужить обстоятельствами, исключающими виновность ФИО3 в совершении инкриминируемого преступления. Таким образом, все описанные обстоятельства нашли свое полное подтверждение в совокупности собранных по делу доказательств в соответствии с требованиями уголовно-процессуального закона, проверив которых, суд расценивает достоверными, допустимыми и относимыми и, признавая их достаточными, ставит их в основу обвинительного приговора. Подсудимый на учёте у психиатра не состоит (том №), в судебном заседании ведёт себя адекватно, реализуя предоставленные ему законом свои процессуальные права, соответствующим образом реагирует на обращения и обстановку суда. Поэтому суд пришел к выводу, что он является психически здоровым и вменяемым, в связи с этим должен нести ответственность за совершенное преступление. При изучении материалов, характеризующих личность подсудимого (том №), установлено, что ФИО3 не женат, имеет одного несовершеннолетнего ребенка, в отношении которого лишен родительских прав, военнообязанный, с июля 2017 года состоял на учете в наркологическом отделении с диагнозом: наркомания, с которого снят по истечении 1 года, ранее не судим, до заключения под стражу работал машинистом крана в обогатительной фабрике № &lt;данные изъяты&gt;», по месту работы и жительства характеризуется положительно. Кроме того, суду представлена медицинская справка, согласно которой мать подсудимого ФИО8 страдает хроническими заболеваниями: сахарным диабетом и артериальной гипертонией. В соответствии с ч. 2 ст. 61 УК РФ суд в качестве смягчающих обстоятельств считает постоянное место жительства подсудимого, положительную характеристику, наличие больной матери и совершение преступления впервые. В соответствии со ст. 63 УК РФ отягчающие ответственность обстоятельства судом не установлены. В соответствии со ст.ст. , , 60 УК РФ , учитывая личность подсудимого, смягчающие обстоятельства, характер и степень совершенного преступления, которое согласно ст. 15 УК РФ относится к особо тяжким преступлениям, признавая, что исправление подсудимого возможно только при реальном применении наказания, суд приходит к выводу о назначении наказания в виде лишения свободы в пределах санкции соответствующей статьи Особенной части УК РФ с применением п. «в» ч. 1 ст. и ч. 3 ст. 66 УК РФ . Статья 228.1 ч. 4 УК РФ предусматривает дополнительные виды наказаний: лишение права занимать определенные должности или заниматься определенной деятельностью на срок до двадцати лет или без такового и штраф в размере до одного миллиона рублей или в размере заработной платы или иного дохода осужденного за период до пяти лет либо без такового. Суд с учетом обстоятельств по делу счел возможным не назначить дополнительные виды наказаний, поскольку применение основного наказания достигнет цели по исправлению подсудимого. Учитывая фактические обстоятельства преступления и степени его общественной опасности, суд не находит оснований для применения снижения категории преступления, предусмотренных ч. 6 ст. 15 УК РФ . Также у суда нет оснований для постановления приговора без назначения наказания либо с освобождением подсудимого от наказания. Исключительные обстоятельства, позволяющие суду применить к подсудимому более мягкое наказание, чем предусмотрено санкцией статьи материалы не содержат и не установлены в ходе судебного заседания, поэтому оснований для применения ст. 64 УК РФ к подсудимому при назначении наказания не имеется. При назначении наказания отсутствуют основания для применения положения ч. 1 ст. 62 УК РФ . Гражданский иск по делу не заявлен. Вещественные доказательства по делу подлежат разрешению судом в порядке, установленном ст. 81 УПК РФ . По вопросам возмещения процессуальных издержек вынесено отдельное постановление. На основании изложенного, руководствуясь ст.ст. , - 309 УПК РФ , суд ПРИГОВОРИЛ: Признать ФИО3 виновным в совершении преступления, предусмотренного ч. 3 ст. , пунктами «а», «г» ч. 4 ст. 228.1 УК РФ , и назначить ему наказание в виде лишения свободы сроком на 10 (десять) лет 6 (шесть) месяцев без лишения права занимать определенные должности или заниматься определенной деятельностью и без штрафа. На основании п. «в» ч. 1 ст. 58 УК РФ отбывание наказания в виде лишения свободы назначить в исправительной колонии строгого режима. Меру пресечения – содержание под стражей ФИО3 оставить без изменения до вступления приговора в законную силу. Срок наказания ФИО3 исчислять с &lt;дата&gt;. В соответствии с ч. 3 ст. 72 УК РФ засчитать в срок отбытия наказания время содержания ФИО3 под стражей с момента его задержания до даты провозглашения приговора: с &lt;дата&gt; до &lt;дата&gt;. В соответствии с ч. 3 ст. 81 УПК РФ вещественные доказательства: - &lt;данные изъяты&gt; - хранить при уголовном деле; - &lt;данные изъяты&gt;) – хранить при уголовном деле; - &lt;данные изъяты&gt; – хранить при уголовном деле; - &lt;данные изъяты&gt; – хранить при уголовном деле; - &lt;данные изъяты&gt; – хранить при уголовном деле; - &lt;данные изъяты&gt; – хранить при уголовном деле; - &lt;данные изъяты&gt; – хранить при уголовном деле; - &lt;данные изъяты&gt; - уничтожить по вступлению приговора в законную силу; - &lt;данные изъяты&gt; - уничтожить по вступлению приговора в законную силу; - &lt;данные изъяты&gt; - уничтожить по вступлению приговора в законную силу; - &lt;данные изъяты&gt; - уничтожить по вступлению приговора в законную силу; - &lt;данные изъяты&gt; - уничтожить по вступлению приговора в законную силу; - &lt;данные изъяты&gt; – признать возвращенной законному владельцу ФИО3; - &lt;данные изъяты&gt; – признать возвращенной законному владельцу ФИО6 №23.; - &lt;данные изъяты&gt; – возвратить законному владельцу по вступлению приговора в законную силу; - &lt;данные изъяты&gt; – возвратить законному владельцу по вступлению приговора в законную силу; - &lt;данные изъяты&gt; – возвратить законному владельцу по вступлению приговора в законную силу; - &lt;данные изъяты&gt; – возвратить законному владельцу по вступлению приговора в законную силу; - &lt;данные изъяты&gt; – возвратить законному владельцу по вступлению приговора в законную силу; - &lt;данные изъяты&gt; – возвратить законному владельцу по вступлению приговора в законную силу; - &lt;данные изъяты&gt; – возвратить законному владельцу по вступлению приговора в законную силу. Гражданский иск по делу не заявлен. По вопросам возмещения процессуальных издержек вынесено отдельное постановление. Приговор может быть обжалован в апелляционном порядке в течение 10 суток в Верховный суд РС (Я) с момента оглашения, осуждённым содержащимся под стражей в тот же срок со дня вручения копии приговора. В случае подачи апелляционной жалобы, представления, осужденный вправе подать возражения в письменном виде и участвовать в рассмотрении уголовного дела судом апелляционной инстанции. Также поручать осуществление своей защиты избранному защитнику либо ходатайствовать перед судом о назначении защитника, пригласить адвоката (защитника) по своему выбору, отказаться от защитника, ходатайствовать о назначении другого защитника (ст. ч. 4 УПК РФ). Разъяснить,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Председательствующий Алексеев А.Н. Суд: Мирнинский районный суд (Республика Саха (Якутия)) (подробнее) Судьи дела: Алексеев Александр Николаевич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