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ФИО1 обвиняемого в совершении преступления, предусмотренного п. «в» ч. 2 ст. 158 УК РФ , в связи с примирением с потерпевшим по ст. 25 УПК РФ и ст. 76 УК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виде подписки о невыезде и надлежащем поведении в отношении ФИО1,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- пакет № 1 со следом папиллярного узора - хранить при материалах уголовного дела.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вручить (направить) ФИО1, потерпевшему, и прокурору Зимовниковского района Ростовской области. Постановление может быть обжаловано в Ростовский областной суд через Зимовниковский районный суд Ростовской области в течение 10 суток со дня его вынесения. Председательствующий судья: Д.А. Яковенко Суд: Зимовниковский районный суд (Ростовская область) (подробнее) Судьи дела: Яковенко Д.А. (судья) (подробнее) Последние документы по делу: Постановление от 27 января 2019 г. по делу № 1-211/2018 Приговор от 7 ноября 2018 г. по делу № 1-211/2018 Приговор от 21 октября 2018 г. по делу № 1-211/2018 Приговор от 16 сентября 2018 г. по делу № 1-211/2018 Приговор от 24 июня 2018 г. по делу № 1-211/2018 Приговор от 28 мая 2018 г. по делу № 1-211/2018 Приговор от 15 мая 2018 г. по делу № 1-211/2018 Приговор от 7 мая 2018 г. по делу № 1-211/2018 Постановление от 15 февраля 2018 г. по делу № 1-211/2018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