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экспертизу кристаллическое вещество, «изъятое 24.03.2017 года в период с 09.56 до 10.06 часов, в ходе проведения ОРМ «обследование помещений, зданий, сооружений и участков местности» на земле за гаражами расположенными около *** по ***, содержит в своём составе *** *** *** включены в Список I раздела «Наркотические средства» Перечня наркотических средств, психотропных веществ и их прекурсоров, подлежащих контролю в Российской Федерации, утверждённого Постановлением Правительства Российской Федерации от 30 июня 1998 г. № 681 (в редакции Постановления Правительства Российской Федерации от 21.02.2017 № 216). - Масса кристаллического вещества, на момент проведения экспертизы, составляла 0,210 г. - Масса вещества растительного происхождения на момент проведения экспертизы, составляла 0,169 г. - Согласно справке об исследовании *** от 30.03.2017: «Масса кристаллического вещества, на момент проведения исследования, составляет 0,215 г. Масса вещества растительного происхождения на момент проведения исследования составляет 0,179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Кристаллическое вещество, «изъятое 24.03.2017 года в период с 10.08 до 10.13 часов в ходе проведения ОРМ «обследование помещений, зданий, сооружений и участков местности» на снегу около качели находящейся на детской площадке расположенной около подъезда *** *** по ***», содержит в своём составе *** - Масса вещества, на момент проведения экспертизы, составляла 0,529 г. - Согласно справке об исследовании *** от 30.03.2017: «Масса представленного вещества, на момент проведения исследования, составляет 0,534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Кристаллическое вещество, «изъятое 24.03.2017 года в период с 10.21 до 10.31 часов в ходе проведения ОРМ «обследование помещений, зданий, сооружений и участков местности» на снегу около перекрестка улиц *** *** около дерева», содержит в своём составе *** - Масса вещества, на момент проведения экспертизы, составляла 0,600 г. - Согласно справке об исследовании *** от 30.03.2017: «Масса представленного вещества, на момент проведения исследования, составляет 0,605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Кристаллическое вещество, «изъятое 24.03.2017 года в период с 10.35 до 10.44 часов в ходе проведения ОРМ «обследование помещений, зданий, сооружений и участков местности» на снегу около левого утла с левой стороны *** содержит в своём составе *** - Масса вещества, на момент проведения экспертизы, составляла 0,479 г. - Согласно справке об исследовании *** от 30.03.2017: «Масса представленного вещества, на момент проведения исследования, составляет 0, 484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Кристаллическое вещество, «изъятое 24.03.2017 года в период с 10.46 часов до 10.51 часа в ходе проведения ОРМ «обследование помещений, зданий, сооружений и участков местности» на крыше входа в подвал *** содержит в своём составе *** - Масса вещества, на момент проведения экспертизы составляла 1, 238 г - Согласно справке об исследовании *** от 29.03.2017 года: «Масса представленного вещества, на момент проведения исследования, составляла 1, 248.».</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Кристаллическое вещество, «изъятое 24.03.2017 года в период с 11.00 до 11.06 часов в ходе проведения ОРМ «обследование помещений, зданий, сооружений и участков местности» на снегу около дерева расположенного правой стороны от *** содержит в своём составе *** - Масса вещества, на момент проведения экспертизы, составляла 0,983 г. - Согласно справке об исследовании *** от 29.03.2017: «Масса представленного вещества, на момент проведения исследования, составляла 0,993 г.».</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Кристаллическое вещество, «изъятое 24.03.2017 гола в период с 11.08 до 11.13 часов в ходе проведения ОРМ «обследование помещений, зданий, сооружений и участков местности» на снегу около детской качели расположенной с торца *** содержит в своём составе ***. - Масса вещества, на момент проведения экспертизы, составляла 0,571 г. - Согласно справке об исследовании *** от 29.03.2017: «Масса представленного вещества, на момент проведения исследования, составляла 0,581 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Кристаллическое вещество, «изъятое 24.03.2017 года в период с 11.26 до 11.33 часов в ходе проведения ОРМ «обследование помещений, зданий, сооружений и участков местности» на снегу около металлического забора находящегося с торца *** по *** содержит в своём составе *** - Масса вещества, на момент проведения экспертизы, составляла 0,949 г. - Согласно справке об исследовании *** от 29.03.2017: «Масса представленного вещества, на момент проведения исследования, составляла 0,959 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Кристаллическое вещество, «изъятое 24.03.2017 года в период с 11.38 до 11.43 часов в ходе проведения ОРМ «обследование помещений, зданий, сооружений и участков местности» на снегу около куста находящегося у 1 подъезда *** содержит в своём составе *** - Масса вещества, на момент проведения экспертизы, составляла 0,938 г. - Согласно справке об исследовании *** от 29.03.2017: «Масса вещества, на момент проведения исследования, составила 0,948 г.».</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Кристаллическое вещество, «изъятое 24.03.2017 года в период с 11.44 до 11.50 часов в ходе проведения ОРМ «обследование помещений, зданий, сооружений и участков местности» у колодца находящегося у 4 подъезда *** содержит в своём составе *** - Масса вещества, на момент проведения экспертизы составляла 0, 715 г. - Согласно справке об исследовании *** от 29.03.2017: «Масса вещества, на момент проведения исследования, составила 0,725 г.».</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Кристаллическое вещество, «изъятое 24.03.2017 года в период с 11.52 до 11.59 часов в ходе проведения ОРМ «обследование помещений, зданий, сооружений и участков местности» на снегу справой стороны от подъезда *** но ***», содержит в своём составе *** - Масса вещества, на момент проведения экспертизы, составляла 0,518 г. - Согласно справке об исследовании *** от 29.03.2017: «Масса вещества, на момент проведения исследования, составила 0,528 г.».</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Кристаллическое вещество, «изъятое 24.03.2017 года в период с 12.00 до 12.04 часов в ходе проведения ОРМ «обследование помещений, зданий, сооружений и участков местности» на снегу у дерева с торца *** содержит в своём составе *** - Масса вещества, на момент проведения экспертизы, составляла 0,826 г. - Согласно справке об исследовании *** от 29.03.2017: «Масса вещества, на момент проведения исследования, составила 0,836 г».</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Кристаллическое вещество, «изъятое 24.03.2017 года и период с 12.09 до 12.15 часов в ходе проведения «обследование помещений, зданий, сооружений и участков местности» на снегу у дерева находящегося между домами *** и *** по ***», содержит в своём составе *** - Масса вещества, на момент проведения экспертизы, составляла 0,743 г. - Согласно справке об исследовании *** от 29.03.2017: «Масса вещества, на момент проведения исследования, составила 0,748 г».</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Кристаллическое вещество, «изъятое 24.03.2017 года в период с 12.21 до 12.27 часов в ходе проведения ОРМ «обследование помещений, зданий, сооружений и участков местности» на снегу около левого угла с левой стороны ***», содержит в своём составе *** - Масса вещества, на момент проведения экспертизы, составляла 0,547 г. - Согласно справке об исследовании *** от 29.03.2017: «Масса вещества, на момент проведения исследования, составила 0,552 г».</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Кристаллическое вещество, «изъятое 24.03.2017 года период с 12.36 до 12.40 часов в ходе проведения ОРМ «обследование помещений, зданий, сооружений, участков местности» на снегу около торца ***», содержит в своём составе *** - Масса вещества, на момент проведения экспертизы, составляла 0,633 г. - Согласно справке об исследовании *** от 29.03.2017: «Масса вещества, на момент проведения исследования, составила 0,638 г».</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Кристаллическое вещество, «изъятое 24.03.2017 года в период с 12.46 до 12.50 часов в ходе проведения ОРМ «обследование помещений, зданий, сооружений и участков местности» в клумбе на земле около 2 подъезда ***», содержит в своём составе *** - Масса вещества, на момент проведения экспертизы, составляла 0,952 г. - Согласно справке об исследовании *** от 29.03.2017: «Масса вещества, на момент проведения исследования, составила 0,957 г».</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Кристаллическое вещество, «изъятое 24.03.2017 года в период с 12.51 до12.56 часов в ходе проведения ОРМ «обследование помещений, зданий, сооружений и участков местности» в клумбе на земле, которая находится между 1 и 2 подъездом ***», содержит в своём составе *** - Масса вещества, на момент проведения экспертизы, составляла 0,606 г. - Согласно справке об исследовании *** от 29.03.2017: «Масса вещества, на момент проведения исследования, составила 0,611 г».</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Кристаллическое вещество, «изъятое 24.03.2017 года в период с 13.01 до 13.07 часов в ходе проведения ОРМ «обследование помещений, зданий, сооружений и участков местности» на снегу около лавочки, которая находится у последнего подъезда ***», содержит в своём составе *** - Масса вещества, на момент проведения экспертизы, составляла 0,677 г. - Согласно справке об исследовании *** от 29.03.2017: «Масса вещества, на момент проведения исследования, составила 0,682 г».</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Кристаллическое вещество, «изъятое 24.03.2017 года в период с 13.38 до 13.43 часов в ходе проведения ОРМ «обследование помещений, зданий, сооружений и участков местности» на снегу около левого торца ***», содержит в своём составе *** - Масса вещества, на момент проведения экспертизы составила, 1, 066 г. - Согласно справке об исследовании *** от 29.03.2017: «Масса вещества, на момент проведения исследования, составила 1,071 г».</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Кристаллическое вещество, «изъятое 24.03.2017 года в период с 13.48 до 13.55 часов в ходе проведения ОРМ «обследование помещений, зданий, сооружений и участков местности» на снегу около левого торца ***», содержит в своём составе *** - Масса вещества, на момент проведения экспертизы, составляла 0,739 г. - Согласно справке об исследовании *** от 28.03.2017: «Масса вещества, на момент исследования равна 0,744 г.».</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Кристаллическое вещество, «изъятое 24.03.2017 года в период с 14.00 до 14.05 часов в ходе проведения ОРМ «обследование помещений, зданий, сооружений и участков местности» на снегу около забора с правой вороны *** по ***», содержит в своём составе ***. - Масса вещества, на момент проведения экспертизы, составляла 0,476 г. - Согласно справке об исследовании *** от 28.03.2017: «Масса вещества, на момент исследования равна 0,481 г».</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Кристаллическое вещество, «изъятое 24.03.2017 года в период с 14.14 до 14.18 часов в ходе проведения ОРМ «обследование помещений, зданий, сооружений и участков местности» на снегу около дерева находящегося с правой стороны *** по ***», содержит в своём составе *** - Масса вещества, на момент проведения экспертизы, составляла 0,417 г. - Согласно справке об исследовании *** от 28.03.2017: «Масса вещества, на момент исследования равна 0,422 г».</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Кристаллическое вещество, «изъятое 24.03.2017 юла в период с 14.19 до 14.25 часов в ходе проведения ОРМ «обследование помещений, зданий, сооружений и участков местности» на снегу под столом находящегося у 2 подъезда *** ***», содержит в своём составе *** - Масса вещества, на момент проведения экспертизы, составляла 0,647 г. - Согласно справке об исследовании *** от 28.03.2017: «Масса вещества, на момент исследования равна 0,652 г».</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Кристаллическое вещество, «изъятое 24.03.2017 юла в период е 14.27 до 14.33 часов в ходе проведения ОРМ «обследование помещений, зданий, сооружений и участков местности» на земле около левого угла *** по ***, содержит в своём составе *** - Масса вещества, на момент проведения экспертизы составляла - 0, 705 г. - Согласно справке об исследовании *** от 28.03.2017: «Масса представленного вещества, на момент проведения исследования, составила 0,710 г».</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Вещество тёмно-коричневого цвета, «изъятое 24.03.2017 года в период с 14.42 до 14.50 часов в ходе проведения ОРМ «обследование помещений, зданий, сооружений и участков местности» на земле около гаража расположенного около левого торца ***», содержит в своём составе *** который является *** - Масса вещества, на момент проведения экспертизы, составляла 0,687 г. - Согласно справке об исследовании *** от 28.03.2017: «Масса представленного вещества, на момент проведения исследования, составила 0,697 г».</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Вещество тёмно-коричневого цвета, «изъятое 24.03.2017 года, в период с 14.55 до 15.02 часов в ходе проведения ОРМ «обследование помещений, зданий, сооружений и участков местности» за ящиком с песком находящегося с правой стороны от *** расположенной около ***», содержит в своём составе *** - Масса вещества, на момент проведения экспертизы, составляла 1,080 г. - Согласно справке об исследовании *** от 28.03.2017: «Масса представленного вещества, на момент проведения исследования, составила 1,090 г».</w:t>
      </w:r>
    </w:p>
    <w:p>
      <w:pPr>
        <w:pStyle w:val="Heading3"/>
      </w:pPr>
      <w:r>
        <w:rPr>
          <w:rFonts w:ascii="Times New Roman" w:hAnsi="Times New Roman" w:eastAsia="Times New Roman" w:cs="Times New Roman"/>
          <w:b/>
          <w:i w:val="0"/>
          <w:sz w:val="22"/>
        </w:rPr>
        <w:t>Пункт 27. Выводы</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Вещество тёмно-коричневого цвета, «изъятое 24.03.2017 года в период с 15.06 до 15.11 часов в ходе проведения ОРМ «обследование помещений, зданий, сооружений и участков местности» на земле под знаком въезд запрещен расположенного на выезде с ***» расположенной около ***», содержит в своём составе *** - Масса вещества, на момент проведения экспертизы, составляла 0, 882 г. - Согласно справке об исследовании *** от 28.03.2017 года: «Масса представленного вещества, на момент проведения исследования, составила 0, 892 г. (т. 3, л.д.164-191). Выводами Заключения экспертизы *** от 21 июня 2017 года подтверждается, что след пальца рук, обнаруженный на поверхности полимерного пакета с застежкой, указанный в справке об исследовании *** от 24.03.2017 года, оставлен большим пальцем левой руки ФИО1, *** г.р. (т. 3, л.д. 199-204). Протоколом осмотра предметов от 29 июня 2017 года подтверждается, что осмотрены: 1) прозрачный полимерный пакет, повреждений не имеет, его целостность не нарушена, в ходе осмотра пакет не вскрывался, через прозрачные стенки пакета видно, что в полимерном пакете находится порошкообразное вещество белого цвета. 2) прозрачный полимерный пакет, повреждений не имеет, его целостность не нарушена, в ходе осмотра конверт не вскрывался, через прозрачные стенки пакета видно, что в нем находятся множественные полимерные пакеты и полимерный пакет с комкообразным веществом темного цвета. 3) – 25) прозрачные полимерные пакеты, повреждений не имеют, целостность не нарушена, в ходе осмотра конверты не вскрывались, через прозрачные стенки пакетов видно, что в них находятся материалы первичной упаковки и вещество светлого цвета. 26) – 29) прозрачные полимерные пакеты, повреждений не имеют, целостность не нарушена, в ходе осмотра конверты не вскрывались, через прозрачные стенки пакетов видно, что в них находятся материалы первичной упаковки и вещество темного цвета. 30), 31) бумажные конверты белого цвета со смывами с левой и правой рук ФИО1, в ходе осмотра конверты не вскрывались. 32) бумажный конверт белого цвета с марлевой салфеткой – чистый образец, в ходе осмотра конверт не вскрывался. 33) прозрачный полимерный пакет, в котором находятся пакеты с застежками (не использованные). 34) прозрачный полимерный пакет, вскрыт: из пакета извлечена пластиковая карта *** основной фон черно-серого цвета, с разноцветными полосками, № карта ***. После осмотра карта помещена в свою первоначальную упаковку. 35) прозрачный полимерный пакет, вскрыт: из пакета извлечены 4 пластиковых карты – *** *** на имя ФИО1, карта *** ***, карта ***, ***, после осмотра карты помещены в свою первоначальную упаковку. 36) прозрачный полимерный пакет, вскрыт: из пакета извлечен электронный билет на имя ФИО3 рейс *** *** компания S7; после осмотра билет помещен в свою первоначальную упаковку. 37) прозрачный полимерный пакет, вскрыт: из пакета извлечены два листа бумаги в клетку с рукописными записями адресов; после осмотра бумажные листы помещены в свою первоначальную упаковку. 38) полимерный пакет, вскрыт: в пакете находится мобильный телефон марки *** в телефоне стоит сим-карта оператора «Билайн», серийный ***, imei телефона на стикере отсутствует, сим-карта зарегистрирована на ***, сим-карта оператора YOTA, не активна. Информации, представляющей интерес для следствия, не обнаружено. После осмотра телефон и сим-карты помещены в свою первоначальную упаковку. 39) полимерный пакет, вскрыт, в пакете находится: зарядное устройство, планшет в корпусе черного цвета, планшет включен, в папке «календарь» при просмотре месяца март 2017 года имеется записи с адресами «закладок» по ***. В планшете установлена сим-карта оператора *** карта на момент осмотра не активна, так же в планшете установлена флэш-карта, на которой информации, представляющей интерес для следствия, не обнаружено. После осмотра зарядное устройство, планшет, сим-карта и флэш-карта помещены в свою первоначальную упаковку (т. 4, л.д. 1-53). Согласно постановлению от 29 июня 2017 года, признаны и приобщены к уголовному делу в качестве вещественных доказательствв, хранятся в камере хранения наркотических средств МО МВД России «Юргинский»: - наркотическое средство метиловый *** и массой 9,700 г (белого цвета); - наркотическое средство содержащее в составе *** массой 0,159 г., массой 0, 677 г., массой 1,070 г., массой 0, 872 г.; - наркотическое средство *** массой 1,068 г., массой 0,205 г., массой 0,524 г., массой 0,595 г., массой 0,474 г., массой 1, 233 г., массой – 0,978 г., массой 0,566 г., массой 0,944 г., массой 0, 933 г., массой 0,710 г., массой 0,513 г., массой 0,821 г., массой 0,738 г., массой 0,542 г., массой 0,628 г., массой 0,947 г., массой 0,601 г., массой 0,672 г., массой 1,061 г., массой 0,734 г., массой 0,471 г., массой 0,412 г., массой 0,642 г., массой 0,700 г.; - марлевые тампоны со смывами с рук ФИО1, на которых имеются следы вещества, содержащего в своем составе а-пирролидиновалерофенон (a-PVP), который является производным N-метилэфедрона, и контрольный образец (т. 4, л.д. 54-67, 69, 70). Из постановления от 29 июня 2017 года следует, что 5 банковских карт: *** ***, *** ***, *** ***, *** ***, *** ***, мобильный телефон «Fly» с сим-картой *** абонентский *** и сим-картой ***, авиабилет, 2 листа бумаги с записями, чистые полимерный пакеты, планшет *** с сим-картой *** серийный *** – признаны и приобщены к уголовному делу в качестве вещественных доказательствв, хранятся в камере хранения вещественных доказательств *** (т. 4, л.д. 68). Из протокола осмотра предметов (документов) и постановления следователя от 07 июля 2017 года видно, что осмотрены, признаны вещественными доказаетльствами, приобщены к материалам уголовного дела и хранятся в материалах уголовного дела – 27 протоколов «обследования помещений, зданий, участков местности» от 24 марта 2017 года по изъятию в ходе ОРМ в период времени с 09 -56 до 15-11 часов ст.о/у *** Р.Ю.В. в присутствии участвующих лиц: К.Н.А. и К.А.В., с участием специалиста *** Ч.А.В., ФИО1 «закладок» с наркотическими средствами, приготовленными последним 23 марта 2017 года к сбыту (т. 4, л.д. 85-98, 99-104). Согласно данным протокола осмотра предметов (документов), фототаблице к нему и постановления следователя от 08 июля 2017 года, осмотрен протокол личного досмотра (досмотра вещей, находящихся при физическом лице и изъятия вещей, предметов, документов) от 23.03.2017 года в отношении ФИО1. Протокол признан вещественным доказательством, приобщен к уголовному делу и хранится в материалах уголовного дела (т. 4, л.д. 105-111, 112). Основанием для проведения оперативно-розыскных мероприятий «обследование помещений, зданий, сооружений и участков местности» в отношении ФИО1 в соответствии с положениями Федерального закона от 12 августа 1995 г. (с последующими изменениями) № 144-ФЗ «Об оперативно-розыскной деятельности» послужили требующие подтверждения и документирования сведения о том, что последний занимается сбытом наркотического вещества в крупном размере, при отсутствии достаточных данных для возбуждения уголовного дела, с целью пресечения его преступной деятельности. Это следует из представленных материалов оперативно-розыскной деятельности; о наличии соответствующей оперативной информации показали в судебном заседании свидетели Т.С.В., Р.Ю.В., их показания подтверждаются показаниями свидетелей К.А.В., К.Н.А., которые привлекались к проведению ОРМ в качестве незаинтересованных лиц. Результаты проведенных по делу указанных выше оперативно-розыскных мероприятий получены в соответствии с требованиями названного Федерального закона «Об оперативно-розыскной деятельности» № 144-ФЗ, в каждом случае, на основании мотивированного постановления, утвержденного руководителем органа, осуществляющего оперативно-розыскную деятельность. После их проведения результаты оперативно-розыскной деятельности переданы следователю на основании постановлений о предоставлении результатов ОРД, в каждом случае, в соответствии с Инструкцией о порядке предоставления результатов ОРД, и надлежащим образом преобразованы следователем в доказательства, и свидетельствуют о наличии у ФИО1 умысла на незаконный сбыт наркотических средств. Все следственные действия с участием подсудимого проведены с участием профессионального защитника – адвоката, при необходимости в соответствии с нормами УПК РФ участвовали незаинтересованные лица либо понятые (впоследствии допрошенные судом и подтвердившие участие в оперативно-розыскных мероприятиях, составление по ним процессуальных документов, отражающих действительный ход действий); замечаний у ФИО1 по ходу его досмотра, оперативно-розыскных мероприятий не имелось. Суд находит заключения экспертов ясными, полными и обоснованными, экспертизы проведены компетентными специалистами и в соответствии с требованиями закона; оснований сомневаться в их достоверности у суда не имеется; выводы экспертов сторонами не оспариваются. Суд считает, что доказательства, представленные стороной обвинения: показания свидетелей (которые последовательны, не противоречат друг другу и другим исследованным доказательствам, объективно согласуются между собой, и в судебном заседании не установлено оснований для оговора подсудимого, как не установлено неприязни к нему, либо иной их личной заинтересованности в исходе дела), письменные материалы дела, вещественные доказательства отвечают принципу относимости, допустимости и достаточности, объективно ничем не опровергаются, при их получении не установлено нарушений норм уголовно-процессуального закона, в связи с чем, не имеется оснований для признания каких-либо доказательств недопустимыми и об исключении их из доказательственной базы обвинения, и суд признает их достоверными и принимает как доказательства виновности подсудимого в совершении инкриминируемого ему преступления. Таким образом, анализируя собранные доказательства в их совокупности, суд пришел к выводу, что действия подсудимого ФИО1 были направлены на незаконный сбыт наркотических средств, в крупном размере. Он произвел бы сбыт всей партии наркотического средства, если бы не был задержан сотрудниками правоохранительных органов, т.е., не довел свой преступный умысел до конца по независящим от него обстоятельствам. Совокупность исследованных судом доказательств является достаточной для признания судом доказанности вины подсудимого ФИО1 в покушении на незаконный сбыт наркотических средств: содержащих в своем составе *** общей массой не менее 43,198 грамма – в крупном размере. Его действия являются незаконными, поскольку свободный оборот наркотиков на территории Российской Федерации запрещен, и носят неоконченный характер (покушение), т.к. наркотические средства были выведены из незаконного оборота сотрудниками полиции при проведении оперативных мероприятий. Действия ФИО1 суд квалифицирует по ч. 3 ст. , п. «г» ч. 4 ст. 228.1 УК РФ – покушение на незаконный сбыт наркотических средств, совершенное в крупном размере, не доведенное до конца по независящим от него обстоятельствам. Оснований для прекращения уголовного дела и уголовного преследования, а также для освобождения ФИО1 от уголовной ответственности и наказания в судебном заседании не установлено. Согласно Заключению амбулаторной судебно-психиатрической экспертизы с привлечением нарколога от 21 апреля 2017 года № Б-490/2017 г., ФИО1 *** (т. 4, л.д. 147-148). Решая вопрос о виде и размере наказания подсудимому ФИО1, суд учитывает требования ч. 1 ст. , ст. , ч. 3 ст. 60 УК РФ : характер и степень общественной опасности совершенного преступления, данные его личности, смягчающие обстоятельства наказание, а также влияние назначенного наказания на исправление виновного и на условия жизни его семьи. Подсудимый ФИО1 *** В качестве смягчающих наказание ФИО1 обстоятельств суд в силу п., п. «г, и» ч. 1 ст. 61 УК РФ учитывает наличие малолетнего ребенка – сына М. *** г.р. (т. 3, л.д. 89), активное способствование раскрытию и расследованию преступления путем дачи обстоятельных признательных показаний, в том числе, в ходе ОРМ «обследование помещений, зданий, сооружений, участков местности», когда он указывал «закладки», называл место «закладок», не отраженных в планшете, а также расценивает объяснение от 24 марта 2017 года как явку с повинной, т.к. дано до возбуждения уголовного дела и содержит признание в совершении преступления (т. 1, л.д. 7); он юридически не судим, что подтверждается требованиями *** (т. 3, л.д. 74, 75; т. 5, л.д. 25, 57), полностью признал вину, искренно раскаивается в содеянном, тяжких последствий от его действий не наступило; он работал без официального трудоустройства, с марта по декабрь 2016 года был трудоустроен в *** *** (т. 3, л.д. 91), на его иждивении находятся его ребенок и сын супруги от первого брака (т. 3, л.д. 88), учитывает суд состояние его здоровья и здоровья детей. Обстоятельств, отягчающих наказание ФИО1, судом не установлено. Поэтому при назначении наказания ФИО1 суд учитывает правила ч. 1 ст. 62 УК РФ – при наличии смягчающих обстоятельств, предусмотренных пунктами «и» и (или) «к» ч. 1 ст. 61 УК РФ , и при отсутствии отягчающих обстоятельств срок или размер наказания не может превышать двух третей максимального срока или размера наиболее строгого вида наказания, предусмотренного соответствующей статьей. Так как подсудимый совершил неоконченное преступление, то при назначении наказания применяются правила ч. 3 ст. 66 УК РФ (срок или размер наказание за неоконченное преступление – за покушение на преступление – не может превышать трех четвертей максимального срока или размера наиболее строгого вида наказания, предусмотренного соответствующей статьей Особенной части УК РФ). Учитывая характер и степень общественной опасности совершенного преступления, его направленность на здоровье и нравственность населения, суд считает, что исправление ФИО1 возможно только при назначении наказания в виде реального лишения свободы, что отвечает целям восстановления социальной справедливости, исправления подсудимого и предупреждения совершения им новых преступлений. Оснований для применения правил ст. 73 УК РФ (условное осуждение) суд не усматривает. С учетом фактических обстоятельств преступления и степени его общественной опасности суд также не находит оснований для изменения категории преступления на менее тяжкую согласно правилам ч. 6 ст. 15 УК РФ . Суд считает возможным не назначать дополнительные наказания, предусмотренные санкцией ч. 4 ст. 228.1 УК РФ , не усматривая необходимости и целесообразности. Совокупность смягчающих наказание обстоятельств суд признает исключительными обстоятельствами, существенно уменьшающими степень общественной опасности преступления, поэтому назначает ФИО1 наказание ниже низшего предела санкции ч. 4 ст. 228.1 УК РФ , учитывая разъяснения Пленума Верховного Суда Российской Федерации в п. 34 постановления *** от 22 декабря 2015 г. «О практике назначения судами Российской Федерации уголовного наказания». На основании п. «в» ч. 1 ст. 58 УК РФ суд назначает отбывание наказания ФИО1 в исправительной колонии строгого режима (осуждается к лишению свободы за совершение особо тяжкого преступления, ранее лишение свободы не отбывал). По данному делу ФИО1 24 марта 2017 года был задержан в порядке ст. 91 УПК РФ ; в отношении него 25 марта 2017 года судом избрана мера пресечения в виде заключения под стражу, и с тех пор он содержится под стражей (т. 3, л.д. 61-64, 104-105, 109-111, 120-122, 129-131). Время содержания ФИО1 под стражей до судебного разбирательства подлежит зачету в общий срок назначенного наказания в силу правил ст. 72 УК РФ . В соответствии с п. 5 ч. 2 ст. и ч. 2 ст. 132 УПК РФ , процессуальные издержки в размере 11.466 рублей, составляющие вознаграждение адвокату Иванову П.С. за оказание юридической помощи ФИО1 в период предварительного расследования по назначению (т. 4, л.д. 141-142), следует взыскать с подсудимого в полном размере. Оснований для освобождения подсудимого от возмещения данных процессуальных издержек судом не установлено, он трудоспособен, суду не представлено доказательств его тяжелого материального положения, имущественной несостоятельности и того, что взыскание процессуальных издержек может существенно отразиться на материальном положении лиц, которые находятся на его иждивении. Вещественные доказательства в соответствии с правилами ст., ст. , 82 УПК РФ : – протокол личного досмотра от 23 марта 2017 года в отношении ФИО1; протоколы ОРМ «обследование помещений, зданий, сооружений, участков местности» от 24 марта 2017 года (в количестве 27 штук) (т. 4, л.д. 99-104, 112),– следует хранить в материалах уголовного дела; – наркотическое средство *** и массой 9,700 г (белого цвета); – наркотическое средство *** массой 0,159 г., массой 0, 677 г., массой 1,070 г., массой 0,872 г.; – наркотическое средство *** массой 1,068 г., массой 0,205 г., массой 0,524 г., массой 0,595 г., массой 0,474 г., массой 1, 233 г., массой 0,978 г., массой 0,566 г., массой 0,944 г., массой 0, 933 г., массой 0,710 г., массой 0,513 г., массой 0,821 г., массой 0,738 г., массой 0,542 г., массой 0,628 г., массой 0,947 г., массой 0,601 г., массой 0,672 г., массой 1,061 г., массой 0,734 г., массой 0,471 г., массой 0,412 г., массой 0,642 г., массой 0,700 г.; – марлевые тампоны со смывами с рук ФИО1, на которых имеются следы вещества, содержащего в своем составе *** (т. 4, л.д. 54-67, 69, 70), – следует уничтожить после вступления приговора в законную силу. – 5 *** 2 листа бумаги с записями, чистые полимерный пакеты, хранящиеся в камере хранения вещественных доказательств *** (т. 4, л.д. 68), – следует уничтожить после вступления приговора в законную силу; – мобильный телефон «Fly» с сим-картой ***, абонентский *** и сим-картой ***, планшет *** с сим-картой *** серийный ***, хранящиеся в камере хранения вещественных доказательств *** (т. 4, л.д. 68), следует передать по просьбе подсудимого его брату – З.И.С., *** г.р., *** На основании изложенного, руководствуясь ст., ст. - , - 309 УПК РФ , суд П Р И Г О В О Р И Л Признать ФИО1 виновным в совершении преступления, предусмотренного ч. 3 ст. , п. «г» ч. 4 ст. 228.1 УК РФ , и назначить ему наказание по ч. 3 ст. , п. «г» ч. 4 ст. 228.1 УК РФ в виде лишения свободы на срок 07 (семь) лет 06 (шесть) месяцев с отбыванием наказания в исправительной колонии строгого режима. Срок отбывания наказания исчислять с 26 сентября 2017 года. Зачесть в общий срок назначенного наказания время содержания ФИО1 под стражей по данному уголовному делу с 24 марта 2017 года по 25 сентября 2017 года. Меру пресечения ФИО1 до вступления приговора в законную силу оставить прежнюю – заключение под стражу. Взыскать с осужденного ФИО1 в доход федерального бюджета Российской Федерации процессуальные издержки в размере 11.466,00 (одиннадцать тысяч четыреста шестьдесят шесть) рублей, составляющие вознаграждение адвокату Иванову П.С. за оказание юридической помощи в период предварительного расследования по назначению. Вещественные доказательства: – протокол личного досмотра от 23 марта 2017 года в отношении ФИО1; протоколы ОРМ «обследование помещений, зданий, сооружений, участков местности» от 24 марта 2017 года (в количестве 27 штук) – хранить в материалах уголовного дела; – наркотическое средство *** и массой 9,700 г (белого цвета); – наркотическое средство *** массой 0,159 г., массой 0, 677 г., массой 1,070 г., массой 0,872 г.; – наркотическое средство *** массой 1,068 г., массой 0,205 г., массой 0,524 г., массой 0,595 г., массой 0,474 г., массой 1, 233 г., массой 0,978 г., массой 0,566 г., массой 0,944 г., массой 0, 933 г., массой 0,710 г., массой 0,513 г., массой 0,821 г., массой 0,738 г., массой 0,542 г., массой 0,628 г., массой 0,947 г., массой 0,601 г., массой 0,672 г., массой 1,061 г., массой 0,734 г., массой 0,471 г., массой 0,412 г., массой 0,642 г., массой 0,700 г.; – марлевые тампоны со смывами с рук ФИО1, на которых имеются следы вещества, содержащего в своем составе *** и контрольный образец, хранящиеся в камере хранения наркотических средств *** – уничтожить после вступления приговора в законную силу; – 5 банковских ***, авиабилет, 2 листа бумаги с записями, чистые полимерный пакеты, хранящиеся в камере хранения вещественных доказательств *** – уничтожить после вступления приговора в законную силу; – мобильный телефон «Fly» с сим-картой ***, абонентский *** и сим-картой ***, планшет *** с сим-картой *** серийный ***, хранящиеся в камере хранения вещественных доказательств *** – передать брату осужденного ФИО1 – З.И.С., *** г.р., проживает *** Приговор может быть обжалован в апелляционном порядке в Кемеровский областной суд через Юргинский городской суд в течение десяти суток со дня его провозглашения, а осужденным – в тот же срок со дня вручения копии приговора. В случае подачи апелляционных жалобы или представления осужденный вправе ходатайствовать о своем участии в рассмотрении уголовного дела судом апелляционной инстанции и с участием адвокатов. Председательствующий подпись (Иванова Л.А.) Суд: Юргинский городской суд (Кемеровская область) (подробнее) Судьи дела: Иванова Лариса Александровна (судья) (подробнее) Последние документы по делу: Приговор от 17 декабря 2017 г. по делу № 1-276/2017 Приговор от 29 ноября 2017 г. по делу № 1-276/2017 Приговор от 15 ноября 2017 г. по делу № 1-276/2017 Приговор от 14 ноября 2017 г. по делу № 1-276/2017 Приговор от 12 ноября 2017 г. по делу № 1-276/2017 Приговор от 12 октября 2017 г. по делу № 1-276/2017 Приговор от 5 октября 2017 г. по делу № 1-276/2017 Приговор от 1 октября 2017 г. по делу № 1-276/2017 Приговор от 25 сентября 2017 г. по делу № 1-276/2017 Приговор от 14 сентября 2017 г. по делу № 1-276/2017 Приговор от 9 августа 2017 г. по делу № 1-276/2017 Приговор от 31 июля 2017 г. по делу № 1-276/2017 Приговор от 16 июля 2017 г. по делу № 1-276/2017 Приговор от 5 июля 2017 г. по делу № 1-276/2017 Приговор от 30 июня 2017 г. по делу № 1-276/2017 Приговор от 24 мая 2017 г. по делу № 1-276/2017 Приговор от 16 мая 2017 г. по делу № 1-276/2017 Приговор от 6 апреля 2017 г. по делу № 1-276/2017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