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Порошкообразное вещество в 20 свертках массой 2,114 г. (упаковка 1), находящихся в баночке из полимерного материала, изъятой в ходе обыска жилища, содержит наркотическое средство героин (диацетилморфин).</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Порошкообразное вещество в 6 свертках массой 0,418 г (упаковка 2), находящихся в яйце из полимерного материала желтого цвета из-под «киндер сюрприза», изъятого в ходе обыска жилища, содержит наркотическое средство героин (диацетилморфин).</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Порошкообразное вещество в 2 свертках массой 0,123 г (упаковка 3), изъятое в ходе обыска жилища, содержит наркотическое средство героин (диацетилморфин).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Порошкообразное вещество в 6 свертках массой 0,295г (упаковка 4), изъятое в ходе обыска жилища, содержит наркотическое средство героин (диацетилморфин).</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Порошкообразное вещество в 19 сверках массой 2,100г (упаковка 5), находящееся в баночке из полимерного материала, изъятой в ходе обыска жилища, содержит наркотическое средство героин (диацетиломорфин).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Порошкообразное вещество в 5 свертках массой 0,492г (упаковка 6), изъятое в ходе ОРМ «проверочная закупка» 25.01.2018, содержит наркотическое средство героин (диацетилморфин).</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 поверхности отрезков полиэтилена и бумаги (упаковка 7), изъятых в ходе обыска жилища, обнаружены следовые количества вещества, содержащего наркотическое средство героин (диацетилморфин).</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На денежных купюрах (упаковка 8), обнаружено вещество, одинаковое по качественному компоненту с веществом, представленным в качестве контрольного образца.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На ватном тампоне со смывами с рук С. (упаковка 9), обнаружено вещество, одинаковое по качественному компоненту составу с веществом, представленным в качестве контрольного образца (упаковка 12). На представленном на экспертизу ватном тампоне со смывами с рук Л. (упаковка 10) и контрольном ватном тампоне вещество (упаковка 11), совпадающее по качественному компонентному составу с веществом, представленным в качестве контрольного образца (упаковка 12), на уровне чувствительности примененного метода исследования, не обнаружено.</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Вещество – героин (дицетилморфин) – изъятое в ходе ОРМ «проверочная закупка» 25.01.2018, находящееся в 5 сверках, а также вещество – героин (диацетилморфин) – изъятое в ходе обыска жилища и представленное на экспертизу в упаковках: 1 (объекты 1.1, 1.2, 1.3, 1.8, 1.9, 1.10, 1.11, 1.12, 1.13, 1.15, 1.17, 1.18, 1.19); 2 (объекты 2.1, 2.2); 5 (объекты 5.1, 5.3, 5.5, 5.6, 5.7, 5.8, 5.9, 5.10, 5.11, 5.12, 5.17, 5.18, 5.19); 6 (объекты 6.1, 6.2, 6.5) одинаково между собой по показателям и параметрам, перечисленным в синтезирующей части заключения. Вещество героин (диацетилморфи) из упаковок 3, 4 сравнительному исследованию не подвергались ввиду их недостаточного количества. В рамках инициативы эксперт отмечает, что на поверхности денежных купюр (упаковка 8), в смывах рук гр-на С. (упаковка 9) обнаружены следовые количества вещества, содержащего наркотическое средство героин (дицетилморфин). В процессе исследования израсходовано: - по 0,1 г. вещества из упаковок 1(объекты 1.3, 1.2, 1.3, 1.8, 1.9, 1.10, 1.11, 1.12, 1.13, 1.15, 1.17, 1.18, 1.19); 2(объекты 2.1, 2.2); 5(объекты 5.1, 5.3, 5.5, 5.6,5.7, 5.8, 5.9, 5.10, 5.11, 5.12, 5.17, 5.18, 5.19); 6 (объекты 6.1, 6.2, 6.5); - по 0,05 г. вещества из упаковок 1(объекты 1.4, 1.5, 1.6, 1.7, 1.14, 1.16, 1.20); 2 (объект 2.6); 3 (объекты 3.1, 3.2); 4 (объекты 4.2, 4.5, 4.6); 5 (объекты 5.2, 5.4, 5.13, 5.14, 5.15, 5.16); 6 (объекты 6.3, 6.4) – израсходованы полностью объекты из упаковки 2 (объекты 2.3, 2.4, 2.5); их упаковки 4 (объекты 4.1, 4.3, 4.4). Таким образом, из упаковки 1 израсходовано 1,65 г., из упаковки 2 – 0,385 г.; из упаковки 3 – 0,1 г., из упаковки 4 – 0,273 г., из упаковки 5 – 1,6 г., из упаковки 6 – 0,4 г. Суммарное количество израсходованного вещества составило 4,408 г. В процессе исследования вещество из полимерных и бумажных свертков в упаковках 1-5 перемещено в бумажные свертки и далее в первоначальные упаковки. Фрагменты полимерной и бумажной упаковки, непосредственно контактирующей с наркотическим средством и флаконы из упаковок 1-5 (все изъято у ходе обыска) помещены в пакеты из бесцветного прозрачного полимерного материала с комплементарной застежкой с красной полосой, нумерация на упаковках соответствует присвоенной в ходе проведения данной экспертизы. Все упаковки опечатаны сохранной биркой с оттиском печати (данные изъяты), сопроводительной надписью: «Закл. эксперта №42 уголовное дело …» и подписью эксперта. Из протокола осмотра предметов (документов) от 14.02.2018 (том 3 л.д. 202-204) установлено, что осмотрены предметы и документы, изъятые в ходе обыска: 1) банковской карты (данные изъяты) № 000, зарегистрированную на ФИО3, упакованную в бумажный конверт, опечатанный фрагментом бумаги с оттисками печати (данные изъяты) с подписями понятых и следователя; 2) двух банковских карт (данные изъяты): 000, зарегистрированную на А.; 000 (данные изъяты), упакованных в бумажный конверт, опечатанный фрагментом бумаги с оттисками печати (данные изъяты) с подписями понятых и следователя; 3) трех сим карт, одной оператора сотовой связи «Теле2», одной оператора сотовой связи «МТС», трех оператора сотовой связи «Билайн», упакованных в бумажный конверт, опечатанный фрагментом бумаги с оттисками печати (данные изъяты) с подписями понятых и следователя; 4) сим карты оператора сотовой связи «Билайн», упакованной в бумажный конверт, опечатанный фрагментом бумаги с оттисками печати (данные изъяты) с подписями понятых и следователя. Постановлением от 14.02.2018 (том 3 л.д. 205-206), осмотренные: 1) банковская карта (данные изъяты) № 000, зарегистрированная на ФИО3, упакованная в бумажный конверт, опечатанный двумя фрагментами бумаги с оттисками печати (данные изъяты) заверенными подписями понятых и следователя, с пояснительной надписью: «Одна банковская карта»; 2) две банковские карты (данные изъяты): 000, зарегистрированная на А.; 000 (данные изъяты), упакованных в бумажный конверт, опечатанный двумя фрагментами бумаги с оттисками печати (данные изъяты) заверенными подписями понятых и следователя, с пояснительной надписью: «Две банковские карты»; 3) пять сим-карт, одна оператора сотовой связи «Теле2», одна оператора сотовой связи «МТС», три оператора сотовой связи «Билайн», упакованных в бумажный конверт, опечатанный двумя фрагментами бумаги с оттисками печати (данные изъяты) заверенными подписями понятых и следователя, с пояснительной надписью: «Пять сим-карт»; 4) сим-карта оператора сотовой связи «Билайн», упакованная в бумажный конверт, опечатанный двумя фрагментами бумаги с оттисками печати (данные изъяты) заверенными подписями понятых и следователя, с пояснительной надписью: «Сим-карта Билайн»; 5) паспорт ФИО3, упакованный в бумажный конверт, опечатанный двумя фрагментами бумаги с оттисками печати (данные изъяты) заверенными подписями понятых и следователя, признаны вещественными доказательствами и приобщены к материалам уголовного дела. Согласно протоколу осмотра предметов (документов) от 04.04.2018, осмотрены, поступившие по запросам следователя: 1) справка ПАО (данные изъяты) о движении денежных средств по банковской карте 000 за период с 01.09.2017 по 03.01.2018, зарегистрированной на С., 00.00.0000 года рождения на 4 листах; 2) справка ПАО (данные изъяты) о движении денежных средств по банковской карте 000 (счёт № 000) за период с 01.09.2017 по 31.01.2018, зарегистрированной на С., 00.00.0000 года рождения, 31 листе; 3) справка ПАО (данные изъяты) о движении денежных средств по банковской карте 000 зарегистрированной на А., 00.00.0000 года рождения на 1 листе, СД-диск с записью о движении денежных средств, смс-оповещения с номера 000, а также указанные сведения на 101 листе; 4) справка ПАО (данные изъяты) о движении денежных средств по кредитной банковской 000, зарегистрированной на С., 00.00.0000 года рождения на 1 листе, СД-диск с записью о движении денежных средств, а также указанные сведения на 13 листах (том 3 л.д.215-218, том 2 л.д. 228-246, том 3 л.д. 1-165), которые в дальнейшем признаны вещественными доказательствами и приобщены к материалам уголовного дела (том 3 л.д. 219). Согласно протоколу осмотра предметов (документов) от 31.08.2018 (том 6 л.д. 115-117, 21-114), осмотрены: справка ПАО (данные изъяты) вх. № ЗНО0054565696 от 29.08.2018 о движении денежных средств по банковским картам, зарегистрированным на ФИО3; по счету № 000 - на имя А. за период с 22.12.2015 по 29.08.2018; по счету № 000 - на имя У2. за период с 01.08.2013 по 29.08.2018; по счету № 000 - на имя К. за период с 12.05.2017 по 29.08.2018 с приложением расширенной выписки данных счетов, отчета по счетам. Постановлением от 31.08.2018 (том 6 л.д. 118-119) справки ПАО (данные изъяты) вх. № ЗНО0054565696 от 29.08.2018 о движении денежных средств по банковским картам, зарегистрированным на ФИО3; по счету № 000 - на имя А. за период с 22.12.2015 по 29.08.2018; по счету № 000 - на имя У2. за период с 01.08.2013 по 29.08.2018; по счету № 000 - на имя К. за период с 12.05.2017 по 29.08.2018 с приложением расширенной выписки данных счетов, отчета по счетам признаны вещественными доказательствами и приобщены к материалам уголовного дела. Постановлением о предоставлении результатов оперативно-розыскной деятельности органу дознания, следователю или в суд от 13.04.2018 (том 3 л.д. 231-232), начальником полиции МО МВД (данные изъяты) С2. начальнику СО МВД (данные изъяты) для приобщения к материалам уголовного дела и использования в доказывании предоставлены результаты оперативно-розыскной деятельности – оперативно-розыскных мероприятий «прослушивание телефонных переговоров», проводимых в отношении Л., 00.00.0000 г.р., ФИО3, 00.00.0000 г.р. (том 3 л.д. 231-232). Так, постановлением № 000 от 00.00.0000 (том 3 л.д. 235-236) начальником полиции МО МВД (данные изъяты) С2. рассекречены: постановление начальника полиции МО МВД (данные изъяты) С2. (рег № 000 от 00.00.0000) о проведении ОРМ «прослушивание телефонных переговоров» в отношении Л. (том 3 л.д. 235-236); физические носители с аудиоматериалами ОРМ «ПТП» (том 3 л.д. 237) в отношении Л., 00.00.0000 г.р., проводимых в период с 10.11.2017 по 01.12.2017, для приобщения к материалам уголовного дела № 000 от 00.00.0000 и использования в качестве доказательств. Кроме того, постановлением № 3 о рассекречивании сведений, составляющих государственную тайну, и их носителей от 00.00.0000 (том 3 л.д. 233) судьей (данные изъяты) городского суда Ф2. рассекречено постановление судьи (данные изъяты) городского суда Ф2. рег. № 000 от 00.00.0000 (рег. номер МО МВД (данные изъяты) 000 от 00.00.0000) (том 3 л.д. 234). Кроме того, письменными доказательствами по уголовному делу являются стенограммы проведенных ОТМ «ПТП» в отношении Л., 00.00.0000 г.р. – т. (данные изъяты) (том 3 л.д. 240-250, том 4 л.д. 1-26). Постановлением № 000 от 00.00.0000 (том 4 л.д. 29-30) начальником полиции МО МВД (данные изъяты) С2. рассекречены: постановление врио начальника полиции МО МВД (данные изъяты) С2. (рег № 000 от 00.00.0000) о проведении ОРМ «прослушивание телефонных переговоров» в отношении ФИО3 (том 4 л.д. 32-33); физические носители с аудиоматериалами ОРМ «ПТП» (том 4 л.д. 31) в отношении ФИО3, 00.00.0000 г.р., проводимых в период с 30.11.2017 по 01.12.2017, для приобщения к материалам уголовного дела № 77673 от 28.11.2017 и использования в качестве доказательств. Кроме того, постановлением №000 о рассекречивании сведений, составляющих государственную тайну, и их носителей от 00.00.0000 (том 4 л.д. 27) судьей (данные изъяты) городского суда Ф2. рассекречено постановление судьи (данные изъяты) городского суда Ф2. рег. № 000 от 00.00.0000 (рег. номер МО МВД (данные изъяты) 000 от 00.00.0000) (том 4 л.д. 28). Кроме того, письменными доказательствами по уголовному делу являются стенограммы проведенных ОТМ «ПТП» в отношении ФИО3, 00.00.0000 г.р. – т. (данные изъяты) (том 4 л.д. 34-36). Согласно протоколу получения образцов для сравнительного исследования от 20.04.2018 (том 4 л.д. 58), у обвиняемой ФИО3 изъят образец эпителий полости рта на ватную палочку, который в дальнейшем был осмотрен (том 4 л.д. 59-60), после чего признан вещественным доказательством и приобщен к материалам уголовного дела (том 4 л.д. 61). Согласно заключению эксперта № 1911 от 11.05.2018 (том 4 л.д. 71-86), на одном из фрагментов полимерного материала («отрезке полиэтилена») (об.№9) из конверта с надписью «ОРМ 21.11.2017 г. закладка №2 (пачка из-под сигарет, три отрезка полиэтилена, фрагмент бумаги)», на двух фрагментах полимерного материала («отрезках полиэтилена») (об.№№12,16) из конверта с надписью: «пять отрезков полиэтилена, два листа газетной бумаги ОРМ от 25.01.2018 г.», и на одном из фрагментов полимерного материала («отрезке полиэтилена») (об. №60), находящемся в «баночке» из пакетика с надписью: «Закл. эксперта №42 упаковка НС 5 (на ДНК)», обнаружен генетический материал Л., 00.00.0000 г.р. На двух фрагментах полимерного материала («отрезках полиэтилена») (об.№№13,15) из конверта с надписью: «пять отрезков полиэтилена, два листа газетной бумаги ОРМ от 25.01.2018 г.», и на поверхности «баночки» (об. №58) из пакетика с надписью: «Закл. эксперта №42 упаковка НС 5 (на ДНК)», обнаружен генетический материал С., 00.00.0000 г. р. На одном из фрагментов полимерного материала («отрезке полиэтилена») (об.№№14) из конверта с надписью: «пять отрезков полиэтилена, два листа газетной бумаги ОРМ от 25.01.2018 г.», обнаружен смешанный генетический материал, который произошел от Л., 00.00.0000 г.р., и С., 00.00.0000 г. р. На одном из фрагментов бумаги «в клетку» (об.№52) из пакетика с надписью: «Закл. эксперта №42 упаковка НС 4 (на ДНК)», обнаружен генетический материал ФИО3 На остальных представленных предметах, в исследованных объектах (об.№№1-8,10,11,17-20,22-51,53-57,59,61-78), обнаружен генетический материал, в количестве, недостаточном для установления генетических признаков. Уголовное дело № 11801250011000332 возбуждено 03.05.2018 по признакам состава преступления, предусмотренного ч. 3 ст. , пунктами «а», «б» части 3 статьи 228.1 УК РФ , в отношении Л., 00.00.0000 года рождения, и С., 00.00.0000 года рождения, по факту покушения на незаконный сбыт наркотического средства – героина массой 2,114 гр., то есть в значительном размере (том 4 л.д. 113), на основании рапорта об обнаружении признаков преступления от 03.05.2018 старшего следователя СО МО МВД (данные изъяты) Р2., зарегистрированного в КУСП МО МВД (данные изъяты) 03.05.2018 № 4169, согласно которому в ходе расследования уголовного дела № 11701250011077673, возбужденного по ч.1 ст. 228.1 УК РФ , установлено, что Л. и С., имея умысел на незаконный сбыт наркотического средства – героин массой 2,114 гр., что является значительным размером, группой лиц по предварительному сговору, в период не позднее 23 часов 19 минут 25 января 2018 года, имеющееся при них наркотическое средство – героин массой 2,114 гр., что является значительным размером, с целью последующего сбыта перенесли в свое жилище, расположенное по адресу: (данные изъяты), где расфасовали указанное наркотическое средство в удобные для незаконного сбыта упаковки, после чего незаконно хранили указанное выше наркотическое средство, для последующего сбыта третьим лицам до 01 часов 40 минут 26 января 2018 года, до момента изъятия наркотического средства – героин массой 2,114 гр., то есть в значительном размере, в ходе обыска, проведенного сотрудниками МО МВД (данные изъяты) жилища, расположенного по адресу: (данные изъяты), период с 01 часов 40 минут по 03 часов 55 минут 26.01.2018, при этом преступление не было доведено до конца по независящим от Л. и С. обстоятельствам, поскольку наркотическое средство – героин в количестве 2,114 гр., что является значительным размером, было изъято из незаконного оборота (том 4 л.д. 114). Уголовное дело № 11801250011000333 возбуждено 03.05.2018 по признакам состава преступления, предусмотренного частью 2 статьи 228 УК РФ , в отношении С., 00.00.0000 года рождения, по факту незаконного хранения наркотического средства – героина массой 2,518 гр., то есть в крупном размере (том 4 л.д. 115), на основании рапорта об обнаружении признаков преступления от 03.05.2018 старшего следователя СО МО МВД (данные изъяты) Р2., зарегистрированного в КУСП МО МВД (данные изъяты) 03.05.2018 № 4167, согласно которому в ходе расследования уголовного дела № 11701250011077673 установлено, что С., являющийся потребителем наркотического средства – героин, в период не позднее 23 часов 19 минут 25 января 2018 года, находясь в квартире, расположенной по адресу: (данные изъяты), незаконно без цели сбыта хранил ранее незаконно приобретенное наркотическое средство – героин в количестве 2,518 грамм, то есть в крупном размере, до 01 часов 40 минут 26 января 2018 года, до момента изъятия наркотического средства – героин массой 2,518 гр., то есть в крупном размере, в ходе обыска, проведенного сотрудниками МО МВД (данные изъяты) жилища, расположенного по адресу: (данные изъяты), период с 01 часов 40 минут по 03 часов 55 минут 26.01.2018 (том 4 л.д. 116). Постановлением от 03.05.2018 (том 4 л.д. 110) уголовные дела №№ 11701250011077673, 11801250011000332, 11801250011000333 соединены в одно производство, присвоен № 11701250011077673. Согласно протоколу осмотра предметов (документов) от 10.05.2018 (том 4 л.д. 117-155), осмотрены материалы ОРМ «прослушивание телефонных переговоров», проводимых в отношении Л., ФИО3 и два CD-R диска с звукозаписями телефонных переговоров, после чего признаны вещественными доказательствами и приобщены к материалам уголовного дела (том 4 л.д. 156-157) Согласно заключению эксперта № 173 от 15.06.2018 (том 4 л.д. 212-222), вещество, изъятое в ходе ОРМ «Проверочная закупка» 25.01.2018, вещество, изъятое в ходе обыска жилища, а также вещество, изъятое в ходе ОРМ «Оперативный эксперимент» 08.02.2018 одинаковы между собой и различны с веществом, изъятым в ходе ОРМ «Проверочная закупка» 21.11.2017. Из протокола выемки от 16.07.2018 (том 5 л.д. 89) установлено, что в кабинете № 000 МО МВД (данные изъяты) изъяты копии материалов уголовных дел № 1181250011000069, № 4180125000011563, а именно: протокол дополнительного допроса обвиняемого С. с заявлением, постановлением об удовлетворении ходатайства, уведомлением на 10 листах; протокол проверки показаний на месте обвиняемого С. с приложением к нему в виде фототаблицы на 23 листах; протокол проверки показаний на месте обвиняемой Л. с приложением к нему в виде фототаблицы на 47 листах; протокол очной ставки между обвиняемыми Л. и С. с заявлением, постановлением об удовлетворении ходатайства, ордером адвоката на 13 листах, которые в дальнейшем были осмотрены (том 5 л.д. 90-91, 92-184), после чего признаны вещественными доказательствами и приобщены к материалам уголовного дела (том 5 л.д. 185-186). Постановлением об установлении событий преступления (время, место, способ и другие обстоятельства совершения преступления) от 11.09.2018 (том 6 л.д. 174-182) постановлено: 1) квалифицировать действия ФИО3 по факту незаконного сбыта наркотического средства - героин массой 0,402 грамм по признакам состава преступления, предусмотренного ч.1 ст. 228.1 УК РФ - незаконный сбыт наркотического средства. Временем и местом совершения преступления по факту незаконного сбыта наркотического средства - героин массой 0,402 гр, считать: - в период с сентября 2017 года и не позднее 14 часов 01 минуты 19 ноября 2017 года по не позднее 12 часов 35 минут 21 ноября 2017 года бесконтактным способом, путем «закладок» в урне автобусной остановки (данные изъяты) по (данные изъяты) со стороны (данные изъяты). 2) Квалифицировать действия ФИО3 по факту незаконного сбыта наркотического средства - героин массой 7,136 гр., то есть в крупном размере по признакам состава преступления, предусмотренного п. «г» ч.4 ст. 228.1 УК РФ - незаконный сбыт наркотическою средства, совершенный в крупном размере. Временем и местом совершения преступления по факту незаконного сбыта наркотического средства - героин массой 7,136 гр., то есть в крупном размере считать: - в период с декабря 2017 года и не позднее 16 часов 04 минут 24 января 2018 года по не позднее 01 часов 01 минут 25 января 2018 года бесконтактным способом, путем «закладок» с торца дома № 000 по (данные изъяты) со стороны последнего подъезда, незаконный сбыт наркотического средства - героин массой 0,502 гр., то есть в значительном размере; - в период с декабря 2017 года и не позднее 20 часов 36 минут 25 января 2018 года по не позднее 21 часов 28 минут 25 января 2018 года бесконтактным способом, путем «закладок» в урне последнего подъезда, жилого дома, расположенного по адресу: (данные изъяты), незаконный сбыт наркотического средства - героин, массой 5,05 гp., то есть в крупном размере; - в период с 21 часов 41 минуты и не позднее 21 час 51 минуту 07 февраля 2018 года по 22 часов 51 минул 8 февраля 2018 года бесконтактным способом, путем «закладок» с торца дома № 000 по (данные изъяты) со стороны последнего подъезда, незаконный сбыт наркотического средства - героин массой 1,584 гр., то есть в значительном размере. Суд считает достаточным для разрешения уголовного дела всей совокупности доказательств, добытых с соблюдением уголовно-процессуального закона, относимых к рассматриваемому уголовному делу и не имеющих пороков, ставящих под сомнения их достоверность. Оценивая все полученные по делу вещественные доказательства и порядок их получения, суд учитывает, что получены они в строгом соответствии с требованием закона. Указанные доказательства не оспариваются сторонами, суд признаёт их допустимыми доказательствами. Обвиняемая ФИО3, а равно её защитники, ознакомлены с материалами уголовного дела и с заключением экспертов, без замечаний, материалы ОРМ не оспаривали, с показаниями всех свидетелей полностью согласны. Оценивая материалы оперативно-розыскной деятельности закрепленные в актах: «Проверочные закупки», «Оперативный эксперимент» «Наблюдение», суд принимает их как допустимые доказательства и учитывает, что они получены в соответствии с требованиями закона и свидетельствуют о незаконных действиях подсудимой в рамках установленного умысла, направленного на незаконный оборот наркотических средств, сформировавшегося независимо от деятельности сотрудников правоохранительных органов. У оперативных сотрудников были предусмотренные статьей ФЗ РФ «Об оперативно-розыскной деятельности» основания для проведения оперативно-розыскных мероприятий в отношении Л., С. и ФИО3 Условия проведения оперативно-розыскных мероприятий, также соблюдены, как того требует положение статьи ФЗ РФ «Об оперативно-розыскной деятельности». Суд не усматривает в действиях работников правоохранительных органов порочных признаков провокации и полагает, что результаты данных оперативно-розыскных мероприятий могут быть положены в основу обвинительного приговора. Исследованные в судебном заседании справки специалистов, экспертные заключения, подтверждающие вид и количества наркотического вещества суд находит объективными, научно-обоснованными. При назначении данных экспертиз, и их проведении соблюдены нормы уголовно-процессуального закона. Экспертизы проведены в соответствующих экспертных учреждениях, квалифицированными экспертами, имеющими необходимые познания и опыт работы. Кроме того, экспертные заключения не противоречат установленным судом фактическим обстоятельствам, и с учетом исследовательских подходов и методов устанавливают достоверное вид и количество наркотического средства сбываемого подсудимой. Указанные выше письменные доказательства, в том числе протоколы следственных действий, добыты с соблюдением уголовно-процессуального кодекса, соответствуют всем требованием, предъявляемым к процессуальным документам, имеют необходимые реквизиты, подписаны, заверены надлежащими лицами и подтверждают обстоятельства, подлежащие доказыванию и имеющие значение для данного уголовного дела, а потому, суд принимает вышеуказанные документы, как доказательства, подтверждающие вину подсудимой ФИО3 в совершении преступлений, указанных в описательной части приговора. Суд приходит к выводу о достаточности для разрешения уголовного дела всех исследованных доказательств в их совокупности. Доказательства добыты с соблюдением уголовно-процессуального закона, относимы к рассматриваемому уголовному делу и не имеют пороков, ставящих под сомнения их достоверность. Сведения, содержащиеся в показаниях свидетелей под псевдонимом «Г.», «П.», Ё., Ж., З., И., Й., М., Н., О., Р., А., Т., У., Ф., Х., Ц., Ч., Ш., Щ., Ъ., Ы., Ь., Э., Ю., дополняют друг друга и подтверждают одни и те же фактические обстоятельства дела, согласуются с материалами оперативно-розыскных мероприятий и указывают на причастность подсудимой к совершению преступлений, указанных в описательной части приговора и доказывают её вину. У суда нет оснований сомневаться в правдивости показаний указанных лиц, считать их ложными, поскольку обстоятельств, влияющих на их не объективность, не установлено. Суд принимает вышеуказанных показания свидетелей как допустимые, относимые и достоверные доказательства по делу. Сведения, содержащиеся в показаниях свидетелей В., Д., фактически дублируют проведенные данными лицами, проходящими службу в органах внутренних дел, оперативно-розыскные мероприятия. Вместе с тем, суд не находит оснований в их критической оценки, поскольку они не только детально в своих показаниях указывают на ход и проведение мероприятий, но и раскрывают необходимые «смысловые» моменты для проведения того или иного ОРМ. Анализ показания подсудимой ФИО3, а также допрошенных в зале суда Л. и С., в отношении которых в настоящее время (данные изъяты) городским судом постановлены обвинительные приговоры, свидетельствуют о том, что и на стадии предварительного расследования и в судебном заседании Л., С. как взаимно изобличали друг друга в совершении инкриминируемых преступлений, так и полностью изобличали ФИО3 в незаконном сбыте героина. Несмотря на то, что ФИО3 на стадии предварительного расследования вину не признавала, избрав такой способ защиты, в суде, после предоставления стороной обвинения неопровержимых доказательств причастности ФИО3 к совершению инкриминируемых преступлений, последняя раскаялась, вину признала полностью, не оспорила все доказательства, собранные органом предварительного следствия, о том, что именно она является лицом, сбывающим героин. Показания о признании вины в суде даны подсудимой добровольно, после разъяснения прав, предусмотренных Законом, с участием защитника, без принуждения. На следствии и первоначально в суде ФИО3 вину свою ее признавала, желая таким образом избежать ответственности, но после исследования всех доказательств обвинения, пояснила, что не желает вводить суд в заблуждение и признает вину полностью, согласна с вмененной квалификацией, количеством сбываемого наркотического средства, а равно не оспаривает оперативно-розыскные мероприятия и следственные действия в рамках предварительного расследования, раскаивается в содеянном, просит суд о снисхождении. Суд находит показания ФИО3 данные в суде достоверными, согласующимися с совокупностью представленных доказательств и кладет их в основу обвинительного приговора. Показания Л. и С., данные на досудебной стадии и в судебном заседании, в совокупности с записями телефонных переговоров с подсудимой ФИО3, исследованные в зале суда, протоколами проверки показаний на месте, очных ставок, убеждают суд в правдивости их показаний. Анализируя их показания, суд отмечает, что они полностью согласуются с материалами уголовного дела, следствием достоверно установлено, что все наркотическое средство, выведенное из их незаконного оборота, приобретали с целью последующего сбыта именно у ФИО3 Связь с ФИО3 поддерживали с разных номеров телефонов, которые им предоставляла ФИО3, поясняя, что данные номера зарегистрированы на посторонних лиц, либо несуществующих лиц, со своей стороны для связи они использовали номер телефона (данные изъяты), зарегистрированный на имя С., к которому была подключена услуга (данные изъяты) к банковским счетам (данные изъяты) на имя С. №000, №000, денежные средства на оплату героина ФИО3 переводили на банковскую карту (данные изъяты) № 000, зарегистрированную на А., изъятую в ходе обыска у ФИО3 В ходе обыска в жилище С. и Л. изъяты: два сотовых телефона, в которых находились: сим карта оператора сотовой связи Теле2 с номером телефона (данные изъяты) в телефоне «Нокиа», и сим карта оператора сотовой связи Билайн с номером телефона (данные изъяты) в телефоне «BQ»; банковские карты № 000, № 000, зарегистрированные на С.; блокнот с записями, в котором имелась запись с номером телефона под именем «(данные изъяты)»; в телефоне Нокиа, (в разделе контакты) имелся номер сотового телефона с абонентским номером (данные изъяты), сохраненный, как «(данные изъяты)». Проведенным ОРМ «Оперативный эксперимент» в отношении ФИО3, Л. с телефона №(данные изъяты), зарегистрированного на ее сына Х2., созванивалась с ФИО3 по номеру телефона (данные изъяты), в ходе ОРМ ФИО3 назвала Л. для перевода денежных средств в размере 16000 рублей номер карты (данные изъяты) 000, зарегистрированную на К.. В ходе обыска жилища ФИО3 были изъяты банковские карты (данные изъяты): 1) (данные изъяты) 000, зарегистрированная на А.; 2) Сим карты операторов сотовой связи Теле2, Билайн, МТС, среди которых сим карта оператора сотовой связи Теле2 с номером (данные изъяты), подключенная к услуге (данные изъяты) к карте (данные изъяты) 000, зарегистрированной на А.; 3) паспорт ФИО3 Проведенным ОРМ «Прослушивание телефонных переговоров» в отношении Л. и ФИО3 к материалам уголовного дела приобщены записи телефонных переговоров Л. по номеру телефона (данные изъяты) за период с 10.11.2017 по 01.12.2017 и ФИО3 по номеру телефона (данные изъяты) за период с 30.11.2017 по 01.12.2017. Согласно телефонным переговорам Л. общалась с С. по номеру телефона (данные изъяты), также из разговора Л. следует, что она несколько раз разговаривала с ФИО3 по номеру (данные изъяты) и ФИО3 просила Л. перезвонить ей на другой номер телефона. Допрошенный в качестве свидетеля А. подтвердил, что банковской картой (данные изъяты) 000, зарегистрированной на его имя пользуется ФИО3, родная сестра его сожительницы Т. Проведенным опознанием ФИО3, в ходе которого Л. опознала ФИО3, как лицо, у которого приобретала наркотическое средство с сентября 2017 года по 25.01.2018, а также в ходе ОРМ, где она участвовала в качестве покупателя, ФИО4 осуществила ей незаконный сбыт наркотического средства. Проведенными очными ставками между Л. и ФИО3, а также между С. и ФИО3, в ходе которых Л., С. подтвердили, что все наркотики, изъятые из их незаконного оборота, они приобрели у ФИО3 Согласно заключению биологической экспертизы № 1911 от 11.05.18, на одном из фрагментов бумаги «в клетку» (об.№52) из пакетика с надписью: «Закл. эксперта №42 упаковка НС 4 (на ДНК)», обнаружен генетический материал ФИО3 (упаковка от наркотического средства, находящегося в шести свертках из отрезков тетрадной бумаги в клетку, изъятого в ходе обыска в жилище Л., С.). Согласно заключению биологической экспертизы № 1912 от 24.05.18 на тридцати двух отрезках из бумаги (об.№№1-4,7-9) и пачке из-под сигарет (об.№№5,6), обнаружен генетический материал ФИО3 (упаковка от наркотического средства, изъятого в ходе ОРМ «Оперативный эксперимент»). Согласно заключению № 173 от 15.06.2018, вещество, изъятое в ходе ОРМ «Проверочная закупка» 25.01.2018, вещество, изъятое в ходе обыска жилища, а также вещество, изъятое в ходе ОРМ «Оперативный эксперимент» 08.02.2018 одинаковы между собой. Кроме того, согласно справкам (данные изъяты), со счета № 000, зарегистрированного на С. 2017-11-19 в 09:01:15 (время Московское) переведены денежные средства в сумме 9000 рублей на счет № 000, и со счета № 000, зарегистрированного на С. 2017-11-20 в 02:45:06 (время Московское) переведены денежные средства в сумме 800 рублей на счет № 000, зарегистрированный на А., на счет которого денежные средства 9000 рублей и 800 рублей поступили в указанное время. Согласно показаниям Л. и С. «закладку» с наркотическим средством, приобретенным у ФИО3, Л. подняла в урне на автобусной остановке (данные изъяты) со стороны (данные изъяты) около 23.00 часов 19.11.2017 для незаконного сбыта наркотического средства, сбыт которого Л. осуществила 21.11.2017 в период с 12 часов 35 минут до 13 часов 10 минут. Кроме того, согласно справкам ПАО (данные изъяты), со счета № 000, зарегистрированного на С., переведены денежные средства 2018-01-24: в 11:04:21 (время Московское) в сумме 9500 рублей на счет № 000; в 15:25:54 (время Московское) в сумме 4000 рублей на счет № 000; в 16:10:15 (время Московское) в сумме 2500 рублей на счет № 000, зарегистрированный на А., на счет которого денежные средства 9500 рублей, 4000 рублей и 2500 рублей поступили в указанное время. Согласно детализации абонентского номера (данные изъяты), используемого ФИО3 для связи, Л., С. звонили ФИО3 24.01.2018 с номера телефона (данные изъяты) (указанная сим карта с телефоном изъята в ходе обыска у Л., С.): в 12:56 часов (время Московское), разговор длился 46 секунд; в 15:31 часов (время Московское), разговор длился 34 секунды; в 16:11 часов (время Московское), разговор длился 21 секунду; в 16:18 часов (время Московское), разговор длился 114 секунд; в 19:12 часов (время Московское), разговор длился 14 секунд. ФИО3 в момент указанных разговоров находилась в районе базовой станции, расположенной по адресу: (данные изъяты). Затем 24.01.2018 ФИО3 позвонила С. на номер телефона (данные изъяты): в 19:59 часов (время Московское); в 20:00 часов (время Московское); в 20:01 часов (время Московское), телефонный разговор не состоялся в связи с тем, что у ФИО3 на балансе отсутствовали деньги (8Е02002), во время трех указанных звонков ФИО3 находилась в районе базовой станции, расположенной по адресу: (данные изъяты), в районе которой находится место сбыта наркотического средства – (данные изъяты); в 20:01 часов (время Московское) телефонный разговор не состоялся в связи с тем, что у ФИО3 на балансе отсутствовали деньги (8Е02002), ФИО3 находилась в районе базовой станции, расположенной по адресу: (данные изъяты); в 20:05 часов (время Московское); в 20:05 часов; в 20:06 часов (время Московское), во время трех указанных звонков ФИО3 находилась в районе базовой станции, расположенной по адресу: (данные изъяты). Затем 24.01.2018 Л., С. позвонили ФИО3 в 20:20 часов (время Московское), разговор длился 11 секунд, ФИО3 находилась в районе базовой станции, расположенной по адресу: (данные изъяты), также в 20:28 часов (время Московское) Л., С. позвонили ФИО3, разговор длился 103 секунд, ФИО3 уже находилась в районе базовой станции, расположенной по адресу: (данные изъяты). Согласно показаниям Л. и С. «закладку» с наркотическим средством, приобретенным у ФИО3, С. 24.01.2018 после 23 часов поднял с торца дома № 000 по (данные изъяты) со стороны последнего подъезда для совместного сбыта наркотического средства, сбыт которого осуществили 25.01.2018 в период времени с 22 часов 55 минут до 23 часов 32 минут. Кроме того, согласно справкам ПАО (данные изъяты), со счета № 000, зарегистрированного на С. переведены денежные средства 2018-01-25: в 15:36:03 (время Московское) в сумме 13500 рублей на счет № 000 на счет № 000, зарегистрированный на А., на счет которого денежные средства 13500 рублей поступили в указанное время. Согласно детализации абонентского номера (данные изъяты), используемого ФИО3 для связи, Л., С. в течение дня неоднократно созванивались с ФИО3 с номера телефона (данные изъяты) (указанная сим карта с телефоном изъята в ходе обыска у Л., С.): в 14:46 часов (время Московское); в 15:02 часов (время Московское); в 15:04 часов (время Московское) - три телефонных вызова, телефонный разговор не состоялся в связи с тем, что у ФИО3 на балансе отсутствовали деньги (8Е02002); в 15:07 часов (время Московское) Л., С. перезвонили ФИО3, разговор длился 52 секунды, в период с 14:46 часов по 15:07 часов ФИО3 находилась в районе базовой станции, расположенной по адресу: (данные изъяты). Затем в 15:37 часов (время Московское) звонок от Л., С., разговор длился 97 секунд, ФИО3 в это время уже находилась в районе базовой станции, расположенной по адресу: (данные изъяты). Затем в 16:02 часов (время Московское) и в 16:03 часов (время Московское) ФИО3 звонила Л., С., телефонный разговор не состоялся в связи с тем, что у ФИО3 на балансе отсутствовали деньги (8Е02002), однако ФИО3 в это время находилась в районе базовой станции, расположенной по адресу: (данные изъяты); в 16:03 часов (время Московское) Л.,С. перезвонили ФИО3, разговор длился 52 секунды, во время данного разговора ФИО3 еще находилась в районе базовой станции, расположенной по адресу: (данные изъяты). В период с 16:03 часов по 16:28 часов (время Московское) имеются три телефонных вызова, телефон ФИО1 в данный момент отключен, базовые станции телефона не прослеживаются. Затем в 16:28 (время Московское) телефон ФИО3 прослеживается в районе базовой станции, расположенной по адресу: (данные изъяты). Далее имеются телефонные звонки других абонентов на номер телефона ФИО3, согласно базовым станциям ФИО3 вернулась домой в (данные изъяты). Согласно показаниям Л. и С. «закладку» с наркотическим средством, приобретенным у ФИО3, С. 25.01.2018 около 22 часов поднял в урне последнего подъезда, жилого дома, расположенного по адресу: (данные изъяты) для совместного сбыта наркотического средства с Л., а также для личного употребления. Кроме того, ФИО3 осуществила незаконный сбыт наркотического средства – героин, массой 1,584 гр., то есть в значительном размере в период с 21 часа 41 минуты 7 февраля 2018 года по 22 часов 51 минуту 8 февраля 2018 года, бесконтактным способом, путем «закладок» с торца дома № 000 по (данные изъяты) со стороны последнего подъезда, Л., участвующей в проведении ОРМ «Оперативный эксперимент» в качестве покупателя наркотического средства, так как согласно справки ПАО (данные изъяты) по счету банковской карты № 000, зарегистрированной на К. со счета № 000, поступили денежные средства 2018-02-07: в 17:23:28 (время Московское) в сумме 16000 рублей на счет № 000, зарегистрированный на К. Согласно детализации абонентского номера (данные изъяты), используемого ФИО3 для связи, Л. в 16:42 часов (время Московское) разговаривала с ФИО3 с номера телефона (данные изъяты), разговор длился 74 секунды, в указанный телефонный разговор ФИО3 находилась в районе базовой станции, расположенной по адресу: (данные изъяты), в ходе указанного разговора, согласно материалам ОРМ «оперативный эксперимент», ФИО3 сказала перевести ей деньги за оплату героина на карту А., затем в 16:50 часов (время Московское) ФИО3 звонила Л., телефонный разговор не состоялся в связи с тем, что у ФИО3 на балансе отсутствовали деньги (8Е02002); в 16:51 часов (время Московское) Л. перезвонила ФИО3, разговор длился 117 секунд, в ходе указанного разговора согласно материалам ОРМ «оперативный эксперимент» ФИО3 сказала перевести ей деньги за оплату героина на другую карту, называя ее номер № 000. 08.02.2018 в 16:34 часов (время Московское) Л. разговаривала с ФИО3 с номера телефона (данные изъяты), разговор длился 42 секунды, в указанный телефонный разговор ФИО3 находилась в районе базовой станции, расположенной по адресу: (данные изъяты). Затем 08.02.2018 в 17:50 часов и в 17:51 часов (время Московское) звонок от ФИО3 на номер Л., разговор не состоялся, в этот момент ФИО3 находилась в районе базовой станции (данные изъяты); в 17:51 часов (время Московское) Л. перезвонила ФИО3, разговор длился 40 секунд, ФИО3 в это время находилась в районе базовой станции, расположенной по адресу: (данные изъяты). Согласно материалам ОРМ «Оперативный эксперимент», ОРМ «Наблюдение», показаниям свидетелей Л., Э., Ю., В., Д., У., в 22:50 часов ФИО3 на автомобиле «Рено Логан», гос.номер (данные изъяты), в кузове серебристого цвета с логотипом (данные изъяты) под управлением У. подъехала дому № 000 по (данные изъяты), автомобиль остановился с торца указанного дома со стороны последнего подъезда, не выходя из автомашины такси ФИО3, выбросила из окна пассажирского сиденья пачку из-под сигарет. Затем в 22:51 часов ФИО3 созвонилась с Л., которой сообщила о местонахождении «закладки», в этот момент ФИО3 на автомобиле «Рено Логан», гос.номер (данные изъяты), в кузове серебристого цвета с логотипом (данные изъяты) под управлением У. проезжал по автомагистрали (данные изъяты) в районе магазина (данные изъяты), расположенного по адресу: г(данные изъяты), на повороте свернул в обратную сторону и направился по автомагистрали (данные изъяты) в (данные изъяты) сторону по направлению (данные изъяты). Допрошенный в качестве свидетеля У. подтвердил, что он, работая водителем такси в (данные изъяты), 08.02.2018 около 22 часов находился на парковке магазина (данные изъяты) в (данные изъяты), когда к нему обратилась ФИО3, с просьбой о поездке в (данные изъяты). Он, как обычно довез ее до дома № 000 по (данные изъяты), она попросила его остановить с торца дома, после в окно выбросила пачку из-под сигарет «Бонд» синий, затем сказала возвращаться в (данные изъяты). Кроме того, в ходе следствия установлено, что для связи ФИО3 предоставляла Л., С. сим карты операторов сотовой связи: (данные изъяты), (данные изъяты); сама использовала сим карты операторов сотовой связи: (данные изъяты), (данные изъяты). К материалам уголовного дела приобщена детализация номера телефона используемого ФИО3 (данные изъяты), зарегистрированного на Р., 00.00.0000 года, проживающего по адресу: (данные изъяты), который подтвердил, что данной сим картой никогда не пользовался, приобрел указанную сим карту для лица, которое ему предоставило наркотическое средство - героин. Согласно детализации звонков абонентского номера (данные изъяты), зарегистрированного на Р., наиболее частые соединения с абонентскими номерами: (данные изъяты) (данный номер подключен (данные изъяты) на карту А., и абонентский номер зарегистрирован на А.); (данные изъяты) (абонентский номер зарегистрирован на Ц. – сожителя ФИО3); (данные изъяты) (указанный номер телефона зарегистрирован на несуществующее лицо, однако Ц., в ходе следствия предоставил указанный номер телефона связи с ним); (данные изъяты) (абонентский номер зарегистрирован на наркозависимую Е2., жителя (данные изъяты), которая переводила денежные средства на карту А. с карты своей дочери Ё2.); (данные изъяты) (абонентский номер зарегистрирован на Т. – сестру ФИО3); (данные изъяты) (абонентский номер зарегистрирован на Й., последний приезжал из (данные изъяты) в (данные изъяты) с целью приобретения героина для личного употребления, бесконтактным способом, путем «закладок»); также в указанной детализации имеются соединения с абонентскими номерами, используемыми Л. и С., (данные изъяты), (данные изъяты), (данные изъяты) для связи с ФИО3, все вышеизложенные обстоятельства свидетельствует о пользовании абонентским номером (данные изъяты) самой ФИО3 и при совершении преступлений, связанных с незаконным сбытом наркотических средств. Кроме того, в ходе незаконного сбыта наркотического средства, совершенного в период с 07.02.2018 по 08.02.2018, ФИО3 для оплаты за наркотическое средство назвала номер карты (данные изъяты) № 000, зарегистрированную на К. Следствием было установлено, что К., 00.00.0000 года рождения, ранее имела регистрацию по адресу: (данные изъяты), хотя в ходе следствия местонахождение К. не установлено, однако личность К. изучена, К. является местным жителем (данные изъяты), ранее судима за незаконный сбыт наркотического средства, является потребителем наркотиков, в течение многих лет поддерживает связь с семьей Ц., проживающих по адресу: (данные изъяты), проживает семья Ц., а именно К2. с сожителем У2., на которого зарегистрирована банковская карта, изъятая в ходе обыска в жилище ФИО3 У К2. сын Ц. и две дочери Ц2. и Ч2. Кроме того, согласно справке ПАО (данные изъяты) по счету банковской карты, зарегистрированной на А., используемой ФИО3 для получения денежных средств от сбыта героина, на счет указанной карты поступали денежные средства от М., О., Н., Ё2., Й., которые в ходе следствия подтвердили, что они переводили денежные средства за приобретения героина для личного употребления, в том числе Н. и О. подтвердили, что героин приобретали именно у ФИО3 Кроме того, аудиозаписи в осмотренных звуковых файлах за указанный период между Л., С. и ФИО3 позволяют прийти к выводу о том, что ФИО3 в указанный период времени занималась незаконным сбытом наркотического средства – героин. Все в совокупности подтверждает, что ФИО3 совершила незаконный сбыт наркотического средства – героин массой 0,402 грамм в период с сентября 2017 года и не позднее 14 часов 01 минуты 19 ноября 2017 года по не позднее 12 часов 35 минут 21 ноября 2017 года бесконтактным способом, путем «закладок» в урне автобусной остановки (данные изъяты) по (данные изъяты) со стороны (данные изъяты), а также совершила незаконный сбыт наркотического средства – героин массой 7,136 гр., то есть в крупном размере в период с декабря 2017 года по 22 часов 51 минут 8 февраля 2018 года, бесконтактным способом, путем «закладок» на территории (данные изъяты). В связи с изложенным у суда не возникают сомнения в том, что ФИО3 совершила преступления, связанные с незаконным оборотом наркотических средств, предусмотренные ч.1 ст. 228.1 , п. «г» ч.4 ст. 228.1 УК РФ , за которые была привлечена к уголовной ответственности. Действия ФИО3 суд квалифицирует: - по преступлению в период с 07 часов 45 минут 20 ноября 2017 года и не позднее 12 часов 35 минут 21 ноября 2017 года – по части 1 статьи 228.1 УК РФ как незаконный сбыт наркотических средств; - по преступлению в период с декабря 2017 года и не позднее 16 часов 04 минут 24 января 2018 года до 22 часов 51 минуту 08 марта 2018 года по пункту «г» части 4 статьи 228.1 УК РФ как незаконный сбыт наркотических средств, совершенный в крупном размере. Размер наркотического средства определен в соответствии с Постановлением Правительства РФ от 01.10.2012 года №1002. Из материалов уголовного дела следует, что ФИО3 на учёте ОГБУЗ (данные изъяты) у врача-психиатра и врача-нарколога не состоит (том 6 л.д. 210); на учете ОГБУЗ (данные изъяты) у врача-психиатра, врача-нарколога в настоящее время не состоит, ранее состояла на профилактическом учете у врача-нарколога с диагнозом: (данные изъяты) (том 6 л.д. 212), на учете в (данные изъяты) у врача-психиатра, врача-нарколога не состоит и на лечении не находилась (том 6 л.д. 214, 215), ранее в отношении нее проводилась судебно-психиатрическая экспертиза, по настоящему уголовному делу проведена судебная стационарная первичная психиатрическая экспертиза, из заключения комиссии судебно-психиатрических экспертов № 000 от 00.00.0000 следует: (данные изъяты) (том 4 л.д. 197-203). У суда нет оснований сомневаться в достоверности выводов экспертиз, поскольку они проведены квалифицированными специалистами, имевшими возможность ознакомиться с материалами уголовного дела. Поведение ФИО3 в судебном заседании не вызвало у суда сомнений в её психической полноценности. Кроме того, при судебном разбирательстве не установлены какие-либо сведения, порочащие указанное заключение. По этим основаниям суд признает ФИО3 вменяемой в отношении совершенных ею деяний, и считает, что она должна понести уголовную ответственность за содеянное. При назначении наказания суд учитывает ст.ст. , , 60 УК РФ , содержащие общие начала назначения наказания. В соответствии со ст. 15 УК РФ , преступления, совершённые ФИО3 по ч. 1 ст. 228.1 УК РФ относится к категории тяжких, по п. «г» ч.4 ст. 228.1 УК РФ – категории особо тяжких. Фактические обстоятельства преступлений и степень общественной опасности соответствуют установленным законом категориям, оснований, предусмотренных частью 6 статьи 15 УК РФ (в редакции ФЗ № 420 от 07.12.2011 года), для изменения категории преступлений на менее тяжкие, суд не находит. Оценивая сведения о личности ФИО3 суд учитывает, что (данные изъяты) (том 6 л.д. 225). Согласно сведениям (данные изъяты) МФ ФКУ УИИ (данные изъяты), ФИО3 (данные изъяты) (том 6 л.д. 208). Смягчающими наказание обстоятельствами, предусмотренными пп. «г» ч. 1, ч. 2 ст. 61 УК РФ , для ФИО3 суд учитывает: полное признание своей вины при судебном разбирательстве, раскаяние в содеянном; состояние здоровья осуждаемой, наличие (данные изъяты). Обстоятельств, отягчающих наказание ФИО3, предусмотренных ч.1 ст. 63 УК РФ , судом не установлено. Имеющаяся у ФИО3 непогашенная судимость рецидива преступлений не образует в соответствии с п. «в» ч. 4 ст. 18 УК РФ . Оснований применения положений ч. 1 ст. 62 УК РФ при назначении наказания ФИО3 судом не установлено. При назначении наказания суд отмечает, что исключительных обстоятельств, существенно уменьшающих общественную опасность совершенных ФИО3 деяний, судом по делу не установлено, а потому суд не находит оснований для назначения ей наказания с применением ст. 64 УК РФ . С учётом необходимости соответствия характера, степени общественной опасности преступлений, обстоятельствам их совершения и личности виновной, влияния назначаемого наказания на исправление осуждаемой и условия жизни её семьи, совокупности смягчающих, отсутствие отягчающих вину обстоятельств, с целью восстановления социальной справедливости и предупреждения совершения новых преступлений, суд приходит к выводу назначить ФИО3 наказание в виде лишения свободы. Иной, более мягкий вид основного наказания, санкцией части 4 статьи 228.1 УК РФ не предусмотрен. Учитывая особую значимость объекта преступного посягательства, а именно: здоровье населения и общественная нравственность, а также корыстный мотив совершения осуждаемой преступлений, суд убежден, что наказание, не связанное с изоляцией от общества, в данном случае будет недостаточным, так как не пресечет совершение подсудимой новых преступлений, и не будет соответствовать задачам исправления. Кроме того, учитывая санкцию части 4 статьи 228.1 УК РФ (от 10 лет лишения свободы), суд не имеет оснований для применения осуждаемой статьи 73 УК РФ . При этом, назначая окончательное наказание ФИО3, суд руководствуется правилами ч. 3 ст. 69 УК РФ – путем частичного сложения наказаний, принимая во внимание характер, степень общественной опасности преступлений, обстоятельства их совершения и личность осуждаемой. Кроме того, суд считает, что наказание в виде лишения свободы, является достаточным для исправления подсудимой, а потому, суд пришёл к выводу, с учетом её материального положения, рода занятий, и других заслуживающих внимания обстоятельств, не назначать осуждаемой дополнительные наказания, предусмотренные санкцией части 1 статьи 228.1 УК РФ в виде ограничения свободы, и санкцией части 4 статьи 228.1 УК РФ в виде штрафа и лишения права занимать определенные должности или заниматься определенной деятельностью. ФИО3 совершила умышленные преступления, отнесенные к категории тяжких и особо тяжких, в период отсрочки отбывания наказания до достижения ребенком 14 лет по приговору (данные изъяты) районного суда (данные изъяты) области от 00.00.0000 года, поэтому в соответствии ч.5 ст. 82 УК РФ суд приходит к выводу о необходимости отмены отсрочки отбывания наказания и назначении ФИО3 наказания по правилам ст. 70 УК РФ . При определении вида исправительного учреждения суд учитывает, в соответствии с п. «б» ч.1 ст. 58 УК РФ отбывать наказание ФИО3 должна в исправительной колонии общего режима, что, по мнению суда, достигнет цели назначенного наказания. Несовершеннолетний ребенок ФИО3 - (данные изъяты) Г2.., 00.00.0000 года рождения, находятся на обеспечении и воспитании у родного отца – Ц. Судьбу вещественных доказательств по настоящему уголовному делу суд разрешает в соответствии со ст.ст. , 82 УПК РФ . При этом суд не решает судьбу вещественных доказательств, а именно: 2 сотовых телефонов «Nokia» с сим-картой «Теле2» и «BQ» с сим-картой «Билайн», трех банковских карт ПАО (данные изъяты), двух сим-карт сотового оператора «МТС» и одной сим-карты сотового оператора «Теле-2», двух книг для записей; полиэтиленового пакета с мотком ниток белого цвета, полиэтиленового пакета черного цвета и пассатижей; меченных денежных средств в сумме 2500 рублей, изъятых по ОРМ «Проверочная закупка» от 25.01.2018, хранящихся в камере хранения вещественных доказательств МО МВД (данные изъяты), поскольку таковая разрешена при постановлении приговора (данные изъяты) городского суда (данные изъяты) области от 00.00.0000 в отношении С. На основании изложенного, руководствуясь ст.ст. , - 313 УПК РФ , суд П Р И Г О В О Р И Л: ФИО3 признать виновной в совершении преступлений, предусмотренных частью 1 статьи 228.1 , пунктом «г» части 4 статьи 228.1 Уголовного кодекса Российской Федерации, и назначить ей наказание: - по части 1 статьи 228.1 УК РФ – 5 (пять) лет лишения свободы, - по пункту «г» части 4 статьи 228.1 УК РФ – 11 (одиннадцать) лет лишения свободы. На основании части 3 статьи 69 УК РФ по совокупности преступлений, путем частичного сложения наказаний назначить ФИО3 наказание 12 (двенадцать) лет лишения свободы В силу части 5 статьи 82 УК РФ отсрочку от отбывания наказания по приговору (данные изъяты) районного суда (данные изъяты) области от 00.00.0000 отменить. В соответствии с частью 1 статьи 70 УК РФ по совокупности приговоров к наказанию, назначенному по настоящему приговору, частично сроком в 1 (один) год присоединить неотбытую часть наказания по приговору (данные изъяты) районного суда (данные изъяты) области от 00.00.0000 и окончательно к отбытию назначить ФИО3 наказание 13 (тринадцать) лет лишения свободы с отбыванием наказания в исправительной колонии общего режима. Меру пресечения ФИО3 по настоящему уголовному делу оставить прежней в виде заключения под стражу. Срок наказания ФИО3 исчислять с момента вступления приговора в законную силу. На основании части 3.2 статьи 72 УК РФ (в редакции ФЗ от 3 июля 2018 года № 186-ФЗ) время содержания под стражей ФИО3 в качестве меры пресечения по приговору (данные изъяты) районного суда (данные изъяты) области от 00.00.0000 – с 00.00.0000 года по 00.00.0000 года, а также по настоящему уголовному делу с 00.00.0000 года по 00.00.0000 года включительно, и с 29 января 2019 года и далее по день вступления приговора в законную силу зачесть в срок лишения свободы из расчета один день за один день отбывания наказания в исправительной колонии общего режима. Вещественные доказательства по делу по вступлении приговора в законную силу: - наркотическое средство – героин в количестве 0,464 г., 0,033 г., 0,023 г., 0,022 г., 0,5 г., 0,092 г., 0,07 г., 0,112 г., 1,356; фрагмент бумаги, два отрезка полиэтилена, пачка из-под сигарет «BOND», три отрезка полиэтилена и фрагмент бумаги, пять отрезками полиэтилена, два листа газетной бумаги, флакон (данные изъяты) с 20 отрезками полиэтилена, контейнер желтого цвета с 4 отрезками из тетрадной бумаги и 2 отрезками полиэтилена, 2 отрезка листа бумаги белого цвета, 6 отрезков тетрадной бумаги, флакон с 4 отрезками из тетрадной бумаги, 2 отрезка полиэтилена, три ватной палочкой с образцами эпителия полости рта (С., Л., ФИО3), два ватных тампона со смывами с рук (С., Л.), лист бумаги с образцом СХВ, образец ватного тампона, отрезки листов тетрадной бумаги, пачку из-под сигарет «Bond», фрагмент полиэтилена, ватную палочку с образцами эпителия полости рта ФИО3, хранящееся в камере хранения вещественных доказательств МО МВД (данные изъяты), – уничтожить; - справки «(данные изъяты)» по счетам С., Ш2., два диска с записью о движении денежных средств по счетам; справку (данные изъяты) с приложением детализации по абонентскому номеру (данные изъяты); справку ООО (данные изъяты) с приложением к справке детализации абонентского номера (данные изъяты) на одном диске; детализацию абонентского номера (данные изъяты); справку «(данные изъяты)» по счета ФИО3, А., У2, К.; два СД-диска с записью ОРМ от 21.11.2017, 25.01.2018; копию медицинской карты на имя ФИО3, приобщенные к материалам уголовного дела, – хранить при уголовном деле; - медицинскую карту на имя ФИО3, хранящуюся в архиве ОГБУЗ (данные изъяты), – оставить по месту хранения в ОГБУЗ (данные изъяты). Приговор может быть обжалован в апелляционном порядке в Иркутский областной суд через Усольский городской суд в течение 10 суток со дня его провозглашения, а осужденной - в тот же срок с момента вручения копии приговора. В случае подачи апелляционной жалобы осужденная вправе ходатайствовать о своём участии в рассмотрении уголовного дела судом апелляционной инстанции и поручать осуществление своей защиты избранному ею защитнику, либо ходатайствовать перед судом о назначении защитника. Судья В.В.Широкова Приговор вступил в законную силу 11.02.2019. Суд: Усольский городской суд (Иркутская область) (подробнее) Судьи дела: Широкова В.В. (судья) (подробнее) Последние документы по делу: Приговор от 2 августа 2019 г. по делу № 1-20/2019 Постановление от 20 мая 2019 г. по делу № 1-20/2019 Постановление от 22 апреля 2019 г. по делу № 1-20/2019 Приговор от 4 марта 2019 г. по делу № 1-20/2019 Приговор от 22 февраля 2019 г. по делу № 1-20/2019 Приговор от 20 февраля 2019 г. по делу № 1-20/2019 Приговор от 20 февраля 2019 г. по делу № 1-20/2019 Приговор от 18 февраля 2019 г. по делу № 1-20/2019 Постановление от 6 февраля 2019 г. по делу № 1-20/2019 Приговор от 28 января 2019 г. по делу № 1-20/2019 Приговор от 24 января 2019 г. по делу № 1-20/2019 Постановление от 21 января 2019 г. по делу № 1-20/2019 Приговор от 17 января 2019 г. по делу № 1-20/2019 Постановление от 16 января 2019 г. по делу № 1-20/2019 Приговор от 16 января 2019 г. по делу № 1-20/2019 Приговор от 16 января 2019 г. по делу № 1-20/2019 Постановление от 14 января 2019 г. по делу № 1-20/2019 Приговор от 14 января 2019 г. по делу № 1-20/2019 Приговор от 13 января 2019 г. по делу № 1-20/2019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