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 3 ст. 12.27.1 КолАП РФ о направлении на медицинское освидетельствование на состояние опьянения составляется соответствующий протокол. В соответствие с пунктом 7 Правил направления на медицинское освидетельствование лиц, совершивших административные правонарушения (утв. постановлением Правительства РФ от 23.01.2015 г. №7) в случае отказа лиц от прохождения медицинского освидетельствования делается соответствующая отметка в протоколе о направлении на медосвидетельствование. Как следует из графы протокола о направлении ФИО1 на медицинское освидетельствование на состояние опьянения «пройти медицинское освидетельствование», ФИО1 собственноручно в этой графе написал «не согласен», то есть ФИО1 отказался от прохождения медицинского освидетельствования. Несмотря на его отказ от прохождения медицинского освидетельствования, инспектор ДПС ОГИБДД ОМВД РФ по г. Сибай, превышая свои должностные полномочия, в нарушение требований закона, насильно направил ФИО1 в больницу на медицинское освидетельствование. Нормы действующего законодательства не обязывают водителей пройти медосвидетельствование по требованию сотрудников полиции, возможность отказа их от прохождения медосвидетельствования является их правом, а не обязанностью. Мировым судьей вышеуказанным обстоятельствами надлежащая оценка не дана, так-как положенный в основу судебных постановлений акт медицинского освидетельствования ФИО1 является недопустимым доказательством вследствие получения его с нарушением закона. В соответствие с п. 3 ч. 2 ст. 30.7 КоАП РФ по результатам рассмотрения жалобы на постановление по делу об административном правонарушении, выносится решение об отмене постановления по делу об административном правонарушении и о прекращении производства по делу при недоказанности обстоятельств, на основании которых было вынесено постановление мирового судьи. Адвокат Батталов Б.Ю. просит на основании изложенного, руководствуясь ст. ст. 30.1 -303, 30.7 КоАП РФ, постановление мирового судьи судебного участка №1 судебного района Баймакский район и г. Баймак РБ от 5 марта 2018 г. в отношении ФИО1 о привлечении к административной ответственности по ч. 1 ст. 12.8 КоАП РФ, отменить, производство по делу прекратить в связи с недоказанностью обстоятельств, на основании которых было вынесено постановление мирового судьи. В судебном заседании адвокат Батталов Б.Ю. поддержал свою жалобу по изложенным основаниям, просит отменить постановление мирового судьи и прекратить производство по делу. ФИО1 в судебное заседание не явился, будучи извещённым о времени и месте судебного разбирательства. Ходатайств об отложении судебного заседания от него не поступало. Адвокат Батталов Б.Ю. не возражает против рассмотрения дела в отсутствие ФИО1 Выслушав адвоката Батталова Б.Ю., показания свидетелей врача-нарколога ФИО2, сотрудников ОГИБДД г. Сибай ФИО3, ФИО4, изучив материалы административного дела, суд приходит к следующему. В соответствии с ч.3 ст. 30.6 КоАП РФ судья не связан с доводами жалобы и проверяет дело в полном объеме. Исходя из положений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соответствие с законом, обеспечение исполнения вынесенного постановления, а также выявления причин и условий, способствовавших совершению административного правонарушения. В соответствии со ст. 26.11 КоАП РФ судья, члены коллегиального органа, должностное лицо, осуществляющее производство по делу об административном правонарушении, оценивают доказательства по своему внутреннему убеждению, основанном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 Статьей 12.8 частью 1 КоАП РФ предусмотрена ответственность за управление транспортным средством водителем, находящимся в состоянии опьянения и влечет наложение административного штрафа в размере 30000 рублей с лишением права управления транспортными средствами на срок от полутора до двух лет. В материалах дела имеется протокол об административном правонарушении 02 АП №059416 от 23.12.2017 (л.д.5), протокол об отстранении от управления транспортным средством 02 АО №874511 от 23.12.2017 (л.д.6), акт освидетельствования на состояние алкогольного опьянения серии 02 АС №037707 от 23.12.2017 (л.д.8), протокол о направлении на медицинское освидетельствование на состояние опьянения серии 02 АН №013556 от 23.12.2017, акт медицинского освидетельствования на состоянии опьянения №165 от 23.12.2017 (л.д.10), протокол о задержании транспортного средства серии 02 ЕУ №32134 от 23.12.2017 (л.д.11) с приложенным рапортом сотрудника ИДПС ГИБДД России ОМВД по г.Сибаю РБ ФИО3 (л.д.12). Согласно видеозаписи просмотренного на судебном заседании, ФИО1 выразил согласие на прохождение медицинского освидетельствования на состояние опьянения. Врач-нарколог ФИО2 показал суду, что его медицинский стаж более 20 лет, что в качестве врача-нарколога он работает с 2010 года, что 23 декабря 2017 года им было проведено медицинское освидетельствование ФИО1 Он пояснил, что в случае отказа от освидетельствования на состояние опьянения у сотрудников ОГИБДД, человек доставляется в медицинское учреждение, где проводится медицинское освидетельствование. Он пояснил, что согласно акту №165 от 23.12.2017 г. медицинское освидетельствование ФИО1 проводилось в кабинете освидетельствования ЦГБ г.Сибай. Установлено, что внешних повреждений у ФИО1 не было. Он был опрятен, одежда была чистая. Он был эйфоричен, суетлив. При этом от него жалоб не поступало. От медицинского освидетельствования он не отказывался. Он выполнил все требования, необходимые при проведении медицинского освидетельствования, расписался. При первом исследовании 23.12.2017 г., в 04 часа 19 минут АКПЭ01м №13369 от 06.09.2017 было установлено, что показание 0, 972 мг/л, При повторном исследовании, которое должно проводиться с интервалом не менее чем через 15 минут, и было проведено в 04 часов 35 минут – 0,873 мг/л. ФИО2 показал, что был произведён отбор мочи с целью проведения тестирования на 5 видов наркотических веществ. Результат экспресс-метода был отрицательным, в связи с чем химико-токсикологическое исследование не проводилось. Врач ФИО2 показал, что медицинское освидетельствование в отношении ФИО1 было проведено надлежащим образом, каких-либо нарушений допущено не было. ФИО1 не заявлял отказа от медицинского освидетельствования. В случае его отказа от выполнения требований врача в ходе освидетельствования либо его отказа от медицинского освидетельствования это бы было зафиксировано в их журнале. Врач ФИО2 показал, что у ФИО1 было установлено опьянение средней степени. Свидетель ФИО3, инспектор ДПС ГИБДД, показал суду, что в конце 2017 года им при несении службы была остановлена машина марки &lt;данные изъяты&gt; белого цвета. Когда водитель вышел из машины, стало видно, что он пьяный. В связи с чем он был отстранён от управления автомашиной. На территории ГАИ водителю было предложено пройти освидетельствование при понятых, от чего он отказался, в связи с чем он был направлен в наркологическое отделение больницы, где было установлено его опьянение. Свидетель ФИО4, инспектор ДПС ГИБДД, показал суду, что 23 декабря 2017 года при несении службы с инспектором ФИО3 была остановлена машина &lt;данные изъяты&gt; под управлением ФИО1. Водитель был в состоянии опьянения. Он был направлен на медицинское освидетельствование, где врач-нарколог установил состояние опьянения. Транспортное средство было помещено на стоянку. При проведении медицинского освидетельствования ФИО1, он находился в коридоре. В ОГИБДД были понятые. Так же по делу была произведена видеозапись. Показания свидетелей в ходе судебного заседания подтверждают, что ФИО1 находился в состоянии алкогольного опьянения, когда 23 декабря 2017 года его остановили сотрудники ДПС ГИБДД в г. Сибай. Изучив материалы дела, суд находит, что мировым судьей достоверно установлен факт совершения ФИО1 административного правонарушения, предусмотренного частью 1 статьи 12.8 КоАП РФ, который подтверждается собранными по данному делу доказательствами: протоколом об административном правонарушении, протоколом об отстранении от управления транспортным средством, протоколом о направлении на медицинское освидетельствование на состояние алкогольного опьянения, актом медицинского освидетельствования на состояние опьянения. Указанные документы составлены с соблюдением всех требований, установленных главами 26 и 28 КоАП РФ. Материалами дела факт нарушения п. 2.7 ПДД РФ подтверждается. Отстранение ФИО1 от управления транспортным средством и его освидетельствование на состояние алкогольного опьянения произведено в соответствии с требованиями ст. 27.12 КоАП РФ и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РФ от 26 июня 2008 года № 475. В протоколе об отстранении от управления транспортным средством, в акте освидетельствования на состояние алкогольного опьянения, в протоколе о направлении на медицинское освидетельствование на состояние алкогольного опьянения указано о производстве видеозаписи. Диск с видеозаписью приобщен к делу. Из материалов дела следует и мировым судьей верно установлено, что основанием направления ФИО1 на медицинское освидетельствование послужил его отказ от прохождения освидетельствования на состояние алкогольного опьянения. Требование о прохождении освидетельствования на состояние алкогольного опьянения и медицинского освидетельствования на состояние опьянения предъявлено ФИО1 законно, в строгом соответствии с п. п. 3, 10 Правил освидетельствования. Наличие у ФИО1 признаков опьянения (запах алкоголя изо рта, нарушение речи) подтверждается актом освидетельствования на состояние алкогольного опьянения, протоколом о направлении на медицинское освидетельствование, протоколом об административном правонарушении. Медицинское освидетельствование на состояние опьянения проведено в соответствии с требованиями Порядка проведения медицинского освидетельствования на состояние опьянения, утвержденного Приказом министерства здравоохранения РФ от 18 декабря 2015 года № 933н. Из акта освидетельствования на состояние алкогольного опьянения от 23.12.2017 (л.д.7-8) усматривается, что ФИО1 от освидетельствование на состояние алкогольного опьянения с применением технического средства измерения «Алкотектор Юпитер» отказался, что в соответствии с требованиями п.1.1 ст. 27.12 КоАП РФ является основанием для направления ФИО1 на медицинское освидетельствование на состояние опьянения. Согласно акту медицинского освидетельствования на состояние опьянения наркологического отделения ГБУЗ РБ ЦГБ г. Сибай №165 от 23.12.2017 у ФИО1 установлено состояние алкогольного опьянения при наличии абсолютного этилового спирта в выдыхаемом воздухе по результатам первого исследования на содержание абсолютного этанола составил 0,972 мг/л, результат второго исследования составил 0,873 мг/л, то есть в концентрации превышающей 0,16 миллиграммов на литр выдыхаемого воздуха. Следовательно, заключение об установлении состояния опьянения является обоснованным. Бумажные носители с результатами медицинского освидетельствования, прилагаемых к акту медицинского освидетельствования на состояние опьянения (алкогольного, наркотического или иного токсического) №165 от 23.12.2017г., представлены суду, полностью подтвердили факт состояния алкогольного опьянения у ФИО1 Доводы адвоката Батталова Б.Ю. о том, что ФИО1 отказался от прохождения медицинского освидетельствования, указав в протоколе о направлении его на медицинское освидетельствование на состоянии опьянения собственноручно «не согласен», что, несмотря на это сотрудником ГИБДД ФИО1 насильно был направлен на медицинское освидетельствование, на состояние алкогольного опьянения, являются не состоятельными, так как ФИО1, будучи доставленным в медицинское учреждение, не заявил отказа от медицинского освидетельствования, а, напротив, прошёл все виды тестирования при медицинском освидетельствовании., что подтвердил в судебном заседании врач-нарколог ФИО2, проводивший медицинское освидетельствование. Нарушений при проведении медицинского освидетельствования не установлено. Форма протокола о направлении на медицинское освидетельствование на состояние опьянения утверждена приказом Министерства внутренних дел Российской Федерации от 4 августа 2008 года N 676. При назначении наказания мировой судья учел характер совершенного административного правонарушения, объектом которого является безопасность дорожного движения, административное наказание в виде административного штрафа с лишением права управления транспортными средствами назначено в соответствии с требованиями КоАП РФ, является справедливым и соразмерно содеянному. Оснований для изменения назначенного наказания, в том числе по доводам жалобы, не имеется. Нарушений норм материального и процессуального закона, влекущих безусловную отмену состоявшегося по делу судебного акта, при рассмотрение дела об административном правонарушении не допущено. На основании изложенного суд находит жалобу адвоката Батталова Б.Ю. в интересах ФИО1 на постановление мирового судьи судебного участка №1 по Баймакскому району и г.Баймак Республики Башкортостан от 05.03.2018 подлежащим оставлению без удовлетворения. Руководствуясь п.1 ч.1 ст. 30.7 КоАП РФ, решил: Постановление мирового судьи судебного участка № 1 по Баймакскому району и г.Баймаку Республики Башкортостан от 05.03.2018 в отношении ФИО1 о признании виновным в совершении административного правонарушения, предусмотренного ч.1 ст. 12.8 КоАП РФ, оставить без изменения, жалобу адвоката Батталова Б.Ю. в интересах ФИО1 – без удовлетворения. Решение суда вступает в законную силу с момента вынесения. Судья: Янтилина Л.М. Суд: Баймакский районный суд (Республика Башкортостан) (подробнее) Судьи дела: Янтилина Л.М. (судья) (подробнее) Последние документы по делу: Решение от 3 февраля 2019 г. по делу № 12-230/2018 Решение от 28 января 2019 г. по делу № 12-230/2018 Решение от 17 января 2019 г. по делу № 12-230/2018 Решение от 7 октября 2018 г. по делу № 12-230/2018 Решение от 2 сентября 2018 г. по делу № 12-230/2018 Решение от 28 мая 2018 г. по делу № 12-230/2018 Решение от 24 мая 2018 г. по делу № 12-230/2018 Решение от 6 мая 2018 г. по делу № 12-230/2018 Решение от 26 февраля 2018 г. по делу № 12-230/2018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