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Информация о событиях могла быть получена ФИО2, вероятно, в момент совершенного события». (т.1 л.д.218-224). Протоколами следственных действий: - протоколом выемки от ДД.ММ.ГГГГ у потерпевшего Д.А.А. в ходе которой изъяты: разрешение на строительство № № от ДД.ММ.ГГГГ, свидетельство о государственной регистрации права №, договор № об осуществлении технологического присоединения к электрическим сетям от ДД.ММ.ГГГГ, договор № об осуществлении технологического присоединения к электрическим сетям от ДД.ММ.ГГГГ, технические условия № от ДД.ММ.ГГГГ (т.1 л.д.69-71); - протоколом выемки от ДД.ММ.ГГГГ у свидетеля П.А.Н. изъяты: приказ о приеме работника на работу № от ДД.ММ.ГГГГ, трудовой договор от ДД.ММ.ГГГГ, должностная инструкция начальника ОТП от ДД.ММ.ГГГГ, приказ о прекращении трудового договора с работником № от ДД.ММ.ГГГГ (т.1 л.д.101-103); - протоколом осмотра документов от ДД.ММ.ГГГГ и постановлением о признании и приобщении к уголовному делу вещественных доказательств от ДД.ММ.ГГГГ, осмотрены и приобщены к материалам уголовного дела: технические условия № от ДД.ММ.ГГГГ, разрешение на строительство № от ДД.ММ.ГГГГ, свидетельство о государственной регистрации права №, договор № об осуществлении технологического присоединения к электрическим сетям от ДД.ММ.ГГГГ, договор № об осуществлении технологического присоединения к электрическим сетям от ДД.ММ.ГГГГ, технические условия № от ДД.ММ.ГГГГ, приказ о приеме работника на работу № от ДД.ММ.ГГГГ, трудовой договор от ДД.ММ.ГГГГ, должностная инструкция начальника ОТП от ДД.ММ.ГГГГ, приказ о прекращении трудового договора с работником № от ДД.ММ.ГГГГ (т.1 л.д.121-124); - протоколом выемки от ДД.ММ.ГГГГ у свидетеля Т.Ф.С. изъяты: технические условия № от ДД.ММ.ГГГГ, заявка от Д.А.А. на технологическое присоединение максимальной мощностью 15 кВт, копия паспорта Д.А.А., копия свидетельства о государственной регистрации права, договор № об осуществлении технологического присоединения к электрическим сетям от ДД.ММ.ГГГГ, копия кассового чека, технические условия № от ДД.ММ.ГГГГ; заявка № от Д.А.А. на технологическое присоединение максимальной мощностью 80 кВт, копия паспорта Д.А.А., копия свидетельства о государственной регистрации права, копия паспорта Д.А.А., копия разрешения на строительство, копия доверенности, договор № об осуществлении технологического присоединения к электрическим сетям от ДД.ММ.ГГГГ, акт об осуществлении технологического присоединения от ДД.ММ.ГГГГ, акт о выполнении технических условий, акт разграничения эксплуатационной ответственности сторон, акт разграничения границ балансовой принадлежности сторон от ДД.ММ.ГГГГ, платежное поручение № от ДД.ММ.ГГГГ (т.2 л.д.29-33); - протоколом осмотра документов от ДД.ММ.ГГГГ и постановлением о признании и приобщении к уголовному делу вещественных доказательств от ДД.ММ.ГГГГ, осмотрены и приобщены к материалам уголовного дела: технические условия № от ДД.ММ.ГГГГ, заявка от Д.А.А. на технологическое присоединение максимальной мощностью 15 кВт, копия паспорта Д.А.А., копия свидетельства о государственной регистрации права, договор № об осуществлении технологического присоединения к электрическим сетям от ДД.ММ.ГГГГ, копия кассового чека, технические условия № от ДД.ММ.ГГГГ; заявка № от Д.А.А. на технологическое присоединение максимальной мощностью 80 кВт, копия паспорта Д.А.А., копия свидетельства о государственной регистрации права, копия паспорта Д.А.А., копия разрешения на строительство, копия доверенности, договор № об осуществлении технологического присоединения к электрическим сетям от ДД.ММ.ГГГГ, акт об осуществлении технологического присоединения от ДД.ММ.ГГГГ, акт о выполнении технических условий, акт разграничения эксплуатационной ответственности сторон, акт разграничения границ балансовой принадлежности сторон от ДД.ММ.ГГГГ, платежное поручение № от ДД.ММ.ГГГГ т.2 л.д. 34-37, 38-39); - протоколом очной ставки между потерпевшим Д.А.А. и подозреваемым ФИО1 от ДД.ММ.ГГГГ, согласно которому потерпевший Д.А.А. подтвердил показания данным им в ходе допроса в качестве потерпевшего от ДД.ММ.ГГГГ, а подозреваемый ФИО1 подтвердил показания данные им в ходе допроса в качестве подозреваемого от ДД.ММ.ГГГГ т.1 л.д. 167-172); - протоколом очной ставки между свидетелем Л.Р и подозреваемым ФИО1 от ДД.ММ.ГГГГ, согласно которому свидетель Л.Р.. подтвердил показания данным им в ходе допроса в качестве свидетеля от ДД.ММ.ГГГГ, а подозреваемый ФИО1 подтвердил показания данные им в ходе допроса в качестве подозреваемого от ДД.ММ.ГГГГ т.1 л.д.173-177); - протоколом осмотра места происшествия от ДД.ММ.ГГГГ, осмотрено помещение архива &lt;данные изъяты&gt;, расположенном по адресу: &lt;адрес&gt;, в ходе осмотра просмотрены технические условия, выданные в ДД.ММ.ГГГГ. В ходе осмотра установлено, что все технические условия, выданные в ДД.ММ.ГГГГ году подписаны генеральным директором &lt;данные изъяты&gt;» ЧА.А. Присутствовавшие в ходе осмотра места происшествия ЧА.А. и Л.С.Н. подтвердили, что все технические условия в &lt;данные изъяты&gt; подписывались лично генеральным директором ЧА.А. т.2 л.д.159-164). Иными документами: - заявлением Д.А.А. (КУСП № от ДД.ММ.ГГГГ), согласно которому он просит привлечь к уголовной ответственности начальника отдела технологических присоединений &lt;данные изъяты&gt;» ФИО1, который путем обмана похитил у него денежные средства в размере 230000 рублей (т.1 л.д. 4-5); - справкой об исследовании № от ДД.ММ.ГГГГ согласно которой, подпись, расположенная в графе «Генеральный директор» в технических условиях № от ДД.ММ.ГГГГ выполнена ФИО1 (т.1 л.д.40); - ответом из &lt;данные изъяты&gt;» № от ДД.ММ.ГГГГ, согласно которому: «в ДД.ММ.ГГГГ году начальник отдела технологических присоединений ФИО1 имел доверенность на право подписи договоров на технологическое присоединение и технических условий, сумма которых не превышает 20000 (двадцать тысяч) рублей. - в феврале ДД.ММ.ГГГГ года ЧА.А. не находился на больничном либо в командировке…» (т.1 л.д. 188); - копией доверенности № от ДД.ММ.ГГГГ выданная от имени генерального директора ОАО &lt;данные изъяты&gt; ЧА.А. на начальника отдела технологических присоединений ФИО1 на: «… проводить от имени &lt;данные изъяты&gt; переговоры, заключать (подписывать), расторгать, изменять или дополнять гражданско-правовые сделки, контракты и соглашения, дополнять соглашения, спецификации и любые иные приложения, и акты к ним, связанные с оказанием обществом или Обществу услуг, проведением работ, договоров на технологическое присоединение, сумма которых н превышает 20000 рублей... Генеральный директор вправе в любое время отменить все или часть переданных по настоящей доверенности полномочий» (т.1 л.д. 189); - ответом из &lt;данные изъяты&gt; № от ДД.ММ.ГГГГ, согласно которому: «…между АО &lt;данные изъяты&gt; и Д.А.А. заключен договор об осуществлении технологического присоединения к электрическим сетям за № от 15.10.2014г. с предельной допустимой мощностью 80 кВт, сумма данного договора составляет 445505,17 рублей, - стоимостью суммы договора на технологическое присоединение объекта, расположенного по адресу: &lt;адрес&gt;, на ДД.ММ.ГГГГ. с допустимой мощностью 50кВт была бы 236573,29 рублей. В ДД.ММ.ГГГГ году начальник отдела технологических присоединений ФИО1 имел доверенность н право подписи договоров на технологическое присоединение и технических условий, сумма которых не превышает 20000 (двадцать тысяч) рублей» (т.2 л.д.4). Проанализировав все представленные доказательства, суд приходит к выводу о доказанности вины ФИО1 в хищении чужого имущества, путем обмана, с причинением значительного ущерба гражданину, с использованием своего служебного положения, поскольку в судебном заседании достоверно установлено, что подсудимый ФИО1 являясь начальником отдела технологических присоединений открытого акционерного общества &lt;данные изъяты&gt; действуя умышленно, из корыстных мотивов, в ДД.ММ.ГГГГ года, сообщил Д.А.А., заведомо ложные сведения о том, что в случае передачи ему денежных средств в размере 230000 рублей, он оформит документы о технологическом присоединении и в последующем подключении к электрическим сетям мощностью 50 киловатт строящегося объекта – нежилого помещения, расположенного по адресу: &lt;адрес&gt;, при этом заранее не намереваясь исполнять принятые на себя обязательства – внести денежные средства на расчетный счет &lt;данные изъяты&gt;», в установленном порядке оформить Д.А.А. технологическое присоединение и подключение к электрическим сетям мощностью 50 киловатт, строящегося объекта - нежилого помещения, расположенного по адресу: &lt;адрес&gt;. Об этом свидетельствуют, признательные показания ФИО1 данные им, в судебном заседании в ходе судебного разбирательства уголовного дела, в совершении преступления, предусмотренного ч.3 ст. 159 УК РФ . Кроме того, признательные показания подсудимого ФИО1 в совершении преступления, предусмотренного ч.3 ст. 159 УК РФ данные им в судебном заседании, полностью согласуются с показаниями потерпевшего Д.А.А. из которых судьей установлено, что в конце января в начале ДД.ММ.ГГГГ года, Д.А.А. приехал в офис &lt;данные изъяты&gt;», где встретился с ФИО1, Д.А.А. разъяснил ФИО1, что строит нежилое помещение (магазин) и что ему необходимо провести электроэнергию и поскольку данный процесс занимает много времени, Д.А.А. попросил ФИО1 рассмотреть данный вопрос побыстрее. На просьбу Д.А.А. ФИО1 ответил согласием. ФИО1 разъяснил, Д.А.А., что для того, чтобы Д.А.А. не приезжать к ним каждый раз Д.А.А. может отдать ФИО1 денежные средства в размере 230000 рублей, которые были необходимы с слов ФИО1, для того, чтобы заключить договор на повышение мощности. На предложение ФИО1 Д.А.А. ответил согласием и передал ФИО1 230000 рублей. Также Д.А.А. передал ФИО1 всю техническую документацию, необходимую для проведения электроснабжения. Примерно в конце марта начале ДД.ММ.ГГГГ года, Д.А.А. приехал в &lt;данные изъяты&gt;, где ФИО1, передал Д.А.А. технические условия № от ДД.ММ.ГГГГ, данный документ был составлен на фирменном бланке, никакой печати на бланке не было, в конце листа стояла подпись генерального директора ЧА.А., согласно данного документа на объект торгового назначения по &lt;адрес&gt; предоставлялась электроснабжение с допустимой мощностью 50 кВт. Также ФИО1 показал Д.А.А. абонентский договор, который был заключён между Д.А.А. и &lt;данные изъяты&gt;», который Д.А.А. подписал. ДД.ММ.ГГГГ года, понадобилось увеличить мощность электроэнергии по вышеуказанному объекту до 80 кВт, и для этого Д.А.А. передал необходимые для этого документы, а именно технические условия, переданные ему ФИО1 прорабу А, для того, чтобы он занялся данным вопросом. А обратился в абонентский отдел с данными документами для того, чтобы повысить мощность электроэнергии, однако в &lt;данные изъяты&gt;» пояснили, что технические условия, переданные Д.А.А. ФИО1 недействительные и что на объект подключено электроснабжение мощностью 15 кВт, а не 50 кВт как пояснял Д.А.А. ФИО1, т.е. ФИО1 не внес денежные средства, переданные Д.А.А. для проведения электроэнергии мощностью 50 кВт, а подключил электроэнергию мощностью 15 кВт, стоимость которого составляет 700 рублей, а переданные Д.А.А. денежные средства в размере 230000 рублей ФИО1 похитил, забрав себе. Вышеуказанные показания потерпевшего Д.А.А. о фактических обстоятельствах совершенного преступления полностью согласуются и не противоречат показаниям свидетелей обвинения П.А.Н., Л.А.В., Т.В.Н., П.И.И., Л.С.Н., Л.Р.., ЧА.А., М.С.В., ДМ.А., П.А.И., Т.Ф.С., Г.Е.С., Д.А.М., данные ими в судебном заседании. Данные показания указанных свидетелей суд считает, правдивыми и последовательными, поскольку они согласуются между собой, следовательно, соответствуют действительности и фактическим обстоятельствам настоящего уголовного дела, установленным судом в ходе судебного следствия. Кроме того виновность подсудимого ФИО1 в хищении чужого имущества, путем обмана, с причинением значительного ущерба гражданину, с использованием своего служебного положения, подтверждается исследованными судом в ходе судебного заседания протоколами следственных действий, которые являются, относимыми, допустимыми, достоверными доказательствами по делу, собранные без нарушений уголовно – процессуального закона. С учетом изложенного, суд квалифицирует умышленные действия ФИО1 по ч.3 ст. 159 УК РФ , как мошенничество, то есть хищение чужого имущества, путем обмана, совершенное с причинением значительного ущерба гражданину, лицом с использованием своего служебного положения. При назначении вида и размера наказания подсудимому ФИО1, суд учитывает характер и степень общественной опасности совершённого им преступления, личность виновного, в том числе обстоятельства, смягчающие наказание подсудимого, влияние назначенного наказания на исправление осужденного и на условия жизни его семьи. Обстоятельствами, смягчающими наказание подсудимого ФИО1, суд признаёт в соответствии с п.п.«г,к» ч.1 ст. 61 УК РФ – наличие малолетних детей у виновного, добровольное частичное возмещение имущественного ущерба причиненного в результате преступления. Также суд признает обстоятельствами, смягчающими наказание подсудимого в соответствии с ч.2 ст. 61 УК РФ , полное признание вины, раскаяние в содеянном, положительную характеристику по месту жительства и работы. Вместе с тем обстоятельств, отягчающих наказание подсудимого ФИО1 предусмотренных ч.1 ст. 63 УК РФ судом не установлено. Оснований для изменения категории преступления, на менее тяжкую в соответствии с ч.6 ст. 15 УК РФ , учитывая фактические обстоятельства совершенного преступления, степень его общественной опасности и личность подсудимого, суд не усматривает. С учётом всех обстоятельств настоящего уголовного дела в их совокупности, характера и степени общественной опасности, совершённого преступления, в том числе наличие обстоятельств, смягчающих наказание подсудимого, положения ч.1 ст. 62 УК РФ , его личности, положительно характеризующегося по месту жительства и работы, состояние его здоровья, а также влияние назначенного наказания на исправление осужденного и на условия жизни его семьи, имеющего на иждивении двоих малолетних детей, также то обстоятельство, что вину в совершении преступления он признал в полном объеме, в содеянном раскаялся, суд приходит к выводу о назначении ФИО1 наказания в виде лишения свободы, условно, с установлением испытательного срока и определенных обязанностей, а также осуществления за ФИО1 контроля специализированным государственным органом, осуществляющим исправление осужденных, без назначения дополнительного наказания в виде штрафа и ограничения свободы, поскольку указанное наказание в целях восстановления социальной справедливости и в целях исправления осужденного и предупреждения совершения новых преступлений, будет социально справедливым наказанием, которое достигнет целей наказания, предусмотренных ст. , , 60 УК РФ , при этом, оснований для применения ст. 64 УК РФ при назначении наказания в виде лишения свободы в отношении подсудимого, и назначения наказания в виде принудительных работ, суд не усматривает. Разрешая гражданский иск, заявленный потерпевшим Д.А.А. к подсудимому ФИО1 о взыскании в счёт компенсации материального ущерба, в результате совершённого преступления 230000 рублей, суд приходит к выводу в соответствии с требованиями ст. 1064 ГК РФ о его частичном удовлетворении по следующим основаниям. Судом установлено, что подсудимый ФИО1 причинил совершённым преступлением потерпевшему Д.А.А. материальный ущерб, в размере 230 000 рублей, судом также установлено, что подсудимый ФИО1 возместил в счёт компенсации материального ущерба совершённым преступлением потерпевшему Д.А.А. 150000 рублей, что подтверждается квитанцией о переводе от 20.09.2017г., при таких обстоятельствах суд приходит к выводу о взыскании с подсудимого ФИО1 в пользу потерпевшего Д.А.А. 80000 рублей в счет возмещения материального ущерба, в результате совершённого преступления. При решении вопроса о вещественных доказательствах по делу, суд в соответствии с п.5 ч.3 ст. 81 УПК РФ считает необходимым вещественные доказательства хранящиеся при материалах уголовного дела, по вступлении приговора суда в законную силу хранить при материалах уголовного дела в течение всего срока его хранения, а вещественные доказательства находящиеся на ответственном хранении у потерпевшего Д.А.А. и свидетеля П.А.Н. по вступлении приговора в законную силу, в соответствии с п.6 ч.3 ст. 81 УПК РФ считает необходимым оставить в пользовании законных владельцев потерпевшего Д.А.А. и свидетеля П.А.Н. На основании изложенного, и руководствуясь ст.ст. - , - , - 309 УПК РФ , суд ПРИГОВОРИЛ: ФИО1 признать виновным в совершении преступления, предусмотренного ч.3 ст. 159 УК РФ и назначить ему наказание в виде лишения свободы на срок 2 года. На основании ч.1 ст. 73 УК РФ считать назначенное ФИО1 наказание в виде лишения свободы условным, установить ему испытательный срок в 2 года. Согласно ч.5 ст. 73 УК РФ обязать ФИО1 в период испытательного срока не менять место жительство без уведомления специализированного государственного органа, осуществляющего контроль за исправлением осужденного. Меру процессуального принуждения в отношении ФИО1 в виде обязательства о явке, отменить после вступления приговора в законную силу, до вступления приговора в законную силу, оставить прежней. Гражданский иск, заявленный по уголовному делу потерпевшим Д.А.А. к подсудимому ФИО1 о взыскании в счёт компенсации материального ущерба, в результате совершённого преступления 230000 рублей, удовлетворить частично. Взыскать с подсудимого ФИО1 в пользу Д.А.А. материальный ущерб в результате совершённого преступления в размере 80 000 рублей, в остальной части заявленных исковых требований гражданского иска потерпевшего Д.А.А. к подсудимому ФИО1, отказать. Вещественные доказательства: - технические условия № от ДД.ММ.ГГГГ, хранящиеся при материалах уголовного дела, по вступлении приговора в законную силу, хранить при материалах уголовного дела в течение всего срока его хранения; - разрешение на строительство № от ДД.ММ.ГГГГ, свидетельство о государственной регистрации права №, договор № об осуществлении технологического присоединения к электрическим сетям от ДД.ММ.ГГГГ, договор № об осуществлении технологического присоединения к электрическим сетям от ДД.ММ.ГГГГ, технические условия № от ДД.ММ.ГГГГ находящиеся на ответственном хранении у потерпевшего Д.А.А. по вступлении приговора в законную силу, оставить в пользовании законного владельца потерпевшего Д.А.А.; - приказ о приеме работника на работу № от ДД.ММ.ГГГГ, трудовой договор от ДД.ММ.ГГГГ, должностная инструкция начальника ОТП от ДД.ММ.ГГГГ, приказ о прекращении трудового договора с работником № от ДД.ММ.ГГГГ находящиеся на ответственном хранении у свидетеля П.А.Н. по вступлении приговора в законную силу, оставить в пользовании законного владельца свидетеля П.А.Н.; - технические условия № от ДД.ММ.ГГГГ, заявка от Д.А.А. на технологическое присоединение максимальной мощностью 15 кВт, копия паспорта Д.А.А., копия свидетельства о государственной регистрации права, договор № об осуществлении технологического присоединения к электрическим сетям от ДД.ММ.ГГГГ, копия кассового чека, технические условия № от ДД.ММ.ГГГГ; заявка № от Д.А.А. на технологическое присоединение максимальной мощностью 80 кВт, копия паспорта Д.А.А., копия свидетельства о государственной регистрации права, копия паспорта Д.А.А., копия разрешения на строительство, копия доверенности, договор № об осуществлении технологического присоединения к электрическим сетям от ДД.ММ.ГГГГ, акт об осуществлении технологического присоединения от ДД.ММ.ГГГГ, акт о выполнении технических условий, акт разграничения эксплуатационной ответственности сторон, акт разграничения границ балансовой принадлежности сторон от ДД.ММ.ГГГГ, платежное поручения № от ДД.ММ.ГГГГ, хранящиеся при материалах уголовного дела, по вступлении приговора в законную силу, хранить при материалах уголовного дела в течение всего срока его хранения. Приговор суда может быть обжалован в апелляционном порядке в судебную коллегию по уголовным делам Ставропольского краевого суда в течение 10 суток со дня постановления, с подачей апелляционной жалобы или апелляционного представления через Октябрьский районный суд г.Ставрополя, а осужденным, содержащимся под стражей – в тот же срок со дня вручения ему копии приговора. В случае подачи апелляционной жалобы, каждый из осужденных вправе ходатайствовать о своём участии в рассмотрении уголовного дела судом апелляционной инстанции в апелляционной жалобе. Судья В.Н.Ткачук Суд: Октябрьский районный суд г. Ставрополя (Ставропольский край) (подробнее) Судьи дела: Ткачук Владимир Николаевич (судья) (подробнее) Последние документы по делу: Приговор от 26 сентября 2017 г. по делу № 1-28/2017 Постановление от 11 июля 2017 г. по делу № 1-28/2017 Приговор от 11 июля 2017 г. по делу № 1-28/2017 Приговор от 14 мая 2017 г. по делу № 1-28/2017 Приговор от 17 апреля 2017 г. по делу № 1-28/2017 Приговор от 12 апреля 2017 г. по делу № 1-28/2017 Приговор от 11 апреля 2017 г. по делу № 1-28/2017 Приговор от 6 апреля 2017 г. по делу № 1-28/2017 Приговор от 4 апреля 2017 г. по делу № 1-28/2017 Приговор от 31 марта 2017 г. по делу № 1-28/2017 Приговор от 29 марта 2017 г. по делу № 1-28/2017 Приговор от 13 марта 2017 г. по делу № 1-28/2017 Приговор от 5 марта 2017 г. по делу № 1-28/2017 Постановление от 13 февраля 2017 г. по делу № 1-28/2017 Приговор от 30 января 2017 г. по делу № 1-28/2017 Приговор от 20 января 2017 г. по делу № 1-28/2017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