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возложить обязанность отменить решение комиссии ФСИН России по рассмотрению вопросов предоставления начальникам территориальных органов ФСИН России, образовательных организаций ФСИН России, учреждений, непосредственно подчиненных ФСИН России, а также сотрудникам уголовно-исполнительной системы, проходящим службу в ФСИН России и в случаях, предусмотренных законодательством РФ, членам их семей и гражданам РФ, уволенным со службы в указанных учреждениях и органах уголовно-исполнительной системы, единовременной социальной выплаты для приобретения или строительства жилого помещения (далее – комиссия ФСИН России), оформленное протоколом № 88 от 01.11.2016, в части отказа ... Я.С.о. в постановке на учет для получения единовременной социальной выплаты;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возложении обязанности в лице комиссии ФСИН России поставить ... Я.С.о. на учёт на получение единовременной социальной выплаты для приобретения или строительства жилого помещения с 11.03.2014;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 возложении обязанности на УФСИН России по Республике Коми произвести перерасчет размера ЕСВ с учетом коэффициентов на 2017 год;</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 возложении обязанности на УФСИН России по Республике Коми направить протокол с новым расчетом в ФСИН России. В обоснование иска указано, что истец является дочерью погибшего сотрудника ФКУ ИК-31 УФСИН России по Республике Коми ... Я.С.о. Сама ФИО3 является курсантом Вологодского института права и экономики ФСИН России. ... Я.С.о. обратился 11.03.2014 за получением единовременной социальной выплаты для приобретения или строительства жилья на состав семьи 2 человека: он и истец. Решением комиссии за ... Я.С.о. было признано право на получение выплаты, произведён расчёт и документы направлены во ФСИН России. 13.02.2017 в адрес ФИО3 поступила выписка из протокола № 88 от 01.11.2016 об отказе в постановке на учёт в связи с обеспеченностью общей площадью более 15 кв.м на одного человека. За защитой своих прав истец обратилась в суд с настоящим иском. К участию в деле в качестве третьего лица, не заявляющего самостоятельных требований привлечено ФКУ ЖКУ ГУФСИН России по Республике Коми.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Истец, ответчик ФСИН России, третье лицо, в судебное заседание не явились. Представитель истца ФИО1 на иске настаивала. Представитель ответчика ФИО2 против иска возражала. Суд в соответствии со ст. Гражданского процессуального кодекса Российской Федерации определил рассмотреть дело при имеющейся явке лиц. Из материалов дела следует, что ... Я.С.о. 11.03.2014 обратился с заявлением на имя директора ФСИН России о постановке на учет на получение единовременной социальной выплаты на состав семьи 2 человека: ... Я.С.о. и дочь ФИО3 Заявление с приложенными документами подано в ГУФСИН России по Республике Коми. На момент подачи заявления ... Я.С.о. и его дочь собственниками недвижимого имущества не являлись. Занимали жилое помещение по адресу... на основании ордера от 03.09.1999 и договора социального найма от 05.08.1999. Заключением межведомственной комиссии № 6 от 26.02.2014 данное жилое помещение отнесено к категории непригодных для проживания. В соответствии с решением заседания комиссии ГУФСИН России по Республике Коми от 24.03.2014 принято решение направить документы в комиссию ФСИН России для рассмотрения вопроса о постановке в очередь на получение единовременной социальной выплаты, что подтверждается выпиской из протокола. 01.01.2013 вступил в законную силу Федеральный закон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(далее Закон), которые регулирует, связанные с денежным довольствием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(далее - сотрудники), обеспечением жилыми помещениями, медицинским обеспечением сотрудников, граждан Российской Федерации, уволенных со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(далее - учреждения и органы), членов их семей и лиц, находящихся (находившихся) на их иждивении, а также с предоставлением им иных социальных гарантий. Согласно ч. 1 ст. 4 Закона сотрудник, имеющий общую продолжительность службы в учреждениях и органах не менее 10 лет в календарном исчислении, имеет право на единовременную социальную выплату для приобретения или строительства жилого помещения один раз за весь период государственной службы, в том числе в учреждениях и органах. Согласно ст. 6 Федерального закона от 30.12.2012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порядок и условия предоставления единовременной социальной выплаты определяются Правительством Российской Федерации. В соответствии с Постановлением Правительства РФ от 24.04.2013 N 369 "О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и таможенных органов Российской Федерации" утверждены Правила предоставления единовременной социальной выплаты для приобретения или строительства жилого помещения сотрудникам,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(далее – Правила № 369). В соответствии с п. 7 Правил на основании заявления и документов, указанных в пункте 5 настоящих Правил, комиссия в 3-месячный срок со дня их подачи принимает решение о постановке сотрудника на учет для получения единовременной социальной выплаты по одному из условий, определенных частью 3 статьи 4 Закона, либо об отказе в постановке на указанный учет. О принятом комиссией решении сотрудник уведомляется в письменном виде в течение 1 месяца со дня принятия указанного решения. Пунктом 16 Порядка формирования и работы комиссии учреждений и органов УИС, утвержденного приказом ФСИН России от 16.10.2014 г. N 550 (далее – Прядок № 550), предусмотрено, что документы для получения единовременной выплаты должны быть рассмотрены комиссией в течение 3 месяцев с даты приема (получения) указанных документов, отраженной в Книге учета заявлений. Также из материалов дела следует, что на момент принятия данного решения ... Я.С.о. погиб при исполнении служебных обязанностей 27.01.2016. В связи с чем 20.02.2016 УФСИН России по Республике Коми в адрес ФСИН России направлены соответствующие сведения и письмо, в котором о решении вопроса о предоставлении выплаты на дочь ФИО3 В нарушение вышеуказанных сроков направленное истцом заявление и документы рассмотрены на заседании комиссии ФСИН России 01.11.2016, о чем представлена выписка из протокола. Согласно выписке принято решение: отказать ... Я.С.о. в постановке на учет для получения единовременной социальной выплаты в связи с обеспеченностью общей площадью жилого помещения на одного члена семьи более 15 кв.м. (п. 2 ч. 3 ст. 4 Федерального закона от 20.12.2012 № 283-ФЗ). Сама истец за выплатой не обращалась. В ходе производства по делу не удалось установить, в связи с чем комиссия ФСИН пришла к выводу об обеспеченности ... Я.С.о. жилым помещение площадью более 15 кв.м. Потому суд руководствуется позицией ответчика при рассмотрении дела. Из неё следует, что комиссия предполагала приобретение ... Я.С.о. и истцом объектов недвижимого имущества в период с момента получения выписки из Единого государственного реестра прав на недвижимое имущество до обращения с заявлением на предоставление выплаты. Либо комиссией было учтено наличие жилого помещения в г. ... Право сотрудника учреждений и органов уголовно-исполнительной системы на единовременную социальную выплату признается при установлении его нуждаемости в жилом помещении, которая определяется по основаниям, перечисленным в части 3 статьи 4 Федерального закона от 30 декабря 2012 г. N 283-ФЗ. В частности, единовременная социальная выплата предоставляется сотруднику при условии, что он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(пункт 1 части 3 статьи 4 Федерального закона от 30 декабря 2012 г. N 283-ФЗ);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квадратных метров (пункт 2 части 3 статьи 4 Федерального закона от 30 декабря 2012 г. N 283-ФЗ); проживает в помещении, не отвечающем установленным для жилых помещений требованиям, независимо от размеров занимаемого жилого помещения (пункт 3 части 3 статьи 4 Федерального закона от 30 декабря 2012 г. N 283-ФЗ);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имеет иного жилого помещения, занимаемого по договору социального найма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 (пункт 4 части 3 статьи 4 Федерального закона от 30 декабря 2012 г. N 283-ФЗ); проживает в коммунальной квартире независимо от размеров занимаемого жилого помещения (пункт 5 части 3 статьи 4 Федерального закона от 30 декабря 2012 г. N 283-ФЗ); проживает в общежитии (пункт 6 части 3 статьи 4 Федерального закона от 30 декабря 2012 г. N 283-ФЗ); проживает в смежной неизолированной комнате либо в однокомнатной квартире в составе двух семей и более независимо от размеров занимаемого жилого помещения, в том числе если в состав семьи входят родители и постоянно проживающие с сотрудником и зарегистрированные по его месту жительства совершеннолетние дети, состоящие в зарегистрированном браке (пункт 7 части 3 статьи 4 Федерального закона от 30 декабря 2012 г. N 283-ФЗ). Согласно ч. 4 ст. 4 Федерального закона № 283-ФЗ от 30.12.2012 правом на единовременную социальную выплату также обладают членам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при наличии у погибшего (умершего) сотрудника условий, предусмотренных частью 3 настоящей статьи. Она предоставляется не позднее одного года со дня гибели (смерти) в равных частях обратившимся за ее получением членам семьи погибшего. По смыслу приведенных нормативных положений, комиссия принимает решение о постановке сотрудника на учет для получения единовременной социальной выплаты при установлении его нуждаемости в жилом помещении по одному из условий, определенных частью 3 статьи 4 Федерального закона от 30 декабря 2012 г. N 283-ФЗ, либо об отказе в постановке на указанный учет при отсутствии соответствующих условий. При этом наличие таких условий для постановки сотрудника на учет для получения единовременной социальной выплаты определяется комиссией на основании приложенных к заявлению сотрудника копий документов, перечисленных в пункте 5 Правил и заверенных в установленном порядке. Действующим правовым регулированием определен перечень необходимых документов для постановки сотрудника на учет для получения единовременной социальной выплаты и требования к оформлению этих документов. При этом органам ФСИН России не предоставлено право запрашивать, а сотрудникам - право представлять документы для постановки на такой учет по своему усмотрению взамен тех документов, которые предусмотрены Правилами и Порядком. Несоблюдение сотрудником установленных Правилами и Порядком требований при обращении в соответствующий орган для постановки на учет для получения единовременной социальной выплаты, как препятствующее определению его нуждаемости в жилом помещении, дает право комиссии для отказа в постановке сотрудника на такой учет. К заявлению прилагаются документы, перечисленные в пункте 5 Правил, в том числе документы, подтверждающие наличие или отсутствие в собственности сотрудника и проживающих совместно с ним членов его семьи жилых помещений (подпункт "и" пункта 5 Правил). Как следует из представленных документов, ... Я.С.о. вместе с заявлением представлена выписки из Единого государственного реестра прав на недвижимое имущество и сделок с ним от 10.12.2013, где отражено отсутствие объектов недвижимости у него и дочери. Также представлена справка БТИ об отсутствии недвижимого имущества. Представленная выписка из ЕГРП содержит указание о том, что сведения предоставлены по данным всех территориальных управлений Росреестра. При этом заявление было подано лишь 11.03.2014. Сведений о том, что в промежуток времени между получением выписок и обращением за выплатой Я.С.о и его дочь скрыли недвижимое имущество, собственниками которого являлись, в материалах дела не имеется. Суд соглашается с доводами стороны ответчика о том, что для принятия решения необходимы сведения о недвижимом имуществе за весь период, предшествовавший обращению за выплатой. В то же время суд полагает, что решение комиссии ФСИН России нельзя признать законным по следующим основаниям. Напротив, полученные при рассмотрении дела соответствующие сведения из Управления Росреестра по Республике Коми и БТИ подтверждают, что Я.С.о и его дочь собственниками недвижимого имущества не являлись. Представленные сведения аналогичны сведениям, содержащимся в представленной истцом выписке при подаче заявления о постановке на учет на получение ЕСВ, что свидетельствует об отсутствии у ... Я.С.о. умысла на сокрытие какой-либо информации о принадлежащем имуществу. Согласно п. 7 Правил на основании заявления и документов, указанных в пункте 5 настоящих Правил, комиссия в 3-месячный срок со дня их подачи принимает решение о постановке сотрудника на учет для получения единовременной социальной выплаты по одному из условий, определенных частью 3 статьи 4 Закона, либо об отказе в постановке на указанный учет. О принятом комиссией решении сотрудник уведомляется в письменном виде в течение 1 месяца со дня принятия указанного решения. По смыслу указанных норм вывод о наличии либо отсутствии у лица права на постановку на учет может быть сделан комиссии лишь при наличии полного пакета документов, необходимых для принятия соответствующего решения. Правила не содержат последствий представления документов не в полном объеме. При отсутствии данных документов комиссия ФСИН лишена возможности сделать вывод о наличии либо отсутствии материального права заявителя. В то же время на момент подачи истцом заявления действовал Порядок формирования и работы комиссий учреждений и органов уголовно-исполнительной системы по рассмотрению вопросов предоставления сотрудникам учреждений и органов уголовно-исполнительной системы и в случаях, установленных законодательством Российской Федерации, членам их семей и гражданам Российской Федерации, уволенным со службы в учреждениях и органах уголовно-исполнительной системы, единовременной социальной выплаты для приобретения или строительства жилого помещения, утв. Приказ ФСИН России от 29.08.2013 N 496 (далее – Порядок № 496). Согласно п. 10 Порядка № 496 территориальные подкомиссии и подкомиссии в отношении сотрудников УИС, перечисленных в абзацах третьем и четвертом пункта 7 настоящего Порядка, и в случаях, установленных законодательством Российской Федерации, членов их семей и граждан Российской Федерации, уволенных со службы в соответствующих учреждениях и органах УИС: 10.1. Осуществляют следующие функции: принятие документов для получения единовременной выплаты; проверку сведений, содержащихся в документах для получения единовременной выплаты; подготовку для направления в ФСИН России пакета документов для принятия решения о постановке сотрудников и граждан на учет для получения единовременной выплаты. 10.2. В целях выполнения возложенных на них функций осуществляют следующие основные полномочия: регистрируют рапорта и заявления в Книгах учета заявлений; проводят проверку представленных документов для получения единовременной выплаты на предмет соответствия перечню, определенному в Правилах, а также установленному порядку их оформления в течение 15 рабочих дней со дня регистрации рапорта, заявления. При выявлении недостатков в вышеуказанных документах возвращают их сотрудникам и гражданам с указанием в письменном виде причин возврата; для определения причинной связи гибели (смерти) сотрудника вследствие увечья или иного повреждения здоровья, полученных в связи с выполнением служебных обязанностей, либо заболевания, полученного в период прохождения службы в учреждениях и органах УИС, запрашивают в кадровых и медицинских подразделениях соответствующие заключения; рассматривают в 20-дневный срок со дня регистрации рапорта, заявления на заседаниях Территориальных подкомиссий и Подкомиссий документы для получения единовременной выплаты в целях принятия решения об их направлении в Комиссию ФСИН России с указанием в протоколах заседаний указанных подкомиссий оснований принятых решений. Ведение Книги учета заявлений возлагается на секретарей комиссий. Таким образом, при отсутствии необходимых документов подкомиссия УФСИН России, которая рассматривала заявление, должна была в течение 15 рабочих дней вернуть документы истцу с указанием в письменном виде причин возврата. Как указано ранее, подкомиссия ГУФСИН России посчитала представленные документы достаточными для принятия соответствующего решения и приняла 24.03.2014 решение направить документы в комиссию ФСИН России для рассмотрения вопроса о постановке в очередь на получение единовременной социальной выплаты Действующий в настоящее время и на момент принятия обжалуемого решения от 29.09.2016 Порядок № 550 также разделяет процедуры проверку наличия необходимых документов от процедуры принятия решения. Согласно п. 7 Порядка № 550 Комиссии осуществляют следующие функции: 7.1.1. Принятие документов для получения единовременной выплаты и их проверку на предмет соответствия перечню, определенному в Правилах, а также установленному порядку их оформления. 7.1.2. Принятие решений о постановке сотрудников и граждан на учет для получения единовременной выплаты, отказе в указанной постановке на учет и снятии с него. Таким образом, документы в силу Порядка № 550 могут быть приняты к рассмотрению по существу лишь при наличии полного пакета документов в соответствии с перечнем. В рассматриваемом случае комиссия ФСИН приняла документы к рассмотрению по существу при наличии неполного пакета документов. Таким образом, отказ в постановке на учет по основанию непредставления полного пакета документов, по существу, является отказом в рассмотрении вопроса о постановке на учет в связи с отсутствием документов, необходимых для выводов о наличии либо отсутствии права на получение ЕСВ. Кроме того, вывод об обеспеченности жилым помещением площадью более 15 кв.м может быть обусловлен наличие жилого помещения на условиях социального найма по адресу: ... Данное жилое помещение признано непригодным для проживания. В связи с чем в силу п. 3 ч. 3 ст. 4 Федерального закона № 283-ФЗ от 30.12.2013 оно не могло учитываться при решении вопроса об обеспеченности жилым помещением ФИО3 и его дочери. Судебная защита права осуществляется исходя из принципов разумности и добросовестности участников. Поскольку судом установлено, что со стороны ... Я.С.о. отсутствовал какой-либо умысел на сокрытие информации о принадлежащем имуществе, представленная выписка содержит данные о всех объектах недвижимости, принадлежащих ему и истцу, учитывая факт проверки документов комиссией ГУФСИН России и признание их достаточными, непринятия решения о возврате документов в течение 15 дней с момента их подачи, факт наличия лишь непригодного для проживания помещения на праве социального найма, принятие решения по существу спустя более 3 лет после подачи заявления, бездействие ответчика следует рассматривать как существенное нарушение прав ... Я.С.о. на рассмотрение вопроса о постановке на учет на получение ЕСВ в установленном порядке. Одновременно имеет место и нарушение прав истца как члена семьи, с учётом которого должна была быть предоставлена выплата. Действительно, в силу ч. 4 ст. 4 Федерального закона № 283-ФЗ ФИО3 имеет самостоятельное право на обращение за выплатой. Так согласно п. 26 Правил № 369 в случае гибели (смерти) сотрудника вследствие увечья или иного повреждения здоровья, полученных в связи с выполнением служебных обязанностей, либо заболевания, полученного в период прохождения службы в учреждениях и органах, единовременная социальная выплата предоставляется в равных частях обратившимся за ее получением совместно проживавшим с погибшим (умершим) сотрудником членам его семьи не позднее 1 года со дня гибели (смерти) сотрудника в порядке и на условиях, установленных настоящими Правилами для сотрудников. Общая площадь жилого помещения, принимаемая к расчету единовременной социальной выплаты, подлежащей в указанном случае делению между членами семьи погибшего (умершего) сотрудника, определяется исходя из условий и количества совместно проживавших с сотрудником членов его семьи, включая погибшего (умершего) сотрудника, на день, предшествующий дню гибели (смерти) сотрудника. То есть, объём прав членов семьи погибшего определяется с учётом погибшего сотрудника. Судом учитывается, что в соответствии с п. 2 ст. Гражданского кодекса Российской Федерации правоспособность гражданина возникает в момент его рождения и прекращается смертью. Однако вопрос о правах заявителя – ... Я.С.о., поставленный при его жизни, ответчиком по существу был разрешён, даже с учётом наличия достоверных сведений о его смерти. При принятии решения о постановке на учёт в дальнейшем сотрудник согласно подп. "е" п. 15 Правил № 369 должен был быть снят с учёта в случае его смерти (гибели) сотрудника или признания его судом безвестно отсутствующим или умершим (погибшим) (за исключением случаев, предусмотренных пунктом 26 настоящих Правил – право членов семьи на единовременную выплату). Данная оговорка свидетельствует о том, что решение о постановке на учёт по погибшему сотруднику должно было быть принято и должно сохранять свою силу до решения вопроса о праве членов семьи погибшего сотрудника на единовременную социальную выплату. В случае своевременного решения вопроса о постановке ... Я.С.о. на учёт и принятия положительного решения, он не мог быть снят с учёта до решения вопроса о правах его дочери на получение выплаты в силу подп. "е" п. 15 Правил № 369. С учётом изложенного суд приходит к выводу, что ответчик, разрешив заявление ... Я.С.о., нарушил права истца как члена семьи погибшего сотрудника. В связи с чем ФИО3 обладает самостоятельным правом на обращение в суд. Принимая во внимание положения ч. 4 ст. 4 Федерального закона № 283-ФЗ от 30.12.2012, п. 26 и подп. "е" п. 15 Правил № 369 в их взаимосвязи, а также действия ответчика по разрешению вопроса о постановке на учёт погибшего ... Я.С.о., суд приходит к выводу о возможности разрешения вопроса о праве ... Я.С.о. на постановку на учёт за получением социальной выплаты. Выше изложенное свидетельствует о незаконности отказа ... Я.С.о. в постановке на учет для получения единовременной социальной выплаты. Требование, указанное в п. 1 просительной части иска, по существу является требованием об отмене решения об отказе в постановке на учёт ... Я.С.о. Учитывая изложенное, обжалуемое решение подлежит отмене как нарушающее права истца, а ответчику ФСИН России надлежит поставить на учёт ... Я.С.о. с даты обращения с заявлением – 11.03.2014. В то же время суд не находит оснований для удовлетворения исковых требований, заявленных истцом к УФСИН России по Республике Коми, о возложении обязанности произвести перерасчет размера единовременной социальной выплаты для приобретения или строительства жилого помещения, оформить расчет протоколом и направить во ФСИН России новый расчет размера единовременной социальной выплаты для приобретения или строительства жилого помещения, поскольку в силу п. 4, п. 7.2.1, п. 21 Приказа ФСИН России от 16.10.2014 № 550 рассмотрение вопроса о предоставлении единовременной социальной выплаты для приобретения или строительства жилого помещения и расчет ее размера отнесены к компетенции комиссии ФСИН России. Ранее направленный УФСИН России по Республике Коми во ФСИН России пакет документов на истца содержал, в том числе, расчет размера единовременной социальной выплаты, в связи с чем УФСИН России по Республике Коми обязанность по подготовке и направлению документов для решения вопроса о постановке истца на учет исполнена надлежащим образом. Руководствуясь ст. - Гражданского процессуального кодекса Российской Федерации, суд решил: исковые требования удовлетворить частично. Отменить решение комиссии ФСИН России по рассмотрению вопросов предоставления начальникам территориальных органов ФСИН России, образовательных организаций ФСИН России, учреждений, непосредственно подчиненных ФСИН России, а также сотрудникам уголовно-исполнительной системы, проходящим службу в ФСИН России и в случаях, предусмотренных законодательством РФ, членам их семей и гражданам РФ, уволенным со службы в указанных учреждениях и органах уголовно-исполнительной системы, единовременной социальной выплаты для приобретения или строительства жилого помещения, оформленное протоколом № 88 от 01.11.2016, в части отказа ... Я.С.о в постановке на учет для получения единовременной социальной выплаты для приобретения или строительства жилого помещения и поставить ... Я.С.о с учётом ФИО3 на учёт для получения единовременной социальной выплаты для приобретения или строительства жилого помещения с датой постановки на учёт 11.03.2014. Отказать в удовлетворении требований о возложении обязанности на УФСИН России по Республике Коми произвести перерасчет размера ЕСВ с учетом коэффициентов на 2017 год и направить протокол с новым расчетом в ФСИН России. Решение суда может быть обжаловано в апелляционном порядке в Верховный Суд Республики Коми через Сыктывкарский городской суд Республики Коми в течение месяца со дня изготовления в окончательной форме. Председательствующий Попов А.В. Суд: Сыктывкарский городской суд (Республика Коми) (подробнее) Ответчики: УФСИН России по РК (подробнее) ФСИН России (подробнее) Судьи дела: Попов Андрей Валерьевич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