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Апелляционное представление - государственного обвинителя помощника прокурора ЗАТО г. Саров Нижегородской области ФИО3, удовлетворить частично.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мирового судьи судебного участка № 4 Саровского судебного района Нижегородской области от 11 августа 2017 года в отношении ФИО2, - изменить: - исключив указание в описательно-мотивировочной части приговора о том, что назначенное ФИО2 наказание должно быть назначено с учетом требований ч. 5 ст. 62 УК РФ ; - считать ФИО2 осужденным к наказанию в виде штрафа в размере 220 000 (двести двадцать тысяч) рублей с лишением права заниматься деятельностью, связанной с управлением механическими транспортными средствами на срок 3 года. Предоставить осужденному ФИО2 рассрочку уплаты штрафа в размере 220 000 (двести двадцать тысяч) рублей на 4 (четыре) месяца, с выплатой равными частями, то есть по 55 000 (пятьдесят пять тысяч) рублей ежемесячно.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приговор мирового судьи судебного участка № 4 Саровского судебного района Нижегородской области от 11 августа 2017 года в отношении ФИО2, - оставить без изменения, а апелляционную жалобу защитника осужденного ФИО2 - адвоката Филоновой О.Г., - без удовлетворения. Апелляционное постановление вступает в законную силу немедленно, но может быть обжаловано в вышестоящий суд в порядке, установленном главами 47.1 и 48.1 УПК РФ. ... ... Судья Саровского городского суда А.А. Николаев ... Суд: Саровский городской суд (Нижегородская область) (подробнее) Судьи дела: Николаев А.А. (судья) (подробнее) Последние документы по делу: Постановление от 26 ноября 2017 г. по делу № 10-15/2017 Апелляционное постановление от 26 сентября 2017 г. по делу № 10-15/2017 Апелляционное постановление от 20 августа 2017 г. по делу № 10-15/2017 Апелляционное постановление от 18 июня 2017 г. по делу № 10-15/2017 Апелляционное постановление от 10 мая 2017 г. по делу № 10-15/2017 Апелляционное постановление от 9 апреля 2017 г. по делу № 10-15/2017 Апелляционное постановление от 30 марта 2017 г. по делу № 10-15/2017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