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ФИО6, (Истец) -дочь умершей, принявшая наследство (дата обезличена) путем подачи по месту открытия наследства нотариусу заявления о принятии наследства (л.д.39)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ФИО7 (Ответчик)-дочь умершей, наследство не принимавшая, о чем она указала в своем заявлении (л.д.36).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ФИО3 - отец которой, ФИО8, являющийся родным сыном ФИО4, умер (дата обезличена), принявшая наследство (дата обезличена) путем подачи по месту открытия наследства нотариусу заявления о принятии наследства (л.д.40). Других лиц принявших наследство, наследников первой очереди, в том числе по праву представления, а так же нетрудоспособных лиц, которые находились бы на иждивении наследодателя не менее одного года до его смерти не имеется, что подтверждается материалами наследственного дела 305/2016 (л.д.37-48). Из материалов дела следует, что ФИО6 фактически приняла наследство после смерти наследодателя, т.к. согласно справки с мета жительства проживала с ним на день его смерти. А поэтому ее требования об установлении факта принятия наследства подлежат удовлетворению. Учитывая изложенное требования ФИО3 о признании право собственности на 3/4 (три четвертых) доли в праве общей долевой собственности на земельный участок, площадью 1000 кв.м., расположенный по адресу: (адрес обезличен) порядке наследования после смерти отца ФИО8, умершего 17.01.2015г. и матери ФИО4, умершей 24.07.2016г. являются обоснованными и подлежат удовлетворению. С учетом указанного, требования ФИО6 подлежат удовлетворению частично на долю в размере 1/4 от спорного земельного участка. На основании изложенного, руководствуясь ст.ст. – 199 ГПК РФ , суд Р Е Ш И Л : Исковые требования ФИО6 к ФИО3, ФИО7 о признании права собственности на земельный участок в порядке наследования, удовлетворить частично. Исковые требования ФИО3 к ФИО6, ФИО7 о признании права собственности на земельный участок в порядке наследования, удовлетворить. Установить факт принятия наследства ФИО6, открывшегося после ФИО8, умершего 17.01.2015г. Признать за ФИО3 право собственности на 3/4 (три четвертых) доли в праве общей долевой собственности на земельный участок, площадью 1000 кв.м., расположенный по адресу: (адрес обезличен) порядке наследования после смерти отца ФИО8, умершего 17.01.2015г. и матери ФИО4, умершей 24.07.2016г. Признать за ФИО6 право собственности на 1/4 (одну четвертую) доли в праве общей долевой собственности на земельный участок, площадью 1000 кв.м., расположенный по адресу: (адрес обезличен) порядке наследования после смерти отца ФИО8, умершего 17.01.2015г. В остальной части иска ФИО6 отказать. Решение может быть обжаловано в Нижегородский областной суд в течении месяца со дня принятия решения судом в окончательной форме, путем подачи апелляционной жалобы через Кстовский городской суд. Председательствующий судья: И.Ю.Кондратьев Суд: Кстовский городской суд (Нижегородская область) (подробнее) Судьи дела: Кондратьев Иван Юрьевич (судья) (подробнее) Последние документы по делу: Решение от 28 ноября 2017 г. по делу № 2-1844/2017 Решение от 27 сентября 2017 г. по делу № 2-1844/2017 Решение от 22 августа 2017 г. по делу № 2-1844/2017 Решение от 8 августа 2017 г. по делу № 2-1844/2017 Решение от 10 мая 2017 г. по делу № 2-1844/2017 Решение от 26 апреля 2017 г. по делу № 2-1844/2017 Решение от 13 марта 2017 г. по делу № 2-1844/2017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