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об оказании услуг № от 31.11.2010г. заключенный между ООО «БРК» и ООО «ФИО117 –Тепло» с приложением на 08 л., согласно которому ООО «БРК» в лице генерального директора ФИО5 и ООО «ФИО117 –Тепло» в лице генерального директора ФИО89 заключили договор согласно которому, заказчик- ООО «ФИО117 –Тепло» поручает, а исполнитель ООО «БРК» принимает на себя обязательство оказать услуги по оперативно-техническому и диспетчерскому обслуживанию электрооборудования (приложение №) обеспечивающее электропитание на промплощадке ООО «ФИО117–Тепло» от энергетического комплекса «ПС Текстильная 110/10 КВТ расположенного по адресу: &lt;адрес&gt;, а заказчик обязуется оплатить эти услуги в порядке и на условиях настоящего договора. Согласно п. 4.1. стоимость услуг по договору состоит из двух сумм 1-я часть 5 000 руб. ежемесячно, которая носит постоянный характер порядок и 2-я часть суммы определятся актом выполненных работ. Договор подписан сторонами и заверен оттисками печатей организаций, выполненных красителем фиолетового цвета. В качестве приложения № к договору приложен: календарный план технического обслуживания, приложение № – смета ремонта электрооборудования ООО «ФИО117 –Тепло» с &lt;дата&gt; по 30.09.2012г., приложение № – перечень электрооборудования ООО «ФИО117 –Тепло» (т.7 л.д. 208-210) - вещественными доказательствами: договор аренды № от 01.09.2010г. заключенный между ООО «БРК» и ООО «ФИО117 –Тепло», договор об оказании услуг № от 01.12.2010г. заключенный между ООО «БРК» и ООО «ФИО117 –Тепло», договор об оказании услуг № от 31.11.2010г. заключенный между ООО «БРК» и ООО «ФИО117 –Тепло» с приложением, признанные и приобщенные к материалам уголовного дела постановлением от &lt;дата&gt; (т.7 л.д. 211); - протокол выемки от 02.12.2015г. у представителя потерпевшего ООО «БРК» ФИО17, записи его разговора с ФИО1 по обстоятельствам фальсификации ФИО5 документов связанных с арендой помещений в ДК «Текстильщик», переписанной на электронный носитель информации в виде флеш - накопителя марки «SanDisk» в корпусе красно –черных цветов (т.7 л.д. 214-216 ); - протоколом осмотра предметов от 02.12.2015г., согласно которому осмотрена изъятая в ходе выемки у представителя потерпевшего ООО «БРК» ФИО17, запись его разговора с бывшим учредителем ООО «БРК» ФИО1 переписанная на электронный носитель информации в виде флеш - накопителя марки «SanDisk», согласно которым последний подтвердил факт подписания им по просьбе ФИО5 за обещанное вознаграждение документов, датированных задним числом, подтверждающих аренду помещений организации ООО «БРК» у ФИО5 в период с 2007г. по 2010г. расположенных в здании ДК «Текстильщик» по адресу: &lt;адрес&gt; (т.7 л.д. 217-222); - протоколом выемки от 15.12.2015г., в ходе которого у представителя потерпевшего ФИО17 изъят мобильный телефон марки «Айфон 5 S», на котором имеются СМС - сообщения направленные ему на номер телефона № ФИО1 по факту фальсификации ФИО1 документов по просьбе ФИО90 (т.7 л.д. 229-230); - протокол осмотра предметов от 15.12.2015г., согласно которому осмотрен изъятый у представителя потерпевшего ФИО17 мобильный телефон марки «Айфона 5 S», согласно которому в телефоне в папке «СМС» обнаружена папка «Мегфон –веб», в которой обнаружено следующее СМС –сообщение принятое от ФИО1: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СМС- сообщение с интернет –адреса «Мегфон -веб» со скрытым адресатом следующего содержания: «Подпись моя, суть документа та же, но другой шрифт и указанны адреса, такого не было, просто копия подпись !, со слов ФИО17 направленного ему ФИО104 09.12.2015г. в 11ч. 36 мин., после получения им фотокопии от ФИО17 из Арбитражного суда. Также, в папке « СМС» обнаружена папка «ФИО1», в котором обнаружено следующее СМС -сообщение принятое от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СМС- сообщение с номера телефона ФИО1 № +№ : « не предавал, не предал сейчас, и не придам, не заложено это во мне!», со слов ФИО17 направленного ФИО104 14.12.2015г. в 16 ч. 54 мин., после его допроса у следователя ФИО91 Посредством фотокамеры сотового телефона «Нокия люмия 800», сделаны фото указанных смс-сообщение, которые распечатаны на принтере и приобщены к протоколу (т.7 л.д. 232-236); - протокол осмотра документов от &lt;дата&gt;, согласно которому осмотрены в архиве Энгельсского районного суда &lt;адрес&gt; расположенного по адресу: &lt;адрес&gt; материалы гражданского дела №(1)/2013 по иску ООО «Балашовская распределительная компания» к ФИО5 о неисполнении обязательств должником, находящиеся в 2 томах, которые содержат опись, всего документов: В 1 томе согласно описи содержаться документы на 248 листах, а именно: -согласно определению о принятии дела к производству, проведения подготовки к судебному разбирательству судьи ФИО92 от 30.04.2014г., и исковому заявлению представителя ООО «БРК» ФИО49 от 25.04.2014г. последняя обратилась с иском в суд к ФИО5 о взыскании с него денежных средств в сумме 943 476, 30 руб. возникших по договору поставки тепловой энергии № от 15.10. 2010г. / л.д.1-4/; Далее к исковому заявлению были приложены копии учредительных документов ООО «БРК», копия договора поставки тепловой энергии № от 15.10. 2010г., договора цессии №.10.2011г, № от 27.04.2012г., акта проведения зачета взаимных требований от 27.04.2012г. -согласно копии договора поставки тепловой энергии № от 15.10.2010г., ООО «ФИО117 тепло» в лице генерального директора ФИО76, обязуется поставлять абоненту ФИО5 тепловую энергию по адресу: &lt;адрес&gt; / л.д.30/; -согласно копии договора № от 01.10.2011г., уступки права требования долга (цессии) ООО «ФИО117 тепло» в лице генерального директора ФИО89 именуемый «Цедент», и ООО «БРК» в лице генерального директора ФИО5 именуемый «Цессионарий» заключили договор, согласно которому Цедент уступает Цессионарию право требования долга с физического лица ФИО5 принадлежащего ему на основании договора поставки тепловой энергии № от 15.10.2010г. в сумме 326 598 руб., а цессионарий обязуется уплатить эту стоимостью. / л.д.32 /; -согласно копии договора № от 27.04.2012г., уступки права требования долга (цессии) ООО «ФИО117 тепло» в лице генерального директора ФИО93 именуемый «Цедент», и ООО «БРК» в лице генерального директора ФИО5 именуемый «Цессионарий» заключили договор, согласно которому Цедент уступает Цессионарию право требования долги в физического лица ФИО5 принадлежащего ему на основании договора поставки тепловой энергии № от 15.10.2010г. в сумме 616 877, 81 руб., а цессионарий обязуется уплатить эту стоимостью. / л.д. 33/; -согласно копии акта проведения зачета взаимных требований от 03.10.2011г. ООО «ФИО117 тепло» в лице генерального директора ФИО89 и ООО «БРК» лице генерального директора ФИО5 закрыли между собой задолженность на сумму 326 598 руб. / л.д. 34/; -согласно копии акта проведения зачета взаимных требований от 27.04.2012г. ООО «ФИО117 тепло» в лице генерального директора ФИО93 и ООО «БРК» лице генерального директора ФИО5 закрыли между собой задолженность на сумму 616 877, 81 руб. / л.д. 35/; -согласно заявления о приостановлении производства по делу от 27.04.2012г. представитель ООО «БРК» ФИО49 просит суд приостановить производство по делу связи с тем, что учредитель Общества ФИО8 обратилась с иском в Арбитражный суд &lt;адрес&gt; к ООО «ФИО117 тепло» и ФИО5 с исковым заявлением о признании договора уступки права требования исполнения обязательств от 27.04.2012г. недействительным, в случае признания ее требований законными, по гражданскому делу № сумма иска будет уменьшена на 616 877, 81 руб. / л.д. 49/; -согласно исковому заявлению поданному в Арбитражный суд &lt;адрес&gt; представителем ФИО8 – ФИО41, последняя простит суд признать договор уступки права требования № от 27.04.2012г. недействительным и применить последствия недействительной сделки, поскольку он заключен заинтересованным лицом ФИО5 без решения учредителя причинив ущерб Обществу которое путем его подписания лишилось прав на взыскании денежных средств в сумме 616 877, 81 руб. с первоначального должника ООО «ФИО117 тепло». / л.д. 50-53/; -согласно протоколу судебного заседания от 11.06.2014г., судьей Энгельсского районного суда судебное заседания было отложено до постановления Арбитражным судом &lt;адрес&gt; определения о принятии искового заявления. / л.д. 74/; -согласно возражению ФИО5 на исковое заявление от 18.06.2014г., сославшись на то, что свои обязательства по оплате долга в сумме 616 877, 81 руб. перед ООО «БРК» он выполнил на сумму исковых требований, путем подписания актов взаимозачетов от 05.10.2011г. и 30.04.2012г. по договору аренды нежилых помещений 01.06.2007г. заключенных между ФИО5 и ООО «БРК», которые он приложил к своему возражению. Согласно штампу синего цвета указанное возражение поступило в Энгельсский районный суд 18.06.2014г. / л.д. 74/; -согласно копии договора аренды нежилых помещений от 01.06.2007г., заключенному между ООО «БРК» именуемый арендатор в лице генерального директора ФИО5 и ФИО5 именуемый арендодатель, арендодатель обязуется представить, а арендатор принять в аренду нежилое встроенное помещение площадью 142 кв.м. расположенное в здании по адресу: &lt;адрес&gt; «а» и оплачивать арендную плату в размере 60 тыс. руб. ежемесячно. / л.д. 84-85/; -согласно акту приема-передачи от 01.06.2007г., гражданин ФИО5 именуемый арендодатель передал, а ООО «БРК» в лице генерального директора ФИО5 именуемый арендатор принял в аренду нежилые встроенные помещения площадью 142 кв.м. расположенные в здании по адресу: &lt;адрес&gt; «а», при этом арендодатель передал арендатору ключи. / л.д. 86/; -согласно акту приема-передачи от 31.12.2009г., гражданин ФИО5 именуемый арендодатель передал, а ООО «БРК» в лице генерального директора ФИО5 именуемый арендатор принял в аренду нежилые встроенные помещения площадью 142 кв.м. расположенные в здании по адресу: &lt;адрес&gt; «а», при этом арендодатель передала арендатору ключи. На момент подписания настоящего акта сума задолженности арендатора составляет в размере 1 618 200 руб. Данный акт является неотъемлемыми приложением к договору аренды &lt;дата&gt;г. / л.д. 87/; - согласно акту взаимозачета от 30.04.2012г., гражданин ФИО5 и ООО «БРК» в лице генерального директора ФИО5 пришли к соглашению, что долг ООО «БРК» перед ФИО5 по договору аренды нежилых помещений &lt;дата&gt;г. составляет в размере 1 291 601, 51 руб., а долг ФИО5 перед ООО «БРК» по договору цессии № от 27.04.2012г. составляет в размере 616 877,81 руб., взаимозачет производиться на сумму 616 887,81 руб., после зачета долг ООО «БРК» перед ФИО5 составляет в размере 674 723, 70 руб. / л.д. 89/; - согласно акту взаимозачета от 05.10.2011г., гражданин ФИО5 и ООО «БРК» в лице генерального директора ФИО5 пришли к соглашению, что долг ООО «БРК» перед ФИО5 по договору аренды нежилых помещений &lt;дата&gt;г. составляет в размере 1 618 200 руб., а долг ФИО5 перед ООО «БРК» по договору цессии № от 01.10.2011г. составляет в размере 326 598, 49 руб., взаимозачет производиться на сумму 326 598, 49 руб., после зачета долг ООО «БРК» перед ФИО5 составляет в размере 1 291 601, 51 руб. Копия данного акта заверена подписью судьи и оттиском штампа «копия верна» синего цвета. / л.д. 89/; - согласно акту зачета взаимных требований от 30.11.2010г., гражданин ФИО5 и ООО «ФИО117 тепло» в лице генерального директора ФИО88, пришли к соглашению, по которому физическое лицо ФИО5 имеет задолженность перед ООО «ФИО117 Тепло» за теплоэнергию по договору по договору № от 15.10.2010г. в сумме 1 253 570, 39 руб., а ООО «ФИО117 тепло» имеет задолженность перед ФИО5 по договору субаренды без номера от 25.12.2008г. в сумме 1 253 570, 39 руб., в связи чем, стороны закрыли данным актов взаимную задолженность. Копия данного акта заверена подписью судьи и оттиском штампа «копия верна» синего цвета. / л.д. 90/; - согласно акту проведения зачета взаимных требований от 01.10.2011г., ФИО5 и ООО «ФИО117 тепло» в лице генерального директора ФИО89, пришли к соглашению, по которому физическое лицо ФИО5 имеет задолженность перед ООО «ФИО117 Тепло» за теплоэнергию по договору по договору № от 15.10.2010г. в сумме 147 129, 61 руб., а ООО «ФИО117 тепло» имеет задолженность перед ФИО5 по договору субаренды без номера от 25.12.2008г. в сумме 147 129, 61 руб., в связи чем, стороны закрыли данным актов взаимную задолженность. / л.д. 91/; - согласно определению о возобновлении производства по делу от 26.01.2015г., судье Энгельсского районного суда ФИО92 по заявлению представителя ответчика ФИО94 производство по гражданскому делу возобновлено. - согласно решению судьи Энгельсского районного суда ФИО92 от 29.01.2015г., в иске ООО «БРК» к ФИО5 о взыскании денежных средств в сумме 943 476, 30 руб. по договору поставки тепловой энергии № от 15.10.2010г. отказано. / л.д. 209-211/; Во 2 томе согласно описи содержаться документы на 50 листах, а именно: -согласно ходатайству о приостановлении производства по делу от 01.02.2015г. представитель ООО «БРК» ФИО95 просит приостановить производство делу до вынесения решения по существу по арбитражному делу № А57-4392/2014 по иску учредителя ООО «БРК» ФИО8 к ФИО5 о призвании недействительным договора аренды нежилых помещений от 01.06.2007г. и актов взаимозачетов от 05.10.2011г., 30.04.2012г. При этом по указанному договору в рамках арбитражного дела № А57-4392/2014 назначена судебно- техническая экспертиза для определения срока давности изготовления договора аренды от 01.06.2007г. / л.д. 18-20/;(т.8 л.д. 1-7) - копией экспертного заключения ООО «НИЛСЭ» № от 25.08.2015г. полученная из материалов дела № А 57-4392/2014 по исковому заявлению ФИО8 к ФИО5 о признании недействительными договора аренды нежилого помещения от 01.06.2007г. и актов взаимозачета от 05.10.2011г., 30.04.2012г., представленные по запросу на основании письма № б.н. от 22.09.2015г. из Арбитражного суда &lt;адрес&gt;, в соответствии с которым: 1). на 2-м листе договора сначала был выполнен оттиск печати ООО «БРК» затем подпись ФИО5, 2). фактическое время нанесение реквизитов (подписи и печати) второго листа договора аренды от 01.06.2007г. не соответствует дате указанной в документе; 3). договор выполнен в период с июня 2010г. по март 2014г., что не исключает возможность его выполнения в марте 2013г.; 4). в спорном документе, имеется временной разрыв в нанесении оттиска печати, подписи и текста. Определить конкретное время выполнения печатного текста договора аренды не представляется возможным (т.9 л.д. 119-143); - протоколом осмотра документов от &lt;дата&gt;, согласно которому, помимо прочего было, осмотрено изъятое в ходе выемки в ОАО «НВК БАНК» юридическое дело ООО «БРК» по расчетному счету №, а именно заявление на открытие счета ООО «БРК» от 11.05.2007г., согласно которому в ОАО «НВК Банк» с заявлением обратился генеральный директор ООО «БРК» ФИО5 с просьбой открыть накопительный счет, по заявлению которого в тот же день руководством банка принято решение об открытии счета №; карточка с образцами подписей и оттиска печати ООО «БРК» от 15.06.2007г., согласно которой правом первой и единственной подписи по управлению банковским счетом № с 15.06.2007г. обладал генеральный директор ООО «БРК» ФИО5 (т.7 л.д. 159-163); Документы, юридического дела ООО «БРК», изъятые в ходе выемки 07.10.2015г. в ОАО «НВК БАНК», признаны и приобщены к материалам уголовного дела в качестве вещественных доказательств (т. 7 л.д. 164-165); - выпиской о движении денежных средств по расчетному счету ФИО5 № - копии финансово - хозяйственных документов ООО «ФИО117 -Тепло» подтверждающие хозяйственные отношения по поставке тепла в здание ДК «Текстильщик» оформленного на ФИО5, выполнение работ ООО «БРК» в интересах ООО «ФИО117 -Тепло», и закрытие задолженности путем перестуки ООО «БРК» права требования долга с ФИО5 за выполненные работы в интересах ООО «ФИО117 Тепло» на основании: договора № об уступки прав требования от 01.10.2011г., акта проведения зачетов взаимных требований от 03.10.2011г., акта взаимозачета от 30.04.2012г.; акта взаимозачета от 05.10.2011г.; договора № на оказание услуг по поставке тепла; уведомления; договора № об уступки прав требования от 27.04.2012г.; акта проведения зачетов взаимных требований от 27.04.2012г.; акта выполненных работ; сметы, актов представленные по запросу на основании письма № б.н. от 01.10.2015г. конкурсным управляющим ООО «ФИО117-Тело» ФИО87 (т.9 л.д. 145-171); -копией решения Арбитражного суда &lt;адрес&gt; по делу № А 57-4392/2014 от 18.12.2015г., полученного на основании письма № б.н. от 29.12.2015г. из Арбитражного суда &lt;адрес&gt; по иску ФИО8 к ФИО5, в соответствии с которым заявленные исковые требования участника ООО «БРК» ФИО8 удовлетворены и признаны недействительными в силу ничтожности договор аренды нежилых помещений от 01.06.2007г. и акты взаимозачета от &lt;дата&gt;, от 30.04.2012г. заключенные между ФИО5 и ООО «БРК» (т.10 л.д. 71-78); Также в ходе рассмотрения уголовного дела были исследованы и приобщены к материалам дела: - копия постановления арбитражного суда апелляционной инстанции от &lt;дата&gt; по делу № А57-4392/2014, которым решение арбитражного суда &lt;адрес&gt; от &lt;дата&gt; по делу № А57-4392/2014 оставлено без изменения, а жалоба ФИО5 без удовлетворения; - копия постановления арбитражного суда кассационной инстанции по делу № А57-4392/2014 от &lt;дата&gt;, которым решение Арбитражного суда &lt;адрес&gt; по делу № А 57-4392/2014 от 18.12.2015г. и постановления арбитражного суда апелляционной инстанции от &lt;дата&gt; по делу № А57-4392/2014, оставлены без изменения, а жалоба ФИО5 без удовлетворения. Стороной защиты в обоснование своей позиции представлены следующие доказательства: Показания свидетеля ФИО95, который пояснил, что участвовал в рассмотрении арбитражным судом спора по иску учредителя ООО «БРК» ФИО8 к ФИО5, в рамках которого оспаривалась сделка, которая была признана мнимой или притворной, а именно оспаривался договор аренды, дату которого он не помнит. Со стороны ФИО105 участие в процессе принимал он (ФИО105) и два его представителя. В ходе рассмотрения дела они предъявили встречный иск, в котором настаивали, что сделка действительно была и ООО «БРК» должно по ней ФИО106 около 2,5 миллионов рублей. Он как представитель ФИО8 поддержал её позицию о том, что сделка мнимая или притворная, в настоящее время подробностей он не помнит. Также помнит, что в основу судебного решения была положена экспертиза, в которой ставились вопросы по давности изготовления документа и эксперт пришёл к выводу, что договор изготовлен не в дату его подписания, а позже, поскольку в нём были указаны паспортные данные, которых не было на момент подписания договора и другие моменты, в том числе тот, что в договоре содержался неправильный номер КПП или ОКАТО, который был получен позже, всё это отражено в судебном акте. По встречным требованиям ФИО105, производство было прекращено, скорее всего, за не подведомственностью спора арбитражному суду. По предъявленному на обозрение свидетеля договору купли-продажи от &lt;дата&gt; (т.11 л.д. 175 -176), где по указанию ФИО5 также указан неверный номер КПП, свидетель указал, что не помнит, предъявлялся ли им в арбитражный суд такой документ. Показания свидетеля ФИО27, который пояснил, что работал вместе с ФИО5, оказывал ему услуги юриста, составлял договора аренды, трудовые договора и другие в 2006-2007 годах. При этом офис ООО «БРК» в тот момент находился в ДК «Текстильщик» на 2 этаже, потом находился на 1 этаже по тому же адресу – пр-т. Космонавтов 8 «А». Он ФИО27 работал на дому, приходил в офис очень редко, возможно, раза три. При этом в офисе он видел ФИО3 и ещё какую-то женщину. В связи с оказываемыми им услугами, с ним был заключен договор подряда, по которому производились расчёты. Также ему известно, что в помещениях ООО «БРК» на втором этаже был потоп вначале деятельности, в 2007 или 2008 годах, точно не в 2010 и не в 2009 году, в связи с которым пострадала часть документации и ФИО5 просил его (Захарова) скинуть бланки подготовленных им документов, чтобы восстановить утраченные документы, что он и сделал. Показания свидетеля ФИО77, которая сообщила, что с 2007 по 2009 г. работала в ООО «БРК», офис которого располагался в ДК Текстильщик на 2 этаже, она занималась оформлением документации по ремонту оборудования, трудозатратам, работала на основании договора подряда, зарплату получала в конце месяца по ведомости лично от ФИО5 на основании акта выполненных работ. Договора подряда у неё не сохранились. Производились ли ремонтные работы в офисе, она не помнит. Помнит, что в офисе протекала крыша. С ней вместе в данном офисе работали ФИО105 и ФИО3, однако, чем они занимались, сказать не может. В кабинете были столы и стеллажи, ключей от кабинета у неё не было, когда она приходила в офис, там всегда кто-то был. Насколько ей известно, вся деятельность ООО «БРК» осуществлялась на комбинате плащевых тканей. Так прошло 10 лет, многих обстоятельств она не помнит. - рапорт следователя ФИО91 от 15.12.2015г. на имя начальника СЧ СУ УМВД России по &lt;адрес&gt;, в котором сообщается о поступившем от представителя ООО «БРК» ходатайстве о заключении под стражу ФИО5, и в обоснование которого приложено решение Арбитражного суда &lt;адрес&gt; по делу № А57-4392/2014 от 18.12.2015г.. Обращено внимание суда, что рапорт написан датой раньше, чем решение суда, на которое имеется в нём ссылка (т.4 л.д. 48); - план-схема первого и второго этажей ДК «Текстильщик», в которых обращено внимание на неверный план, который представлен в материалы дела ФИО29 (т.4 л.д. 98-102); - экспериментальные образцы подчерка свидетеля ФИО1 полученные 21.12.2015г. (т.6 л.д. 142), по котором внимание суда обращено на текст, изложенный ФИО1, свидетельствующий, по мнению защиты, об оказании на него давления; - договор купли-продажи недвижимости от &lt;дата&gt;, и акт приёма-передачи, заключённый между ООО «ГлобалТрансойл» в лице генерального директора ФИО1 (продавец) и ООО «БРК» в лице генерального директора ФИО5, согласно которого продавец передал, а покупатель принял в собственность и оплатил одноэтажное нежилое здание трансформаторной подстанции 110/10, общей площадью 281,7 кв.м., расположенное по адресу: &lt;адрес&gt; (т.11 л.д. 171-174), что свидетельствует о наличии имущества у ООО «БРК» до 2011 года; -договор купли-продажи от &lt;дата&gt;, заключенный между ООО «БРК» в лице генерального директора ФИО5 (покупатель) и ООО «Покровск-Энергосбыт» в лице генерального директора ФИО96 (продавец), согласно которому продавец передал, а покупатель принял в собственности и оплатил имущество, указанное в приложении № К данному договору (т.11 л.д. 175-184). По данному договору обращено внимание суда, что указанное в договоре КПП организация получила в конце декабря 2009 года, поскольку по адресу Железнодорожная, &lt;адрес&gt;, оф. 205 ООО «БРК» было зарегистрировано в конце декабря 2009 года. -сведения об открытых счетах в кредитных организациях, представленные ИФНС России по &lt;адрес&gt;, где указано, что расчётный счёт 40№, принадлежащий ООО «БРК» был открыт &lt;дата&gt; (т.9. л.д. 19), по которому защитой со ссылкой на решение Арбитражного суда &lt;адрес&gt; от &lt;дата&gt; по делу № А57-4392/2014 (т. 10. л.д. 71-78), обращено внимание, что ФИО5 мог на &lt;дата&gt; знать номер данного расчётного счёта и указать его в договоре, признанном недействительным в силу ничтожности, в том числе, и по этому основанию. - копия решение Балашовского городского суда &lt;адрес&gt; от &lt;дата&gt;, согласно которому за ФИО5 признано право собственности на двухэтажное нежилое здание, расположенное по адресу: &lt;адрес&gt; «А» общей площадью 3902, 6 кв.м. (т. 10, л.д. 207-208); - копия решения Балашовского районного суда &lt;адрес&gt; от &lt;дата&gt; по делу № (1)/2013, по иску ФИО5 ФИО17 о признании недействительными договоров купли-продажи согласно которому, исковые требования ФИО97 удовлетворены признаны недействительными договоры купли-продажи недвижимости от &lt;дата&gt; по адресу: &lt;адрес&gt;, а именно на нежилое помещение общей площадью 681, 9 кв.м. на 1 этаже, на встроенное нежилое помещение, общей площадью 697,3 кв.м.на 2 этаже, на нежилое помещение, общей площадью 467,5 кв.м. на 2 этаже, на встроенное нежилое помещение, общей площадью 1084,4 кв.м. на 2 этаже; на земельный участок с категорией земель населённых пунктов, разрешённым использованием, для осуществления производственной деятельности, общей площадью 7375 кв.м., применены последствия недействительности сделок, путём приведения сторон в первоначальное положение; -копия нотариально заверенной доверенности, выданная ФИО5 ФИО44 от &lt;дата&gt; на право управлять, пользоваться и распоряжаться принадлежащим ему имуществом, поименованным в доверенности: нежилыми помещениями и земельным участком, расположенными в &lt;адрес&gt; «а»; - копия нотариально заверенного распоряжения от &lt;дата&gt;, которым ФИО5 отменил ранее выданную ФИО44 вышеуказанную доверенность; - копия договора купли-продажи от &lt;дата&gt;, заключенного между ОАО «Балашовский текстиль» (Продавец) и ФИО98 (покупатель), предметом которого является нежилое здание Дворца Культуры, расположенное на территории жилгородка комбината плащевых тканей в &lt;адрес&gt; и акт приёма-передачи к указанному договору от &lt;дата&gt;; - копия решения Энгельсского районного суда &lt;адрес&gt; от &lt;дата&gt; по делу № (1), по иску ООО «БРК» к ФИО5 о взыскании денежных средств, процентов за пользование чужими денежными средствами, согласно которого с ФИО5 в пользу ООО «БРК» взысканы денежные средства в размере 280 000 рублей и проценты за пользование чужими денежными средствами и расходы по оплате государственной пошлины, а всего в размере 288268 рублей 20 копеек; - копия заявления, поданного в Арбитражный суд &lt;адрес&gt; и эксперту ООО «НИЛСЭ» ФИО99 генеральным директором ООО «БРК» ФИО39, в котором он дополнил ранее представленный отзыв, что, по мнению защиты, было сделано в целях оказания давления на эксперта и повлияло на его выводы в заключении, которые положены в основу решения Арбитражного суда. Судом исследован также приобщённый представителями потерпевшего в материалы дела в опровержение доводов ФИО5 о том, что номер расчётного счёта ООО «БРК» мог быть ему известен на момент заключения договора аренды от &lt;дата&gt;, так как был открыт ООО «БРК» &lt;дата&gt;, запрос генерального директора ООО «БРК» в АО «НВКБанк» и полученный ответ, за подписью главного бухгалтера ФИО100, в котором сообщается, что накопительный счёт № ООО «БРК» был открыт &lt;дата&gt; (закрыт 15.06.2007г), после государственной регистрации ООО «БРК» на основании договора № банковского счёта от 15.06.2007г. был открыт новый расчётный счёт №, сообщение об открытии которого направлено ООО «БРК» в ИФНС &lt;дата&gt; в электронном виде. Анализ совокупности представленных стороной обвинения доказательств, которые суд находит допустимыми и достоверными, поскольку они получены в соответствии с требованиями закона и согласуются между собой, приводит суд к убеждению в виновности ФИО5 в совершении действий, непосредственно, направленных на хищение имущества ООО «БРК» путём обмана в особо крупном размере в сумме 3 542 299 рублей 42 копейки, которые не были доведены до конца по независящим от него обстоятельствам. Так, исследованные доказательства прямо свидетельствуют, что в ходе судебных заседаний в Энгельсском районном суде &lt;адрес&gt; не соглашаясь с предъявленными ему имущественным требованиями о взыскании задолженности, ФИО5 были представлены возражения на данные исковые требования, в которых он указывал об отсутствии у него задолженности перед ООО «БРК», подтверждая это приложенными документами, в том числе, договором аренды нежилых помещений от &lt;дата&gt;, и актами приёма передачи к данному договору, подписанными между ФИО5 как физическим лицом (собственником нежилых помещений) и им же как генеральным директором ООО «БРК». В связи с сомнениями учредителя ООО «БРК» ФИО8 в подлинности данного договора аренды и производных от него других документов, ввиду того, что ФИО101 как участнику общества, было известно, что в 2007-2009 годах деятельности в ООО «БРК» не велось, работников, кроме генерального директора, не имелось и необходимости в аренде помещений площадью 142 кв.м. также не было, ею, через представителей, &lt;дата&gt; в Арбитражный суд &lt;адрес&gt; было представлено исковое заявление к ФИО5 о признании данного договора аренды недействительным в силу ничтожности, а также признании недействительными ряда договоров, заключённых на его основе, а именно актов взаимозачётов, датированных &lt;дата&gt; и &lt;дата&gt;, оформленных ФИО5 с ООО «БРК». При этом ФИО5, имея умысел на хищение имущества ООО «БРК» &lt;дата&gt; предъявил в Арбитражный суд &lt;адрес&gt; встречные требования о взыскании задолженности с ООО БРК в сумме 674 723,70 копеек по договору аренды, датированному &lt;дата&gt; и штрафа в сумме 2 867 575,72 рублей, а всего 3 542 299, 42 копеек, что является в силу примечания к ст. 158 УК РФ , особо крупным размером, при этом, вводя в суд в заблуждение и желая обмануть, представил изготовленные им ранее заведомо подложные документы, устанавливающие наличие данной задолженности. Исследованные доказательства, которые суд нашёл достоверными, в полной мере подтверждают то обстоятельство, что данный договор от &lt;дата&gt; фактически не заключался и не исполнялся в период с 2007 по 2009 год, был изготовлен ФИО5 с целью хищения имущества, принадлежащего ООО «БРК» посредствам предъявления в суде требований о взыскании задолженности по данному договору и штрафных санкций в связи с его якобы неисполнением ООО «БРК». Об этом в частности, свидетельствуют показания представителя потерпевшего ФИО17, свидетелей ФИО8, ФИО41, ФИО39, ФИО1, а также сотрудников ООО «БРК» и исследованные письменные доказательства, указывающие об отсутствии до 2010 деятельности ООО «БРК», что, в частности, подтверждает отсутствие до 2010 года движения денежных средств по расчётному счёту ООО «БРК», исследованные судом налоговые декларации, предоставляемые с нулевыми показателями о прибылях предприятия. Представленные стороной защиты доказательства, в том числе показания свидетелей Захарова, ФИО114 не опровергают данных обстоятельств, поскольку указанные лица пояснили, что выполняли порученную им ФИО105 работу по договору подряда, при этом, Захаров пояснил, что приходил в ДК «Текстильщик» редко, не более трёх раз за всё время, ФИО114 выполняла работу, связанную с оформлением документов и объективной необходимости в её нахождении в помещениях ДК «Текстильщик» для исполнения этих обязанностей, суду не представлено. Официально в ООО «БРК», которое было зарегистрировано и имело офис в &lt;адрес&gt;, в качестве работника числился только генеральный директор – ФИО5. Доводы ФИО5 о произошедших залитиях помещений, сданных им ООО «БРК» в аренду в период с 2007 г. по 2009 года, которые приводили к полной утрате документации и необходимости её восстановления, в судебном заседании не представлено. Показания свидетеля Захарова, состоящего с ФИО105 длительное время в приятельских отношениях, в данной части неконкретны, в связи с чем, суд относится к ним критически, расценивает как данные с целью помочь ФИО5 избежать уголовной ответственности. Показания ФИО5, касающиеся его невиновности в совершении преступления суд расценивает как избранный им способ защиты от предъявленного обвинения. В соответствии с положениями ст. 90 УПК РФ обстоятельства, установленные вступившим в законную силу приговором,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без дополнительной проверки. Факт подложности договора аренды от &lt;дата&gt;, на основании которого ФИО5 был намерен завладеть имуществом ООО «БРК» подтверждают состоявшие по арбитражному делу решения, основанные, помимо прочего, на заключении экспертизы, оснований не доверять которой Арбитражный суд не усмотрел. То обстоятельство, что ФИО5, после вступления в законную силу вынесенных арбитражными судебными инстанциями решений не обратился в суд общей юрисдикции за защитой своих прав, не свидетельствуют об отсутствии у него умысла на хищение, поскольку представленные доказательства свидетельствуют, что ФИО5 до удаления суда для принятия решения поддерживал заявленные им встречные требования в полном объёме, а после прекращения производства по делу в связи с неподведомственностью, через своих представителей, обжаловал данное решение не только в апелляционном, но и в кассационном порядках, вплоть до Верховного Суда РФ, ссылаясь в обоснование своих жалоб, в том числе и на незаконность выделения его требований в отдельное производство. В каждом случае, обращаясь в судебные инстанции ФИО5 нёс расходы по уплате государственной пошлины, что также свидетельствует о его осведомлённости и желании оспаривать состоявшиеся судебные решения, в расчёте на удовлетворение его требований. Как следует из решения Арбитражного суда &lt;адрес&gt; от &lt;дата&gt; по делу № А57-4392/2014 г., которым договор аренды нежилых помещений от &lt;дата&gt; признан недействительным в силу ничтожности, в его обоснование положена совокупность исследованных в судебных заседаниях данных, указывающих на это обстоятельство. Ссылка ФИО5 на имеющееся в деле доказательство – сведения о расчётных счетах, представленные ИФНС по &lt;адрес&gt; об открытии расчётного счёта ООО «БРК» №, &lt;дата&gt;, по вышеуказанным основаниям, не ставит под сомнение правильность принятых арбитражными судами решений, кроме того, данные сведения опровергаются исследованными судом материалами юридического дела ООО «БРК», содержащими заявление ФИО5 об открытии этого счёта &lt;дата&gt;, сведения АО «НВКбанк» о том, что открытие данного счёта было произведено на основании заявления генерального директора ООО «БРК» ФИО5 &lt;дата&gt;. При этом, сведения ИФНС об открытии счёта по сравнению с банковскими документами, не являются первичным документом и могут содержать технические ошибки или неточности. Учитывая изложенное, действия ФИО5 суд квалифицирует по ст.ст. ч.3, 159 ч.4 УК РФ как мошенничество, то есть умышленные действия лица, непосредственно направленные на хищение чужого имущества путём обмана, совершённые в особо крупном размере, если при этом преступление не было доведено до конца по не зависящим от этого лица обстоятельствам. При этом из обвинения ФИО5 подлежит исключению указание на совершение им вышеуказанных действий путём злоупотребления доверием, как излишне вменённое, поскольку описание вменённого ему преступного деяния не содержит указания на данный способ совершения преступления. Учитывая данные о том, что на учёте у врачей нарколога и психиатра ФИО5 не состоит, его поведение во время и после совершения преступлений, а также в ходе рассмотрения дела, суд находит его вменяемы по отношению к совершённым преступлениям и подлежащим уголовной ответственности и наказанию. При назначении наказания подсудимому за каждое из совершенных им преступлений суд учитывает влияние наказания на его исправление, достижение таких целей правосудия, как предупреждение новых преступлений и восстановление социальной справедливости, характер и степень общественной опасности каждого совершенного ФИО5 преступления, в связи с чем, считает невозможным назначение подсудимому более мягкого наказания, чем лишение свободы. Вместе с тем при решении вопроса о виде и размере наказания суд принимает во внимание влияние наказания на условия жизни семьи виновного, его состояние здоровья, и данные о личности ФИО5, который характеризуется исключительно положительно, имеет семью; отсутствие отягчающих наказание обстоятельств и наличие смягчающих наказание обстоятельств, в качестве которых суд признает по каждому преступлению, в соответствии с п. «г» ч.1, ч.2 ст. 61 УК РФ , наличие на иждивении ФИО5 двоих малолетних детей и совершеннолетнего ребёнка – инвалида 2 группы, состояние здоровья ФИО5 и членов его семьи, а также по преступлению, предусмотренному ч.3 ст. 160 УК РФ частичное возмещение ущерба потерпевшему. Преступление, предусмотренное ч.3 ст. , ст. ч.4 УК РФ является неоконченным в стадии покушения, в связи с чем, при назначении наказания за данное преступление суд учитывает положения ч.3 ст. 66 УК РФ . С учётом имущественного и семейного положения ФИО5, суд полагает возможным не определять ему дополнительные виды наказания, предусмотренные ст.ст. ч.3 и ч.4 УК РФ. Оснований для изменения категории тяжести преступлений в соответствии с ч.6 ст. 15 УК РФ , а также для применения положений ст.ст. и 64 УК РФ суд не усматривает. Окончательное наказание ФИО5 надлежит определить по правилам ч.3 ст. 69 УК РФ путём частичного сложения назначенных наказаний. ФИО5 как лицу, совершившему тяжкие преступления, отбывание наказания следует определить на основании п. «б» ч.1 ст. 58 УК РФ в исправительной колонии общего режима. Вещественными доказательствами необходимо распорядиться в соответствии с положениями ст. 81 УПК РФ . Судебные издержки, взысканные с Управления судебного департамента в &lt;адрес&gt; в виде оплаты свидетелю ФИО59 проезда из &lt;адрес&gt; в &lt;адрес&gt;, в связи с его допросом в качестве свидетеля, подлежат взысканию с ФИО5 на основании ст. 131 УПК РФ . На основании изложенного, и руководствуясь ст.ст. , , , , 131 УПК РФ , суд, приговорил: ФИО5 признать виновным в совершении преступлений предусмотренных: - ч.3 ст. Уголовного кодекса Российской Федерации, по которой назначить наказание в виде лишения свободы сроком на 2 (два) года, - ст.ст. ч.3, 159 ч.4 Уголовного кодекса Российской Федерации, по которой назначить наказание в виде лишения свободы сроком на 2 (два) года 6 (шесть) месяцев. В соответствии с ч.3 ст. 69 УК РФ по совокупности преступлений, путём частичного сложения назначенных наказаний, определить ФИО5 наказание в виде 3 (трёх) лет лишения свободы с отбыванием наказания в исправительной колонии общего режима. Меру пресечения ФИО5 в виде подписки о невыезде и надлежащем поведении до вступления приговора в законную силу изменить на заключение под стражу, с содержанием в ФКУ СИЗО-1 УФСИН России по &lt;адрес&gt;. Взять ФИО5 под стражу в зале суда. Срок наказания ФИО5 исчислять с даты провозглашения приговора – с &lt;дата&gt;, засчитав в срок отбытия наказания время его нахождения под домашним арестом, из расчёта один день домашнего ареста за один день лишения свободы, с учётом даты его фактического задержания, то есть с &lt;дата&gt; по &lt;дата&gt; включительно. Взыскать с ФИО5 в пользу Управления Судебного департамента в &lt;адрес&gt; судебные издержки в виде оплаты проезда свидетеля ФИО59 в связи с его допросом в судебном заседании, в сумме 420 (четыреста двадцать) рублей. Вещественные доказательства по уголовному делу : - находящиеся при материалах уголовного дела, упакованные в полимерный пакет: документы ООО «БРК», изъятые в ходе выемки от &lt;дата&gt; у свидетеля ФИО8: копия решения № от 03.10.2012г., копия свидетельства о государственной регистрации юридического лица, копия свидетельства о постановке на учет российской организации в налоговом органе по месту нахождения на территории РФ, копия акта приема-передачи документов ООО «БРК» от ФИО5, копии актов приема-передачи документов ООО «БРК» от ФИО5 от 30.10.2012г., 09.11.2012г., 28.01.2013г., копия акта приема-передачи материальных ценностей ООО «БРК» от ФИО5 от 17.03.2014г., копия трудового договора от &lt;дата&gt;, копия договора аренды нежилых помещений от &lt;дата&gt;, копия акта приема – передачи от &lt;дата&gt;, копия акта приема-передачи от &lt;дата&gt;, копия договора займа от &lt;дата&gt;, приказ о прекращении трудового договора с работником – ФИО5, решение № от &lt;дата&gt;, копия Устава ООО «БРК», признанные и приобщенные к материалам уголовного дела постановлением от &lt;дата&gt;- по вступлении приговора в законную силу – возвратить по принадлежности ФИО8; - находящиеся в материалах уголовного дела, в не упакованном виде: финансово-хозяйственные документы ООО «БРК» в копиях представленные защитником подозреваемого ФИО5- адвокатом ФИО73 по ходатайству от 03.06.2015г.: копии платежных ведомостей ООО «БРК» за период с сентября 2011г. по май 2012 г. и иных внутренних документов ООО «БРК» всего на 30 листах, копия договора аренды нежилого помещения от 01.11.2010г. и акта приема передачи помещения к нему от 01.11.2010г., копия решения № от &lt;дата&gt; об учреждении ФИО5 ООО «БРК», копия решения участника ООО «БРК» от 26.06.2008г. о продаже ФИО5 долей в уставном капитале организации, копия решение участника ООО «БРК» от 25.10.2010г. о продаже ФИО1 долей в уставном капитале организации, копия акта недопуска № от &lt;дата&gt;, копия договора № аренды нежилых помещений от 01.09.2010г. заключенного между ИП ФИО44 и ИП ФИО102, копия договора аренды нежилых помещений от 01.01.2013г. заключенного между ИП ФИО44 и ИП ФИО102, копия признания факта в соответствии с ч. 2 ст. 68 ГПК РФ от 07.10.2013г., признанные и приобщенные к материалам уголовного дела постановлением от &lt;дата&gt;; документы изъятые в ходе выемки &lt;дата&gt; у конкурсного управляющего ООО «ФИО117 -Тепло» ФИО87: договор аренды № от 01.09.2010г. заключенный между ООО «БРК» и ООО «ФИО117 –Тепло», договор об оказании услуг № от 01.12.2010г. заключенный между ООО «БРК» и ООО «ФИО117 –Тепло», договор об оказании услуг № от 31.11.2010г. заключенный между ООО «БРК» и ООО «ФИО117 –Тепло» с приложением, признанные и приобщенные к материалам уголовного дела постановлением от &lt;дата&gt;; документы изъятые в ходе выемки от 19.03.2016г. у свидетеля ФИО27, подтверждающие его взаимоотношения с ФИО5: копия договора уступки права требования от &lt;дата&gt;г., документы по кредитному договору № от 12.09.2013г. заключенному между ОАО «Сбербанк России» и ФИО27: дополнительное соглашение № от 12.09.2013г., заявление заемщика на зачисление кредита от 12.09.2013г., заявление на страхование, извещение ОАО «Сбербанк России», график платежей № от 12.09.2013г., кредитный договор № от 12.09.2013г., расписка ФИО5 от 12.09.2013г., признанные и приобщенные к материалам уголовного дела постановлением от 21.03.2016г - по вступлении приговора в законную силу – хранить при материалах уголовного дела; - находящиеся при материалах уголовного дела, упакованные в бумажный пакет документы регистрационного дела, бухгалтерская и налоговая отчетность ООО «БРК», изъятые в ходе выемки &lt;дата&gt; в ИФНС по &lt;адрес&gt;, признанные и приобщенные к материалам уголовного дела постановлением от &lt;дата&gt; – по вступлении приговора в законную силу – возвратить в ИФНС по &lt;адрес&gt;; - находящиеся при материалах уголовного дела, упакованные в бумажный пакет документы юридического дела ООО «БРК», изъятые в ходе выемки 07.10.2015г. в ОАО «НВК БАНК», признанные и приобщенные к материалам уголовного дела постановлением от &lt;дата&gt;- по вступлении приговора в законную силу – возвратить в ОАО «НВК БАНК»; - находящийся в материалах уголовного дела, упакованный в бумажный пакет диск DVD-R марки «SmarTrack» с записанными на нем фотографиями материалов арбитражного дела № А57-5464/2013 с объемом информации 2,8 Гб. по иску ФИО8 к ФИО5 о признании недействительным договора аренды от 01.02.2011г. заключенном между ООО «БРК» и ФИО5, которые были сфотографированы, а фотографии переписаны на диск DVD-R объемом 4,7 Гб., признанный и приобщенный к материалам уголовного дела постановлением от &lt;дата&gt;- по вступлении приговора в законную силу – хранить при материалах уголовного дела; - находящиеся при материалах уголовного дела, упакованные в бумажный пакет: документы юридического дела ООО «БРК» по расчетному счету № открытому 28.04.2012г. за период 28.04.2012г. по 31.12.2012г., изъятые в ходе выемки 08.02.2016г. в операционном офисе "Саратовский" филиала ПАО "Банк УРАЛСИБ" в &lt;адрес&gt;, признанные и приобщенные к материалам уголовного дела постановлением от &lt;дата&gt; – по вступлении приговора в законную силу – возвратить в операционный офис "Саратовский" филиала ПАО "Банк УРАЛСИБ" в &lt;адрес&gt;; - находящийся под сохранной распиской у ФИО17, флеш - накопитель марки «SanDisk» в корпусе красно –черных цветов, с записанной на нем информацией объемом 36,6 Мб. с записью разговора ФИО17 с бывшим учредителем ООО «БРК» ФИО1 по обстоятельствам фальсификации ФИО5 документов связанных с арендой помещений в ДК «Текстильщик», изъятый в ходе выемки от 02.12.2015г. у ФИО17, признанный и приобщенный к материалам уголовного дела постановлением от 02.12.2015г. – по вступлении приговора в законную силу – оставить по принадлежности у ФИО17, а копию записи, переписанную на диск DVD-R марки «SmarTrack» - по вступлении приговора в законную силу - хранить при матералах уголовного дела; - находящиеся в материалах уголовного дела, упакованные в бумажный пакет: диск DVD-R марки «SmarTrack» с записанными на нем фотографиями с материалами гражданского дела № с объемом информации 556 Мб. по иску ФИО17 к ФИО5 о взыскании денежных средств по кредитному договору № /ОПТИМ от &lt;дата&gt; заключенному между ОАО КБ «Стройкредит» и ФИО84, которые были сфотографированы, а фотографии переписаны на указанный диск DVD-R объемом 4,7 Гб., признанный и приобщенный к материалам уголовного дела постановлением от 28.12.2015г. диск DVD-R марки «SmarTrack» с записанными на нем фотографиями с материалами гражданского дела №(1)/2013 с объемом информации 991 Мб. по иску ООО «Балашовская распределительная компания» к ФИО5 о неисполнении обязательств должником, которые были сфотографированы, а фотографии переписаны на диск указный DVD-R объемом 4,7 Гб., признанный и приобщенный к материалам уголовного дела постановлением от &lt;дата&gt; диск DVD-R марки «SmarTrack» с записанными на нем фотографиями с материалами гражданских дел №№, А57-29500/2015 с объемом информации 7,94 Мб. по иску ФИО8 к ФИО5 и ООО «БРК» о признании недействительными договора аренды от 01.06.2007г. и актов взаимозачетов заключенных между ФИО5 и ООО «БРК» и по иску ФИО5, ФИО27 о взыскании с ООО «Балашовская распределительная компания», в пользу ФИО5 задолженности по договору аренды нежилых помещений от 01.06.2007г. в размере 674 723,70 руб., штрафа по договору аренды нежилых помещений от 01.06.2007г. в размере 2867575,72 руб., признанный и приобщенный к материалам уголовного дела постановлением от 15.03.2016г диск DVD-R марки «SmarTrack» с записанными на нем фотографиями с материалами гражданского дела № (1)/2013, признанный и приобщенный к материалам уголовного дела постановлением от 24.09.2015г.- находится в материалах уголовного дела, упакованный в бумажный пакет. диск DVD-R марки «SmarTrack» с записанными на нем фотографиями с материалами гражданских дел №№(1)/2013г., 2-405(1)/2013г. с объемом информации 5,62 Мб. по иску ФИО5 к ФИО44 о взыскании денежных средств по договорам аренды от 01.08.2009г., от 28.06.2011г., признанный и приобщенный к материалам уголовного дела постановлением от 11.03.2016г. – по вступлении приговора в законную силу – хранить при материалах уголовного дела. Приговор может быть обжалован в апелляционном порядке в Саратовский областной суд в течение 10 суток со дня его провозглашения, а осужденным, содержащимся под стражей, в тот же срок со дня вручения копии приговора. В случае подачи апелляционной жалобы либо апелляционного представления, затрагивающих интересы осужденного, он вправе ходатайствовать о своем участии в рассмотрении дела судом апелляционной инстанции. Председательствующий Е.Е. Леднева Суд: Октябрьский районный суд г. Саратова (Саратовская область) (подробнее) Судьи дела: Леднева Елена Евгеньевна (судья) (подробнее) Последние документы по делу: Приговор от 9 ноября 2017 г. по делу № 1-83/2017 Приговор от 9 ноября 2017 г. по делу № 1-83/2017 Приговор от 27 сентября 2017 г. по делу № 1-83/2017 Приговор от 21 сентября 2017 г. по делу № 1-83/2017 Приговор от 16 августа 2017 г. по делу № 1-83/2017 Приговор от 15 июня 2017 г. по делу № 1-83/2017 Приговор от 30 мая 2017 г. по делу № 1-83/2017 Приговор от 9 мая 2017 г. по делу № 1-83/2017 Приговор от 5 апреля 2017 г. по делу № 1-83/2017 Постановление от 30 января 2017 г. по делу № 1-83/2017 Показать все документы по этому делу Судебная практика по: Увольнение, незаконное увольнение Судебная практика по применению нормы ст. 77 ТК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