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Кемерово</w:t>
      </w:r>
    </w:p>
    <w:p>
      <w:pPr>
        <w:spacing w:after="200"/>
        <w:jc w:val="center"/>
      </w:pPr>
      <w:r>
        <w:rPr>
          <w:rFonts w:ascii="Times New Roman" w:hAnsi="Times New Roman" w:eastAsia="Times New Roman" w:cs="Times New Roman"/>
          <w:b w:val="0"/>
          <w:i w:val="0"/>
          <w:sz w:val="22"/>
        </w:rPr>
        <w:t>28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 приговором Анжеро-Судженского городского суда Кемеровской области (с учетом постановления Кировского районного суда г. Кемерово от **.**.****) по п.п. «в», «г» ч. 2 ст. 162 УК РФ (в ред. Федерального закона № 162-ФЗ от **.**.****) к 4 г. 6 мес. л/св. ИК строгого режима;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11.06.2002 года приговором Ижморского районного суда Кемеровской области (с учетом постановления Президиума Кемеровского областного суда,от **.**.****, постановления Яйского районного суда Кемеровской области от 24.06.2004г., постановления Кировского районного суда г.Кемерово от **.**.**** – по ч.1 ст. , п в ч2 ст. , ч2 ст. 69 УК РФ ч5 ст. 69 УК РФ приговор от **.**.**** – к 4 годам 7 месяцам лишения свободы, на основании постановления Яйского районного суда Кемеровской области от **.**.**** освобожден УДО на 1 г. 2 мес. 21 дн.;</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 приговором Анжеро-Судженского городского суда Кемеровской области по ч. 3 ст. 162 УК РФ к 7 г. л/св., п. «в» ч. 7 ст. 79 УК РФ (УДО по приговору от **.**.****) к 7 г. 1 мес. л/св. ИК особого режима. Постановлением Яйского районного суда Кемеровской области от **.**.**** освобожден УДО на 2 г. 3 мес. 16 дн.;</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 приговором Анжеро-Судженского городского суда Кемеровской области по п. «а» ч. 3 ст. , п. «а» ч. 3 ст. , п. «а» ч. 3 ст. , п. «а» ч. 3 ст. , п.п. «б», «в» ч. 2 ст. 158 УК РФ , ч. 3 ст. 69 УК РФ к 4 г. л/св., п. «в» ч. 7 ст. 79 УК РФ (УДО по приговору от **.**.****) ст. 70 УК РФ к 4 г. 6 мес. л/св. ИК особого режима;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 приговором Тайгинского городского суда Кемеровской области по п. «а» ч. 3 ст. , п. «а» ч. 3 ст. , п. «а» ч. 3 ст. , ч. 3 ст. 69 УК РФ к 3 г. 9 мес. л/св., ч. 5 ст. 69 УК РФ (приговор от **.**.****) к 5 г. л/св. ИК особого режима,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 приговором Тайгинского городского суда Кемеровской области по п. «а» ч. 3 ст. , п. «а» ч. 3 ст. 158 УК РФ , ч. 3 ст. 69 УК РФ к 3 г. 6 мес. л/св. ИК особого режима;</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 приговором Заводского районного суда г. Кемерово по ч. 2 ст. 159 УК РФ (в ред. Федерального закона № 26-ФЗ от **.**.****) к 2 г. л/св., ч. 5 ст. 69 УК РФ (приговоры от **.**.**** и **.**.****) к 5 г. 2 мес. л/св. ИК особого режима. Постановлением Кировского районного суда г. Кемерово от **.**.**** неотбытая часть наказания заменена исрав. работами сроком 1 г. 10 мес. 2 дн. **.**.**** снят с учета по отбытию наказания,</w:t>
      </w:r>
    </w:p>
    <w:p>
      <w:pPr>
        <w:pStyle w:val="Heading3"/>
      </w:pPr>
      <w:r>
        <w:rPr>
          <w:rFonts w:ascii="Times New Roman" w:hAnsi="Times New Roman" w:eastAsia="Times New Roman" w:cs="Times New Roman"/>
          <w:b/>
          <w:i w:val="0"/>
          <w:sz w:val="22"/>
        </w:rPr>
        <w:t>Пункт 8. Выводы</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 приговором Заводского районного суда г. Кемерово по ч. 1 ст. 161 УК РФ к 2 г. л/св. ИК строгого режима, обвиняемого в совершении преступления, предусмотренного п. «а» ч. 3 ст. 158 УК РФ , суд У С Т А Н О В И Л: Преступление совершено в городе Кемерово при следующих обстоятельствах: **.**.****, около 21 часа 00 минут, ФИО1, находясь во дворе дома по адресу: г. Кемерово, ..., действуя умышленно, из корыстных побуждений, с целью тайного хищения чужого имущества, с незаконным проникновением в жилище, с причинением значительного ущерба гражданину, осознавая, что за его действиями никто не наблюдает, через незапертую дверь, незаконно, против воли проживающих там лиц, проник в ... вышеуказанного дома, которая является жилищем, откуда тайно, умышленно, из корыстных побуждений, с незаконным проникновением в жилище похитил имущество, принадлежащее потерпевший, а именно: сотовый телефон «Samsung Galaxy Core Prime» стоимостью 2000,00 рублей, с картой памяти на 16 Gb стоимостью 500,00 рублей, деньги в сумме 25000,00 рублей. Обратив похищенное имущество в свою пользу, ФИО1 с места преступления скрылся, в дальнейшем распорядился им по своему усмотрению, причинив в результате хищения потерпевший значительный ущерб на общую сумму 27500,00 рублей. ФИО1 своевременно, при ознакомлении с материалами уголовного дела, указал, что желает рассмотреть дело в особом порядке. В судебном заседании подсудимый ФИО1 пояснил, что понимает существо предъявленного ему обвинения и соглашается с ним в полном объеме, поддержал заявленное ходатайство об особом порядке, указав, что оно заявлено добровольно и в присутствии защитника, он осознает характер и последствия заявленного им ходатайства. Потерпевшая потерпевший не возражает на рассмотрение уголовного дела в особом порядке, ущерб не возмещен, предъявляет иск в размере 27 500,00 рублей, просит взыскать с подсудимого ФИО1, наказание на усмотрение суда(телефонограмма в деле). Суд, выслушав мнение государственного обвинителя, поддержавшего обвинение в полном объеме, не возражающего против удовлетворения заявленного подсудимым ходатайства о постановлении в отношении него приговора без проведения судебного разбирательства, защитника, считает, что не имеется препятствий для постановления приговора в отношении ФИО1 без проведения судебного разбирательства по правилам главы 40 УПК РФ. Предъявленное ФИО1 обвинение по п. «а» ч. 3 ст. 158 УК РФ обоснованно и подтверждается собранными по делу доказательствами. Действия ФИО1 следует квалифицировать по п. «а» ч. 3 ст. 158 УК РФ – кража, то есть тайное хищение чужого имущества, совершенное с причинением значительного ущерба гражданину, с незаконным проникновением в жилище. Суд считает, что в соответствии со ст. 1064 ГК РФ подлежит удовлетворению гражданский иск о возмещении материального вреда потерпевшей потерпевший с ФИО1 в размере – 27 500,00 (двадцати семи тысяч пятисот рублей) рублей. При назначении вида и меры наказания, суд учитывает характер и степень общественной опасности содеянного, влияние назначенного наказания на исправление осужденного и условия жизни его семьи, данные о личности подсудимого: имеет семью, положительно характеризующегося с места отбытия наказания, с места работы, с места жительства, в качестве смягчающих наказание обстоятельств, в соответствии со ст. 61 УК РФ , суд учитывает: полное признание вины, раскаяние в содеянном, занят общественно-полезным трудом, имеющего благодарственное письмо за помощь детям, оставшимся без попечения родителей, имеет на иждивении малолетнего ребенка, неудовлетворительное состояние здоровья у подсудимого, а также наличие тяжелого заболевания у его престарелой матери, в соответствии с п. «и» ч. 1 ст. 61 УК РФ , в качестве смягчающих обстоятельств, суд учитывает: активное способствование раскрытию и расследованию преступления, что выразилось в подробных пояснениях об обстоятельствах совершенного преступления, местах сбыта, что облегчило установление истины по делу. Обстоятельством, отягчающим наказание ФИО1, в соответствии с п «а» ч. 1 ст. 63 УК РФ УК РФ является рецидив преступлений, который в соответствии с па ч3 ст. 18 УК РФ является особо опасным. Суд считает, учитывая положения ст. , ст. 60 УК РФ , что достижение целей исполнения наказания предусмотренных ст. 43 УК РФ – восстановление социальной справедливости, исправление осужденного и предупреждение совершения новых преступлений, возможно только при назначении ФИО1 наказания в виде лишения свободы без дополнительного наказания, поскольку иное более мягкое наказание не сможет обеспечить достижения целей наказания. Основания, предусмотренные законом, к применению ст. 73 УК РФ отсутствуют. Учитывая, что уголовное дело рассмотрено в порядке, предусмотренном главой 40 УПК РФ, наказание ФИО1 должно быть назначено с применением правил ч. 5 ст. 62 УК РФ . При этом наказание должно быть назначено с применением положений ч. 2 ст. 68 УК РФ . В силу наличия отягчающего наказание обстоятельства не могут быть применены положения ч. 1 ст. 62 УК РФ , а также ч. 6 ст. 15 УК РФ . Оснований для применения положений ч. 3 ст. 68 УК РФ , судом не усматривается. Материалы уголовного дела не содержат исключительных обстоятельств, связанных с целями и мотивами преступления, ролью виновного, его поведением во время или после совершения преступления и других обстоятельств, существенно уменьшающих степень общественной опасности совершенного преступления, то есть данных для применения ст. 64 УК РФ . Отбывание наказания ФИО1 должно быть назначено в соответствии с положениями п. «а» ч. 3 ст. 18 УК РФ и п. «г» ч. 1 ст. 58 УК РФ в исправительной колонии особого режима. Наказание должно быть назначено с применением ч. 5 ст. 69 УК РФ , поскольку имеется приговор Заводского районного суда г. Кемерово от **.**.****. Вещественные доказательства: - товарный чек – после вступления приговора суда в законную силу оставить в законном владении потерпевшей потерпевший; - договор купли-продажи после вступления приговора суда в законную силу хранить при материалах уголовного дела. Процессуальные издержки, выразившиеся в оплате вознаграждения адвокату адвокат подлежат возмещению за счет средств федерального бюджета в соответствии со ст. п. 10 УПК РФ. На основании изложенного и ст. - 316 УПК РФ , суд П Р И Г О В О Р И Л: Признать ФИО1 виновным в совершении преступления, предусмотренного п. «а» ч. 3 ст. 158 УК РФ и назначить ему наказание в виде 2 (двух) лет 2(двух) месяцев лишения свободы. В соответствии с ч. 5 ст. 69 УК РФ окончательно ФИО1 назначить наказание по совокупности преступлений путем частичного сложения данного наказания с наказанием, назначенным по приговору Заводского районного суда г. Кемерово от **.**.**** –2(два) года 6(шесть) месяцев лишения свободы, с отбыванием наказания в исправительной колонии особого режима. Взыскать в соответствии со ст. 1064 ГК РФ в возмещение материального вреда с ФИО1 в пользу потерпевший – 27 500,00 (двадцать семь тысяч пятьсот рублей) рублей. Меру пресечения в отношении ФИО1 изменить с подписки о невыезде и надлежащем поведении на заключение под стражу, взяв под стражу из зала суда, исчисляя срок наказания с **.**.****. Зачесть в срок отбытия наказания время нахождения под стражей по приговору Заводского районного суда г.Кемерово с **.**.**** по **.**.****. Вещественные доказательства: - товарный чек – после вступления приговора суда в законную силу оставить в законном владении потерпевшей потерпевший; - договор купли-продажи после вступления приговора суда в законную силу хранить при материалах уголовного дела. Процессуальные издержки, выразившиеся в оплате работы адвокату адвокат с ФИО1 не взыскивать в соответствии с п. 10 ст. 316 УПК РФ . Приговор может быть обжалован в апелляционном порядке (в соответствии с положениями ст. 317 УПК РФ ) в Кемеровский областной суд в течение 10 суток со дня его постановления, а осужденным, содержащимся под стражей - в тот же срок - со дня вручения ему копии приговора. В случае подачи апелляционной жалобы осужденный вправе ходатайствовать о своем участии в рассмотрении дела судом апелляционной инстанции. Судья подпись Суд: Центральный районный суд г. Кемерово (Кемеровская область) (подробнее) Судьи дела: Чулкова Н.А. (судья) (подробнее) Последние документы по делу: Приговор от 14 ноября 2017 г. по делу № 1-585/2017 Приговор от 12 октября 2017 г. по делу № 1-585/2017 Приговор от 27 сентября 2017 г. по делу № 1-585/2017 Приговор от 31 августа 2017 г. по делу № 1-585/2017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мошенничеству Судебная практика по применению нормы ст. 159 УК РФ По кражам Судебная практика по применению нормы ст. 158 УК РФ Разбой Судебная практика по применению нормы ст. 162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